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5000" w:type="pct"/>
        <w:jc w:val="center"/>
        <w:tblCellMar>
          <w:left w:w="0" w:type="dxa"/>
          <w:right w:w="0" w:type="dxa"/>
        </w:tblCellMar>
        <w:tblLook w:val="04A0" w:firstRow="1" w:lastRow="0" w:firstColumn="1" w:lastColumn="0" w:noHBand="0" w:noVBand="1"/>
      </w:tblPr>
      <w:tblGrid>
        <w:gridCol w:w="3898"/>
        <w:gridCol w:w="6773"/>
      </w:tblGrid>
      <w:tr w:rsidR="000311CB" w14:paraId="0339CAAB" w14:textId="77777777" w:rsidTr="00872494">
        <w:trPr>
          <w:cantSplit/>
          <w:tblHeader/>
          <w:jc w:val="center"/>
        </w:trPr>
        <w:tc>
          <w:tcPr>
            <w:tcW w:w="3901" w:type="dxa"/>
            <w:shd w:val="clear" w:color="auto" w:fill="F2F2F2"/>
            <w:vAlign w:val="center"/>
          </w:tcPr>
          <w:p w14:paraId="0C0C98CA" w14:textId="77777777" w:rsidR="000311CB" w:rsidRDefault="00706C88">
            <w:pPr>
              <w:spacing w:before="60" w:after="60"/>
              <w:ind w:left="108" w:right="108"/>
            </w:pPr>
            <w:r>
              <w:rPr>
                <w:b/>
              </w:rPr>
              <w:t>Osnovna škola</w:t>
            </w:r>
          </w:p>
        </w:tc>
        <w:tc>
          <w:tcPr>
            <w:tcW w:w="6780" w:type="dxa"/>
            <w:vAlign w:val="center"/>
          </w:tcPr>
          <w:p w14:paraId="5A4E26F7" w14:textId="77777777" w:rsidR="002D6C46" w:rsidRDefault="00706C88">
            <w:pPr>
              <w:spacing w:before="60" w:after="60"/>
              <w:ind w:left="108" w:right="108"/>
            </w:pPr>
            <w:r>
              <w:t>Klinča Sela</w:t>
            </w:r>
          </w:p>
        </w:tc>
      </w:tr>
      <w:tr w:rsidR="000311CB" w14:paraId="0E63C09B" w14:textId="77777777" w:rsidTr="00872494">
        <w:trPr>
          <w:cantSplit/>
          <w:jc w:val="center"/>
        </w:trPr>
        <w:tc>
          <w:tcPr>
            <w:tcW w:w="3901" w:type="dxa"/>
            <w:shd w:val="clear" w:color="auto" w:fill="F2F2F2"/>
            <w:vAlign w:val="center"/>
          </w:tcPr>
          <w:p w14:paraId="5B20BC0A" w14:textId="77777777" w:rsidR="000311CB" w:rsidRDefault="00706C88">
            <w:pPr>
              <w:spacing w:before="60" w:after="60"/>
              <w:ind w:left="108" w:right="108"/>
            </w:pPr>
            <w:r>
              <w:rPr>
                <w:b/>
              </w:rPr>
              <w:t>Nastavni predmet</w:t>
            </w:r>
          </w:p>
        </w:tc>
        <w:tc>
          <w:tcPr>
            <w:tcW w:w="6780" w:type="dxa"/>
            <w:vAlign w:val="center"/>
          </w:tcPr>
          <w:p w14:paraId="11DAB523" w14:textId="77777777" w:rsidR="002D6C46" w:rsidRDefault="00706C88">
            <w:pPr>
              <w:spacing w:before="60" w:after="60"/>
              <w:ind w:left="108" w:right="108"/>
            </w:pPr>
            <w:r>
              <w:t>Katolički vjeronauk</w:t>
            </w:r>
          </w:p>
        </w:tc>
      </w:tr>
      <w:tr w:rsidR="000311CB" w14:paraId="4DDD17DA" w14:textId="77777777" w:rsidTr="00872494">
        <w:trPr>
          <w:cantSplit/>
          <w:jc w:val="center"/>
        </w:trPr>
        <w:tc>
          <w:tcPr>
            <w:tcW w:w="3901" w:type="dxa"/>
            <w:shd w:val="clear" w:color="auto" w:fill="F2F2F2"/>
            <w:vAlign w:val="center"/>
          </w:tcPr>
          <w:p w14:paraId="23E0B953" w14:textId="77777777" w:rsidR="000311CB" w:rsidRDefault="00706C88">
            <w:pPr>
              <w:spacing w:before="60" w:after="60"/>
              <w:ind w:left="108" w:right="108"/>
            </w:pPr>
            <w:r>
              <w:rPr>
                <w:b/>
              </w:rPr>
              <w:t>Vjeroučitelj</w:t>
            </w:r>
          </w:p>
        </w:tc>
        <w:tc>
          <w:tcPr>
            <w:tcW w:w="6780" w:type="dxa"/>
            <w:vAlign w:val="center"/>
          </w:tcPr>
          <w:p w14:paraId="7F3275C6" w14:textId="77777777" w:rsidR="002D6C46" w:rsidRDefault="00706C88">
            <w:pPr>
              <w:spacing w:before="60" w:after="60"/>
              <w:ind w:left="108" w:right="108"/>
            </w:pPr>
            <w:r>
              <w:t xml:space="preserve">Josip Kunac, </w:t>
            </w:r>
            <w:r>
              <w:rPr>
                <w:i/>
              </w:rPr>
              <w:t>prof.</w:t>
            </w:r>
          </w:p>
        </w:tc>
      </w:tr>
      <w:tr w:rsidR="000311CB" w14:paraId="37651D92" w14:textId="77777777" w:rsidTr="00872494">
        <w:trPr>
          <w:cantSplit/>
          <w:jc w:val="center"/>
        </w:trPr>
        <w:tc>
          <w:tcPr>
            <w:tcW w:w="3901" w:type="dxa"/>
            <w:shd w:val="clear" w:color="auto" w:fill="F2F2F2"/>
            <w:vAlign w:val="center"/>
          </w:tcPr>
          <w:p w14:paraId="35E8E7D4" w14:textId="77777777" w:rsidR="000311CB" w:rsidRDefault="00706C88">
            <w:pPr>
              <w:spacing w:before="60" w:after="60"/>
              <w:ind w:left="108" w:right="108"/>
            </w:pPr>
            <w:r>
              <w:rPr>
                <w:b/>
              </w:rPr>
              <w:t>Razredni odjel</w:t>
            </w:r>
          </w:p>
        </w:tc>
        <w:tc>
          <w:tcPr>
            <w:tcW w:w="6780" w:type="dxa"/>
            <w:vAlign w:val="center"/>
          </w:tcPr>
          <w:p w14:paraId="43127D7E" w14:textId="77777777" w:rsidR="002D6C46" w:rsidRDefault="00706C88">
            <w:pPr>
              <w:spacing w:before="60" w:after="60"/>
              <w:ind w:left="108" w:right="108"/>
            </w:pPr>
            <w:r>
              <w:t>5. razred</w:t>
            </w:r>
          </w:p>
        </w:tc>
      </w:tr>
      <w:tr w:rsidR="000311CB" w14:paraId="4323279B" w14:textId="77777777" w:rsidTr="00872494">
        <w:trPr>
          <w:cantSplit/>
          <w:jc w:val="center"/>
        </w:trPr>
        <w:tc>
          <w:tcPr>
            <w:tcW w:w="3901" w:type="dxa"/>
            <w:shd w:val="clear" w:color="auto" w:fill="F2F2F2"/>
            <w:vAlign w:val="center"/>
          </w:tcPr>
          <w:p w14:paraId="3D2C38DD" w14:textId="77777777" w:rsidR="000311CB" w:rsidRDefault="00706C88">
            <w:pPr>
              <w:spacing w:before="60" w:after="60"/>
              <w:ind w:left="108" w:right="108"/>
            </w:pPr>
            <w:r>
              <w:rPr>
                <w:b/>
              </w:rPr>
              <w:t>Redni broj pripreme</w:t>
            </w:r>
          </w:p>
        </w:tc>
        <w:tc>
          <w:tcPr>
            <w:tcW w:w="6780" w:type="dxa"/>
            <w:vAlign w:val="center"/>
          </w:tcPr>
          <w:p w14:paraId="648E536B" w14:textId="767DBA0C" w:rsidR="00A62218" w:rsidRDefault="00E8411A">
            <w:pPr>
              <w:spacing w:before="60" w:after="60"/>
              <w:ind w:left="108" w:right="108"/>
            </w:pPr>
            <w:r>
              <w:t>64.</w:t>
            </w:r>
          </w:p>
        </w:tc>
      </w:tr>
      <w:tr w:rsidR="000311CB" w14:paraId="32659D0F" w14:textId="77777777" w:rsidTr="00872494">
        <w:trPr>
          <w:cantSplit/>
          <w:jc w:val="center"/>
        </w:trPr>
        <w:tc>
          <w:tcPr>
            <w:tcW w:w="3901" w:type="dxa"/>
            <w:shd w:val="clear" w:color="auto" w:fill="F2F2F2"/>
            <w:vAlign w:val="center"/>
          </w:tcPr>
          <w:p w14:paraId="36B34930" w14:textId="77777777" w:rsidR="000311CB" w:rsidRDefault="00706C88">
            <w:pPr>
              <w:spacing w:before="60" w:after="60"/>
              <w:ind w:left="108" w:right="108"/>
            </w:pPr>
            <w:r>
              <w:rPr>
                <w:b/>
              </w:rPr>
              <w:t>Nastavna cjelina / tema</w:t>
            </w:r>
          </w:p>
        </w:tc>
        <w:tc>
          <w:tcPr>
            <w:tcW w:w="6780" w:type="dxa"/>
            <w:vAlign w:val="center"/>
          </w:tcPr>
          <w:p w14:paraId="170B9526" w14:textId="35B44FB5" w:rsidR="00A62218" w:rsidRDefault="00E8411A">
            <w:pPr>
              <w:spacing w:before="60" w:after="60"/>
              <w:ind w:left="108" w:right="108"/>
            </w:pPr>
            <w:r w:rsidRPr="00E8411A">
              <w:t>V. SUSRET S BOGOM U MOLITVI</w:t>
            </w:r>
          </w:p>
        </w:tc>
      </w:tr>
      <w:tr w:rsidR="000311CB" w14:paraId="1B0858BA" w14:textId="77777777" w:rsidTr="00872494">
        <w:trPr>
          <w:cantSplit/>
          <w:jc w:val="center"/>
        </w:trPr>
        <w:tc>
          <w:tcPr>
            <w:tcW w:w="3901" w:type="dxa"/>
            <w:shd w:val="clear" w:color="auto" w:fill="F2F2F2"/>
            <w:vAlign w:val="center"/>
          </w:tcPr>
          <w:p w14:paraId="7F472282" w14:textId="77777777" w:rsidR="000311CB" w:rsidRDefault="00706C88">
            <w:pPr>
              <w:spacing w:before="60" w:after="60"/>
              <w:ind w:left="108" w:right="108"/>
            </w:pPr>
            <w:r>
              <w:rPr>
                <w:b/>
              </w:rPr>
              <w:t>Nastavna jedinica / podtema</w:t>
            </w:r>
          </w:p>
        </w:tc>
        <w:tc>
          <w:tcPr>
            <w:tcW w:w="6780" w:type="dxa"/>
            <w:vAlign w:val="center"/>
          </w:tcPr>
          <w:p w14:paraId="6703E22A" w14:textId="048C0936" w:rsidR="00A62218" w:rsidRDefault="00E8411A">
            <w:pPr>
              <w:spacing w:before="60" w:after="60"/>
              <w:ind w:left="108" w:right="108"/>
            </w:pPr>
            <w:r w:rsidRPr="00E8411A">
              <w:t>3. Osnovne molitve</w:t>
            </w:r>
          </w:p>
        </w:tc>
      </w:tr>
    </w:tbl>
    <w:p w14:paraId="2A408787" w14:textId="77777777" w:rsidR="002D6C46" w:rsidRDefault="00706C88" w:rsidP="00195197">
      <w:pPr>
        <w:keepNext/>
        <w:spacing w:before="120" w:after="40"/>
        <w:jc w:val="both"/>
      </w:pPr>
      <w:r>
        <w:rPr>
          <w:b/>
          <w:color w:val="C96A00"/>
          <w:sz w:val="26"/>
        </w:rPr>
        <w:t>Odgojno-obrazovni ishodi učenja:</w:t>
      </w:r>
    </w:p>
    <w:p w14:paraId="089C031D" w14:textId="77777777" w:rsidR="002D6C46" w:rsidRPr="00614631" w:rsidRDefault="00706C88">
      <w:pPr>
        <w:jc w:val="both"/>
      </w:pPr>
      <w:r w:rsidRPr="00614631">
        <w:t>OŠ KV B.5.3. Učenik obrazlaže važnost molitve za osobni odnos s Bogom.</w:t>
      </w:r>
    </w:p>
    <w:p w14:paraId="6430246F" w14:textId="0BADB099" w:rsidR="002D6C46" w:rsidRPr="00614631" w:rsidRDefault="00706C88">
      <w:pPr>
        <w:jc w:val="both"/>
      </w:pPr>
      <w:r w:rsidRPr="00614631">
        <w:t xml:space="preserve">OŠ KV B.5.3. Učenik samostalno i razgovijetno izgovara </w:t>
      </w:r>
      <w:r w:rsidR="00E8411A">
        <w:t>osnov</w:t>
      </w:r>
      <w:r w:rsidRPr="00614631">
        <w:t>ne molitve: Znak križa, Oče naš, Zdravo Marijo, Slava Ocu, Anđele, čuvaru mili i kajanje.</w:t>
      </w:r>
    </w:p>
    <w:p w14:paraId="25F2994E" w14:textId="77777777" w:rsidR="002D6C46" w:rsidRPr="00614631" w:rsidRDefault="00706C88">
      <w:pPr>
        <w:jc w:val="both"/>
      </w:pPr>
      <w:r w:rsidRPr="00614631">
        <w:t>OŠ KV D.5.2. Učenik izražava svoj unutarnji doživljaj vjere kroz različite oblike izražavanja.</w:t>
      </w:r>
    </w:p>
    <w:p w14:paraId="66F01D26" w14:textId="77777777" w:rsidR="002D6C46" w:rsidRDefault="002D6C46">
      <w:pPr>
        <w:jc w:val="both"/>
      </w:pPr>
    </w:p>
    <w:tbl>
      <w:tblPr>
        <w:tblStyle w:val="Reetkatablice"/>
        <w:tblW w:w="5000" w:type="pct"/>
        <w:jc w:val="center"/>
        <w:tblCellMar>
          <w:left w:w="0" w:type="dxa"/>
          <w:right w:w="0" w:type="dxa"/>
        </w:tblCellMar>
        <w:tblLook w:val="04A0" w:firstRow="1" w:lastRow="0" w:firstColumn="1" w:lastColumn="0" w:noHBand="0" w:noVBand="1"/>
      </w:tblPr>
      <w:tblGrid>
        <w:gridCol w:w="3898"/>
        <w:gridCol w:w="6773"/>
      </w:tblGrid>
      <w:tr w:rsidR="000311CB" w:rsidRPr="00614631" w14:paraId="66438A01" w14:textId="77777777" w:rsidTr="00872494">
        <w:trPr>
          <w:cantSplit/>
          <w:tblHeader/>
          <w:jc w:val="center"/>
        </w:trPr>
        <w:tc>
          <w:tcPr>
            <w:tcW w:w="3901" w:type="dxa"/>
            <w:shd w:val="clear" w:color="auto" w:fill="F2F2F2"/>
            <w:vAlign w:val="center"/>
          </w:tcPr>
          <w:p w14:paraId="249B3683" w14:textId="77777777" w:rsidR="000311CB" w:rsidRPr="00614631" w:rsidRDefault="00706C88">
            <w:pPr>
              <w:spacing w:before="60" w:after="60"/>
              <w:ind w:left="108" w:right="108"/>
            </w:pPr>
            <w:r w:rsidRPr="00614631">
              <w:rPr>
                <w:b/>
              </w:rPr>
              <w:t>Ključni pojmovi</w:t>
            </w:r>
          </w:p>
        </w:tc>
        <w:tc>
          <w:tcPr>
            <w:tcW w:w="6780" w:type="dxa"/>
            <w:vAlign w:val="center"/>
          </w:tcPr>
          <w:p w14:paraId="71871528" w14:textId="014E2C91" w:rsidR="00A62218" w:rsidRPr="00614631" w:rsidRDefault="00687E4C">
            <w:pPr>
              <w:spacing w:before="60" w:after="60"/>
              <w:ind w:left="108" w:right="108"/>
              <w:jc w:val="both"/>
            </w:pPr>
            <w:r>
              <w:t xml:space="preserve">osnovna </w:t>
            </w:r>
            <w:r w:rsidRPr="00614631">
              <w:t>molitv</w:t>
            </w:r>
            <w:r>
              <w:t>a</w:t>
            </w:r>
            <w:r w:rsidRPr="00614631">
              <w:t>, Znak križa, Oče naš, Zdravo Marijo, Slava Ocu, Anđele čuvaru, kajanje, molitva napamet, pažnja</w:t>
            </w:r>
          </w:p>
        </w:tc>
      </w:tr>
      <w:tr w:rsidR="000311CB" w:rsidRPr="00614631" w14:paraId="5411C95C" w14:textId="77777777" w:rsidTr="00872494">
        <w:trPr>
          <w:cantSplit/>
          <w:jc w:val="center"/>
        </w:trPr>
        <w:tc>
          <w:tcPr>
            <w:tcW w:w="3901" w:type="dxa"/>
            <w:shd w:val="clear" w:color="auto" w:fill="F2F2F2"/>
            <w:vAlign w:val="center"/>
          </w:tcPr>
          <w:p w14:paraId="4812268C" w14:textId="77777777" w:rsidR="000311CB" w:rsidRPr="00614631" w:rsidRDefault="00706C88">
            <w:pPr>
              <w:spacing w:before="60" w:after="60"/>
              <w:ind w:left="108" w:right="108"/>
            </w:pPr>
            <w:r w:rsidRPr="00614631">
              <w:rPr>
                <w:b/>
              </w:rPr>
              <w:t>Središnje / problemsko pitanje</w:t>
            </w:r>
          </w:p>
        </w:tc>
        <w:tc>
          <w:tcPr>
            <w:tcW w:w="6780" w:type="dxa"/>
            <w:vAlign w:val="center"/>
          </w:tcPr>
          <w:p w14:paraId="7B5DAF0F" w14:textId="13534824" w:rsidR="00A62218" w:rsidRPr="00614631" w:rsidRDefault="00706C88">
            <w:pPr>
              <w:spacing w:before="60" w:after="60"/>
              <w:ind w:left="108" w:right="108"/>
              <w:jc w:val="both"/>
            </w:pPr>
            <w:r w:rsidRPr="00614631">
              <w:t xml:space="preserve">Kako nam </w:t>
            </w:r>
            <w:r w:rsidR="00E8411A">
              <w:t>osnovne molitve</w:t>
            </w:r>
            <w:r w:rsidRPr="00614631">
              <w:t xml:space="preserve"> pomažu razgovarati s Bogom i živjeti vjeru?</w:t>
            </w:r>
          </w:p>
        </w:tc>
      </w:tr>
      <w:tr w:rsidR="000311CB" w:rsidRPr="00614631" w14:paraId="300D619C" w14:textId="77777777" w:rsidTr="00872494">
        <w:trPr>
          <w:cantSplit/>
          <w:jc w:val="center"/>
        </w:trPr>
        <w:tc>
          <w:tcPr>
            <w:tcW w:w="3901" w:type="dxa"/>
            <w:shd w:val="clear" w:color="auto" w:fill="F2F2F2"/>
            <w:vAlign w:val="center"/>
          </w:tcPr>
          <w:p w14:paraId="4966B273" w14:textId="77777777" w:rsidR="000311CB" w:rsidRPr="00614631" w:rsidRDefault="00706C88">
            <w:pPr>
              <w:spacing w:before="60" w:after="60"/>
              <w:ind w:left="108" w:right="108"/>
            </w:pPr>
            <w:r w:rsidRPr="00614631">
              <w:rPr>
                <w:b/>
              </w:rPr>
              <w:t>Nastavne metode</w:t>
            </w:r>
          </w:p>
        </w:tc>
        <w:tc>
          <w:tcPr>
            <w:tcW w:w="6780" w:type="dxa"/>
            <w:vAlign w:val="center"/>
          </w:tcPr>
          <w:p w14:paraId="03D8D26D" w14:textId="77777777" w:rsidR="00A62218" w:rsidRPr="00614631" w:rsidRDefault="00706C88">
            <w:pPr>
              <w:spacing w:before="60" w:after="60"/>
              <w:ind w:left="108" w:right="108"/>
              <w:jc w:val="both"/>
            </w:pPr>
            <w:r w:rsidRPr="00614631">
              <w:t>usmeno provjeravanje, razgovor, samostalni rad, povezivanje, razvrstavanje, osmosmjerka, crtanje bojicama, tiha refleksija, formativna provjera</w:t>
            </w:r>
          </w:p>
        </w:tc>
      </w:tr>
      <w:tr w:rsidR="000311CB" w:rsidRPr="00614631" w14:paraId="0BD47A50" w14:textId="77777777" w:rsidTr="00872494">
        <w:trPr>
          <w:cantSplit/>
          <w:jc w:val="center"/>
        </w:trPr>
        <w:tc>
          <w:tcPr>
            <w:tcW w:w="3901" w:type="dxa"/>
            <w:shd w:val="clear" w:color="auto" w:fill="F2F2F2"/>
            <w:vAlign w:val="center"/>
          </w:tcPr>
          <w:p w14:paraId="0C66787D" w14:textId="77777777" w:rsidR="000311CB" w:rsidRPr="00614631" w:rsidRDefault="00706C88">
            <w:pPr>
              <w:spacing w:before="60" w:after="60"/>
              <w:ind w:left="108" w:right="108"/>
            </w:pPr>
            <w:r w:rsidRPr="00614631">
              <w:rPr>
                <w:b/>
              </w:rPr>
              <w:t>Oblici rada</w:t>
            </w:r>
          </w:p>
        </w:tc>
        <w:tc>
          <w:tcPr>
            <w:tcW w:w="6780" w:type="dxa"/>
            <w:vAlign w:val="center"/>
          </w:tcPr>
          <w:p w14:paraId="52290C94" w14:textId="77777777" w:rsidR="00A62218" w:rsidRPr="00614631" w:rsidRDefault="00706C88">
            <w:pPr>
              <w:spacing w:before="60" w:after="60"/>
              <w:ind w:left="108" w:right="108"/>
              <w:jc w:val="both"/>
            </w:pPr>
            <w:r w:rsidRPr="00614631">
              <w:t>frontalni rad, individualni rad, rad u paru (izborno nakon ispitivanja)</w:t>
            </w:r>
          </w:p>
        </w:tc>
      </w:tr>
      <w:tr w:rsidR="000311CB" w:rsidRPr="00614631" w14:paraId="43383311" w14:textId="77777777" w:rsidTr="00872494">
        <w:trPr>
          <w:cantSplit/>
          <w:jc w:val="center"/>
        </w:trPr>
        <w:tc>
          <w:tcPr>
            <w:tcW w:w="3901" w:type="dxa"/>
            <w:shd w:val="clear" w:color="auto" w:fill="F2F2F2"/>
            <w:vAlign w:val="center"/>
          </w:tcPr>
          <w:p w14:paraId="7164FBCB" w14:textId="77777777" w:rsidR="000311CB" w:rsidRPr="00614631" w:rsidRDefault="00706C88">
            <w:pPr>
              <w:spacing w:before="60" w:after="60"/>
              <w:ind w:left="108" w:right="108"/>
            </w:pPr>
            <w:r w:rsidRPr="00614631">
              <w:rPr>
                <w:b/>
              </w:rPr>
              <w:t>Nastavna sredstva</w:t>
            </w:r>
          </w:p>
        </w:tc>
        <w:tc>
          <w:tcPr>
            <w:tcW w:w="6780" w:type="dxa"/>
            <w:vAlign w:val="center"/>
          </w:tcPr>
          <w:p w14:paraId="4A1C8572" w14:textId="77777777" w:rsidR="00A62218" w:rsidRPr="00614631" w:rsidRDefault="00706C88">
            <w:pPr>
              <w:spacing w:before="60" w:after="60"/>
              <w:ind w:left="108" w:right="108"/>
              <w:jc w:val="both"/>
            </w:pPr>
            <w:r w:rsidRPr="00614631">
              <w:t>evidencijska lista za usmeno ispitivanje, bilježnica, olovka, bojice, kartice, grafički predlošci, radni listići</w:t>
            </w:r>
          </w:p>
        </w:tc>
      </w:tr>
      <w:tr w:rsidR="000311CB" w:rsidRPr="00614631" w14:paraId="5595212F" w14:textId="77777777" w:rsidTr="00872494">
        <w:trPr>
          <w:cantSplit/>
          <w:jc w:val="center"/>
        </w:trPr>
        <w:tc>
          <w:tcPr>
            <w:tcW w:w="3901" w:type="dxa"/>
            <w:shd w:val="clear" w:color="auto" w:fill="F2F2F2"/>
            <w:vAlign w:val="center"/>
          </w:tcPr>
          <w:p w14:paraId="5E0BE60C" w14:textId="77777777" w:rsidR="000311CB" w:rsidRPr="00614631" w:rsidRDefault="00706C88">
            <w:pPr>
              <w:spacing w:before="60" w:after="60"/>
              <w:ind w:left="108" w:right="108"/>
            </w:pPr>
            <w:r w:rsidRPr="00614631">
              <w:rPr>
                <w:b/>
              </w:rPr>
              <w:t>Međupredmetne poveznice</w:t>
            </w:r>
          </w:p>
        </w:tc>
        <w:tc>
          <w:tcPr>
            <w:tcW w:w="6780" w:type="dxa"/>
            <w:vAlign w:val="center"/>
          </w:tcPr>
          <w:p w14:paraId="09853028" w14:textId="77777777" w:rsidR="00A62218" w:rsidRPr="00614631" w:rsidRDefault="00706C88">
            <w:pPr>
              <w:spacing w:before="60" w:after="60"/>
              <w:ind w:left="108" w:right="108"/>
              <w:jc w:val="both"/>
            </w:pPr>
            <w:r w:rsidRPr="00614631">
              <w:t>Hrvatski jezik – razgovijetno i izražajno govorenje; Likovna kultura – simboličko crtanje; Osobni i socijalni razvoj – strpljivost, poštovanje i samostalnost; Učiti kako učiti – uvježbavanje, ponavljanje i samovrednovanje</w:t>
            </w:r>
          </w:p>
        </w:tc>
      </w:tr>
    </w:tbl>
    <w:p w14:paraId="5526D9D2" w14:textId="77777777" w:rsidR="002D6C46" w:rsidRDefault="00706C88">
      <w:pPr>
        <w:keepNext/>
        <w:spacing w:before="60" w:after="40"/>
        <w:jc w:val="both"/>
      </w:pPr>
      <w:r>
        <w:rPr>
          <w:b/>
          <w:color w:val="C96A00"/>
          <w:sz w:val="26"/>
        </w:rPr>
        <w:t>Vrednovanje:</w:t>
      </w:r>
    </w:p>
    <w:p w14:paraId="4E7F2DA5" w14:textId="77777777" w:rsidR="002D6C46" w:rsidRPr="00614631" w:rsidRDefault="00706C88">
      <w:pPr>
        <w:jc w:val="both"/>
      </w:pPr>
      <w:r w:rsidRPr="00614631">
        <w:rPr>
          <w:b/>
        </w:rPr>
        <w:t xml:space="preserve">Vrednovanje za učenje: </w:t>
      </w:r>
      <w:r w:rsidRPr="00614631">
        <w:t>odgovori u uvodnome razgovoru, samostalnost tijekom aktivnosti, povezivanje molitava s njihovim značenjem i formativna provjera.</w:t>
      </w:r>
    </w:p>
    <w:p w14:paraId="0007036A" w14:textId="77777777" w:rsidR="002D6C46" w:rsidRPr="00614631" w:rsidRDefault="00706C88">
      <w:pPr>
        <w:jc w:val="both"/>
      </w:pPr>
      <w:r w:rsidRPr="00614631">
        <w:rPr>
          <w:b/>
        </w:rPr>
        <w:t xml:space="preserve">Vrednovanje kao učenje: </w:t>
      </w:r>
      <w:r w:rsidRPr="00614631">
        <w:t>samovrednovanje metodom „Svjetlo molitve“.</w:t>
      </w:r>
    </w:p>
    <w:p w14:paraId="281A9F46" w14:textId="4018082B" w:rsidR="002D6C46" w:rsidRPr="00614631" w:rsidRDefault="00706C88">
      <w:pPr>
        <w:jc w:val="both"/>
      </w:pPr>
      <w:r w:rsidRPr="00614631">
        <w:rPr>
          <w:b/>
        </w:rPr>
        <w:t xml:space="preserve">Vrednovanje naučenoga: </w:t>
      </w:r>
      <w:r w:rsidRPr="00614631">
        <w:t>usmeno provjeravanje samostalnoga, točnoga i razgovijetnoga izgovaranja naučenih molit</w:t>
      </w:r>
      <w:r w:rsidR="00687E4C">
        <w:t>av</w:t>
      </w:r>
      <w:r w:rsidRPr="00614631">
        <w:t>a te pravilnoga izvođenja Znaka križa.</w:t>
      </w:r>
    </w:p>
    <w:p w14:paraId="205D08E4" w14:textId="77777777" w:rsidR="002D6C46" w:rsidRDefault="00706C88">
      <w:r>
        <w:rPr>
          <w:sz w:val="21"/>
        </w:rPr>
        <w:br w:type="page"/>
      </w:r>
    </w:p>
    <w:p w14:paraId="2C2AC661" w14:textId="77777777" w:rsidR="00A62218" w:rsidRDefault="00706C88">
      <w:pPr>
        <w:keepNext/>
        <w:spacing w:after="280"/>
        <w:jc w:val="center"/>
      </w:pPr>
      <w:r>
        <w:rPr>
          <w:b/>
          <w:color w:val="0070C0"/>
          <w:sz w:val="40"/>
        </w:rPr>
        <w:lastRenderedPageBreak/>
        <w:t>TIJEK NASTAVNOGA SATA</w:t>
      </w:r>
    </w:p>
    <w:tbl>
      <w:tblPr>
        <w:tblW w:w="10658" w:type="dxa"/>
        <w:jc w:val="center"/>
        <w:tblBorders>
          <w:top w:val="single" w:sz="2" w:space="0" w:color="00B050"/>
          <w:left w:val="single" w:sz="2" w:space="0" w:color="00B050"/>
          <w:bottom w:val="single" w:sz="2" w:space="0" w:color="00B050"/>
          <w:right w:val="single" w:sz="2" w:space="0" w:color="00B050"/>
        </w:tblBorders>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58"/>
      </w:tblGrid>
      <w:tr w:rsidR="000311CB" w14:paraId="004A4003" w14:textId="77777777" w:rsidTr="00C1606D">
        <w:trPr>
          <w:cantSplit/>
          <w:jc w:val="center"/>
        </w:trPr>
        <w:tc>
          <w:tcPr>
            <w:tcW w:w="10681" w:type="dxa"/>
            <w:shd w:val="clear" w:color="auto" w:fill="00B050"/>
            <w:tcMar>
              <w:top w:w="90" w:type="dxa"/>
              <w:left w:w="130" w:type="dxa"/>
              <w:bottom w:w="90" w:type="dxa"/>
              <w:right w:w="130" w:type="dxa"/>
            </w:tcMar>
          </w:tcPr>
          <w:p w14:paraId="00094FE2" w14:textId="04E8A338" w:rsidR="00A62218" w:rsidRDefault="00C1606D" w:rsidP="00C1606D">
            <w:r w:rsidRPr="00C1606D">
              <w:rPr>
                <w:rFonts w:cs="Calibri"/>
                <w:b/>
                <w:color w:val="FFFFFF"/>
                <w:sz w:val="32"/>
              </w:rPr>
              <w:t xml:space="preserve">I. UVODNI DIO – DOŽIVI </w:t>
            </w:r>
            <w:r w:rsidRPr="00C1606D">
              <w:rPr>
                <w:rFonts w:cs="Calibri"/>
                <w:color w:val="FFFFFF"/>
                <w:sz w:val="20"/>
              </w:rPr>
              <w:t>(približno 7–10 minuta)</w:t>
            </w:r>
          </w:p>
        </w:tc>
      </w:tr>
    </w:tbl>
    <w:p w14:paraId="3B865B54" w14:textId="77777777" w:rsidR="00A62218" w:rsidRDefault="00706C88">
      <w:pPr>
        <w:keepNext/>
        <w:spacing w:before="60" w:after="40"/>
        <w:jc w:val="both"/>
      </w:pPr>
      <w:r>
        <w:rPr>
          <w:b/>
          <w:color w:val="C96A00"/>
          <w:sz w:val="26"/>
        </w:rPr>
        <w:t>Uvodna molitva:</w:t>
      </w:r>
    </w:p>
    <w:p w14:paraId="2C6A7B67" w14:textId="77777777" w:rsidR="00A62218" w:rsidRPr="00614631" w:rsidRDefault="00706C88">
      <w:pPr>
        <w:jc w:val="both"/>
      </w:pPr>
      <w:r w:rsidRPr="00614631">
        <w:t>Oče naš…</w:t>
      </w:r>
    </w:p>
    <w:p w14:paraId="7A189819" w14:textId="77777777" w:rsidR="003177C8" w:rsidRPr="00614631" w:rsidRDefault="003177C8">
      <w:pPr>
        <w:jc w:val="both"/>
      </w:pPr>
    </w:p>
    <w:p w14:paraId="0C0CF3B1" w14:textId="3F42A09E" w:rsidR="00A62218" w:rsidRPr="00614631" w:rsidRDefault="00706C88">
      <w:pPr>
        <w:jc w:val="both"/>
      </w:pPr>
      <w:r w:rsidRPr="00614631">
        <w:t>ili:</w:t>
      </w:r>
    </w:p>
    <w:p w14:paraId="67ED7589" w14:textId="77777777" w:rsidR="00A62218" w:rsidRPr="003E4550" w:rsidRDefault="00706C88" w:rsidP="003177C8">
      <w:pPr>
        <w:ind w:right="49"/>
        <w:jc w:val="both"/>
        <w:rPr>
          <w:sz w:val="48"/>
          <w:szCs w:val="48"/>
        </w:rPr>
      </w:pPr>
      <w:r w:rsidRPr="003E4550">
        <w:rPr>
          <w:sz w:val="48"/>
          <w:szCs w:val="48"/>
        </w:rPr>
        <w:t>Gospodine Isuse, hvala Ti što si nas naučio moliti. Daj da naučene riječi ne izgovaramo u žurbi, nego pažljivo i s povjerenjem. Pomozi nam da budemo mirni, strpljivi i obzirni dok naši prijatelji odgovaraju. Amen.</w:t>
      </w:r>
    </w:p>
    <w:p w14:paraId="5A9B56DA" w14:textId="77777777" w:rsidR="003177C8" w:rsidRDefault="003177C8">
      <w:pPr>
        <w:ind w:left="1417" w:right="1417"/>
        <w:jc w:val="both"/>
      </w:pPr>
    </w:p>
    <w:tbl>
      <w:tblPr>
        <w:tblW w:w="10658" w:type="dxa"/>
        <w:jc w:val="center"/>
        <w:tblLayout w:type="fixed"/>
        <w:tblLook w:val="04A0" w:firstRow="1" w:lastRow="0" w:firstColumn="1" w:lastColumn="0" w:noHBand="0" w:noVBand="1"/>
      </w:tblPr>
      <w:tblGrid>
        <w:gridCol w:w="10658"/>
      </w:tblGrid>
      <w:tr w:rsidR="000311CB" w14:paraId="21988886" w14:textId="77777777">
        <w:trPr>
          <w:cantSplit/>
          <w:jc w:val="center"/>
        </w:trPr>
        <w:tc>
          <w:tcPr>
            <w:tcW w:w="10681" w:type="dxa"/>
            <w:tcBorders>
              <w:top w:val="single" w:sz="4" w:space="0" w:color="A6A6A6"/>
              <w:left w:val="single" w:sz="4" w:space="0" w:color="A6A6A6"/>
              <w:bottom w:val="single" w:sz="4" w:space="0" w:color="A6A6A6"/>
              <w:right w:val="single" w:sz="4" w:space="0" w:color="A6A6A6"/>
            </w:tcBorders>
            <w:shd w:val="clear" w:color="auto" w:fill="EAF2F8"/>
            <w:tcMar>
              <w:top w:w="100" w:type="dxa"/>
              <w:left w:w="130" w:type="dxa"/>
              <w:bottom w:w="100" w:type="dxa"/>
              <w:right w:w="130" w:type="dxa"/>
            </w:tcMar>
          </w:tcPr>
          <w:p w14:paraId="1BC2F75E" w14:textId="77777777" w:rsidR="002D6C46" w:rsidRDefault="00706C88">
            <w:pPr>
              <w:jc w:val="both"/>
            </w:pPr>
            <w:r>
              <w:rPr>
                <w:b/>
                <w:color w:val="C96A00"/>
              </w:rPr>
              <w:t xml:space="preserve">Alternativa: </w:t>
            </w:r>
            <w:r>
              <w:t>Vjeroučitelj će pročitati: „Gospodine, nauči nas moliti!“ (Lk 11,1). Nakon kratke tišine učenici će sklopiti ruke i u sebi izreći ime jedne molitve koju žele moliti pažljivije.</w:t>
            </w:r>
          </w:p>
        </w:tc>
      </w:tr>
    </w:tbl>
    <w:p w14:paraId="73BA3912" w14:textId="77777777" w:rsidR="00A62218" w:rsidRDefault="00706C88">
      <w:pPr>
        <w:keepNext/>
        <w:spacing w:before="60" w:after="40"/>
        <w:jc w:val="both"/>
      </w:pPr>
      <w:r>
        <w:rPr>
          <w:b/>
          <w:color w:val="C96A00"/>
          <w:sz w:val="26"/>
        </w:rPr>
        <w:t>Povezivanje s prethodnim satom / pregled domaće zadaće:</w:t>
      </w:r>
    </w:p>
    <w:p w14:paraId="4A2C50D0" w14:textId="77777777" w:rsidR="00A62218" w:rsidRPr="003E4550" w:rsidRDefault="00706C88">
      <w:pPr>
        <w:jc w:val="both"/>
      </w:pPr>
      <w:r w:rsidRPr="003E4550">
        <w:t>Učenici daju vjeroučitelju na uvid domaću zadaću od prošloga susreta:</w:t>
      </w:r>
    </w:p>
    <w:p w14:paraId="21251D59" w14:textId="2829B691" w:rsidR="00A62218" w:rsidRPr="003E4550" w:rsidRDefault="00706C88">
      <w:pPr>
        <w:jc w:val="both"/>
      </w:pPr>
      <w:r w:rsidRPr="003E4550">
        <w:t xml:space="preserve">„Učenici će riješiti, ili dovršiti rješavanje RB, str. </w:t>
      </w:r>
      <w:r w:rsidR="0068621C">
        <w:t>90</w:t>
      </w:r>
      <w:r w:rsidRPr="003E4550">
        <w:t>–</w:t>
      </w:r>
      <w:r w:rsidR="0068621C">
        <w:t>91</w:t>
      </w:r>
      <w:r w:rsidRPr="003E4550">
        <w:t>.“</w:t>
      </w:r>
    </w:p>
    <w:p w14:paraId="4116E5DB" w14:textId="53E2FF94" w:rsidR="003E4550" w:rsidRDefault="00E8411A" w:rsidP="003E4550">
      <w:pPr>
        <w:jc w:val="both"/>
      </w:pPr>
      <w:r w:rsidRPr="00E8411A">
        <w:rPr>
          <w:color w:val="FF0000"/>
        </w:rPr>
        <w:t>„</w:t>
      </w:r>
      <w:r w:rsidR="003E4550" w:rsidRPr="00E8411A">
        <w:rPr>
          <w:color w:val="FF0000"/>
        </w:rPr>
        <w:t xml:space="preserve">Učenici će naučiti napamet sljedeće </w:t>
      </w:r>
      <w:r>
        <w:rPr>
          <w:color w:val="FF0000"/>
        </w:rPr>
        <w:t>osnovne molitve</w:t>
      </w:r>
      <w:r w:rsidR="003E4550" w:rsidRPr="00E8411A">
        <w:rPr>
          <w:color w:val="FF0000"/>
        </w:rPr>
        <w:t xml:space="preserve"> jer će na idućem satu</w:t>
      </w:r>
      <w:r w:rsidR="003E4550">
        <w:t xml:space="preserve"> </w:t>
      </w:r>
      <w:r w:rsidR="003E4550" w:rsidRPr="003E4550">
        <w:rPr>
          <w:b/>
          <w:bCs/>
          <w:color w:val="FF0000"/>
        </w:rPr>
        <w:t>biti usmeno ispitivani</w:t>
      </w:r>
      <w:r w:rsidR="003E4550" w:rsidRPr="00E8411A">
        <w:rPr>
          <w:color w:val="FF0000"/>
        </w:rPr>
        <w:t>:</w:t>
      </w:r>
    </w:p>
    <w:p w14:paraId="267CDF06" w14:textId="77777777" w:rsidR="003E4550" w:rsidRDefault="003E4550" w:rsidP="003E4550">
      <w:pPr>
        <w:jc w:val="both"/>
      </w:pPr>
    </w:p>
    <w:p w14:paraId="1F84A234" w14:textId="77777777" w:rsidR="003E4550" w:rsidRPr="00AA7DFD" w:rsidRDefault="003E4550" w:rsidP="003E4550">
      <w:pPr>
        <w:jc w:val="center"/>
        <w:rPr>
          <w:rFonts w:asciiTheme="majorHAnsi" w:hAnsiTheme="majorHAnsi" w:cstheme="majorHAnsi"/>
          <w:b/>
          <w:bCs/>
          <w:color w:val="1F497D" w:themeColor="text2"/>
        </w:rPr>
      </w:pPr>
      <w:r w:rsidRPr="00AA7DFD">
        <w:rPr>
          <w:rFonts w:asciiTheme="majorHAnsi" w:hAnsiTheme="majorHAnsi" w:cstheme="majorHAnsi"/>
          <w:b/>
          <w:bCs/>
          <w:color w:val="1F497D" w:themeColor="text2"/>
        </w:rPr>
        <w:t>Znak križa, Oče naš, Zdravo Marijo, Slava Ocu, Anđele, čuvaru mili, kajanje</w:t>
      </w:r>
    </w:p>
    <w:p w14:paraId="3E4F6122" w14:textId="77777777" w:rsidR="003E4550" w:rsidRPr="00AA7DFD" w:rsidRDefault="003E4550" w:rsidP="003E4550">
      <w:pPr>
        <w:jc w:val="both"/>
        <w:rPr>
          <w:rFonts w:asciiTheme="majorHAnsi" w:hAnsiTheme="majorHAnsi" w:cstheme="majorHAnsi"/>
        </w:rPr>
      </w:pPr>
    </w:p>
    <w:p w14:paraId="064E30B1" w14:textId="77777777" w:rsidR="003E4550" w:rsidRPr="00AA7DFD" w:rsidRDefault="003E4550" w:rsidP="003E4550">
      <w:pPr>
        <w:rPr>
          <w:rFonts w:asciiTheme="majorHAnsi" w:eastAsia="Times New Roman" w:hAnsiTheme="majorHAnsi" w:cstheme="majorHAnsi"/>
          <w:lang w:eastAsia="hr-HR"/>
        </w:rPr>
      </w:pPr>
      <w:r>
        <w:rPr>
          <w:rFonts w:asciiTheme="majorHAnsi" w:eastAsia="Times New Roman" w:hAnsiTheme="majorHAnsi" w:cstheme="majorHAnsi"/>
          <w:lang w:eastAsia="hr-HR"/>
        </w:rPr>
        <w:t xml:space="preserve">Odgovarat će </w:t>
      </w:r>
      <w:r w:rsidRPr="00AA7DFD">
        <w:rPr>
          <w:rFonts w:asciiTheme="majorHAnsi" w:eastAsia="Times New Roman" w:hAnsiTheme="majorHAnsi" w:cstheme="majorHAnsi"/>
          <w:lang w:eastAsia="hr-HR"/>
        </w:rPr>
        <w:t>obrazac kajanja koji su učili na prvoj Pričesti, a ako se ne mogu sjetiti, predlaže</w:t>
      </w:r>
      <w:r>
        <w:rPr>
          <w:rFonts w:asciiTheme="majorHAnsi" w:eastAsia="Times New Roman" w:hAnsiTheme="majorHAnsi" w:cstheme="majorHAnsi"/>
          <w:lang w:eastAsia="hr-HR"/>
        </w:rPr>
        <w:t xml:space="preserve"> se</w:t>
      </w:r>
      <w:r w:rsidRPr="00AA7DFD">
        <w:rPr>
          <w:rFonts w:asciiTheme="majorHAnsi" w:eastAsia="Times New Roman" w:hAnsiTheme="majorHAnsi" w:cstheme="majorHAnsi"/>
          <w:lang w:eastAsia="hr-HR"/>
        </w:rPr>
        <w:t xml:space="preserve"> sljedeći obrazac:</w:t>
      </w:r>
    </w:p>
    <w:p w14:paraId="00AEB9E4" w14:textId="77777777" w:rsidR="003E4550" w:rsidRPr="00AA7DFD" w:rsidRDefault="003E4550" w:rsidP="003E4550">
      <w:pPr>
        <w:pStyle w:val="Odlomakpopisa"/>
        <w:ind w:left="560"/>
        <w:rPr>
          <w:rFonts w:asciiTheme="majorHAnsi" w:eastAsia="Times New Roman" w:hAnsiTheme="majorHAnsi" w:cstheme="majorHAnsi"/>
          <w:lang w:eastAsia="hr-HR"/>
        </w:rPr>
      </w:pPr>
    </w:p>
    <w:p w14:paraId="4A1E0D29" w14:textId="77777777" w:rsidR="003E4550" w:rsidRPr="00945FE0" w:rsidRDefault="003E4550" w:rsidP="003E4550">
      <w:pPr>
        <w:pStyle w:val="Odlomakpopisa"/>
        <w:ind w:left="3828"/>
        <w:rPr>
          <w:rStyle w:val="Naglaeno"/>
          <w:rFonts w:asciiTheme="majorHAnsi" w:hAnsiTheme="majorHAnsi" w:cstheme="majorHAnsi"/>
          <w:color w:val="1F497D" w:themeColor="text2"/>
          <w:bdr w:val="none" w:sz="0" w:space="0" w:color="auto" w:frame="1"/>
          <w:shd w:val="clear" w:color="auto" w:fill="FFFFFF"/>
        </w:rPr>
      </w:pPr>
      <w:r w:rsidRPr="00945FE0">
        <w:rPr>
          <w:rStyle w:val="Naglaeno"/>
          <w:rFonts w:asciiTheme="majorHAnsi" w:hAnsiTheme="majorHAnsi" w:cstheme="majorHAnsi"/>
          <w:color w:val="1F497D" w:themeColor="text2"/>
          <w:bdr w:val="none" w:sz="0" w:space="0" w:color="auto" w:frame="1"/>
          <w:shd w:val="clear" w:color="auto" w:fill="FFFFFF"/>
        </w:rPr>
        <w:t>Kajem se od svega srca</w:t>
      </w:r>
    </w:p>
    <w:p w14:paraId="7DEBB39C" w14:textId="77777777" w:rsidR="003E4550" w:rsidRPr="00945FE0" w:rsidRDefault="003E4550" w:rsidP="003E4550">
      <w:pPr>
        <w:pStyle w:val="Odlomakpopisa"/>
        <w:ind w:left="3828"/>
        <w:rPr>
          <w:rStyle w:val="Naglaeno"/>
          <w:rFonts w:asciiTheme="majorHAnsi" w:hAnsiTheme="majorHAnsi" w:cstheme="majorHAnsi"/>
          <w:color w:val="1F497D" w:themeColor="text2"/>
          <w:bdr w:val="none" w:sz="0" w:space="0" w:color="auto" w:frame="1"/>
          <w:shd w:val="clear" w:color="auto" w:fill="FFFFFF"/>
        </w:rPr>
      </w:pPr>
      <w:r w:rsidRPr="00945FE0">
        <w:rPr>
          <w:rStyle w:val="Naglaeno"/>
          <w:rFonts w:asciiTheme="majorHAnsi" w:hAnsiTheme="majorHAnsi" w:cstheme="majorHAnsi"/>
          <w:color w:val="1F497D" w:themeColor="text2"/>
          <w:bdr w:val="none" w:sz="0" w:space="0" w:color="auto" w:frame="1"/>
          <w:shd w:val="clear" w:color="auto" w:fill="FFFFFF"/>
        </w:rPr>
        <w:t>što sam uvrijedio Boga</w:t>
      </w:r>
    </w:p>
    <w:p w14:paraId="56566B8B" w14:textId="77777777" w:rsidR="003E4550" w:rsidRPr="00945FE0" w:rsidRDefault="003E4550" w:rsidP="003E4550">
      <w:pPr>
        <w:pStyle w:val="Odlomakpopisa"/>
        <w:ind w:left="3828"/>
        <w:rPr>
          <w:rStyle w:val="Naglaeno"/>
          <w:rFonts w:asciiTheme="majorHAnsi" w:hAnsiTheme="majorHAnsi" w:cstheme="majorHAnsi"/>
          <w:color w:val="1F497D" w:themeColor="text2"/>
          <w:bdr w:val="none" w:sz="0" w:space="0" w:color="auto" w:frame="1"/>
          <w:shd w:val="clear" w:color="auto" w:fill="FFFFFF"/>
        </w:rPr>
      </w:pPr>
      <w:r w:rsidRPr="00945FE0">
        <w:rPr>
          <w:rStyle w:val="Naglaeno"/>
          <w:rFonts w:asciiTheme="majorHAnsi" w:hAnsiTheme="majorHAnsi" w:cstheme="majorHAnsi"/>
          <w:color w:val="1F497D" w:themeColor="text2"/>
          <w:bdr w:val="none" w:sz="0" w:space="0" w:color="auto" w:frame="1"/>
          <w:shd w:val="clear" w:color="auto" w:fill="FFFFFF"/>
        </w:rPr>
        <w:t>najveće i najmilije dobro.</w:t>
      </w:r>
    </w:p>
    <w:p w14:paraId="4C68A7B6" w14:textId="77777777" w:rsidR="003E4550" w:rsidRPr="00945FE0" w:rsidRDefault="003E4550" w:rsidP="003E4550">
      <w:pPr>
        <w:pStyle w:val="Odlomakpopisa"/>
        <w:ind w:left="3828"/>
        <w:rPr>
          <w:rStyle w:val="Naglaeno"/>
          <w:rFonts w:asciiTheme="majorHAnsi" w:hAnsiTheme="majorHAnsi" w:cstheme="majorHAnsi"/>
          <w:color w:val="1F497D" w:themeColor="text2"/>
          <w:bdr w:val="none" w:sz="0" w:space="0" w:color="auto" w:frame="1"/>
          <w:shd w:val="clear" w:color="auto" w:fill="FFFFFF"/>
        </w:rPr>
      </w:pPr>
      <w:r w:rsidRPr="00945FE0">
        <w:rPr>
          <w:rStyle w:val="Naglaeno"/>
          <w:rFonts w:asciiTheme="majorHAnsi" w:hAnsiTheme="majorHAnsi" w:cstheme="majorHAnsi"/>
          <w:color w:val="1F497D" w:themeColor="text2"/>
          <w:bdr w:val="none" w:sz="0" w:space="0" w:color="auto" w:frame="1"/>
          <w:shd w:val="clear" w:color="auto" w:fill="FFFFFF"/>
        </w:rPr>
        <w:t>Mrzim na sve svoje grijehe</w:t>
      </w:r>
    </w:p>
    <w:p w14:paraId="65F6C064" w14:textId="77777777" w:rsidR="003E4550" w:rsidRPr="00945FE0" w:rsidRDefault="003E4550" w:rsidP="003E4550">
      <w:pPr>
        <w:pStyle w:val="Odlomakpopisa"/>
        <w:ind w:left="3828"/>
        <w:rPr>
          <w:rStyle w:val="Naglaeno"/>
          <w:rFonts w:asciiTheme="majorHAnsi" w:hAnsiTheme="majorHAnsi" w:cstheme="majorHAnsi"/>
          <w:color w:val="1F497D" w:themeColor="text2"/>
          <w:bdr w:val="none" w:sz="0" w:space="0" w:color="auto" w:frame="1"/>
          <w:shd w:val="clear" w:color="auto" w:fill="FFFFFF"/>
        </w:rPr>
      </w:pPr>
      <w:r w:rsidRPr="00945FE0">
        <w:rPr>
          <w:rStyle w:val="Naglaeno"/>
          <w:rFonts w:asciiTheme="majorHAnsi" w:hAnsiTheme="majorHAnsi" w:cstheme="majorHAnsi"/>
          <w:color w:val="1F497D" w:themeColor="text2"/>
          <w:bdr w:val="none" w:sz="0" w:space="0" w:color="auto" w:frame="1"/>
          <w:shd w:val="clear" w:color="auto" w:fill="FFFFFF"/>
        </w:rPr>
        <w:t>i čvrsto odlučujem da ću se popraviti</w:t>
      </w:r>
    </w:p>
    <w:p w14:paraId="60C03E27" w14:textId="5848CAB0" w:rsidR="00A62218" w:rsidRDefault="003E4550" w:rsidP="003E4550">
      <w:pPr>
        <w:jc w:val="both"/>
        <w:rPr>
          <w:rStyle w:val="Naglaeno"/>
          <w:rFonts w:asciiTheme="majorHAnsi" w:hAnsiTheme="majorHAnsi" w:cstheme="majorHAnsi"/>
          <w:color w:val="1F497D" w:themeColor="text2"/>
          <w:bdr w:val="none" w:sz="0" w:space="0" w:color="auto" w:frame="1"/>
          <w:shd w:val="clear" w:color="auto" w:fill="FFFFFF"/>
        </w:rPr>
      </w:pPr>
      <w:r>
        <w:rPr>
          <w:rStyle w:val="Naglaeno"/>
          <w:rFonts w:asciiTheme="majorHAnsi" w:hAnsiTheme="majorHAnsi" w:cstheme="majorHAnsi"/>
          <w:color w:val="1F497D" w:themeColor="text2"/>
          <w:bdr w:val="none" w:sz="0" w:space="0" w:color="auto" w:frame="1"/>
          <w:shd w:val="clear" w:color="auto" w:fill="FFFFFF"/>
        </w:rPr>
        <w:t xml:space="preserve">                                                                             </w:t>
      </w:r>
      <w:r w:rsidRPr="00945FE0">
        <w:rPr>
          <w:rStyle w:val="Naglaeno"/>
          <w:rFonts w:asciiTheme="majorHAnsi" w:hAnsiTheme="majorHAnsi" w:cstheme="majorHAnsi"/>
          <w:color w:val="1F497D" w:themeColor="text2"/>
          <w:bdr w:val="none" w:sz="0" w:space="0" w:color="auto" w:frame="1"/>
          <w:shd w:val="clear" w:color="auto" w:fill="FFFFFF"/>
        </w:rPr>
        <w:t>i da neću više griješiti. Amen!</w:t>
      </w:r>
      <w:r>
        <w:rPr>
          <w:rStyle w:val="Naglaeno"/>
          <w:rFonts w:asciiTheme="majorHAnsi" w:hAnsiTheme="majorHAnsi" w:cstheme="majorHAnsi"/>
          <w:color w:val="1F497D" w:themeColor="text2"/>
          <w:bdr w:val="none" w:sz="0" w:space="0" w:color="auto" w:frame="1"/>
          <w:shd w:val="clear" w:color="auto" w:fill="FFFFFF"/>
        </w:rPr>
        <w:t>”</w:t>
      </w:r>
    </w:p>
    <w:p w14:paraId="5D08FDA1" w14:textId="77777777" w:rsidR="00E8411A" w:rsidRDefault="00E8411A" w:rsidP="003E4550">
      <w:pPr>
        <w:jc w:val="both"/>
        <w:rPr>
          <w:rStyle w:val="Naglaeno"/>
          <w:rFonts w:asciiTheme="majorHAnsi" w:hAnsiTheme="majorHAnsi" w:cstheme="majorHAnsi"/>
          <w:b w:val="0"/>
          <w:bCs w:val="0"/>
          <w:color w:val="auto"/>
          <w:bdr w:val="none" w:sz="0" w:space="0" w:color="auto" w:frame="1"/>
          <w:shd w:val="clear" w:color="auto" w:fill="FFFFFF"/>
        </w:rPr>
      </w:pPr>
    </w:p>
    <w:p w14:paraId="2C1E8252" w14:textId="4673A18A" w:rsidR="00E8411A" w:rsidRPr="00E8411A" w:rsidRDefault="00E8411A" w:rsidP="003E4550">
      <w:pPr>
        <w:jc w:val="both"/>
        <w:rPr>
          <w:rStyle w:val="Naglaeno"/>
          <w:rFonts w:asciiTheme="majorHAnsi" w:hAnsiTheme="majorHAnsi" w:cstheme="majorHAnsi"/>
          <w:b w:val="0"/>
          <w:bCs w:val="0"/>
          <w:color w:val="auto"/>
          <w:bdr w:val="none" w:sz="0" w:space="0" w:color="auto" w:frame="1"/>
          <w:shd w:val="clear" w:color="auto" w:fill="FFFFFF"/>
        </w:rPr>
      </w:pPr>
      <w:r w:rsidRPr="00E8411A">
        <w:rPr>
          <w:rStyle w:val="Naglaeno"/>
          <w:rFonts w:asciiTheme="majorHAnsi" w:hAnsiTheme="majorHAnsi" w:cstheme="majorHAnsi"/>
          <w:b w:val="0"/>
          <w:bCs w:val="0"/>
          <w:color w:val="auto"/>
          <w:bdr w:val="none" w:sz="0" w:space="0" w:color="auto" w:frame="1"/>
          <w:shd w:val="clear" w:color="auto" w:fill="FFFFFF"/>
        </w:rPr>
        <w:t>Ili:</w:t>
      </w:r>
    </w:p>
    <w:p w14:paraId="7BD40004" w14:textId="55E3A48A" w:rsidR="00E8411A" w:rsidRPr="00E8411A" w:rsidRDefault="00E8411A" w:rsidP="003E4550">
      <w:pPr>
        <w:jc w:val="both"/>
      </w:pPr>
      <w:r w:rsidRPr="003E4550">
        <w:t>„</w:t>
      </w:r>
      <w:r w:rsidRPr="00E8411A">
        <w:t>Učenici će odabrati dva oblika kršćanske molitve (molitva slave / pohvale, zahvale, kajanja, molbe ili meditativna molitva) i sastaviti po jednu kratku molitvenu rečenicu za svaki odabrani oblik.”</w:t>
      </w:r>
    </w:p>
    <w:p w14:paraId="4A1D541B" w14:textId="77777777" w:rsidR="00A62218" w:rsidRDefault="00706C88">
      <w:pPr>
        <w:keepNext/>
        <w:spacing w:before="60" w:after="40"/>
        <w:jc w:val="both"/>
      </w:pPr>
      <w:r>
        <w:rPr>
          <w:b/>
          <w:color w:val="C96A00"/>
          <w:sz w:val="26"/>
        </w:rPr>
        <w:t>Motivacija:</w:t>
      </w:r>
    </w:p>
    <w:p w14:paraId="623065E6" w14:textId="432EB60F" w:rsidR="00A62218" w:rsidRPr="00614631" w:rsidRDefault="00706C88">
      <w:pPr>
        <w:jc w:val="both"/>
      </w:pPr>
      <w:r w:rsidRPr="00614631">
        <w:t xml:space="preserve">Vjeroučitelj će na ploči napisati nazive šest </w:t>
      </w:r>
      <w:r w:rsidR="00687E4C">
        <w:t>osnovnih molitava</w:t>
      </w:r>
      <w:r w:rsidRPr="00614631">
        <w:t>. Učenici će ih tiho promotriti i na papiriću uz svaki naziv staviti jedan znak: ✓ – mogu samostalno; ? – trebam kratko ponavljanje. Papirić ostaje kod učenika i ne pokazuje se drugima.</w:t>
      </w:r>
    </w:p>
    <w:p w14:paraId="3BA0F0BD" w14:textId="77777777" w:rsidR="003E4550" w:rsidRDefault="003E4550">
      <w:pPr>
        <w:jc w:val="both"/>
        <w:rPr>
          <w:sz w:val="21"/>
        </w:rPr>
      </w:pPr>
    </w:p>
    <w:p w14:paraId="4491958E" w14:textId="2023505D" w:rsidR="003E4550" w:rsidRPr="009E7946" w:rsidRDefault="003E4550" w:rsidP="003E4550">
      <w:pPr>
        <w:jc w:val="center"/>
        <w:rPr>
          <w:color w:val="002060"/>
          <w:sz w:val="40"/>
          <w:szCs w:val="40"/>
        </w:rPr>
      </w:pPr>
      <w:r w:rsidRPr="009E7946">
        <w:rPr>
          <w:rFonts w:asciiTheme="majorHAnsi" w:hAnsiTheme="majorHAnsi" w:cstheme="majorHAnsi"/>
          <w:b/>
          <w:bCs/>
          <w:color w:val="002060"/>
          <w:sz w:val="40"/>
          <w:szCs w:val="40"/>
        </w:rPr>
        <w:t>Znak križa, Oče naš, Zdravo Marijo, Slava Ocu, Anđele, čuvaru mili, kajanje</w:t>
      </w:r>
    </w:p>
    <w:p w14:paraId="0BA9009A" w14:textId="77777777" w:rsidR="00614631" w:rsidRDefault="00614631" w:rsidP="00614631"/>
    <w:p w14:paraId="75C21D71" w14:textId="23FBBDB1" w:rsidR="00A62218" w:rsidRDefault="00706C88" w:rsidP="00614631">
      <w:r>
        <w:t>Razgovor:</w:t>
      </w:r>
    </w:p>
    <w:p w14:paraId="32F05FAE" w14:textId="77777777" w:rsidR="00A62218" w:rsidRDefault="00706C88">
      <w:pPr>
        <w:numPr>
          <w:ilvl w:val="0"/>
          <w:numId w:val="23"/>
        </w:numPr>
        <w:spacing w:after="20"/>
      </w:pPr>
      <w:r w:rsidRPr="00614631">
        <w:lastRenderedPageBreak/>
        <w:t>Zašto kršćani uče neke molitve napamet?</w:t>
      </w:r>
      <w:r>
        <w:rPr>
          <w:sz w:val="21"/>
        </w:rPr>
        <w:t xml:space="preserve"> </w:t>
      </w:r>
      <w:r>
        <w:rPr>
          <w:color w:val="808080"/>
          <w:sz w:val="18"/>
        </w:rPr>
        <w:t>(Da ih mogu moliti u različitim prigodama i da zajednički mole istim riječima.)</w:t>
      </w:r>
    </w:p>
    <w:p w14:paraId="4A9351C7" w14:textId="77777777" w:rsidR="00A62218" w:rsidRDefault="00706C88">
      <w:pPr>
        <w:numPr>
          <w:ilvl w:val="0"/>
          <w:numId w:val="23"/>
        </w:numPr>
        <w:spacing w:after="20"/>
      </w:pPr>
      <w:r w:rsidRPr="00614631">
        <w:t xml:space="preserve">Znači li moliti napamet isto što i moliti bez razmišljanja? </w:t>
      </w:r>
      <w:r>
        <w:rPr>
          <w:color w:val="808080"/>
          <w:sz w:val="18"/>
        </w:rPr>
        <w:t>(Ne; poznate riječi treba izgovarati pažljivo i s razumijevanjem.)</w:t>
      </w:r>
    </w:p>
    <w:p w14:paraId="10B528A5" w14:textId="77777777" w:rsidR="00A62218" w:rsidRDefault="00706C88">
      <w:pPr>
        <w:numPr>
          <w:ilvl w:val="0"/>
          <w:numId w:val="23"/>
        </w:numPr>
        <w:spacing w:after="20"/>
      </w:pPr>
      <w:r w:rsidRPr="00614631">
        <w:t>Kako pokazujemo poštovanje dok drugi učenik usmeno odgovara?</w:t>
      </w:r>
      <w:r>
        <w:rPr>
          <w:sz w:val="21"/>
        </w:rPr>
        <w:t xml:space="preserve"> </w:t>
      </w:r>
      <w:r>
        <w:rPr>
          <w:color w:val="808080"/>
          <w:sz w:val="18"/>
        </w:rPr>
        <w:t>(Radimo tiho, ne dobacujemo, ne pomažemo bez poziva i ne uspoređujemo rezultate.)</w:t>
      </w:r>
    </w:p>
    <w:p w14:paraId="10E50442" w14:textId="77777777" w:rsidR="00A62218" w:rsidRDefault="00706C88">
      <w:pPr>
        <w:keepNext/>
        <w:spacing w:before="60" w:after="40"/>
        <w:jc w:val="both"/>
      </w:pPr>
      <w:r>
        <w:rPr>
          <w:b/>
          <w:color w:val="C96A00"/>
          <w:sz w:val="26"/>
        </w:rPr>
        <w:t>Najava teme i središnjega pitanja:</w:t>
      </w:r>
    </w:p>
    <w:p w14:paraId="3CE101F0" w14:textId="2FC0F7CF" w:rsidR="00A62218" w:rsidRPr="00614631" w:rsidRDefault="00706C88">
      <w:pPr>
        <w:jc w:val="both"/>
      </w:pPr>
      <w:r w:rsidRPr="00614631">
        <w:t xml:space="preserve">Danas ne obrađujemo novo gradivo. Vjeroučitelj će pojedinačno usmeno provjeravati naučene </w:t>
      </w:r>
      <w:r w:rsidR="00E8411A">
        <w:t xml:space="preserve">osnovne </w:t>
      </w:r>
      <w:r w:rsidRPr="00614631">
        <w:t xml:space="preserve">molitve. Dok jedan učenik odgovara, ostali će samostalno i u tišini rješavati pet aktivnosti za ponavljanje. Istraživat ćemo: Kako nam </w:t>
      </w:r>
      <w:r w:rsidR="00687E4C">
        <w:t>osnovne molitve</w:t>
      </w:r>
      <w:r w:rsidRPr="00614631">
        <w:t xml:space="preserve"> pomažu razgovarati s Bogom i živjeti vjeru?</w:t>
      </w:r>
    </w:p>
    <w:p w14:paraId="2AA37280" w14:textId="77777777" w:rsidR="003E4550" w:rsidRDefault="003E4550">
      <w:pPr>
        <w:jc w:val="both"/>
        <w:rPr>
          <w:sz w:val="21"/>
        </w:rPr>
      </w:pPr>
    </w:p>
    <w:p w14:paraId="6962D12C" w14:textId="77777777" w:rsidR="003E4550" w:rsidRDefault="003E4550">
      <w:pPr>
        <w:jc w:val="both"/>
      </w:pPr>
    </w:p>
    <w:tbl>
      <w:tblPr>
        <w:tblW w:w="10658" w:type="dxa"/>
        <w:jc w:val="center"/>
        <w:tblBorders>
          <w:top w:val="single" w:sz="2" w:space="0" w:color="00B050"/>
          <w:left w:val="single" w:sz="2" w:space="0" w:color="00B050"/>
          <w:bottom w:val="single" w:sz="2" w:space="0" w:color="00B050"/>
          <w:right w:val="single" w:sz="2" w:space="0" w:color="00B050"/>
        </w:tblBorders>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58"/>
      </w:tblGrid>
      <w:tr w:rsidR="000311CB" w14:paraId="6298A6D6" w14:textId="77777777" w:rsidTr="00C1606D">
        <w:trPr>
          <w:cantSplit/>
          <w:jc w:val="center"/>
        </w:trPr>
        <w:tc>
          <w:tcPr>
            <w:tcW w:w="10658" w:type="dxa"/>
            <w:shd w:val="clear" w:color="auto" w:fill="00B050"/>
            <w:tcMar>
              <w:top w:w="90" w:type="dxa"/>
              <w:left w:w="130" w:type="dxa"/>
              <w:bottom w:w="90" w:type="dxa"/>
              <w:right w:w="130" w:type="dxa"/>
            </w:tcMar>
          </w:tcPr>
          <w:p w14:paraId="1F14233D" w14:textId="49DFEFBD" w:rsidR="00A62218" w:rsidRDefault="00C1606D" w:rsidP="00C1606D">
            <w:r w:rsidRPr="00C1606D">
              <w:rPr>
                <w:rFonts w:cs="Calibri"/>
                <w:b/>
                <w:color w:val="FFFFFF"/>
                <w:sz w:val="32"/>
              </w:rPr>
              <w:t xml:space="preserve">II. SREDIŠNJI DIO – OTKRIJ I POVEŽI </w:t>
            </w:r>
            <w:r w:rsidRPr="00C1606D">
              <w:rPr>
                <w:rFonts w:cs="Calibri"/>
                <w:color w:val="FFFFFF"/>
                <w:sz w:val="20"/>
              </w:rPr>
              <w:t>(približno 27–30 minuta)</w:t>
            </w:r>
          </w:p>
        </w:tc>
      </w:tr>
    </w:tbl>
    <w:p w14:paraId="0C82E61E" w14:textId="77777777" w:rsidR="003E4550" w:rsidRDefault="003E4550"/>
    <w:tbl>
      <w:tblPr>
        <w:tblW w:w="10658" w:type="dxa"/>
        <w:jc w:val="center"/>
        <w:tblLayout w:type="fixed"/>
        <w:tblLook w:val="04A0" w:firstRow="1" w:lastRow="0" w:firstColumn="1" w:lastColumn="0" w:noHBand="0" w:noVBand="1"/>
      </w:tblPr>
      <w:tblGrid>
        <w:gridCol w:w="10658"/>
      </w:tblGrid>
      <w:tr w:rsidR="000311CB" w14:paraId="1E5F7C8A" w14:textId="77777777" w:rsidTr="003E4550">
        <w:trPr>
          <w:cantSplit/>
          <w:jc w:val="center"/>
        </w:trPr>
        <w:tc>
          <w:tcPr>
            <w:tcW w:w="10658" w:type="dxa"/>
            <w:tcBorders>
              <w:top w:val="single" w:sz="4" w:space="0" w:color="A6A6A6"/>
              <w:left w:val="single" w:sz="4" w:space="0" w:color="A6A6A6"/>
              <w:bottom w:val="single" w:sz="4" w:space="0" w:color="A6A6A6"/>
              <w:right w:val="single" w:sz="4" w:space="0" w:color="A6A6A6"/>
            </w:tcBorders>
            <w:shd w:val="clear" w:color="auto" w:fill="EAF2F8"/>
            <w:tcMar>
              <w:top w:w="100" w:type="dxa"/>
              <w:left w:w="130" w:type="dxa"/>
              <w:bottom w:w="100" w:type="dxa"/>
              <w:right w:w="130" w:type="dxa"/>
            </w:tcMar>
          </w:tcPr>
          <w:p w14:paraId="15454B1E" w14:textId="77777777" w:rsidR="002D6C46" w:rsidRDefault="00706C88">
            <w:pPr>
              <w:jc w:val="both"/>
            </w:pPr>
            <w:r>
              <w:rPr>
                <w:b/>
                <w:color w:val="C96A00"/>
              </w:rPr>
              <w:t xml:space="preserve">Napomena o organizaciji rada: </w:t>
            </w:r>
            <w:r>
              <w:t>Vjeroučitelj poziva učenike jednoga po jednoga na usmeno ispitivanje. Ostali učenici rješavaju aktivnosti redom i bez razgovora. Ne moraju svi dovršiti svih pet aktivnosti. Nakon završetka jedne aktivnosti prelaze na sljedeću, a ne ometaju učenika koji odgovara.</w:t>
            </w:r>
          </w:p>
        </w:tc>
      </w:tr>
    </w:tbl>
    <w:p w14:paraId="5D650335" w14:textId="063A250B" w:rsidR="003E4550" w:rsidRDefault="003E4550" w:rsidP="003E4550">
      <w:pPr>
        <w:keepNext/>
        <w:spacing w:before="100"/>
        <w:jc w:val="both"/>
        <w:rPr>
          <w:i/>
          <w:color w:val="6B6B6B"/>
          <w:sz w:val="20"/>
        </w:rPr>
      </w:pPr>
      <w:r>
        <w:rPr>
          <w:b/>
          <w:color w:val="C96A00"/>
          <w:sz w:val="26"/>
        </w:rPr>
        <w:t xml:space="preserve">Aktivnost 1: Usmeno ispitivanje </w:t>
      </w:r>
      <w:r w:rsidR="00687E4C">
        <w:rPr>
          <w:b/>
          <w:color w:val="C96A00"/>
          <w:sz w:val="26"/>
        </w:rPr>
        <w:t>osnovnih molitava</w:t>
      </w:r>
      <w:r>
        <w:rPr>
          <w:i/>
          <w:color w:val="6B6B6B"/>
          <w:sz w:val="20"/>
        </w:rPr>
        <w:t xml:space="preserve"> (individualno, 3-5 minuta po učeniku)</w:t>
      </w:r>
    </w:p>
    <w:p w14:paraId="5A99A493" w14:textId="06DDE941" w:rsidR="003E4550" w:rsidRPr="003E4550" w:rsidRDefault="003E4550" w:rsidP="003E4550">
      <w:pPr>
        <w:keepNext/>
        <w:spacing w:after="40"/>
        <w:jc w:val="both"/>
      </w:pPr>
      <w:r w:rsidRPr="003E4550">
        <w:t>Učenici će usmeno odgovarati:</w:t>
      </w:r>
    </w:p>
    <w:p w14:paraId="37C72471" w14:textId="534B8A12" w:rsidR="003E4550" w:rsidRPr="003E4550" w:rsidRDefault="003E4550" w:rsidP="003E4550">
      <w:pPr>
        <w:keepNext/>
        <w:spacing w:before="100" w:after="40"/>
        <w:jc w:val="center"/>
        <w:rPr>
          <w:b/>
          <w:bCs/>
        </w:rPr>
      </w:pPr>
      <w:r w:rsidRPr="003E4550">
        <w:rPr>
          <w:b/>
          <w:bCs/>
          <w:color w:val="1F497D" w:themeColor="text2"/>
        </w:rPr>
        <w:t>Znak križa, Oče naš, Zdravo Marijo, Slava Ocu, Anđele, čuvaru mili, kajanje</w:t>
      </w:r>
    </w:p>
    <w:p w14:paraId="7C84C15E" w14:textId="77777777" w:rsidR="003E4550" w:rsidRDefault="003E4550" w:rsidP="003E4550">
      <w:pPr>
        <w:keepNext/>
        <w:spacing w:before="100" w:after="40"/>
        <w:jc w:val="both"/>
        <w:rPr>
          <w:b/>
          <w:color w:val="C96A00"/>
          <w:sz w:val="26"/>
        </w:rPr>
      </w:pPr>
    </w:p>
    <w:p w14:paraId="3EB45807" w14:textId="47C20710" w:rsidR="003E4550" w:rsidRPr="00614631" w:rsidRDefault="003E4550" w:rsidP="00614631">
      <w:pPr>
        <w:keepNext/>
        <w:spacing w:before="100" w:after="40"/>
        <w:jc w:val="center"/>
        <w:rPr>
          <w:b/>
          <w:color w:val="0070C0"/>
          <w:sz w:val="26"/>
        </w:rPr>
      </w:pPr>
      <w:r w:rsidRPr="00614631">
        <w:rPr>
          <w:b/>
          <w:color w:val="0070C0"/>
          <w:sz w:val="26"/>
        </w:rPr>
        <w:t xml:space="preserve">PRIJEDLOZI AKTIVNOSTI ZA VRIJEME </w:t>
      </w:r>
      <w:r w:rsidR="00614631" w:rsidRPr="00614631">
        <w:rPr>
          <w:b/>
          <w:color w:val="0070C0"/>
          <w:sz w:val="26"/>
        </w:rPr>
        <w:t>USMENOG ISPITIVANJA</w:t>
      </w:r>
    </w:p>
    <w:p w14:paraId="50398E47" w14:textId="0BFB31DB" w:rsidR="00A62218" w:rsidRDefault="00706C88" w:rsidP="003E4550">
      <w:pPr>
        <w:keepNext/>
        <w:spacing w:before="100" w:after="40"/>
        <w:jc w:val="both"/>
        <w:rPr>
          <w:i/>
          <w:color w:val="6B6B6B"/>
          <w:sz w:val="20"/>
        </w:rPr>
      </w:pPr>
      <w:r>
        <w:rPr>
          <w:b/>
          <w:color w:val="C96A00"/>
          <w:sz w:val="26"/>
        </w:rPr>
        <w:t xml:space="preserve">Aktivnost </w:t>
      </w:r>
      <w:r w:rsidR="003E4550">
        <w:rPr>
          <w:b/>
          <w:color w:val="C96A00"/>
          <w:sz w:val="26"/>
        </w:rPr>
        <w:t>2</w:t>
      </w:r>
      <w:r>
        <w:rPr>
          <w:b/>
          <w:color w:val="C96A00"/>
          <w:sz w:val="26"/>
        </w:rPr>
        <w:t>: Molitveni putokazi</w:t>
      </w:r>
      <w:r>
        <w:rPr>
          <w:i/>
          <w:color w:val="6B6B6B"/>
          <w:sz w:val="20"/>
        </w:rPr>
        <w:t xml:space="preserve"> (individualni rad, 8 minuta)</w:t>
      </w:r>
    </w:p>
    <w:p w14:paraId="4B1412F5" w14:textId="414E29BB" w:rsidR="00A62218" w:rsidRPr="00614631" w:rsidRDefault="00706C88">
      <w:pPr>
        <w:jc w:val="both"/>
      </w:pPr>
      <w:r w:rsidRPr="00614631">
        <w:t>Učenici će povezati svak</w:t>
      </w:r>
      <w:r w:rsidR="00687E4C">
        <w:t>u molitvu</w:t>
      </w:r>
      <w:r w:rsidRPr="00614631">
        <w:t xml:space="preserve"> s osobom kojoj se obraća ili s njegovom glavnom porukom. U posljednji će stupac zapisati jednu ključnu riječ. Zadatak rješavaju bez prepisivanja cijelih molitava.</w:t>
      </w:r>
    </w:p>
    <w:p w14:paraId="5C2820B0" w14:textId="77777777" w:rsidR="00A62218" w:rsidRDefault="00706C88">
      <w:pPr>
        <w:jc w:val="both"/>
      </w:pPr>
      <w:r>
        <w:rPr>
          <w:i/>
          <w:color w:val="6B6B6B"/>
          <w:sz w:val="21"/>
        </w:rPr>
        <w:t>Rješenje: ZNAK KRIŽA – Presveto Trojstvo – početak; OČE NAŠ – nebeski Otac – kraljevstvo; ZDRAVO MARIJO – Marija – zagovor; SLAVA OCU – Presveto Trojstvo – slava; ANĐELE, ČUVARU MILI – anđeo čuvar – zaštita; KAJANJE – Bog – oprost i odluka.</w:t>
      </w:r>
    </w:p>
    <w:p w14:paraId="66E2F51F" w14:textId="77777777" w:rsidR="00614631" w:rsidRDefault="00614631" w:rsidP="00614631">
      <w:pPr>
        <w:spacing w:before="220"/>
      </w:pPr>
      <w:r>
        <w:t>Radni predložak:</w:t>
      </w:r>
    </w:p>
    <w:tbl>
      <w:tblPr>
        <w:tblW w:w="5000" w:type="pct"/>
        <w:jc w:val="center"/>
        <w:tblLook w:val="04A0" w:firstRow="1" w:lastRow="0" w:firstColumn="1" w:lastColumn="0" w:noHBand="0" w:noVBand="1"/>
      </w:tblPr>
      <w:tblGrid>
        <w:gridCol w:w="2615"/>
        <w:gridCol w:w="5280"/>
        <w:gridCol w:w="2766"/>
      </w:tblGrid>
      <w:tr w:rsidR="00A62218" w14:paraId="482BD1AD" w14:textId="77777777" w:rsidTr="00614631">
        <w:trPr>
          <w:cantSplit/>
          <w:tblHeader/>
          <w:jc w:val="center"/>
        </w:trPr>
        <w:tc>
          <w:tcPr>
            <w:tcW w:w="1280" w:type="pct"/>
            <w:tcBorders>
              <w:top w:val="single" w:sz="8" w:space="0" w:color="A6A6A6"/>
              <w:left w:val="single" w:sz="8" w:space="0" w:color="A6A6A6"/>
              <w:bottom w:val="single" w:sz="8" w:space="0" w:color="A6A6A6"/>
              <w:right w:val="single" w:sz="8" w:space="0" w:color="A6A6A6"/>
            </w:tcBorders>
            <w:shd w:val="clear" w:color="auto" w:fill="0070C0"/>
            <w:vAlign w:val="center"/>
          </w:tcPr>
          <w:p w14:paraId="25BF5BF1" w14:textId="1D72BE13" w:rsidR="00A62218" w:rsidRPr="009E7946" w:rsidRDefault="00706C88">
            <w:pPr>
              <w:jc w:val="center"/>
              <w:rPr>
                <w:sz w:val="40"/>
                <w:szCs w:val="40"/>
              </w:rPr>
            </w:pPr>
            <w:r w:rsidRPr="009E7946">
              <w:rPr>
                <w:b/>
                <w:color w:val="FFFFFF"/>
                <w:sz w:val="40"/>
                <w:szCs w:val="40"/>
              </w:rPr>
              <w:t>MOLITV</w:t>
            </w:r>
            <w:r w:rsidR="00687E4C">
              <w:rPr>
                <w:b/>
                <w:color w:val="FFFFFF"/>
                <w:sz w:val="40"/>
                <w:szCs w:val="40"/>
              </w:rPr>
              <w:t>A</w:t>
            </w:r>
          </w:p>
        </w:tc>
        <w:tc>
          <w:tcPr>
            <w:tcW w:w="2530" w:type="pct"/>
            <w:tcBorders>
              <w:top w:val="single" w:sz="8" w:space="0" w:color="A6A6A6"/>
              <w:left w:val="single" w:sz="8" w:space="0" w:color="A6A6A6"/>
              <w:bottom w:val="single" w:sz="8" w:space="0" w:color="A6A6A6"/>
              <w:right w:val="single" w:sz="8" w:space="0" w:color="A6A6A6"/>
            </w:tcBorders>
            <w:shd w:val="clear" w:color="auto" w:fill="0070C0"/>
            <w:vAlign w:val="center"/>
          </w:tcPr>
          <w:p w14:paraId="3936F1A3" w14:textId="77777777" w:rsidR="00A62218" w:rsidRPr="009E7946" w:rsidRDefault="00706C88">
            <w:pPr>
              <w:jc w:val="center"/>
              <w:rPr>
                <w:sz w:val="40"/>
                <w:szCs w:val="40"/>
              </w:rPr>
            </w:pPr>
            <w:r w:rsidRPr="009E7946">
              <w:rPr>
                <w:b/>
                <w:color w:val="FFFFFF"/>
                <w:sz w:val="40"/>
                <w:szCs w:val="40"/>
              </w:rPr>
              <w:t>KOME SE OBRAĆAM / ŠTO IZRAŽAVAM?</w:t>
            </w:r>
          </w:p>
        </w:tc>
        <w:tc>
          <w:tcPr>
            <w:tcW w:w="1191" w:type="pct"/>
            <w:tcBorders>
              <w:top w:val="single" w:sz="8" w:space="0" w:color="A6A6A6"/>
              <w:left w:val="single" w:sz="8" w:space="0" w:color="A6A6A6"/>
              <w:bottom w:val="single" w:sz="8" w:space="0" w:color="A6A6A6"/>
              <w:right w:val="single" w:sz="8" w:space="0" w:color="A6A6A6"/>
            </w:tcBorders>
            <w:shd w:val="clear" w:color="auto" w:fill="0070C0"/>
            <w:vAlign w:val="center"/>
          </w:tcPr>
          <w:p w14:paraId="0BE0BFD4" w14:textId="77777777" w:rsidR="00A62218" w:rsidRPr="009E7946" w:rsidRDefault="00706C88">
            <w:pPr>
              <w:jc w:val="center"/>
              <w:rPr>
                <w:sz w:val="40"/>
                <w:szCs w:val="40"/>
              </w:rPr>
            </w:pPr>
            <w:r w:rsidRPr="009E7946">
              <w:rPr>
                <w:b/>
                <w:color w:val="FFFFFF"/>
                <w:sz w:val="40"/>
                <w:szCs w:val="40"/>
              </w:rPr>
              <w:t>KLJUČNA RIJEČ</w:t>
            </w:r>
          </w:p>
        </w:tc>
      </w:tr>
      <w:tr w:rsidR="00A62218" w14:paraId="4BE3FD3A" w14:textId="77777777" w:rsidTr="00614631">
        <w:trPr>
          <w:cantSplit/>
          <w:jc w:val="center"/>
        </w:trPr>
        <w:tc>
          <w:tcPr>
            <w:tcW w:w="1280"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5417B363" w14:textId="77777777" w:rsidR="00A62218" w:rsidRPr="009E7946" w:rsidRDefault="00706C88">
            <w:pPr>
              <w:rPr>
                <w:sz w:val="40"/>
                <w:szCs w:val="40"/>
              </w:rPr>
            </w:pPr>
            <w:r w:rsidRPr="009E7946">
              <w:rPr>
                <w:sz w:val="40"/>
                <w:szCs w:val="40"/>
              </w:rPr>
              <w:t>Znak križa</w:t>
            </w:r>
          </w:p>
        </w:tc>
        <w:tc>
          <w:tcPr>
            <w:tcW w:w="2530"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2C49B921" w14:textId="4630AF1C" w:rsidR="00A62218" w:rsidRPr="009E7946" w:rsidRDefault="00706C88">
            <w:pPr>
              <w:rPr>
                <w:sz w:val="32"/>
                <w:szCs w:val="32"/>
              </w:rPr>
            </w:pPr>
            <w:r w:rsidRPr="009E7946">
              <w:rPr>
                <w:sz w:val="32"/>
                <w:szCs w:val="32"/>
              </w:rPr>
              <w:t>______________________________</w:t>
            </w:r>
          </w:p>
        </w:tc>
        <w:tc>
          <w:tcPr>
            <w:tcW w:w="119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234FEA80" w14:textId="77777777" w:rsidR="00A62218" w:rsidRPr="009E7946" w:rsidRDefault="00706C88">
            <w:pPr>
              <w:rPr>
                <w:sz w:val="32"/>
                <w:szCs w:val="32"/>
              </w:rPr>
            </w:pPr>
            <w:r w:rsidRPr="009E7946">
              <w:rPr>
                <w:sz w:val="32"/>
                <w:szCs w:val="32"/>
              </w:rPr>
              <w:t>________________</w:t>
            </w:r>
          </w:p>
        </w:tc>
      </w:tr>
      <w:tr w:rsidR="00A62218" w14:paraId="6C168726" w14:textId="77777777" w:rsidTr="00524A1F">
        <w:trPr>
          <w:cantSplit/>
          <w:jc w:val="center"/>
        </w:trPr>
        <w:tc>
          <w:tcPr>
            <w:tcW w:w="1280" w:type="pct"/>
            <w:tcBorders>
              <w:top w:val="single" w:sz="8" w:space="0" w:color="A6A6A6"/>
              <w:left w:val="single" w:sz="8" w:space="0" w:color="A6A6A6"/>
              <w:bottom w:val="single" w:sz="8" w:space="0" w:color="A6A6A6"/>
              <w:right w:val="single" w:sz="8" w:space="0" w:color="A6A6A6"/>
            </w:tcBorders>
            <w:shd w:val="clear" w:color="auto" w:fill="F5F5F5"/>
            <w:vAlign w:val="center"/>
          </w:tcPr>
          <w:p w14:paraId="047673EA" w14:textId="77777777" w:rsidR="00A62218" w:rsidRPr="009E7946" w:rsidRDefault="00706C88">
            <w:pPr>
              <w:rPr>
                <w:sz w:val="40"/>
                <w:szCs w:val="40"/>
              </w:rPr>
            </w:pPr>
            <w:r w:rsidRPr="009E7946">
              <w:rPr>
                <w:sz w:val="40"/>
                <w:szCs w:val="40"/>
              </w:rPr>
              <w:t>Oče naš</w:t>
            </w:r>
          </w:p>
        </w:tc>
        <w:tc>
          <w:tcPr>
            <w:tcW w:w="2530" w:type="pct"/>
            <w:tcBorders>
              <w:top w:val="single" w:sz="8" w:space="0" w:color="A6A6A6"/>
              <w:left w:val="single" w:sz="8" w:space="0" w:color="A6A6A6"/>
              <w:bottom w:val="single" w:sz="8" w:space="0" w:color="A6A6A6"/>
              <w:right w:val="single" w:sz="8" w:space="0" w:color="A6A6A6"/>
            </w:tcBorders>
            <w:shd w:val="clear" w:color="auto" w:fill="F5F5F5"/>
            <w:vAlign w:val="center"/>
          </w:tcPr>
          <w:p w14:paraId="4F498351" w14:textId="75407E0D" w:rsidR="00A62218" w:rsidRPr="009E7946" w:rsidRDefault="00706C88">
            <w:pPr>
              <w:rPr>
                <w:sz w:val="32"/>
                <w:szCs w:val="32"/>
              </w:rPr>
            </w:pPr>
            <w:r w:rsidRPr="009E7946">
              <w:rPr>
                <w:sz w:val="32"/>
                <w:szCs w:val="32"/>
              </w:rPr>
              <w:t>______________________________</w:t>
            </w:r>
          </w:p>
        </w:tc>
        <w:tc>
          <w:tcPr>
            <w:tcW w:w="1191" w:type="pct"/>
            <w:tcBorders>
              <w:top w:val="single" w:sz="8" w:space="0" w:color="A6A6A6"/>
              <w:left w:val="single" w:sz="8" w:space="0" w:color="A6A6A6"/>
              <w:bottom w:val="single" w:sz="8" w:space="0" w:color="A6A6A6"/>
              <w:right w:val="single" w:sz="8" w:space="0" w:color="A6A6A6"/>
            </w:tcBorders>
            <w:shd w:val="clear" w:color="auto" w:fill="F5F5F5"/>
            <w:vAlign w:val="center"/>
          </w:tcPr>
          <w:p w14:paraId="523F93D0" w14:textId="77777777" w:rsidR="00A62218" w:rsidRPr="009E7946" w:rsidRDefault="00706C88">
            <w:pPr>
              <w:rPr>
                <w:sz w:val="32"/>
                <w:szCs w:val="32"/>
              </w:rPr>
            </w:pPr>
            <w:r w:rsidRPr="009E7946">
              <w:rPr>
                <w:sz w:val="32"/>
                <w:szCs w:val="32"/>
              </w:rPr>
              <w:t>________________</w:t>
            </w:r>
          </w:p>
        </w:tc>
      </w:tr>
      <w:tr w:rsidR="00A62218" w14:paraId="7933008E" w14:textId="77777777" w:rsidTr="00614631">
        <w:trPr>
          <w:cantSplit/>
          <w:jc w:val="center"/>
        </w:trPr>
        <w:tc>
          <w:tcPr>
            <w:tcW w:w="1280"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374BAEEC" w14:textId="77777777" w:rsidR="00A62218" w:rsidRPr="009E7946" w:rsidRDefault="00706C88">
            <w:pPr>
              <w:rPr>
                <w:sz w:val="40"/>
                <w:szCs w:val="40"/>
              </w:rPr>
            </w:pPr>
            <w:r w:rsidRPr="009E7946">
              <w:rPr>
                <w:sz w:val="40"/>
                <w:szCs w:val="40"/>
              </w:rPr>
              <w:t>Zdravo Marijo</w:t>
            </w:r>
          </w:p>
        </w:tc>
        <w:tc>
          <w:tcPr>
            <w:tcW w:w="2530"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D825FC9" w14:textId="0BEBEF1A" w:rsidR="00A62218" w:rsidRPr="009E7946" w:rsidRDefault="00706C88">
            <w:pPr>
              <w:rPr>
                <w:sz w:val="32"/>
                <w:szCs w:val="32"/>
              </w:rPr>
            </w:pPr>
            <w:r w:rsidRPr="009E7946">
              <w:rPr>
                <w:sz w:val="32"/>
                <w:szCs w:val="32"/>
              </w:rPr>
              <w:t>______________________________</w:t>
            </w:r>
          </w:p>
        </w:tc>
        <w:tc>
          <w:tcPr>
            <w:tcW w:w="119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3DA189DF" w14:textId="77777777" w:rsidR="00A62218" w:rsidRPr="009E7946" w:rsidRDefault="00706C88">
            <w:pPr>
              <w:rPr>
                <w:sz w:val="32"/>
                <w:szCs w:val="32"/>
              </w:rPr>
            </w:pPr>
            <w:r w:rsidRPr="009E7946">
              <w:rPr>
                <w:sz w:val="32"/>
                <w:szCs w:val="32"/>
              </w:rPr>
              <w:t>________________</w:t>
            </w:r>
          </w:p>
        </w:tc>
      </w:tr>
      <w:tr w:rsidR="00A62218" w14:paraId="5ADA91B3" w14:textId="77777777" w:rsidTr="00524A1F">
        <w:trPr>
          <w:cantSplit/>
          <w:jc w:val="center"/>
        </w:trPr>
        <w:tc>
          <w:tcPr>
            <w:tcW w:w="1280" w:type="pct"/>
            <w:tcBorders>
              <w:top w:val="single" w:sz="8" w:space="0" w:color="A6A6A6"/>
              <w:left w:val="single" w:sz="8" w:space="0" w:color="A6A6A6"/>
              <w:bottom w:val="single" w:sz="8" w:space="0" w:color="A6A6A6"/>
              <w:right w:val="single" w:sz="8" w:space="0" w:color="A6A6A6"/>
            </w:tcBorders>
            <w:shd w:val="clear" w:color="auto" w:fill="F5F5F5"/>
            <w:vAlign w:val="center"/>
          </w:tcPr>
          <w:p w14:paraId="34A951E8" w14:textId="77777777" w:rsidR="00A62218" w:rsidRPr="009E7946" w:rsidRDefault="00706C88">
            <w:pPr>
              <w:rPr>
                <w:sz w:val="40"/>
                <w:szCs w:val="40"/>
              </w:rPr>
            </w:pPr>
            <w:r w:rsidRPr="009E7946">
              <w:rPr>
                <w:sz w:val="40"/>
                <w:szCs w:val="40"/>
              </w:rPr>
              <w:t>Slava Ocu</w:t>
            </w:r>
          </w:p>
        </w:tc>
        <w:tc>
          <w:tcPr>
            <w:tcW w:w="2530" w:type="pct"/>
            <w:tcBorders>
              <w:top w:val="single" w:sz="8" w:space="0" w:color="A6A6A6"/>
              <w:left w:val="single" w:sz="8" w:space="0" w:color="A6A6A6"/>
              <w:bottom w:val="single" w:sz="8" w:space="0" w:color="A6A6A6"/>
              <w:right w:val="single" w:sz="8" w:space="0" w:color="A6A6A6"/>
            </w:tcBorders>
            <w:shd w:val="clear" w:color="auto" w:fill="F5F5F5"/>
            <w:vAlign w:val="center"/>
          </w:tcPr>
          <w:p w14:paraId="5EB7F0BE" w14:textId="665CA9D3" w:rsidR="00A62218" w:rsidRPr="009E7946" w:rsidRDefault="00706C88">
            <w:pPr>
              <w:rPr>
                <w:sz w:val="32"/>
                <w:szCs w:val="32"/>
              </w:rPr>
            </w:pPr>
            <w:r w:rsidRPr="009E7946">
              <w:rPr>
                <w:sz w:val="32"/>
                <w:szCs w:val="32"/>
              </w:rPr>
              <w:t>______________________________</w:t>
            </w:r>
          </w:p>
        </w:tc>
        <w:tc>
          <w:tcPr>
            <w:tcW w:w="1191" w:type="pct"/>
            <w:tcBorders>
              <w:top w:val="single" w:sz="8" w:space="0" w:color="A6A6A6"/>
              <w:left w:val="single" w:sz="8" w:space="0" w:color="A6A6A6"/>
              <w:bottom w:val="single" w:sz="8" w:space="0" w:color="A6A6A6"/>
              <w:right w:val="single" w:sz="8" w:space="0" w:color="A6A6A6"/>
            </w:tcBorders>
            <w:shd w:val="clear" w:color="auto" w:fill="F5F5F5"/>
            <w:vAlign w:val="center"/>
          </w:tcPr>
          <w:p w14:paraId="519BA375" w14:textId="77777777" w:rsidR="00A62218" w:rsidRPr="009E7946" w:rsidRDefault="00706C88">
            <w:pPr>
              <w:rPr>
                <w:sz w:val="32"/>
                <w:szCs w:val="32"/>
              </w:rPr>
            </w:pPr>
            <w:r w:rsidRPr="009E7946">
              <w:rPr>
                <w:sz w:val="32"/>
                <w:szCs w:val="32"/>
              </w:rPr>
              <w:t>________________</w:t>
            </w:r>
          </w:p>
        </w:tc>
      </w:tr>
      <w:tr w:rsidR="00A62218" w14:paraId="336817E8" w14:textId="77777777" w:rsidTr="00614631">
        <w:trPr>
          <w:cantSplit/>
          <w:jc w:val="center"/>
        </w:trPr>
        <w:tc>
          <w:tcPr>
            <w:tcW w:w="1280"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0E1463D6" w14:textId="77777777" w:rsidR="00A62218" w:rsidRPr="009E7946" w:rsidRDefault="00706C88">
            <w:pPr>
              <w:rPr>
                <w:sz w:val="40"/>
                <w:szCs w:val="40"/>
              </w:rPr>
            </w:pPr>
            <w:r w:rsidRPr="009E7946">
              <w:rPr>
                <w:sz w:val="40"/>
                <w:szCs w:val="40"/>
              </w:rPr>
              <w:t>Anđele, čuvaru mili</w:t>
            </w:r>
          </w:p>
        </w:tc>
        <w:tc>
          <w:tcPr>
            <w:tcW w:w="2530"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3F46BA1F" w14:textId="3AC6594D" w:rsidR="00A62218" w:rsidRPr="009E7946" w:rsidRDefault="00706C88">
            <w:pPr>
              <w:rPr>
                <w:sz w:val="32"/>
                <w:szCs w:val="32"/>
              </w:rPr>
            </w:pPr>
            <w:r w:rsidRPr="009E7946">
              <w:rPr>
                <w:sz w:val="32"/>
                <w:szCs w:val="32"/>
              </w:rPr>
              <w:t>______________________________</w:t>
            </w:r>
          </w:p>
        </w:tc>
        <w:tc>
          <w:tcPr>
            <w:tcW w:w="119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175F05A4" w14:textId="77777777" w:rsidR="00A62218" w:rsidRPr="009E7946" w:rsidRDefault="00706C88">
            <w:pPr>
              <w:rPr>
                <w:sz w:val="32"/>
                <w:szCs w:val="32"/>
              </w:rPr>
            </w:pPr>
            <w:r w:rsidRPr="009E7946">
              <w:rPr>
                <w:sz w:val="32"/>
                <w:szCs w:val="32"/>
              </w:rPr>
              <w:t>________________</w:t>
            </w:r>
          </w:p>
        </w:tc>
      </w:tr>
      <w:tr w:rsidR="00A62218" w14:paraId="457BE564" w14:textId="77777777" w:rsidTr="00524A1F">
        <w:trPr>
          <w:cantSplit/>
          <w:jc w:val="center"/>
        </w:trPr>
        <w:tc>
          <w:tcPr>
            <w:tcW w:w="1280" w:type="pct"/>
            <w:tcBorders>
              <w:top w:val="single" w:sz="8" w:space="0" w:color="A6A6A6"/>
              <w:left w:val="single" w:sz="8" w:space="0" w:color="A6A6A6"/>
              <w:bottom w:val="single" w:sz="8" w:space="0" w:color="A6A6A6"/>
              <w:right w:val="single" w:sz="8" w:space="0" w:color="A6A6A6"/>
            </w:tcBorders>
            <w:shd w:val="clear" w:color="auto" w:fill="F5F5F5"/>
            <w:vAlign w:val="center"/>
          </w:tcPr>
          <w:p w14:paraId="3B69E304" w14:textId="77777777" w:rsidR="00A62218" w:rsidRPr="009E7946" w:rsidRDefault="00706C88">
            <w:pPr>
              <w:rPr>
                <w:sz w:val="40"/>
                <w:szCs w:val="40"/>
              </w:rPr>
            </w:pPr>
            <w:r w:rsidRPr="009E7946">
              <w:rPr>
                <w:sz w:val="40"/>
                <w:szCs w:val="40"/>
              </w:rPr>
              <w:t>Kajanje</w:t>
            </w:r>
          </w:p>
        </w:tc>
        <w:tc>
          <w:tcPr>
            <w:tcW w:w="2530" w:type="pct"/>
            <w:tcBorders>
              <w:top w:val="single" w:sz="8" w:space="0" w:color="A6A6A6"/>
              <w:left w:val="single" w:sz="8" w:space="0" w:color="A6A6A6"/>
              <w:bottom w:val="single" w:sz="8" w:space="0" w:color="A6A6A6"/>
              <w:right w:val="single" w:sz="8" w:space="0" w:color="A6A6A6"/>
            </w:tcBorders>
            <w:shd w:val="clear" w:color="auto" w:fill="F5F5F5"/>
            <w:vAlign w:val="center"/>
          </w:tcPr>
          <w:p w14:paraId="6836F215" w14:textId="485D34FB" w:rsidR="00A62218" w:rsidRPr="009E7946" w:rsidRDefault="00706C88">
            <w:pPr>
              <w:rPr>
                <w:sz w:val="32"/>
                <w:szCs w:val="32"/>
              </w:rPr>
            </w:pPr>
            <w:r w:rsidRPr="009E7946">
              <w:rPr>
                <w:sz w:val="32"/>
                <w:szCs w:val="32"/>
              </w:rPr>
              <w:t>______________________________</w:t>
            </w:r>
          </w:p>
        </w:tc>
        <w:tc>
          <w:tcPr>
            <w:tcW w:w="1191" w:type="pct"/>
            <w:tcBorders>
              <w:top w:val="single" w:sz="8" w:space="0" w:color="A6A6A6"/>
              <w:left w:val="single" w:sz="8" w:space="0" w:color="A6A6A6"/>
              <w:bottom w:val="single" w:sz="8" w:space="0" w:color="A6A6A6"/>
              <w:right w:val="single" w:sz="8" w:space="0" w:color="A6A6A6"/>
            </w:tcBorders>
            <w:shd w:val="clear" w:color="auto" w:fill="F5F5F5"/>
            <w:vAlign w:val="center"/>
          </w:tcPr>
          <w:p w14:paraId="1EF20378" w14:textId="77777777" w:rsidR="00A62218" w:rsidRPr="009E7946" w:rsidRDefault="00706C88">
            <w:pPr>
              <w:rPr>
                <w:sz w:val="32"/>
                <w:szCs w:val="32"/>
              </w:rPr>
            </w:pPr>
            <w:r w:rsidRPr="009E7946">
              <w:rPr>
                <w:sz w:val="32"/>
                <w:szCs w:val="32"/>
              </w:rPr>
              <w:t>________________</w:t>
            </w:r>
          </w:p>
        </w:tc>
      </w:tr>
    </w:tbl>
    <w:p w14:paraId="3D1BFC27" w14:textId="0F8C3173" w:rsidR="00A62218" w:rsidRDefault="00706C88">
      <w:pPr>
        <w:keepNext/>
        <w:spacing w:before="100" w:after="40"/>
        <w:jc w:val="both"/>
        <w:rPr>
          <w:i/>
          <w:color w:val="6B6B6B"/>
          <w:sz w:val="20"/>
        </w:rPr>
      </w:pPr>
      <w:r>
        <w:rPr>
          <w:b/>
          <w:color w:val="C96A00"/>
          <w:sz w:val="26"/>
        </w:rPr>
        <w:t xml:space="preserve">Aktivnost </w:t>
      </w:r>
      <w:r w:rsidR="00614631">
        <w:rPr>
          <w:b/>
          <w:color w:val="C96A00"/>
          <w:sz w:val="26"/>
        </w:rPr>
        <w:t>3</w:t>
      </w:r>
      <w:r>
        <w:rPr>
          <w:b/>
          <w:color w:val="C96A00"/>
          <w:sz w:val="26"/>
        </w:rPr>
        <w:t>: Šest simbola molitve</w:t>
      </w:r>
      <w:r>
        <w:rPr>
          <w:i/>
          <w:color w:val="6B6B6B"/>
          <w:sz w:val="20"/>
        </w:rPr>
        <w:t xml:space="preserve"> (individualni rad – crtanje bojicama, 10 minuta)</w:t>
      </w:r>
    </w:p>
    <w:p w14:paraId="75A5414D" w14:textId="305BBB62" w:rsidR="00A62218" w:rsidRPr="00614631" w:rsidRDefault="00706C88">
      <w:pPr>
        <w:jc w:val="both"/>
      </w:pPr>
      <w:r w:rsidRPr="00614631">
        <w:t>U šest polja učenici će nacrtati po jedan jednostavan simbol za svak</w:t>
      </w:r>
      <w:r w:rsidR="00687E4C">
        <w:t>u molitvu</w:t>
      </w:r>
      <w:r w:rsidRPr="00614631">
        <w:t>. Simbol treba pokazivati glavnu poruku molitve.</w:t>
      </w:r>
    </w:p>
    <w:p w14:paraId="6353E9DC" w14:textId="77777777" w:rsidR="00614631" w:rsidRDefault="00614631" w:rsidP="00614631">
      <w:pPr>
        <w:spacing w:before="220"/>
      </w:pPr>
      <w:r>
        <w:t>Radni predložak:</w:t>
      </w:r>
    </w:p>
    <w:p w14:paraId="74F1E9C8" w14:textId="7338839F" w:rsidR="00A62218" w:rsidRDefault="00E4423B">
      <w:pPr>
        <w:spacing w:after="80"/>
        <w:jc w:val="center"/>
      </w:pPr>
      <w:r w:rsidRPr="00E4423B">
        <w:rPr>
          <w:noProof/>
        </w:rPr>
        <w:drawing>
          <wp:inline distT="0" distB="0" distL="0" distR="0" wp14:anchorId="5A1E6DA9" wp14:editId="2D5872D6">
            <wp:extent cx="5756400" cy="3240000"/>
            <wp:effectExtent l="0" t="0" r="0" b="0"/>
            <wp:docPr id="106878781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787815" name=""/>
                    <pic:cNvPicPr/>
                  </pic:nvPicPr>
                  <pic:blipFill>
                    <a:blip r:embed="rId8"/>
                    <a:stretch>
                      <a:fillRect/>
                    </a:stretch>
                  </pic:blipFill>
                  <pic:spPr>
                    <a:xfrm>
                      <a:off x="0" y="0"/>
                      <a:ext cx="5756400" cy="3240000"/>
                    </a:xfrm>
                    <a:prstGeom prst="rect">
                      <a:avLst/>
                    </a:prstGeom>
                  </pic:spPr>
                </pic:pic>
              </a:graphicData>
            </a:graphic>
          </wp:inline>
        </w:drawing>
      </w:r>
    </w:p>
    <w:p w14:paraId="17251CBD" w14:textId="77777777" w:rsidR="00614631" w:rsidRDefault="00614631" w:rsidP="00614631">
      <w:pPr>
        <w:keepNext/>
        <w:spacing w:before="440"/>
        <w:jc w:val="both"/>
      </w:pPr>
      <w:r>
        <w:rPr>
          <w:i/>
          <w:color w:val="6B6B6B"/>
          <w:sz w:val="21"/>
        </w:rPr>
        <w:t>Mogući primjer rješenja:</w:t>
      </w:r>
    </w:p>
    <w:p w14:paraId="7FA28A4C" w14:textId="312297C5" w:rsidR="00A62218" w:rsidRDefault="00A62218">
      <w:pPr>
        <w:keepNext/>
        <w:spacing w:before="60" w:after="40"/>
        <w:jc w:val="both"/>
      </w:pPr>
    </w:p>
    <w:p w14:paraId="19A09480" w14:textId="271D6647" w:rsidR="00A62218" w:rsidRDefault="002E1EC7">
      <w:pPr>
        <w:spacing w:after="80"/>
        <w:jc w:val="center"/>
      </w:pPr>
      <w:r>
        <w:rPr>
          <w:noProof/>
        </w:rPr>
        <w:drawing>
          <wp:inline distT="0" distB="0" distL="0" distR="0" wp14:anchorId="4AD6ACAC" wp14:editId="2DE9789A">
            <wp:extent cx="5770800" cy="3240000"/>
            <wp:effectExtent l="0" t="0" r="1905" b="0"/>
            <wp:docPr id="186325941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0800" cy="3240000"/>
                    </a:xfrm>
                    <a:prstGeom prst="rect">
                      <a:avLst/>
                    </a:prstGeom>
                    <a:noFill/>
                    <a:ln>
                      <a:noFill/>
                    </a:ln>
                  </pic:spPr>
                </pic:pic>
              </a:graphicData>
            </a:graphic>
          </wp:inline>
        </w:drawing>
      </w:r>
    </w:p>
    <w:p w14:paraId="406DB4F6" w14:textId="2A53DF6D" w:rsidR="00A62218" w:rsidRDefault="00706C88" w:rsidP="009E7946">
      <w:pPr>
        <w:widowControl w:val="0"/>
        <w:spacing w:before="100" w:after="40"/>
        <w:jc w:val="both"/>
        <w:rPr>
          <w:i/>
          <w:color w:val="6B6B6B"/>
          <w:sz w:val="20"/>
        </w:rPr>
      </w:pPr>
      <w:r>
        <w:rPr>
          <w:b/>
          <w:color w:val="C96A00"/>
          <w:sz w:val="26"/>
        </w:rPr>
        <w:t xml:space="preserve">Aktivnost </w:t>
      </w:r>
      <w:r w:rsidR="00614631">
        <w:rPr>
          <w:b/>
          <w:color w:val="C96A00"/>
          <w:sz w:val="26"/>
        </w:rPr>
        <w:t>4</w:t>
      </w:r>
      <w:r>
        <w:rPr>
          <w:b/>
          <w:color w:val="C96A00"/>
          <w:sz w:val="26"/>
        </w:rPr>
        <w:t>: Prepoznaj molitvu po početku i završetku</w:t>
      </w:r>
      <w:r>
        <w:rPr>
          <w:i/>
          <w:color w:val="6B6B6B"/>
          <w:sz w:val="20"/>
        </w:rPr>
        <w:t xml:space="preserve"> (individualni rad, 8 minuta)</w:t>
      </w:r>
    </w:p>
    <w:p w14:paraId="4BC41FA0" w14:textId="77777777" w:rsidR="00A62218" w:rsidRPr="00614631" w:rsidRDefault="00706C88">
      <w:pPr>
        <w:jc w:val="both"/>
      </w:pPr>
      <w:r w:rsidRPr="00614631">
        <w:t>Učenici će uz svaki početak upisati naziv molitve i slovom povezati odgovarajući završetak. Zadatak služi ponavljanju redoslijeda riječi, ali učenici ne trebaju prepisivati cijele molitve.</w:t>
      </w:r>
    </w:p>
    <w:p w14:paraId="3DFE2A4C" w14:textId="77777777" w:rsidR="00A62218" w:rsidRDefault="00706C88">
      <w:pPr>
        <w:jc w:val="both"/>
      </w:pPr>
      <w:r>
        <w:rPr>
          <w:i/>
          <w:color w:val="6B6B6B"/>
          <w:sz w:val="21"/>
        </w:rPr>
        <w:t>Rješenje: 1 – Znak križa – F; 2 – Oče naš – D; 3 – Zdravo Marijo – E; 4 – Slava Ocu – B; 5 – Anđele, čuvaru mili – C; 6 – Kajanje – A.</w:t>
      </w:r>
    </w:p>
    <w:p w14:paraId="326C0E08" w14:textId="77777777" w:rsidR="00687E4C" w:rsidRDefault="00687E4C" w:rsidP="00614631">
      <w:pPr>
        <w:spacing w:before="220"/>
      </w:pPr>
    </w:p>
    <w:p w14:paraId="52729F7E" w14:textId="77777777" w:rsidR="00687E4C" w:rsidRDefault="00687E4C" w:rsidP="00614631">
      <w:pPr>
        <w:spacing w:before="220"/>
      </w:pPr>
    </w:p>
    <w:p w14:paraId="11AAFC62" w14:textId="766316E7" w:rsidR="00614631" w:rsidRDefault="00614631" w:rsidP="00614631">
      <w:pPr>
        <w:spacing w:before="220"/>
      </w:pPr>
      <w:r>
        <w:t>Radni predložak:</w:t>
      </w:r>
    </w:p>
    <w:p w14:paraId="070DF02E" w14:textId="2E05E7F6" w:rsidR="00E4423B" w:rsidRPr="009E7946" w:rsidRDefault="00E4423B" w:rsidP="00E4423B">
      <w:pPr>
        <w:rPr>
          <w:color w:val="1F497D" w:themeColor="text2"/>
          <w:sz w:val="40"/>
          <w:szCs w:val="40"/>
        </w:rPr>
      </w:pPr>
      <w:r w:rsidRPr="009E7946">
        <w:rPr>
          <w:b/>
          <w:bCs/>
          <w:color w:val="1F497D" w:themeColor="text2"/>
          <w:sz w:val="40"/>
          <w:szCs w:val="40"/>
        </w:rPr>
        <w:t xml:space="preserve">Završetci: </w:t>
      </w:r>
      <w:r w:rsidRPr="009E7946">
        <w:rPr>
          <w:color w:val="1F497D" w:themeColor="text2"/>
          <w:sz w:val="40"/>
          <w:szCs w:val="40"/>
        </w:rPr>
        <w:t>A – „…i da neću više griješiti. Amen!“  B – „…i u vijeke vjekova. Amen.“  C – „…vječno klanjat dragom Bogu. Amen.“  D – „…nego izbavi nas od zla. Amen.“  E – „…sada i na času smrti naše. Amen.“  F – „…Duha Svetoga. Amen.“</w:t>
      </w:r>
    </w:p>
    <w:p w14:paraId="073C81AF" w14:textId="77777777" w:rsidR="00E4423B" w:rsidRDefault="00E4423B" w:rsidP="00E4423B"/>
    <w:tbl>
      <w:tblPr>
        <w:tblW w:w="5000" w:type="pct"/>
        <w:jc w:val="center"/>
        <w:tblLayout w:type="fixed"/>
        <w:tblLook w:val="04A0" w:firstRow="1" w:lastRow="0" w:firstColumn="1" w:lastColumn="0" w:noHBand="0" w:noVBand="1"/>
      </w:tblPr>
      <w:tblGrid>
        <w:gridCol w:w="4951"/>
        <w:gridCol w:w="3544"/>
        <w:gridCol w:w="2166"/>
      </w:tblGrid>
      <w:tr w:rsidR="00A62218" w:rsidRPr="00614631" w14:paraId="24660989" w14:textId="77777777" w:rsidTr="009E7946">
        <w:trPr>
          <w:cantSplit/>
          <w:tblHeader/>
          <w:jc w:val="center"/>
        </w:trPr>
        <w:tc>
          <w:tcPr>
            <w:tcW w:w="2322" w:type="pct"/>
            <w:tcBorders>
              <w:top w:val="single" w:sz="8" w:space="0" w:color="A6A6A6"/>
              <w:left w:val="single" w:sz="8" w:space="0" w:color="A6A6A6"/>
              <w:bottom w:val="single" w:sz="8" w:space="0" w:color="A6A6A6"/>
              <w:right w:val="single" w:sz="8" w:space="0" w:color="A6A6A6"/>
            </w:tcBorders>
            <w:shd w:val="clear" w:color="auto" w:fill="0070C0"/>
            <w:vAlign w:val="center"/>
          </w:tcPr>
          <w:p w14:paraId="3188A79A" w14:textId="77777777" w:rsidR="00A62218" w:rsidRPr="009E7946" w:rsidRDefault="00706C88">
            <w:pPr>
              <w:jc w:val="center"/>
              <w:rPr>
                <w:sz w:val="40"/>
                <w:szCs w:val="40"/>
              </w:rPr>
            </w:pPr>
            <w:r w:rsidRPr="009E7946">
              <w:rPr>
                <w:b/>
                <w:color w:val="FFFFFF"/>
                <w:sz w:val="40"/>
                <w:szCs w:val="40"/>
              </w:rPr>
              <w:t>POČETAK</w:t>
            </w:r>
          </w:p>
        </w:tc>
        <w:tc>
          <w:tcPr>
            <w:tcW w:w="1662" w:type="pct"/>
            <w:tcBorders>
              <w:top w:val="single" w:sz="8" w:space="0" w:color="A6A6A6"/>
              <w:left w:val="single" w:sz="8" w:space="0" w:color="A6A6A6"/>
              <w:bottom w:val="single" w:sz="8" w:space="0" w:color="A6A6A6"/>
              <w:right w:val="single" w:sz="8" w:space="0" w:color="A6A6A6"/>
            </w:tcBorders>
            <w:shd w:val="clear" w:color="auto" w:fill="0070C0"/>
            <w:vAlign w:val="center"/>
          </w:tcPr>
          <w:p w14:paraId="62927ABC" w14:textId="77777777" w:rsidR="00A62218" w:rsidRPr="009E7946" w:rsidRDefault="00706C88">
            <w:pPr>
              <w:jc w:val="center"/>
              <w:rPr>
                <w:sz w:val="40"/>
                <w:szCs w:val="40"/>
              </w:rPr>
            </w:pPr>
            <w:r w:rsidRPr="009E7946">
              <w:rPr>
                <w:b/>
                <w:color w:val="FFFFFF"/>
                <w:sz w:val="40"/>
                <w:szCs w:val="40"/>
              </w:rPr>
              <w:t>NAZIV MOLITVE</w:t>
            </w:r>
          </w:p>
        </w:tc>
        <w:tc>
          <w:tcPr>
            <w:tcW w:w="1016" w:type="pct"/>
            <w:tcBorders>
              <w:top w:val="single" w:sz="8" w:space="0" w:color="A6A6A6"/>
              <w:left w:val="single" w:sz="8" w:space="0" w:color="A6A6A6"/>
              <w:bottom w:val="single" w:sz="8" w:space="0" w:color="A6A6A6"/>
              <w:right w:val="single" w:sz="8" w:space="0" w:color="A6A6A6"/>
            </w:tcBorders>
            <w:shd w:val="clear" w:color="auto" w:fill="0070C0"/>
            <w:vAlign w:val="center"/>
          </w:tcPr>
          <w:p w14:paraId="287B7C8E" w14:textId="77777777" w:rsidR="00A62218" w:rsidRPr="009E7946" w:rsidRDefault="00706C88">
            <w:pPr>
              <w:jc w:val="center"/>
              <w:rPr>
                <w:sz w:val="40"/>
                <w:szCs w:val="40"/>
              </w:rPr>
            </w:pPr>
            <w:r w:rsidRPr="009E7946">
              <w:rPr>
                <w:b/>
                <w:color w:val="FFFFFF"/>
                <w:sz w:val="40"/>
                <w:szCs w:val="40"/>
              </w:rPr>
              <w:t>SLOVO ZAVRŠETKA</w:t>
            </w:r>
          </w:p>
        </w:tc>
      </w:tr>
      <w:tr w:rsidR="00A62218" w:rsidRPr="00614631" w14:paraId="293905AE" w14:textId="77777777" w:rsidTr="009E7946">
        <w:trPr>
          <w:cantSplit/>
          <w:jc w:val="center"/>
        </w:trPr>
        <w:tc>
          <w:tcPr>
            <w:tcW w:w="2322"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79889E37" w14:textId="77777777" w:rsidR="00A62218" w:rsidRPr="009E7946" w:rsidRDefault="00706C88">
            <w:pPr>
              <w:rPr>
                <w:sz w:val="40"/>
                <w:szCs w:val="40"/>
              </w:rPr>
            </w:pPr>
            <w:r w:rsidRPr="009E7946">
              <w:rPr>
                <w:sz w:val="40"/>
                <w:szCs w:val="40"/>
              </w:rPr>
              <w:t>1. U ime Oca i Sina…</w:t>
            </w:r>
          </w:p>
        </w:tc>
        <w:tc>
          <w:tcPr>
            <w:tcW w:w="1662"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092A8ED5" w14:textId="2AE1ED8B" w:rsidR="00A62218" w:rsidRPr="009E7946" w:rsidRDefault="00706C88">
            <w:pPr>
              <w:rPr>
                <w:sz w:val="32"/>
                <w:szCs w:val="32"/>
              </w:rPr>
            </w:pPr>
            <w:r w:rsidRPr="009E7946">
              <w:rPr>
                <w:sz w:val="32"/>
                <w:szCs w:val="32"/>
              </w:rPr>
              <w:t>_________</w:t>
            </w:r>
            <w:r w:rsidR="009E7946">
              <w:rPr>
                <w:sz w:val="32"/>
                <w:szCs w:val="32"/>
              </w:rPr>
              <w:t>__</w:t>
            </w:r>
            <w:r w:rsidRPr="009E7946">
              <w:rPr>
                <w:sz w:val="32"/>
                <w:szCs w:val="32"/>
              </w:rPr>
              <w:t>_________</w:t>
            </w:r>
          </w:p>
        </w:tc>
        <w:tc>
          <w:tcPr>
            <w:tcW w:w="1016"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40B635C1" w14:textId="77777777" w:rsidR="00A62218" w:rsidRPr="009E7946" w:rsidRDefault="00706C88" w:rsidP="00E4423B">
            <w:pPr>
              <w:jc w:val="center"/>
              <w:rPr>
                <w:sz w:val="32"/>
                <w:szCs w:val="32"/>
              </w:rPr>
            </w:pPr>
            <w:r w:rsidRPr="009E7946">
              <w:rPr>
                <w:sz w:val="32"/>
                <w:szCs w:val="32"/>
              </w:rPr>
              <w:t>____</w:t>
            </w:r>
          </w:p>
        </w:tc>
      </w:tr>
      <w:tr w:rsidR="009E7946" w:rsidRPr="00614631" w14:paraId="0180DAB5" w14:textId="77777777" w:rsidTr="00736157">
        <w:trPr>
          <w:cantSplit/>
          <w:jc w:val="center"/>
        </w:trPr>
        <w:tc>
          <w:tcPr>
            <w:tcW w:w="2322" w:type="pct"/>
            <w:tcBorders>
              <w:top w:val="single" w:sz="8" w:space="0" w:color="A6A6A6"/>
              <w:left w:val="single" w:sz="8" w:space="0" w:color="A6A6A6"/>
              <w:bottom w:val="single" w:sz="8" w:space="0" w:color="A6A6A6"/>
              <w:right w:val="single" w:sz="8" w:space="0" w:color="A6A6A6"/>
            </w:tcBorders>
            <w:shd w:val="clear" w:color="auto" w:fill="F5F5F5"/>
            <w:vAlign w:val="center"/>
          </w:tcPr>
          <w:p w14:paraId="0B9BB284" w14:textId="77777777" w:rsidR="009E7946" w:rsidRPr="009E7946" w:rsidRDefault="009E7946" w:rsidP="009E7946">
            <w:pPr>
              <w:rPr>
                <w:sz w:val="40"/>
                <w:szCs w:val="40"/>
              </w:rPr>
            </w:pPr>
            <w:r w:rsidRPr="009E7946">
              <w:rPr>
                <w:sz w:val="40"/>
                <w:szCs w:val="40"/>
              </w:rPr>
              <w:t>2. Oče naš, koji jesi…</w:t>
            </w:r>
          </w:p>
        </w:tc>
        <w:tc>
          <w:tcPr>
            <w:tcW w:w="1662" w:type="pct"/>
            <w:tcBorders>
              <w:top w:val="single" w:sz="8" w:space="0" w:color="A6A6A6"/>
              <w:left w:val="single" w:sz="8" w:space="0" w:color="A6A6A6"/>
              <w:bottom w:val="single" w:sz="8" w:space="0" w:color="A6A6A6"/>
              <w:right w:val="single" w:sz="8" w:space="0" w:color="A6A6A6"/>
            </w:tcBorders>
            <w:shd w:val="clear" w:color="auto" w:fill="F5F5F5"/>
          </w:tcPr>
          <w:p w14:paraId="6F1C1E4F" w14:textId="5B87340D" w:rsidR="009E7946" w:rsidRPr="009E7946" w:rsidRDefault="009E7946" w:rsidP="009E7946">
            <w:pPr>
              <w:rPr>
                <w:sz w:val="32"/>
                <w:szCs w:val="32"/>
              </w:rPr>
            </w:pPr>
            <w:r w:rsidRPr="00BA4824">
              <w:rPr>
                <w:sz w:val="32"/>
                <w:szCs w:val="32"/>
              </w:rPr>
              <w:t>____________________</w:t>
            </w:r>
          </w:p>
        </w:tc>
        <w:tc>
          <w:tcPr>
            <w:tcW w:w="1016" w:type="pct"/>
            <w:tcBorders>
              <w:top w:val="single" w:sz="8" w:space="0" w:color="A6A6A6"/>
              <w:left w:val="single" w:sz="8" w:space="0" w:color="A6A6A6"/>
              <w:bottom w:val="single" w:sz="8" w:space="0" w:color="A6A6A6"/>
              <w:right w:val="single" w:sz="8" w:space="0" w:color="A6A6A6"/>
            </w:tcBorders>
            <w:shd w:val="clear" w:color="auto" w:fill="F5F5F5"/>
            <w:vAlign w:val="center"/>
          </w:tcPr>
          <w:p w14:paraId="24C3AAEC" w14:textId="77777777" w:rsidR="009E7946" w:rsidRPr="009E7946" w:rsidRDefault="009E7946" w:rsidP="009E7946">
            <w:pPr>
              <w:jc w:val="center"/>
              <w:rPr>
                <w:sz w:val="32"/>
                <w:szCs w:val="32"/>
              </w:rPr>
            </w:pPr>
            <w:r w:rsidRPr="009E7946">
              <w:rPr>
                <w:sz w:val="32"/>
                <w:szCs w:val="32"/>
              </w:rPr>
              <w:t>____</w:t>
            </w:r>
          </w:p>
        </w:tc>
      </w:tr>
      <w:tr w:rsidR="009E7946" w:rsidRPr="00614631" w14:paraId="59C764E5" w14:textId="77777777" w:rsidTr="00736157">
        <w:trPr>
          <w:cantSplit/>
          <w:jc w:val="center"/>
        </w:trPr>
        <w:tc>
          <w:tcPr>
            <w:tcW w:w="2322"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4753035B" w14:textId="77777777" w:rsidR="009E7946" w:rsidRPr="009E7946" w:rsidRDefault="009E7946" w:rsidP="009E7946">
            <w:pPr>
              <w:rPr>
                <w:sz w:val="40"/>
                <w:szCs w:val="40"/>
              </w:rPr>
            </w:pPr>
            <w:r w:rsidRPr="009E7946">
              <w:rPr>
                <w:sz w:val="40"/>
                <w:szCs w:val="40"/>
              </w:rPr>
              <w:t>3. Zdravo Marijo, milosti puna…</w:t>
            </w:r>
          </w:p>
        </w:tc>
        <w:tc>
          <w:tcPr>
            <w:tcW w:w="1662" w:type="pct"/>
            <w:tcBorders>
              <w:top w:val="single" w:sz="8" w:space="0" w:color="A6A6A6"/>
              <w:left w:val="single" w:sz="8" w:space="0" w:color="A6A6A6"/>
              <w:bottom w:val="single" w:sz="8" w:space="0" w:color="A6A6A6"/>
              <w:right w:val="single" w:sz="8" w:space="0" w:color="A6A6A6"/>
            </w:tcBorders>
            <w:shd w:val="clear" w:color="auto" w:fill="FFFFFF"/>
          </w:tcPr>
          <w:p w14:paraId="56B49D57" w14:textId="1D9B275F" w:rsidR="009E7946" w:rsidRPr="009E7946" w:rsidRDefault="009E7946" w:rsidP="009E7946">
            <w:pPr>
              <w:rPr>
                <w:sz w:val="32"/>
                <w:szCs w:val="32"/>
              </w:rPr>
            </w:pPr>
            <w:r w:rsidRPr="00BA4824">
              <w:rPr>
                <w:sz w:val="32"/>
                <w:szCs w:val="32"/>
              </w:rPr>
              <w:t>____________________</w:t>
            </w:r>
          </w:p>
        </w:tc>
        <w:tc>
          <w:tcPr>
            <w:tcW w:w="1016"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A04EB65" w14:textId="77777777" w:rsidR="009E7946" w:rsidRPr="009E7946" w:rsidRDefault="009E7946" w:rsidP="009E7946">
            <w:pPr>
              <w:jc w:val="center"/>
              <w:rPr>
                <w:sz w:val="32"/>
                <w:szCs w:val="32"/>
              </w:rPr>
            </w:pPr>
            <w:r w:rsidRPr="009E7946">
              <w:rPr>
                <w:sz w:val="32"/>
                <w:szCs w:val="32"/>
              </w:rPr>
              <w:t>____</w:t>
            </w:r>
          </w:p>
        </w:tc>
      </w:tr>
      <w:tr w:rsidR="009E7946" w:rsidRPr="00614631" w14:paraId="5372E9DA" w14:textId="77777777" w:rsidTr="00736157">
        <w:trPr>
          <w:cantSplit/>
          <w:jc w:val="center"/>
        </w:trPr>
        <w:tc>
          <w:tcPr>
            <w:tcW w:w="2322" w:type="pct"/>
            <w:tcBorders>
              <w:top w:val="single" w:sz="8" w:space="0" w:color="A6A6A6"/>
              <w:left w:val="single" w:sz="8" w:space="0" w:color="A6A6A6"/>
              <w:bottom w:val="single" w:sz="8" w:space="0" w:color="A6A6A6"/>
              <w:right w:val="single" w:sz="8" w:space="0" w:color="A6A6A6"/>
            </w:tcBorders>
            <w:shd w:val="clear" w:color="auto" w:fill="F5F5F5"/>
            <w:vAlign w:val="center"/>
          </w:tcPr>
          <w:p w14:paraId="517691E9" w14:textId="77777777" w:rsidR="009E7946" w:rsidRPr="009E7946" w:rsidRDefault="009E7946" w:rsidP="009E7946">
            <w:pPr>
              <w:rPr>
                <w:sz w:val="40"/>
                <w:szCs w:val="40"/>
              </w:rPr>
            </w:pPr>
            <w:r w:rsidRPr="009E7946">
              <w:rPr>
                <w:sz w:val="40"/>
                <w:szCs w:val="40"/>
              </w:rPr>
              <w:t>4. Slava Ocu i Sinu…</w:t>
            </w:r>
          </w:p>
        </w:tc>
        <w:tc>
          <w:tcPr>
            <w:tcW w:w="1662" w:type="pct"/>
            <w:tcBorders>
              <w:top w:val="single" w:sz="8" w:space="0" w:color="A6A6A6"/>
              <w:left w:val="single" w:sz="8" w:space="0" w:color="A6A6A6"/>
              <w:bottom w:val="single" w:sz="8" w:space="0" w:color="A6A6A6"/>
              <w:right w:val="single" w:sz="8" w:space="0" w:color="A6A6A6"/>
            </w:tcBorders>
            <w:shd w:val="clear" w:color="auto" w:fill="F5F5F5"/>
          </w:tcPr>
          <w:p w14:paraId="4CC886FD" w14:textId="5BF77532" w:rsidR="009E7946" w:rsidRPr="009E7946" w:rsidRDefault="009E7946" w:rsidP="009E7946">
            <w:pPr>
              <w:rPr>
                <w:sz w:val="32"/>
                <w:szCs w:val="32"/>
              </w:rPr>
            </w:pPr>
            <w:r w:rsidRPr="00BA4824">
              <w:rPr>
                <w:sz w:val="32"/>
                <w:szCs w:val="32"/>
              </w:rPr>
              <w:t>____________________</w:t>
            </w:r>
          </w:p>
        </w:tc>
        <w:tc>
          <w:tcPr>
            <w:tcW w:w="1016" w:type="pct"/>
            <w:tcBorders>
              <w:top w:val="single" w:sz="8" w:space="0" w:color="A6A6A6"/>
              <w:left w:val="single" w:sz="8" w:space="0" w:color="A6A6A6"/>
              <w:bottom w:val="single" w:sz="8" w:space="0" w:color="A6A6A6"/>
              <w:right w:val="single" w:sz="8" w:space="0" w:color="A6A6A6"/>
            </w:tcBorders>
            <w:shd w:val="clear" w:color="auto" w:fill="F5F5F5"/>
            <w:vAlign w:val="center"/>
          </w:tcPr>
          <w:p w14:paraId="43EF6E9A" w14:textId="77777777" w:rsidR="009E7946" w:rsidRPr="009E7946" w:rsidRDefault="009E7946" w:rsidP="009E7946">
            <w:pPr>
              <w:jc w:val="center"/>
              <w:rPr>
                <w:sz w:val="32"/>
                <w:szCs w:val="32"/>
              </w:rPr>
            </w:pPr>
            <w:r w:rsidRPr="009E7946">
              <w:rPr>
                <w:sz w:val="32"/>
                <w:szCs w:val="32"/>
              </w:rPr>
              <w:t>____</w:t>
            </w:r>
          </w:p>
        </w:tc>
      </w:tr>
      <w:tr w:rsidR="009E7946" w:rsidRPr="00614631" w14:paraId="49500980" w14:textId="77777777" w:rsidTr="00736157">
        <w:trPr>
          <w:cantSplit/>
          <w:jc w:val="center"/>
        </w:trPr>
        <w:tc>
          <w:tcPr>
            <w:tcW w:w="2322"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7A823D36" w14:textId="77777777" w:rsidR="009E7946" w:rsidRPr="009E7946" w:rsidRDefault="009E7946" w:rsidP="009E7946">
            <w:pPr>
              <w:rPr>
                <w:sz w:val="40"/>
                <w:szCs w:val="40"/>
              </w:rPr>
            </w:pPr>
            <w:r w:rsidRPr="009E7946">
              <w:rPr>
                <w:sz w:val="40"/>
                <w:szCs w:val="40"/>
              </w:rPr>
              <w:t>5. Anđele, čuvaru mili…</w:t>
            </w:r>
          </w:p>
        </w:tc>
        <w:tc>
          <w:tcPr>
            <w:tcW w:w="1662" w:type="pct"/>
            <w:tcBorders>
              <w:top w:val="single" w:sz="8" w:space="0" w:color="A6A6A6"/>
              <w:left w:val="single" w:sz="8" w:space="0" w:color="A6A6A6"/>
              <w:bottom w:val="single" w:sz="8" w:space="0" w:color="A6A6A6"/>
              <w:right w:val="single" w:sz="8" w:space="0" w:color="A6A6A6"/>
            </w:tcBorders>
            <w:shd w:val="clear" w:color="auto" w:fill="FFFFFF"/>
          </w:tcPr>
          <w:p w14:paraId="71734BD5" w14:textId="290D02F3" w:rsidR="009E7946" w:rsidRPr="009E7946" w:rsidRDefault="009E7946" w:rsidP="009E7946">
            <w:pPr>
              <w:rPr>
                <w:sz w:val="32"/>
                <w:szCs w:val="32"/>
              </w:rPr>
            </w:pPr>
            <w:r w:rsidRPr="00BA4824">
              <w:rPr>
                <w:sz w:val="32"/>
                <w:szCs w:val="32"/>
              </w:rPr>
              <w:t>____________________</w:t>
            </w:r>
          </w:p>
        </w:tc>
        <w:tc>
          <w:tcPr>
            <w:tcW w:w="1016"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F311719" w14:textId="77777777" w:rsidR="009E7946" w:rsidRPr="009E7946" w:rsidRDefault="009E7946" w:rsidP="009E7946">
            <w:pPr>
              <w:jc w:val="center"/>
              <w:rPr>
                <w:sz w:val="32"/>
                <w:szCs w:val="32"/>
              </w:rPr>
            </w:pPr>
            <w:r w:rsidRPr="009E7946">
              <w:rPr>
                <w:sz w:val="32"/>
                <w:szCs w:val="32"/>
              </w:rPr>
              <w:t>____</w:t>
            </w:r>
          </w:p>
        </w:tc>
      </w:tr>
      <w:tr w:rsidR="009E7946" w:rsidRPr="00614631" w14:paraId="317D00D8" w14:textId="77777777" w:rsidTr="00736157">
        <w:trPr>
          <w:cantSplit/>
          <w:jc w:val="center"/>
        </w:trPr>
        <w:tc>
          <w:tcPr>
            <w:tcW w:w="2322" w:type="pct"/>
            <w:tcBorders>
              <w:top w:val="single" w:sz="8" w:space="0" w:color="A6A6A6"/>
              <w:left w:val="single" w:sz="8" w:space="0" w:color="A6A6A6"/>
              <w:bottom w:val="single" w:sz="8" w:space="0" w:color="A6A6A6"/>
              <w:right w:val="single" w:sz="8" w:space="0" w:color="A6A6A6"/>
            </w:tcBorders>
            <w:shd w:val="clear" w:color="auto" w:fill="F5F5F5"/>
            <w:vAlign w:val="center"/>
          </w:tcPr>
          <w:p w14:paraId="1E89513D" w14:textId="77777777" w:rsidR="009E7946" w:rsidRPr="009E7946" w:rsidRDefault="009E7946" w:rsidP="009E7946">
            <w:pPr>
              <w:rPr>
                <w:sz w:val="40"/>
                <w:szCs w:val="40"/>
              </w:rPr>
            </w:pPr>
            <w:r w:rsidRPr="009E7946">
              <w:rPr>
                <w:sz w:val="40"/>
                <w:szCs w:val="40"/>
              </w:rPr>
              <w:t>6. Kajem se od svega srca…</w:t>
            </w:r>
          </w:p>
        </w:tc>
        <w:tc>
          <w:tcPr>
            <w:tcW w:w="1662" w:type="pct"/>
            <w:tcBorders>
              <w:top w:val="single" w:sz="8" w:space="0" w:color="A6A6A6"/>
              <w:left w:val="single" w:sz="8" w:space="0" w:color="A6A6A6"/>
              <w:bottom w:val="single" w:sz="8" w:space="0" w:color="A6A6A6"/>
              <w:right w:val="single" w:sz="8" w:space="0" w:color="A6A6A6"/>
            </w:tcBorders>
            <w:shd w:val="clear" w:color="auto" w:fill="F5F5F5"/>
          </w:tcPr>
          <w:p w14:paraId="14FE4D8E" w14:textId="1D80B070" w:rsidR="009E7946" w:rsidRPr="009E7946" w:rsidRDefault="009E7946" w:rsidP="009E7946">
            <w:pPr>
              <w:rPr>
                <w:sz w:val="32"/>
                <w:szCs w:val="32"/>
              </w:rPr>
            </w:pPr>
            <w:r w:rsidRPr="00BA4824">
              <w:rPr>
                <w:sz w:val="32"/>
                <w:szCs w:val="32"/>
              </w:rPr>
              <w:t>____________________</w:t>
            </w:r>
          </w:p>
        </w:tc>
        <w:tc>
          <w:tcPr>
            <w:tcW w:w="1016" w:type="pct"/>
            <w:tcBorders>
              <w:top w:val="single" w:sz="8" w:space="0" w:color="A6A6A6"/>
              <w:left w:val="single" w:sz="8" w:space="0" w:color="A6A6A6"/>
              <w:bottom w:val="single" w:sz="8" w:space="0" w:color="A6A6A6"/>
              <w:right w:val="single" w:sz="8" w:space="0" w:color="A6A6A6"/>
            </w:tcBorders>
            <w:shd w:val="clear" w:color="auto" w:fill="F5F5F5"/>
            <w:vAlign w:val="center"/>
          </w:tcPr>
          <w:p w14:paraId="7AF2037E" w14:textId="77777777" w:rsidR="009E7946" w:rsidRPr="009E7946" w:rsidRDefault="009E7946" w:rsidP="009E7946">
            <w:pPr>
              <w:jc w:val="center"/>
              <w:rPr>
                <w:sz w:val="32"/>
                <w:szCs w:val="32"/>
              </w:rPr>
            </w:pPr>
            <w:r w:rsidRPr="009E7946">
              <w:rPr>
                <w:sz w:val="32"/>
                <w:szCs w:val="32"/>
              </w:rPr>
              <w:t>____</w:t>
            </w:r>
          </w:p>
        </w:tc>
      </w:tr>
    </w:tbl>
    <w:p w14:paraId="542C09AE" w14:textId="4EE1AA61" w:rsidR="00A62218" w:rsidRDefault="00706C88">
      <w:pPr>
        <w:keepNext/>
        <w:spacing w:before="100" w:after="40"/>
        <w:jc w:val="both"/>
        <w:rPr>
          <w:i/>
          <w:color w:val="6B6B6B"/>
          <w:sz w:val="20"/>
        </w:rPr>
      </w:pPr>
      <w:r>
        <w:rPr>
          <w:b/>
          <w:color w:val="C96A00"/>
          <w:sz w:val="26"/>
        </w:rPr>
        <w:t xml:space="preserve">Aktivnost </w:t>
      </w:r>
      <w:r w:rsidR="00614631">
        <w:rPr>
          <w:b/>
          <w:color w:val="C96A00"/>
          <w:sz w:val="26"/>
        </w:rPr>
        <w:t>5</w:t>
      </w:r>
      <w:r>
        <w:rPr>
          <w:b/>
          <w:color w:val="C96A00"/>
          <w:sz w:val="26"/>
        </w:rPr>
        <w:t>: Molitvene ruke</w:t>
      </w:r>
      <w:r>
        <w:rPr>
          <w:i/>
          <w:color w:val="6B6B6B"/>
          <w:sz w:val="20"/>
        </w:rPr>
        <w:t xml:space="preserve"> (individualni rad – crtanje bojicama, 10 minuta)</w:t>
      </w:r>
    </w:p>
    <w:p w14:paraId="247F76E7" w14:textId="77777777" w:rsidR="009E7946" w:rsidRDefault="00706C88" w:rsidP="009E7946">
      <w:pPr>
        <w:jc w:val="both"/>
      </w:pPr>
      <w:r w:rsidRPr="00614631">
        <w:t>U lijevu ruku učenici će nacrtati opće znakove onoga za što ljudi mogu zahvaljivati Bogu, a u desnu opće znakove onoga za što mogu moliti. Ne navode privatna iskustva ni imena.</w:t>
      </w:r>
    </w:p>
    <w:p w14:paraId="2F1B1461" w14:textId="79C8B973" w:rsidR="00614631" w:rsidRDefault="00614631" w:rsidP="009E7946">
      <w:pPr>
        <w:jc w:val="both"/>
      </w:pPr>
      <w:r>
        <w:t>Radni predložak:</w:t>
      </w:r>
    </w:p>
    <w:p w14:paraId="5AC37DA0" w14:textId="5C4E400F" w:rsidR="00A62218" w:rsidRDefault="002E1EC7">
      <w:pPr>
        <w:spacing w:after="80"/>
        <w:jc w:val="center"/>
      </w:pPr>
      <w:r w:rsidRPr="002E1EC7">
        <w:rPr>
          <w:noProof/>
        </w:rPr>
        <w:drawing>
          <wp:inline distT="0" distB="0" distL="0" distR="0" wp14:anchorId="40FC57CA" wp14:editId="370159A3">
            <wp:extent cx="4482000" cy="3240000"/>
            <wp:effectExtent l="0" t="0" r="0" b="0"/>
            <wp:docPr id="44372873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28730" name=""/>
                    <pic:cNvPicPr/>
                  </pic:nvPicPr>
                  <pic:blipFill rotWithShape="1">
                    <a:blip r:embed="rId10"/>
                    <a:srcRect b="3633"/>
                    <a:stretch>
                      <a:fillRect/>
                    </a:stretch>
                  </pic:blipFill>
                  <pic:spPr bwMode="auto">
                    <a:xfrm>
                      <a:off x="0" y="0"/>
                      <a:ext cx="4482000" cy="3240000"/>
                    </a:xfrm>
                    <a:prstGeom prst="rect">
                      <a:avLst/>
                    </a:prstGeom>
                    <a:ln>
                      <a:noFill/>
                    </a:ln>
                    <a:extLst>
                      <a:ext uri="{53640926-AAD7-44D8-BBD7-CCE9431645EC}">
                        <a14:shadowObscured xmlns:a14="http://schemas.microsoft.com/office/drawing/2010/main"/>
                      </a:ext>
                    </a:extLst>
                  </pic:spPr>
                </pic:pic>
              </a:graphicData>
            </a:graphic>
          </wp:inline>
        </w:drawing>
      </w:r>
    </w:p>
    <w:p w14:paraId="4F72DED9" w14:textId="77777777" w:rsidR="00614631" w:rsidRDefault="00614631" w:rsidP="00614631">
      <w:pPr>
        <w:keepNext/>
        <w:spacing w:before="440"/>
        <w:jc w:val="both"/>
      </w:pPr>
      <w:r>
        <w:rPr>
          <w:i/>
          <w:color w:val="6B6B6B"/>
          <w:sz w:val="21"/>
        </w:rPr>
        <w:t>Mogući primjer rješenja:</w:t>
      </w:r>
    </w:p>
    <w:p w14:paraId="18B748E1" w14:textId="1BDB8465" w:rsidR="00A62218" w:rsidRDefault="00A62218">
      <w:pPr>
        <w:keepNext/>
        <w:spacing w:before="60" w:after="40"/>
        <w:jc w:val="both"/>
      </w:pPr>
    </w:p>
    <w:p w14:paraId="4A73ACD7" w14:textId="545D17E0" w:rsidR="00A62218" w:rsidRDefault="002E1EC7">
      <w:pPr>
        <w:spacing w:after="80"/>
        <w:jc w:val="center"/>
      </w:pPr>
      <w:r w:rsidRPr="002E1EC7">
        <w:rPr>
          <w:noProof/>
        </w:rPr>
        <w:drawing>
          <wp:inline distT="0" distB="0" distL="0" distR="0" wp14:anchorId="1269C23F" wp14:editId="48B241BB">
            <wp:extent cx="4453200" cy="3240000"/>
            <wp:effectExtent l="0" t="0" r="5080" b="0"/>
            <wp:docPr id="120668448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84483" name=""/>
                    <pic:cNvPicPr/>
                  </pic:nvPicPr>
                  <pic:blipFill rotWithShape="1">
                    <a:blip r:embed="rId11"/>
                    <a:srcRect b="3009"/>
                    <a:stretch>
                      <a:fillRect/>
                    </a:stretch>
                  </pic:blipFill>
                  <pic:spPr bwMode="auto">
                    <a:xfrm>
                      <a:off x="0" y="0"/>
                      <a:ext cx="4453200" cy="3240000"/>
                    </a:xfrm>
                    <a:prstGeom prst="rect">
                      <a:avLst/>
                    </a:prstGeom>
                    <a:ln>
                      <a:noFill/>
                    </a:ln>
                    <a:extLst>
                      <a:ext uri="{53640926-AAD7-44D8-BBD7-CCE9431645EC}">
                        <a14:shadowObscured xmlns:a14="http://schemas.microsoft.com/office/drawing/2010/main"/>
                      </a:ext>
                    </a:extLst>
                  </pic:spPr>
                </pic:pic>
              </a:graphicData>
            </a:graphic>
          </wp:inline>
        </w:drawing>
      </w:r>
    </w:p>
    <w:p w14:paraId="52BA8A6C" w14:textId="67AC9C2C" w:rsidR="00A62218" w:rsidRDefault="00706C88">
      <w:pPr>
        <w:keepNext/>
        <w:spacing w:before="100" w:after="40"/>
        <w:jc w:val="both"/>
        <w:rPr>
          <w:i/>
          <w:color w:val="6B6B6B"/>
          <w:sz w:val="20"/>
        </w:rPr>
      </w:pPr>
      <w:r>
        <w:rPr>
          <w:b/>
          <w:color w:val="C96A00"/>
          <w:sz w:val="26"/>
        </w:rPr>
        <w:t xml:space="preserve">Aktivnost </w:t>
      </w:r>
      <w:r w:rsidR="00614631">
        <w:rPr>
          <w:b/>
          <w:color w:val="C96A00"/>
          <w:sz w:val="26"/>
        </w:rPr>
        <w:t>6</w:t>
      </w:r>
      <w:r>
        <w:rPr>
          <w:b/>
          <w:color w:val="C96A00"/>
          <w:sz w:val="26"/>
        </w:rPr>
        <w:t>: Molitvena osmosmjerka</w:t>
      </w:r>
      <w:r>
        <w:rPr>
          <w:i/>
          <w:color w:val="6B6B6B"/>
          <w:sz w:val="20"/>
        </w:rPr>
        <w:t xml:space="preserve"> (individualni rad, 10 minuta)</w:t>
      </w:r>
    </w:p>
    <w:p w14:paraId="595D34AA" w14:textId="77777777" w:rsidR="00A62218" w:rsidRPr="00614631" w:rsidRDefault="00706C88">
      <w:pPr>
        <w:jc w:val="both"/>
      </w:pPr>
      <w:r w:rsidRPr="00614631">
        <w:t>Učenici će pronaći dvanaest riječi povezanih s naučenim molitvama. Riječi se mogu skrivati vodoravno, okomito ili ukoso. Nakon pronalaska odabrat će dvije riječi i kratko objasniti uz koju ih molitvu povezuju.</w:t>
      </w:r>
    </w:p>
    <w:p w14:paraId="67BA3905" w14:textId="77777777" w:rsidR="00A62218" w:rsidRDefault="00706C88">
      <w:pPr>
        <w:jc w:val="both"/>
        <w:rPr>
          <w:i/>
          <w:color w:val="6B6B6B"/>
          <w:sz w:val="21"/>
        </w:rPr>
      </w:pPr>
      <w:r>
        <w:rPr>
          <w:i/>
          <w:color w:val="6B6B6B"/>
          <w:sz w:val="21"/>
        </w:rPr>
        <w:t>Rješenje: OTAC, KRALJEVSTVO, KRUH, MARIJA, MILOST, SLAVA, ANĐEO, ČUVAR, KAJANJE, AMEN, MOLITVA, ISUS.</w:t>
      </w:r>
    </w:p>
    <w:p w14:paraId="26057DD8" w14:textId="77777777" w:rsidR="002E1EC7" w:rsidRDefault="002E1EC7">
      <w:pPr>
        <w:jc w:val="both"/>
      </w:pPr>
    </w:p>
    <w:p w14:paraId="6E2A57CB" w14:textId="38898835" w:rsidR="00A62218" w:rsidRDefault="00706C88">
      <w:pPr>
        <w:spacing w:after="80"/>
        <w:jc w:val="center"/>
      </w:pPr>
      <w:r>
        <w:rPr>
          <w:noProof/>
          <w:sz w:val="21"/>
        </w:rPr>
        <w:drawing>
          <wp:inline distT="0" distB="0" distL="0" distR="0" wp14:anchorId="2512623C" wp14:editId="490134CA">
            <wp:extent cx="4431600" cy="4320000"/>
            <wp:effectExtent l="0" t="0" r="762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litvena_osmosmjerka.png"/>
                    <pic:cNvPicPr/>
                  </pic:nvPicPr>
                  <pic:blipFill rotWithShape="1">
                    <a:blip r:embed="rId12"/>
                    <a:srcRect b="6777"/>
                    <a:stretch>
                      <a:fillRect/>
                    </a:stretch>
                  </pic:blipFill>
                  <pic:spPr bwMode="auto">
                    <a:xfrm>
                      <a:off x="0" y="0"/>
                      <a:ext cx="4431600" cy="4320000"/>
                    </a:xfrm>
                    <a:prstGeom prst="rect">
                      <a:avLst/>
                    </a:prstGeom>
                    <a:ln>
                      <a:noFill/>
                    </a:ln>
                    <a:extLst>
                      <a:ext uri="{53640926-AAD7-44D8-BBD7-CCE9431645EC}">
                        <a14:shadowObscured xmlns:a14="http://schemas.microsoft.com/office/drawing/2010/main"/>
                      </a:ext>
                    </a:extLst>
                  </pic:spPr>
                </pic:pic>
              </a:graphicData>
            </a:graphic>
          </wp:inline>
        </w:drawing>
      </w:r>
    </w:p>
    <w:p w14:paraId="7AAA572F" w14:textId="77777777" w:rsidR="003675F6" w:rsidRDefault="003675F6">
      <w:pPr>
        <w:spacing w:after="80"/>
        <w:jc w:val="center"/>
      </w:pPr>
    </w:p>
    <w:p w14:paraId="16B5DDD9" w14:textId="33380F38" w:rsidR="003675F6" w:rsidRPr="003675F6" w:rsidRDefault="003675F6" w:rsidP="003675F6">
      <w:pPr>
        <w:spacing w:after="80"/>
        <w:rPr>
          <w:i/>
          <w:iCs/>
          <w:color w:val="808080" w:themeColor="background1" w:themeShade="80"/>
        </w:rPr>
      </w:pPr>
      <w:r w:rsidRPr="003675F6">
        <w:rPr>
          <w:i/>
          <w:iCs/>
          <w:color w:val="808080" w:themeColor="background1" w:themeShade="80"/>
        </w:rPr>
        <w:t>Rješenje:</w:t>
      </w:r>
    </w:p>
    <w:p w14:paraId="5110904B" w14:textId="68F9647A" w:rsidR="003675F6" w:rsidRPr="003675F6" w:rsidRDefault="003675F6" w:rsidP="003675F6">
      <w:pPr>
        <w:tabs>
          <w:tab w:val="center" w:pos="1895"/>
        </w:tabs>
        <w:spacing w:before="100" w:beforeAutospacing="1" w:after="100" w:afterAutospacing="1"/>
        <w:jc w:val="center"/>
        <w:rPr>
          <w:rFonts w:ascii="Times New Roman" w:eastAsia="Times New Roman" w:hAnsi="Times New Roman" w:cs="Times New Roman"/>
          <w:color w:val="auto"/>
          <w:sz w:val="24"/>
          <w:szCs w:val="24"/>
          <w:lang w:val="hr-HR" w:eastAsia="hr-HR"/>
        </w:rPr>
      </w:pPr>
      <w:r w:rsidRPr="003675F6">
        <w:rPr>
          <w:rFonts w:ascii="Times New Roman" w:eastAsia="Times New Roman" w:hAnsi="Times New Roman" w:cs="Times New Roman"/>
          <w:noProof/>
          <w:color w:val="auto"/>
          <w:sz w:val="24"/>
          <w:szCs w:val="24"/>
          <w:lang w:val="hr-HR" w:eastAsia="hr-HR"/>
        </w:rPr>
        <w:drawing>
          <wp:inline distT="0" distB="0" distL="0" distR="0" wp14:anchorId="51C487AB" wp14:editId="2DF33EC9">
            <wp:extent cx="3139200" cy="3600000"/>
            <wp:effectExtent l="0" t="0" r="4445" b="635"/>
            <wp:docPr id="170879128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9200" cy="3600000"/>
                    </a:xfrm>
                    <a:prstGeom prst="rect">
                      <a:avLst/>
                    </a:prstGeom>
                    <a:noFill/>
                    <a:ln>
                      <a:noFill/>
                    </a:ln>
                  </pic:spPr>
                </pic:pic>
              </a:graphicData>
            </a:graphic>
          </wp:inline>
        </w:drawing>
      </w:r>
      <w:r>
        <w:rPr>
          <w:rFonts w:ascii="Times New Roman" w:eastAsia="Times New Roman" w:hAnsi="Times New Roman" w:cs="Times New Roman"/>
          <w:color w:val="auto"/>
          <w:sz w:val="24"/>
          <w:szCs w:val="24"/>
          <w:lang w:val="hr-HR" w:eastAsia="hr-HR"/>
        </w:rPr>
        <w:br w:type="textWrapping" w:clear="all"/>
      </w:r>
    </w:p>
    <w:p w14:paraId="514A3D9E" w14:textId="61B6ECDD" w:rsidR="00A62218" w:rsidRDefault="00706C88">
      <w:pPr>
        <w:keepNext/>
        <w:spacing w:before="100" w:after="40"/>
        <w:jc w:val="both"/>
        <w:rPr>
          <w:i/>
          <w:color w:val="6B6B6B"/>
          <w:sz w:val="20"/>
        </w:rPr>
      </w:pPr>
      <w:r>
        <w:rPr>
          <w:b/>
          <w:color w:val="C96A00"/>
          <w:sz w:val="26"/>
        </w:rPr>
        <w:t xml:space="preserve">Aktivnost </w:t>
      </w:r>
      <w:r w:rsidR="00614631">
        <w:rPr>
          <w:b/>
          <w:color w:val="C96A00"/>
          <w:sz w:val="26"/>
        </w:rPr>
        <w:t>7</w:t>
      </w:r>
      <w:r>
        <w:rPr>
          <w:b/>
          <w:color w:val="C96A00"/>
          <w:sz w:val="26"/>
        </w:rPr>
        <w:t>: Poučna priča</w:t>
      </w:r>
      <w:r>
        <w:rPr>
          <w:i/>
          <w:color w:val="6B6B6B"/>
          <w:sz w:val="20"/>
        </w:rPr>
        <w:t xml:space="preserve"> (individualni rad i razgovor, 6 minuta)</w:t>
      </w:r>
    </w:p>
    <w:p w14:paraId="282AC0E0" w14:textId="0C16721C" w:rsidR="00A62218" w:rsidRPr="00614631" w:rsidRDefault="00614631">
      <w:pPr>
        <w:jc w:val="both"/>
        <w:rPr>
          <w:i/>
        </w:rPr>
      </w:pPr>
      <w:r>
        <w:rPr>
          <w:i/>
        </w:rPr>
        <w:t>Vjeroučitelj će pročitati poučnu priču.</w:t>
      </w:r>
    </w:p>
    <w:p w14:paraId="79A218D8" w14:textId="77777777" w:rsidR="00614631" w:rsidRPr="00614631" w:rsidRDefault="00614631">
      <w:pPr>
        <w:jc w:val="both"/>
        <w:rPr>
          <w:b/>
          <w:color w:val="1F4E79"/>
        </w:rPr>
      </w:pPr>
    </w:p>
    <w:p w14:paraId="0B360920" w14:textId="1F5E2444" w:rsidR="00A62218" w:rsidRPr="00614631" w:rsidRDefault="00706C88">
      <w:pPr>
        <w:jc w:val="both"/>
        <w:rPr>
          <w:color w:val="000000" w:themeColor="text1"/>
        </w:rPr>
      </w:pPr>
      <w:r w:rsidRPr="00614631">
        <w:rPr>
          <w:b/>
          <w:color w:val="000000" w:themeColor="text1"/>
        </w:rPr>
        <w:t>Riječi koje nisu utrka</w:t>
      </w:r>
    </w:p>
    <w:p w14:paraId="3308C97F" w14:textId="77777777" w:rsidR="00A62218" w:rsidRPr="00614631" w:rsidRDefault="00706C88">
      <w:pPr>
        <w:jc w:val="both"/>
      </w:pPr>
      <w:r w:rsidRPr="00614631">
        <w:t>Sara je sve molitve znala napamet. Kada bi molila, izgovorila bi ih vrlo brzo kako bi što prije završila. Jednoga dana primijetila je da njezin brat kod riječi „kruh naš svagdanji“ na trenutak zastane. Poslije je objasnio da se tada sjeti ljudi koji nemaju dovoljno hrane. Sara je iste večeri molila sporije. Kod svake je rečenice pokušala razumjeti što govori. Sljedećega je jutra odvojila jedan školski pribor za humanitarnu kutiju u razredu. Shvatila je da naučena molitva nije utrka riječi: ona može otvoriti</w:t>
      </w:r>
      <w:r w:rsidRPr="00614631">
        <w:t xml:space="preserve"> oči za Boga i potrebe ljudi.</w:t>
      </w:r>
    </w:p>
    <w:p w14:paraId="3E8FCE66" w14:textId="77777777" w:rsidR="00524A1F" w:rsidRDefault="00524A1F" w:rsidP="00524A1F"/>
    <w:p w14:paraId="7326E1CE" w14:textId="61B6D82B" w:rsidR="00A62218" w:rsidRDefault="00706C88" w:rsidP="00524A1F">
      <w:r>
        <w:t>Razgovor:</w:t>
      </w:r>
    </w:p>
    <w:p w14:paraId="35B17F6B" w14:textId="77777777" w:rsidR="00A62218" w:rsidRDefault="00706C88">
      <w:pPr>
        <w:numPr>
          <w:ilvl w:val="0"/>
          <w:numId w:val="23"/>
        </w:numPr>
        <w:spacing w:after="20"/>
      </w:pPr>
      <w:r w:rsidRPr="00524A1F">
        <w:t>Što je Sara u početku činila pogrešno?</w:t>
      </w:r>
      <w:r>
        <w:rPr>
          <w:sz w:val="21"/>
        </w:rPr>
        <w:t xml:space="preserve"> </w:t>
      </w:r>
      <w:r>
        <w:rPr>
          <w:color w:val="808080"/>
          <w:sz w:val="18"/>
        </w:rPr>
        <w:t>(Molitvu je izgovarala brzo i bez pažnje.)</w:t>
      </w:r>
    </w:p>
    <w:p w14:paraId="7571EEC7" w14:textId="77777777" w:rsidR="00A62218" w:rsidRDefault="00706C88">
      <w:pPr>
        <w:numPr>
          <w:ilvl w:val="0"/>
          <w:numId w:val="23"/>
        </w:numPr>
        <w:spacing w:after="20"/>
      </w:pPr>
      <w:r w:rsidRPr="00524A1F">
        <w:t xml:space="preserve">Što joj je pomoglo razumjeti molitvu? </w:t>
      </w:r>
      <w:r>
        <w:rPr>
          <w:color w:val="808080"/>
          <w:sz w:val="18"/>
        </w:rPr>
        <w:t>(Zastala je kod pojedinih riječi i povezala ih sa životom.)</w:t>
      </w:r>
    </w:p>
    <w:p w14:paraId="2EE2505D" w14:textId="77777777" w:rsidR="00A62218" w:rsidRDefault="00706C88">
      <w:pPr>
        <w:numPr>
          <w:ilvl w:val="0"/>
          <w:numId w:val="23"/>
        </w:numPr>
        <w:spacing w:after="20"/>
      </w:pPr>
      <w:r w:rsidRPr="00524A1F">
        <w:t>Kako se molitva pokazala u djelu?</w:t>
      </w:r>
      <w:r>
        <w:rPr>
          <w:sz w:val="21"/>
        </w:rPr>
        <w:t xml:space="preserve"> </w:t>
      </w:r>
      <w:r>
        <w:rPr>
          <w:color w:val="808080"/>
          <w:sz w:val="18"/>
        </w:rPr>
        <w:t>(Potaknula ju je na konkretnu pomoć.)</w:t>
      </w:r>
    </w:p>
    <w:p w14:paraId="3AA8F380" w14:textId="77777777" w:rsidR="00524A1F" w:rsidRDefault="00524A1F">
      <w:pPr>
        <w:jc w:val="both"/>
        <w:rPr>
          <w:b/>
          <w:color w:val="4F8135"/>
          <w:sz w:val="21"/>
        </w:rPr>
      </w:pPr>
    </w:p>
    <w:p w14:paraId="3B31D43B" w14:textId="1604366F" w:rsidR="00A62218" w:rsidRDefault="00706C88" w:rsidP="00524A1F">
      <w:r w:rsidRPr="00524A1F">
        <w:rPr>
          <w:b/>
          <w:bCs/>
        </w:rPr>
        <w:t>Pouka:</w:t>
      </w:r>
      <w:r>
        <w:t xml:space="preserve"> Molitvu možemo znati napamet, ali ona postaje živa kada je izgovaramo pažljivo i dopuštamo da nas potakne na dobro.</w:t>
      </w:r>
    </w:p>
    <w:p w14:paraId="01A7AA1D" w14:textId="26282488" w:rsidR="00A62218" w:rsidRDefault="00706C88">
      <w:pPr>
        <w:keepNext/>
        <w:spacing w:before="100" w:after="40"/>
        <w:jc w:val="both"/>
        <w:rPr>
          <w:i/>
          <w:color w:val="6B6B6B"/>
          <w:sz w:val="20"/>
        </w:rPr>
      </w:pPr>
      <w:r>
        <w:rPr>
          <w:b/>
          <w:color w:val="C96A00"/>
          <w:sz w:val="26"/>
        </w:rPr>
        <w:t xml:space="preserve">Aktivnost </w:t>
      </w:r>
      <w:r w:rsidR="00614631">
        <w:rPr>
          <w:b/>
          <w:color w:val="C96A00"/>
          <w:sz w:val="26"/>
        </w:rPr>
        <w:t>8</w:t>
      </w:r>
      <w:r>
        <w:rPr>
          <w:b/>
          <w:color w:val="C96A00"/>
          <w:sz w:val="26"/>
        </w:rPr>
        <w:t>: Formativna provjera – T / N</w:t>
      </w:r>
      <w:r>
        <w:rPr>
          <w:i/>
          <w:color w:val="6B6B6B"/>
          <w:sz w:val="20"/>
        </w:rPr>
        <w:t xml:space="preserve"> (individualni rad i kratka provjera, 4 minute)</w:t>
      </w:r>
    </w:p>
    <w:p w14:paraId="1F7183F3" w14:textId="77777777" w:rsidR="00524A1F" w:rsidRPr="00524A1F" w:rsidRDefault="00524A1F" w:rsidP="00524A1F">
      <w:pPr>
        <w:jc w:val="both"/>
      </w:pPr>
      <w:r w:rsidRPr="00524A1F">
        <w:t>Učenici će uz svaku tvrdnju zapisati T – točno ili N – netočno:</w:t>
      </w:r>
    </w:p>
    <w:p w14:paraId="1835C360" w14:textId="77777777" w:rsidR="00A62218" w:rsidRDefault="00706C88">
      <w:pPr>
        <w:jc w:val="both"/>
        <w:rPr>
          <w:i/>
          <w:color w:val="6B6B6B"/>
          <w:sz w:val="21"/>
        </w:rPr>
      </w:pPr>
      <w:r>
        <w:rPr>
          <w:i/>
          <w:color w:val="6B6B6B"/>
          <w:sz w:val="21"/>
        </w:rPr>
        <w:t>Rješenje: T; N; T; T; N; T.</w:t>
      </w:r>
    </w:p>
    <w:p w14:paraId="574348B1" w14:textId="77777777" w:rsidR="00524A1F" w:rsidRDefault="00524A1F">
      <w:pPr>
        <w:jc w:val="both"/>
      </w:pPr>
    </w:p>
    <w:p w14:paraId="2959D342" w14:textId="77777777" w:rsidR="00A62218" w:rsidRPr="009E7946" w:rsidRDefault="00706C88">
      <w:pPr>
        <w:rPr>
          <w:color w:val="002060"/>
          <w:sz w:val="40"/>
          <w:szCs w:val="40"/>
        </w:rPr>
      </w:pPr>
      <w:r w:rsidRPr="009E7946">
        <w:rPr>
          <w:color w:val="002060"/>
          <w:sz w:val="40"/>
          <w:szCs w:val="40"/>
        </w:rPr>
        <w:t>Znak križa izgovaramo u ime Oca i Sina i Duha Svetoga.</w:t>
      </w:r>
    </w:p>
    <w:p w14:paraId="760A590D" w14:textId="77777777" w:rsidR="00A62218" w:rsidRPr="009E7946" w:rsidRDefault="00706C88">
      <w:pPr>
        <w:rPr>
          <w:color w:val="002060"/>
          <w:sz w:val="40"/>
          <w:szCs w:val="40"/>
        </w:rPr>
      </w:pPr>
      <w:r w:rsidRPr="009E7946">
        <w:rPr>
          <w:color w:val="002060"/>
          <w:sz w:val="40"/>
          <w:szCs w:val="40"/>
        </w:rPr>
        <w:t>Molitva Oče naš obraća se Mariji.</w:t>
      </w:r>
    </w:p>
    <w:p w14:paraId="06072BE8" w14:textId="77777777" w:rsidR="00A62218" w:rsidRPr="009E7946" w:rsidRDefault="00706C88">
      <w:pPr>
        <w:rPr>
          <w:color w:val="002060"/>
          <w:sz w:val="40"/>
          <w:szCs w:val="40"/>
        </w:rPr>
      </w:pPr>
      <w:r w:rsidRPr="009E7946">
        <w:rPr>
          <w:color w:val="002060"/>
          <w:sz w:val="40"/>
          <w:szCs w:val="40"/>
        </w:rPr>
        <w:t>U molitvi Zdravo Marijo molimo Mariju da moli za nas.</w:t>
      </w:r>
    </w:p>
    <w:p w14:paraId="5C2C1136" w14:textId="77777777" w:rsidR="00A62218" w:rsidRPr="009E7946" w:rsidRDefault="00706C88">
      <w:pPr>
        <w:rPr>
          <w:color w:val="002060"/>
          <w:sz w:val="40"/>
          <w:szCs w:val="40"/>
        </w:rPr>
      </w:pPr>
      <w:r w:rsidRPr="009E7946">
        <w:rPr>
          <w:color w:val="002060"/>
          <w:sz w:val="40"/>
          <w:szCs w:val="40"/>
        </w:rPr>
        <w:t>Slava Ocu hvali Oca, Sina i Duha Svetoga.</w:t>
      </w:r>
    </w:p>
    <w:p w14:paraId="219D2BB8" w14:textId="77777777" w:rsidR="00A62218" w:rsidRPr="009E7946" w:rsidRDefault="00706C88">
      <w:pPr>
        <w:rPr>
          <w:color w:val="002060"/>
          <w:sz w:val="40"/>
          <w:szCs w:val="40"/>
        </w:rPr>
      </w:pPr>
      <w:r w:rsidRPr="009E7946">
        <w:rPr>
          <w:color w:val="002060"/>
          <w:sz w:val="40"/>
          <w:szCs w:val="40"/>
        </w:rPr>
        <w:t>Kajanje znači samo osjećati žalost, bez odluke da se popravimo.</w:t>
      </w:r>
    </w:p>
    <w:p w14:paraId="25A30949" w14:textId="77777777" w:rsidR="00A62218" w:rsidRPr="009E7946" w:rsidRDefault="00706C88">
      <w:pPr>
        <w:rPr>
          <w:color w:val="002060"/>
          <w:sz w:val="40"/>
          <w:szCs w:val="40"/>
        </w:rPr>
      </w:pPr>
      <w:r w:rsidRPr="009E7946">
        <w:rPr>
          <w:color w:val="002060"/>
          <w:sz w:val="40"/>
          <w:szCs w:val="40"/>
        </w:rPr>
        <w:t>U molitvi Anđele, čuvaru mili molimo zaštitu i vodstvo.</w:t>
      </w:r>
    </w:p>
    <w:p w14:paraId="7AA80E62" w14:textId="5722EB28" w:rsidR="00A62218" w:rsidRDefault="00706C88">
      <w:pPr>
        <w:keepNext/>
        <w:spacing w:before="100" w:after="40"/>
        <w:jc w:val="both"/>
        <w:rPr>
          <w:i/>
          <w:color w:val="6B6B6B"/>
          <w:sz w:val="20"/>
        </w:rPr>
      </w:pPr>
      <w:r>
        <w:rPr>
          <w:b/>
          <w:color w:val="C96A00"/>
          <w:sz w:val="26"/>
        </w:rPr>
        <w:t xml:space="preserve">Aktivnost </w:t>
      </w:r>
      <w:r w:rsidR="00614631">
        <w:rPr>
          <w:b/>
          <w:color w:val="C96A00"/>
          <w:sz w:val="26"/>
        </w:rPr>
        <w:t>9</w:t>
      </w:r>
      <w:r>
        <w:rPr>
          <w:b/>
          <w:color w:val="C96A00"/>
          <w:sz w:val="26"/>
        </w:rPr>
        <w:t>: Nedigitalna alternativa – Molitveni parovi</w:t>
      </w:r>
      <w:r>
        <w:rPr>
          <w:i/>
          <w:color w:val="6B6B6B"/>
          <w:sz w:val="20"/>
        </w:rPr>
        <w:t xml:space="preserve"> (individualni rad ili rad u paru nakon ispitivanja, 6 minuta)</w:t>
      </w:r>
    </w:p>
    <w:p w14:paraId="1C3CAFC7" w14:textId="77777777" w:rsidR="00A62218" w:rsidRPr="00524A1F" w:rsidRDefault="00706C88">
      <w:pPr>
        <w:jc w:val="both"/>
      </w:pPr>
      <w:r w:rsidRPr="00524A1F">
        <w:t>Učenici će dobiti dvanaest kartica: šest s nazivima molitava i šest s njihovim početcima ili glavnim porukama. U tišini će složiti šest točnih parova. Ako rade u paru, kartice slažu bez govora i na kraju zajedno provjeravaju.</w:t>
      </w:r>
    </w:p>
    <w:p w14:paraId="5F30279A" w14:textId="77777777" w:rsidR="00A62218" w:rsidRDefault="00706C88">
      <w:pPr>
        <w:jc w:val="both"/>
        <w:rPr>
          <w:i/>
          <w:color w:val="6B6B6B"/>
          <w:sz w:val="21"/>
        </w:rPr>
      </w:pPr>
      <w:r>
        <w:rPr>
          <w:i/>
          <w:color w:val="6B6B6B"/>
          <w:sz w:val="21"/>
        </w:rPr>
        <w:t>Rješenje: Znak križa – „U ime Oca…“; Oče naš – molitva nebeskomu Ocu; Zdravo Marijo – Marijin zagovor; Slava Ocu – hvala Presvetomu Trojstvu; Anđele, čuvaru mili – zaštita anđela čuvara; Kajanje – žaljenje zbog grijeha i odluka za promjenu.</w:t>
      </w:r>
    </w:p>
    <w:p w14:paraId="72ECFFEE" w14:textId="77777777" w:rsidR="002E1EC7" w:rsidRDefault="002E1EC7">
      <w:pPr>
        <w:jc w:val="both"/>
        <w:rPr>
          <w:i/>
          <w:color w:val="6B6B6B"/>
          <w:sz w:val="21"/>
        </w:rPr>
      </w:pPr>
    </w:p>
    <w:p w14:paraId="26E38D0F" w14:textId="287C8E02" w:rsidR="002E1EC7" w:rsidRDefault="002E1EC7" w:rsidP="002E1EC7">
      <w:pPr>
        <w:jc w:val="center"/>
        <w:rPr>
          <w:i/>
          <w:color w:val="6B6B6B"/>
          <w:sz w:val="21"/>
        </w:rPr>
      </w:pPr>
      <w:r w:rsidRPr="002E1EC7">
        <w:rPr>
          <w:i/>
          <w:noProof/>
          <w:color w:val="6B6B6B"/>
          <w:sz w:val="21"/>
        </w:rPr>
        <w:drawing>
          <wp:inline distT="0" distB="0" distL="0" distR="0" wp14:anchorId="4D60BA78" wp14:editId="608B3E3B">
            <wp:extent cx="4320000" cy="3240000"/>
            <wp:effectExtent l="0" t="0" r="4445" b="0"/>
            <wp:docPr id="117101339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13394" name=""/>
                    <pic:cNvPicPr/>
                  </pic:nvPicPr>
                  <pic:blipFill>
                    <a:blip r:embed="rId14"/>
                    <a:stretch>
                      <a:fillRect/>
                    </a:stretch>
                  </pic:blipFill>
                  <pic:spPr>
                    <a:xfrm>
                      <a:off x="0" y="0"/>
                      <a:ext cx="4320000" cy="3240000"/>
                    </a:xfrm>
                    <a:prstGeom prst="rect">
                      <a:avLst/>
                    </a:prstGeom>
                  </pic:spPr>
                </pic:pic>
              </a:graphicData>
            </a:graphic>
          </wp:inline>
        </w:drawing>
      </w:r>
    </w:p>
    <w:p w14:paraId="67E7543C" w14:textId="77777777" w:rsidR="002E1EC7" w:rsidRDefault="002E1EC7">
      <w:pPr>
        <w:jc w:val="both"/>
      </w:pPr>
    </w:p>
    <w:p w14:paraId="556C35A1" w14:textId="759F458C" w:rsidR="00A62218" w:rsidRDefault="00706C88">
      <w:pPr>
        <w:keepNext/>
        <w:spacing w:before="100" w:after="40"/>
        <w:jc w:val="both"/>
        <w:rPr>
          <w:i/>
          <w:color w:val="6B6B6B"/>
          <w:sz w:val="20"/>
        </w:rPr>
      </w:pPr>
      <w:r>
        <w:rPr>
          <w:b/>
          <w:color w:val="C96A00"/>
          <w:sz w:val="26"/>
        </w:rPr>
        <w:t xml:space="preserve">Aktivnost </w:t>
      </w:r>
      <w:r w:rsidR="00614631">
        <w:rPr>
          <w:b/>
          <w:color w:val="C96A00"/>
          <w:sz w:val="26"/>
        </w:rPr>
        <w:t>10</w:t>
      </w:r>
      <w:r>
        <w:rPr>
          <w:b/>
          <w:color w:val="C96A00"/>
          <w:sz w:val="26"/>
        </w:rPr>
        <w:t>: Mikropauza</w:t>
      </w:r>
      <w:r>
        <w:rPr>
          <w:i/>
          <w:color w:val="6B6B6B"/>
          <w:sz w:val="20"/>
        </w:rPr>
        <w:t xml:space="preserve"> (frontalni rad, 2 minute)</w:t>
      </w:r>
    </w:p>
    <w:p w14:paraId="335256E7" w14:textId="77777777" w:rsidR="00A62218" w:rsidRPr="00524A1F" w:rsidRDefault="00706C88">
      <w:pPr>
        <w:jc w:val="both"/>
      </w:pPr>
      <w:r w:rsidRPr="00524A1F">
        <w:t>Vjeroučitelj je koristi po želji kada opadne koncentracija. Učenici ostaju sjediti i bez govora rješavaju dva kratka niza.</w:t>
      </w:r>
    </w:p>
    <w:p w14:paraId="78DCA798" w14:textId="122889C6" w:rsidR="00A62218" w:rsidRPr="00524A1F" w:rsidRDefault="00706C88">
      <w:pPr>
        <w:jc w:val="both"/>
      </w:pPr>
      <w:r w:rsidRPr="00524A1F">
        <w:t>Vjeroučitelj će na ploči napisati: KRIŽ – SRCE – ZVIJEZDA – KRIŽ – SRCE – ____. Učenici će prstima pokazati broj krakova lika koji nedostaje. Zatim</w:t>
      </w:r>
      <w:r w:rsidR="002E1EC7">
        <w:t xml:space="preserve"> će pogoditi</w:t>
      </w:r>
      <w:r w:rsidRPr="00524A1F">
        <w:t xml:space="preserve">: 2 – </w:t>
      </w:r>
      <w:r w:rsidR="002E1EC7">
        <w:t>5</w:t>
      </w:r>
      <w:r w:rsidRPr="00524A1F">
        <w:t xml:space="preserve"> – </w:t>
      </w:r>
      <w:r w:rsidR="002E1EC7">
        <w:t>11</w:t>
      </w:r>
      <w:r w:rsidRPr="00524A1F">
        <w:t xml:space="preserve"> – </w:t>
      </w:r>
      <w:r w:rsidR="002E1EC7">
        <w:t>23</w:t>
      </w:r>
      <w:r w:rsidRPr="00524A1F">
        <w:t xml:space="preserve"> – ____. Nakon odgovora svi spuštaju ruke i nastavljaju rad.</w:t>
      </w:r>
    </w:p>
    <w:p w14:paraId="44165D97" w14:textId="60990EA4" w:rsidR="00A62218" w:rsidRDefault="00706C88">
      <w:pPr>
        <w:jc w:val="both"/>
        <w:rPr>
          <w:i/>
          <w:color w:val="6B6B6B"/>
          <w:sz w:val="21"/>
        </w:rPr>
      </w:pPr>
      <w:r>
        <w:rPr>
          <w:i/>
          <w:color w:val="6B6B6B"/>
          <w:sz w:val="21"/>
        </w:rPr>
        <w:t xml:space="preserve">Rješenje: ZVIJEZDA – pet prstiju; </w:t>
      </w:r>
      <w:r w:rsidR="002E1EC7">
        <w:rPr>
          <w:i/>
          <w:color w:val="6B6B6B"/>
          <w:sz w:val="21"/>
        </w:rPr>
        <w:t>47</w:t>
      </w:r>
      <w:r>
        <w:rPr>
          <w:i/>
          <w:color w:val="6B6B6B"/>
          <w:sz w:val="21"/>
        </w:rPr>
        <w:t>.</w:t>
      </w:r>
    </w:p>
    <w:p w14:paraId="5AC9B736" w14:textId="77777777" w:rsidR="002E1EC7" w:rsidRDefault="002E1EC7">
      <w:pPr>
        <w:jc w:val="both"/>
        <w:rPr>
          <w:i/>
          <w:color w:val="6B6B6B"/>
          <w:sz w:val="21"/>
        </w:rPr>
      </w:pPr>
    </w:p>
    <w:p w14:paraId="7C2A0B0C" w14:textId="77777777" w:rsidR="002E1EC7" w:rsidRDefault="002E1EC7">
      <w:pPr>
        <w:jc w:val="both"/>
        <w:rPr>
          <w:i/>
          <w:color w:val="6B6B6B"/>
          <w:sz w:val="21"/>
        </w:rPr>
      </w:pPr>
    </w:p>
    <w:p w14:paraId="5A3D4F7A" w14:textId="7D1EE4BE" w:rsidR="002E1EC7" w:rsidRPr="009E7946" w:rsidRDefault="002E1EC7" w:rsidP="002E1EC7">
      <w:pPr>
        <w:jc w:val="center"/>
        <w:rPr>
          <w:color w:val="002060"/>
          <w:sz w:val="40"/>
          <w:szCs w:val="40"/>
        </w:rPr>
      </w:pPr>
      <w:r w:rsidRPr="009E7946">
        <w:rPr>
          <w:color w:val="002060"/>
          <w:sz w:val="40"/>
          <w:szCs w:val="40"/>
        </w:rPr>
        <w:t>KRIŽ – SRCE – ZVIJEZDA – KRIŽ – SRCE – ____.</w:t>
      </w:r>
    </w:p>
    <w:p w14:paraId="5F3FC43B" w14:textId="2C57E31A" w:rsidR="002E1EC7" w:rsidRPr="009E7946" w:rsidRDefault="002E1EC7" w:rsidP="002E1EC7">
      <w:pPr>
        <w:jc w:val="center"/>
        <w:rPr>
          <w:i/>
          <w:color w:val="002060"/>
          <w:sz w:val="40"/>
          <w:szCs w:val="40"/>
        </w:rPr>
      </w:pPr>
      <w:r w:rsidRPr="009E7946">
        <w:rPr>
          <w:color w:val="002060"/>
          <w:sz w:val="40"/>
          <w:szCs w:val="40"/>
        </w:rPr>
        <w:t>2 – 5 – 11 – 23 – ____.</w:t>
      </w:r>
    </w:p>
    <w:p w14:paraId="6AFB46E7" w14:textId="77777777" w:rsidR="00614631" w:rsidRDefault="00614631" w:rsidP="00614631"/>
    <w:p w14:paraId="451AFD6D" w14:textId="77777777" w:rsidR="00614631" w:rsidRDefault="00614631" w:rsidP="00614631"/>
    <w:tbl>
      <w:tblPr>
        <w:tblW w:w="10658" w:type="dxa"/>
        <w:jc w:val="center"/>
        <w:tblBorders>
          <w:top w:val="single" w:sz="2" w:space="0" w:color="00B050"/>
          <w:left w:val="single" w:sz="2" w:space="0" w:color="00B050"/>
          <w:bottom w:val="single" w:sz="2" w:space="0" w:color="00B050"/>
          <w:right w:val="single" w:sz="2" w:space="0" w:color="00B050"/>
        </w:tblBorders>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58"/>
      </w:tblGrid>
      <w:tr w:rsidR="000311CB" w14:paraId="180E01F1" w14:textId="77777777" w:rsidTr="00C1606D">
        <w:trPr>
          <w:cantSplit/>
          <w:jc w:val="center"/>
        </w:trPr>
        <w:tc>
          <w:tcPr>
            <w:tcW w:w="10681" w:type="dxa"/>
            <w:shd w:val="clear" w:color="auto" w:fill="00B050"/>
            <w:tcMar>
              <w:top w:w="90" w:type="dxa"/>
              <w:left w:w="130" w:type="dxa"/>
              <w:bottom w:w="90" w:type="dxa"/>
              <w:right w:w="130" w:type="dxa"/>
            </w:tcMar>
          </w:tcPr>
          <w:p w14:paraId="29114EEF" w14:textId="3B6C9CF7" w:rsidR="00A62218" w:rsidRDefault="00C1606D" w:rsidP="00C1606D">
            <w:r w:rsidRPr="00C1606D">
              <w:rPr>
                <w:rFonts w:cs="Calibri"/>
                <w:b/>
                <w:color w:val="FFFFFF"/>
                <w:sz w:val="32"/>
              </w:rPr>
              <w:t xml:space="preserve">III. ZAVRŠNI DIO – IZRAZI </w:t>
            </w:r>
            <w:r w:rsidRPr="00C1606D">
              <w:rPr>
                <w:rFonts w:cs="Calibri"/>
                <w:color w:val="FFFFFF"/>
                <w:sz w:val="20"/>
              </w:rPr>
              <w:t>(približno 7–10 minuta)</w:t>
            </w:r>
          </w:p>
        </w:tc>
      </w:tr>
    </w:tbl>
    <w:p w14:paraId="6C6D293B" w14:textId="77777777" w:rsidR="00A62218" w:rsidRDefault="00706C88">
      <w:pPr>
        <w:keepNext/>
        <w:spacing w:before="60" w:after="40"/>
        <w:jc w:val="both"/>
      </w:pPr>
      <w:r>
        <w:rPr>
          <w:b/>
          <w:color w:val="C96A00"/>
          <w:sz w:val="26"/>
        </w:rPr>
        <w:t>Aktualizacija:</w:t>
      </w:r>
    </w:p>
    <w:p w14:paraId="32D39C7E" w14:textId="77777777" w:rsidR="00A62218" w:rsidRPr="00524A1F" w:rsidRDefault="00706C88">
      <w:pPr>
        <w:jc w:val="both"/>
      </w:pPr>
      <w:r w:rsidRPr="00524A1F">
        <w:t>Vjeroučitelj će odabrati dva ili tri pitanja:</w:t>
      </w:r>
    </w:p>
    <w:p w14:paraId="7B276284" w14:textId="6CBF4FDE" w:rsidR="00A62218" w:rsidRDefault="00706C88">
      <w:pPr>
        <w:numPr>
          <w:ilvl w:val="0"/>
          <w:numId w:val="23"/>
        </w:numPr>
        <w:spacing w:after="20"/>
      </w:pPr>
      <w:r w:rsidRPr="00524A1F">
        <w:t xml:space="preserve">Zašto učimo </w:t>
      </w:r>
      <w:r w:rsidR="00687E4C">
        <w:t>osnovne molitve</w:t>
      </w:r>
      <w:r w:rsidRPr="00524A1F">
        <w:t xml:space="preserve"> napamet?</w:t>
      </w:r>
      <w:r>
        <w:rPr>
          <w:sz w:val="21"/>
        </w:rPr>
        <w:t xml:space="preserve"> </w:t>
      </w:r>
      <w:r>
        <w:rPr>
          <w:color w:val="808080"/>
          <w:sz w:val="18"/>
        </w:rPr>
        <w:t>(Da ih možemo moliti samostalno i zajedno s drugima u različitim prigodama.)</w:t>
      </w:r>
    </w:p>
    <w:p w14:paraId="30FB4C81" w14:textId="77777777" w:rsidR="00A62218" w:rsidRDefault="00706C88">
      <w:pPr>
        <w:numPr>
          <w:ilvl w:val="0"/>
          <w:numId w:val="23"/>
        </w:numPr>
        <w:spacing w:after="20"/>
      </w:pPr>
      <w:r w:rsidRPr="00524A1F">
        <w:t>Što je važnije od brzoga izgovaranja molitve?</w:t>
      </w:r>
      <w:r>
        <w:rPr>
          <w:sz w:val="21"/>
        </w:rPr>
        <w:t xml:space="preserve"> </w:t>
      </w:r>
      <w:r>
        <w:rPr>
          <w:color w:val="808080"/>
          <w:sz w:val="18"/>
        </w:rPr>
        <w:t>(Točnost, pažnja, razumijevanje i iskrenost.)</w:t>
      </w:r>
    </w:p>
    <w:p w14:paraId="33B2AFBB" w14:textId="77777777" w:rsidR="00A62218" w:rsidRDefault="00706C88">
      <w:pPr>
        <w:numPr>
          <w:ilvl w:val="0"/>
          <w:numId w:val="23"/>
        </w:numPr>
        <w:spacing w:after="20"/>
      </w:pPr>
      <w:r w:rsidRPr="00524A1F">
        <w:t>Kako kajanje postaje vidljivo u životu?</w:t>
      </w:r>
      <w:r>
        <w:rPr>
          <w:sz w:val="21"/>
        </w:rPr>
        <w:t xml:space="preserve"> </w:t>
      </w:r>
      <w:r>
        <w:rPr>
          <w:color w:val="808080"/>
          <w:sz w:val="18"/>
        </w:rPr>
        <w:t>(Priznanjem pogreške, traženjem oprosta i odlukom da postupimo bolje.)</w:t>
      </w:r>
    </w:p>
    <w:p w14:paraId="690C5B9E" w14:textId="77777777" w:rsidR="00A62218" w:rsidRPr="00524A1F" w:rsidRDefault="00706C88">
      <w:pPr>
        <w:numPr>
          <w:ilvl w:val="0"/>
          <w:numId w:val="23"/>
        </w:numPr>
        <w:spacing w:after="20"/>
      </w:pPr>
      <w:r w:rsidRPr="00524A1F">
        <w:t xml:space="preserve">Kako možemo pokazati poštovanje prema učeniku koji odgovara? </w:t>
      </w:r>
      <w:r>
        <w:rPr>
          <w:color w:val="808080"/>
          <w:sz w:val="18"/>
        </w:rPr>
        <w:t>(Tišinom, strpljenjem i bez uspoređivanja ili dobacivanja.)</w:t>
      </w:r>
    </w:p>
    <w:p w14:paraId="7F673E40" w14:textId="77777777" w:rsidR="00524A1F" w:rsidRDefault="00524A1F" w:rsidP="00524A1F">
      <w:pPr>
        <w:spacing w:after="20"/>
      </w:pPr>
    </w:p>
    <w:tbl>
      <w:tblPr>
        <w:tblW w:w="10658" w:type="dxa"/>
        <w:jc w:val="center"/>
        <w:tblLayout w:type="fixed"/>
        <w:tblLook w:val="04A0" w:firstRow="1" w:lastRow="0" w:firstColumn="1" w:lastColumn="0" w:noHBand="0" w:noVBand="1"/>
      </w:tblPr>
      <w:tblGrid>
        <w:gridCol w:w="10658"/>
      </w:tblGrid>
      <w:tr w:rsidR="000311CB" w14:paraId="6613081E" w14:textId="77777777">
        <w:trPr>
          <w:cantSplit/>
          <w:jc w:val="center"/>
        </w:trPr>
        <w:tc>
          <w:tcPr>
            <w:tcW w:w="10681" w:type="dxa"/>
            <w:tcBorders>
              <w:top w:val="single" w:sz="4" w:space="0" w:color="A6A6A6"/>
              <w:left w:val="single" w:sz="4" w:space="0" w:color="A6A6A6"/>
              <w:bottom w:val="single" w:sz="4" w:space="0" w:color="A6A6A6"/>
              <w:right w:val="single" w:sz="4" w:space="0" w:color="A6A6A6"/>
            </w:tcBorders>
            <w:shd w:val="clear" w:color="auto" w:fill="EAF2F8"/>
            <w:tcMar>
              <w:top w:w="100" w:type="dxa"/>
              <w:left w:w="130" w:type="dxa"/>
              <w:bottom w:w="100" w:type="dxa"/>
              <w:right w:w="130" w:type="dxa"/>
            </w:tcMar>
          </w:tcPr>
          <w:p w14:paraId="1A23AF91" w14:textId="12684B3B" w:rsidR="002D6C46" w:rsidRDefault="00706C88">
            <w:pPr>
              <w:jc w:val="both"/>
            </w:pPr>
            <w:r>
              <w:rPr>
                <w:b/>
                <w:color w:val="C96A00"/>
              </w:rPr>
              <w:t xml:space="preserve">Zaključak vjeroučitelja: </w:t>
            </w:r>
            <w:r w:rsidR="00687E4C">
              <w:t xml:space="preserve">Osnovne molitve </w:t>
            </w:r>
            <w:r>
              <w:t>pomažu kršćanima razgovarati s Bogom, zajedno moliti i u važnim trenutcima pronaći riječi vjere. Poznavanje riječi važno je, ali molitva nije samo recitiranje: ona uključuje pažnju, povjerenje i spremnost živjeti ono što izgovaramo.</w:t>
            </w:r>
          </w:p>
        </w:tc>
      </w:tr>
    </w:tbl>
    <w:p w14:paraId="032B5AD1" w14:textId="77777777" w:rsidR="00A62218" w:rsidRDefault="00706C88">
      <w:pPr>
        <w:keepNext/>
        <w:spacing w:before="60" w:after="40"/>
        <w:jc w:val="both"/>
      </w:pPr>
      <w:r>
        <w:rPr>
          <w:b/>
          <w:color w:val="C96A00"/>
          <w:sz w:val="26"/>
        </w:rPr>
        <w:t>Sinteza:</w:t>
      </w:r>
    </w:p>
    <w:p w14:paraId="3147B754" w14:textId="77777777" w:rsidR="00A62218" w:rsidRPr="00524A1F" w:rsidRDefault="00706C88">
      <w:pPr>
        <w:jc w:val="both"/>
      </w:pPr>
      <w:r w:rsidRPr="00524A1F">
        <w:t>Učenici će jednom rečenicom dovršiti: „Molitva koju znam napamet postaje prava molitva kada…“</w:t>
      </w:r>
    </w:p>
    <w:p w14:paraId="2750DC39" w14:textId="77777777" w:rsidR="00A62218" w:rsidRDefault="00706C88">
      <w:pPr>
        <w:jc w:val="both"/>
        <w:rPr>
          <w:i/>
          <w:color w:val="6B6B6B"/>
          <w:sz w:val="21"/>
        </w:rPr>
      </w:pPr>
      <w:r>
        <w:rPr>
          <w:i/>
          <w:color w:val="6B6B6B"/>
          <w:sz w:val="21"/>
        </w:rPr>
        <w:t>Mogući odgovor: „…je izgovaram pažljivo, razumijem njezinu poruku i dopuštam da me potakne na dobro.“</w:t>
      </w:r>
    </w:p>
    <w:p w14:paraId="4EB75FCC" w14:textId="77777777" w:rsidR="00847277" w:rsidRDefault="00847277">
      <w:pPr>
        <w:jc w:val="both"/>
        <w:rPr>
          <w:i/>
          <w:color w:val="6B6B6B"/>
          <w:sz w:val="21"/>
        </w:rPr>
      </w:pPr>
    </w:p>
    <w:p w14:paraId="7DA7BE6B" w14:textId="5770B77F" w:rsidR="00847277" w:rsidRPr="009E7946" w:rsidRDefault="00847277" w:rsidP="00847277">
      <w:pPr>
        <w:jc w:val="center"/>
        <w:rPr>
          <w:color w:val="002060"/>
          <w:sz w:val="40"/>
          <w:szCs w:val="40"/>
        </w:rPr>
      </w:pPr>
      <w:r w:rsidRPr="009E7946">
        <w:rPr>
          <w:color w:val="002060"/>
          <w:sz w:val="40"/>
          <w:szCs w:val="40"/>
        </w:rPr>
        <w:t>Molitva koju znam napamet postaje prava molitva kada…</w:t>
      </w:r>
    </w:p>
    <w:p w14:paraId="641D44DB" w14:textId="77777777" w:rsidR="00A62218" w:rsidRDefault="00706C88">
      <w:pPr>
        <w:keepNext/>
        <w:spacing w:before="60" w:after="40"/>
        <w:jc w:val="both"/>
      </w:pPr>
      <w:r>
        <w:rPr>
          <w:b/>
          <w:color w:val="C96A00"/>
          <w:sz w:val="26"/>
        </w:rPr>
        <w:t>Samovrednovanje:</w:t>
      </w:r>
    </w:p>
    <w:p w14:paraId="51E770B5" w14:textId="77777777" w:rsidR="00A62218" w:rsidRDefault="00706C88">
      <w:pPr>
        <w:jc w:val="both"/>
      </w:pPr>
      <w:r w:rsidRPr="00524A1F">
        <w:t>Učenici će odabrati prikaz svjetla koji najbolje opisuje njihovu samostalnost: jasno svjetlo, još vježbam ili trebam pomoć. Odabir ne izgovaraju naglas, nego u sebi odlučuju koju će molitvu još ponoviti.</w:t>
      </w:r>
    </w:p>
    <w:p w14:paraId="1DF53E76" w14:textId="77777777" w:rsidR="00847277" w:rsidRPr="00524A1F" w:rsidRDefault="00847277">
      <w:pPr>
        <w:jc w:val="both"/>
      </w:pPr>
    </w:p>
    <w:p w14:paraId="36DB9FDA" w14:textId="4601B749" w:rsidR="00A62218" w:rsidRDefault="00847277" w:rsidP="00847277">
      <w:pPr>
        <w:spacing w:after="80"/>
      </w:pPr>
      <w:r w:rsidRPr="00847277">
        <w:rPr>
          <w:noProof/>
        </w:rPr>
        <w:drawing>
          <wp:inline distT="0" distB="0" distL="0" distR="0" wp14:anchorId="4AE13AB8" wp14:editId="3866C0C3">
            <wp:extent cx="4478400" cy="2520000"/>
            <wp:effectExtent l="0" t="0" r="0" b="0"/>
            <wp:docPr id="178907070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70707" name=""/>
                    <pic:cNvPicPr/>
                  </pic:nvPicPr>
                  <pic:blipFill>
                    <a:blip r:embed="rId15"/>
                    <a:stretch>
                      <a:fillRect/>
                    </a:stretch>
                  </pic:blipFill>
                  <pic:spPr>
                    <a:xfrm>
                      <a:off x="0" y="0"/>
                      <a:ext cx="4478400" cy="2520000"/>
                    </a:xfrm>
                    <a:prstGeom prst="rect">
                      <a:avLst/>
                    </a:prstGeom>
                  </pic:spPr>
                </pic:pic>
              </a:graphicData>
            </a:graphic>
          </wp:inline>
        </w:drawing>
      </w:r>
    </w:p>
    <w:p w14:paraId="22904EB4" w14:textId="77777777" w:rsidR="00A62218" w:rsidRDefault="00706C88">
      <w:pPr>
        <w:keepNext/>
        <w:spacing w:before="60" w:after="40"/>
        <w:jc w:val="both"/>
      </w:pPr>
      <w:r>
        <w:rPr>
          <w:b/>
          <w:color w:val="C96A00"/>
          <w:sz w:val="26"/>
        </w:rPr>
        <w:t>Domaća zadaća:</w:t>
      </w:r>
    </w:p>
    <w:p w14:paraId="1528276F" w14:textId="1A569CC4" w:rsidR="00A62218" w:rsidRDefault="00706C88">
      <w:pPr>
        <w:jc w:val="both"/>
      </w:pPr>
      <w:r w:rsidRPr="00524A1F">
        <w:t xml:space="preserve">Učenici će ponoviti </w:t>
      </w:r>
      <w:r w:rsidR="00687E4C">
        <w:t>osnovnu molitvu</w:t>
      </w:r>
      <w:r w:rsidRPr="00524A1F">
        <w:t xml:space="preserve"> koj</w:t>
      </w:r>
      <w:r w:rsidR="00687E4C">
        <w:t xml:space="preserve">a </w:t>
      </w:r>
      <w:r w:rsidRPr="00524A1F">
        <w:t>im je danas bi</w:t>
      </w:r>
      <w:r w:rsidR="00687E4C">
        <w:t>la</w:t>
      </w:r>
      <w:r w:rsidRPr="00524A1F">
        <w:t xml:space="preserve"> najtež</w:t>
      </w:r>
      <w:r w:rsidR="00687E4C">
        <w:t xml:space="preserve">a </w:t>
      </w:r>
      <w:r w:rsidRPr="00524A1F">
        <w:t xml:space="preserve">i sljedeći </w:t>
      </w:r>
      <w:r w:rsidR="00687E4C">
        <w:t>je</w:t>
      </w:r>
      <w:r w:rsidRPr="00524A1F">
        <w:t xml:space="preserve"> put izgovoriti bez čitanja.</w:t>
      </w:r>
    </w:p>
    <w:p w14:paraId="029E3C83" w14:textId="77777777" w:rsidR="00847277" w:rsidRPr="00524A1F" w:rsidRDefault="00847277">
      <w:pPr>
        <w:jc w:val="both"/>
      </w:pPr>
    </w:p>
    <w:p w14:paraId="407D9136" w14:textId="77777777" w:rsidR="00A62218" w:rsidRDefault="00706C88">
      <w:pPr>
        <w:jc w:val="both"/>
      </w:pPr>
      <w:r w:rsidRPr="00524A1F">
        <w:t>Ili:</w:t>
      </w:r>
    </w:p>
    <w:p w14:paraId="651DF00F" w14:textId="77777777" w:rsidR="00847277" w:rsidRPr="00524A1F" w:rsidRDefault="00847277">
      <w:pPr>
        <w:jc w:val="both"/>
      </w:pPr>
    </w:p>
    <w:p w14:paraId="2C388DD3" w14:textId="1B05B2BD" w:rsidR="00A62218" w:rsidRDefault="00706C88">
      <w:pPr>
        <w:jc w:val="both"/>
      </w:pPr>
      <w:r w:rsidRPr="00524A1F">
        <w:t xml:space="preserve">Učenici će odabrati jednu naučenu molitvu, nacrtati njezin jednostavan simbol i dovršiti rečenicu: „Ova mi molitva pomaže…“ </w:t>
      </w:r>
    </w:p>
    <w:p w14:paraId="3D28E3F7" w14:textId="77777777" w:rsidR="00847277" w:rsidRPr="00524A1F" w:rsidRDefault="00847277">
      <w:pPr>
        <w:jc w:val="both"/>
      </w:pPr>
    </w:p>
    <w:p w14:paraId="10A59CE4" w14:textId="77777777" w:rsidR="00A62218" w:rsidRPr="00524A1F" w:rsidRDefault="00706C88">
      <w:pPr>
        <w:jc w:val="both"/>
      </w:pPr>
      <w:r w:rsidRPr="00847277">
        <w:rPr>
          <w:b/>
          <w:bCs/>
        </w:rPr>
        <w:t>Izborna domaća zadaća:</w:t>
      </w:r>
      <w:r w:rsidRPr="00524A1F">
        <w:t xml:space="preserve"> učenici će u obitelji pitati odraslu osobu koju od naučenih molitava najčešće moli i u kojoj prigodi te zapisati naziv molitve i jednu kratku rečenicu obrazloženja, bez osobnih podataka.</w:t>
      </w:r>
    </w:p>
    <w:p w14:paraId="3C808403" w14:textId="77777777" w:rsidR="00A62218" w:rsidRDefault="00706C88">
      <w:pPr>
        <w:keepNext/>
        <w:spacing w:before="60" w:after="40"/>
        <w:jc w:val="both"/>
      </w:pPr>
      <w:r>
        <w:rPr>
          <w:b/>
          <w:color w:val="C96A00"/>
          <w:sz w:val="26"/>
        </w:rPr>
        <w:t>Završna molitva:</w:t>
      </w:r>
    </w:p>
    <w:p w14:paraId="29552EDF" w14:textId="77777777" w:rsidR="00A62218" w:rsidRPr="00847277" w:rsidRDefault="00706C88">
      <w:pPr>
        <w:jc w:val="both"/>
        <w:rPr>
          <w:sz w:val="48"/>
          <w:szCs w:val="48"/>
        </w:rPr>
      </w:pPr>
      <w:r w:rsidRPr="00847277">
        <w:rPr>
          <w:sz w:val="48"/>
          <w:szCs w:val="48"/>
        </w:rPr>
        <w:t>Slava Ocu…</w:t>
      </w:r>
    </w:p>
    <w:p w14:paraId="500012C0" w14:textId="77777777" w:rsidR="00847277" w:rsidRDefault="00847277">
      <w:pPr>
        <w:jc w:val="both"/>
      </w:pPr>
    </w:p>
    <w:p w14:paraId="43F3FB4D" w14:textId="6469F59A" w:rsidR="00A62218" w:rsidRDefault="00706C88">
      <w:pPr>
        <w:jc w:val="both"/>
      </w:pPr>
      <w:r w:rsidRPr="00524A1F">
        <w:t>ili:</w:t>
      </w:r>
    </w:p>
    <w:p w14:paraId="1BA7ECF6" w14:textId="77777777" w:rsidR="00847277" w:rsidRPr="00524A1F" w:rsidRDefault="00847277">
      <w:pPr>
        <w:jc w:val="both"/>
      </w:pPr>
    </w:p>
    <w:p w14:paraId="01FC8E18" w14:textId="77777777" w:rsidR="00A62218" w:rsidRDefault="00706C88">
      <w:pPr>
        <w:jc w:val="both"/>
      </w:pPr>
      <w:r w:rsidRPr="00524A1F">
        <w:t>Anđele, čuvaru mili…</w:t>
      </w:r>
    </w:p>
    <w:p w14:paraId="1AE7F48D" w14:textId="77777777" w:rsidR="00847277" w:rsidRPr="00524A1F" w:rsidRDefault="00847277">
      <w:pPr>
        <w:jc w:val="both"/>
      </w:pPr>
    </w:p>
    <w:p w14:paraId="50E3EF62" w14:textId="77777777" w:rsidR="00A62218" w:rsidRDefault="00706C88">
      <w:pPr>
        <w:jc w:val="both"/>
      </w:pPr>
      <w:r w:rsidRPr="00524A1F">
        <w:t>ili:</w:t>
      </w:r>
    </w:p>
    <w:p w14:paraId="540E5E3B" w14:textId="77777777" w:rsidR="00847277" w:rsidRDefault="00847277" w:rsidP="00847277">
      <w:pPr>
        <w:spacing w:before="220"/>
        <w:jc w:val="both"/>
      </w:pPr>
      <w:r>
        <w:t>Učenici će poslušati pjesmu „Anđele, čuvaru mili…“; 3:36; Autor: Marinko Grubešić; Izvor: YouTube.</w:t>
      </w:r>
    </w:p>
    <w:p w14:paraId="67011EA3" w14:textId="77777777" w:rsidR="00847277" w:rsidRDefault="00847277">
      <w:pPr>
        <w:jc w:val="both"/>
      </w:pPr>
    </w:p>
    <w:p w14:paraId="51588E70" w14:textId="0BE1B636" w:rsidR="00847277" w:rsidRPr="00524A1F" w:rsidRDefault="00847277">
      <w:pPr>
        <w:jc w:val="both"/>
      </w:pPr>
      <w:r w:rsidRPr="00844448">
        <w:rPr>
          <w:rFonts w:cs="Calibri"/>
          <w:noProof/>
          <w:lang w:eastAsia="hr-HR"/>
        </w:rPr>
        <w:drawing>
          <wp:inline distT="0" distB="0" distL="0" distR="0" wp14:anchorId="6D17F4C8" wp14:editId="4B167B37">
            <wp:extent cx="2401200" cy="1800000"/>
            <wp:effectExtent l="0" t="0" r="0" b="0"/>
            <wp:docPr id="688587606" name="Videozapis 1" descr="Anđele čuvaru - Marinko Grubešić">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88816" name="Videozapis 1" descr="Anđele čuvaru - Marinko Grubešić">
                      <a:hlinkClick r:id="rId16"/>
                    </pic:cNvPr>
                    <pic:cNvPicPr/>
                  </pic:nvPicPr>
                  <pic:blipFill>
                    <a:blip r:embed="rId1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PixLa1QlpZA?feature=oembed&quot; frameborder=&quot;0&quot; allow=&quot;accelerometer; autoplay; clipboard-write; encrypted-media; gyroscope; picture-in-picture; web-share&quot; referrerpolicy=&quot;strict-origin-when-cross-origin&quot; allowfullscreen=&quot;&quot; title=&quot;Anđele čuvaru - Marinko Grubešić&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p>
    <w:p w14:paraId="22173093" w14:textId="77777777" w:rsidR="00847277" w:rsidRDefault="00847277">
      <w:pPr>
        <w:jc w:val="both"/>
      </w:pPr>
    </w:p>
    <w:p w14:paraId="2E66CFD2" w14:textId="77777777" w:rsidR="00847277" w:rsidRDefault="00847277">
      <w:pPr>
        <w:jc w:val="both"/>
      </w:pPr>
    </w:p>
    <w:p w14:paraId="070CFF6A" w14:textId="77777777" w:rsidR="00847277" w:rsidRPr="00524A1F" w:rsidRDefault="00847277">
      <w:pPr>
        <w:jc w:val="both"/>
      </w:pPr>
    </w:p>
    <w:tbl>
      <w:tblPr>
        <w:tblW w:w="5000" w:type="pct"/>
        <w:jc w:val="center"/>
        <w:tblLook w:val="04A0" w:firstRow="1" w:lastRow="0" w:firstColumn="1" w:lastColumn="0" w:noHBand="0" w:noVBand="1"/>
      </w:tblPr>
      <w:tblGrid>
        <w:gridCol w:w="10681"/>
      </w:tblGrid>
      <w:tr w:rsidR="000311CB" w14:paraId="02775291" w14:textId="77777777" w:rsidTr="00847277">
        <w:trPr>
          <w:cantSplit/>
          <w:jc w:val="center"/>
        </w:trPr>
        <w:tc>
          <w:tcPr>
            <w:tcW w:w="5000" w:type="pct"/>
            <w:tcBorders>
              <w:top w:val="single" w:sz="0" w:space="0" w:color="C96A00"/>
              <w:left w:val="single" w:sz="0" w:space="0" w:color="C96A00"/>
              <w:bottom w:val="single" w:sz="0" w:space="0" w:color="C96A00"/>
              <w:right w:val="single" w:sz="0" w:space="0" w:color="C96A00"/>
            </w:tcBorders>
            <w:shd w:val="clear" w:color="auto" w:fill="C96A00"/>
            <w:tcMar>
              <w:top w:w="90" w:type="dxa"/>
              <w:left w:w="130" w:type="dxa"/>
              <w:bottom w:w="90" w:type="dxa"/>
              <w:right w:w="130" w:type="dxa"/>
            </w:tcMar>
            <w:vAlign w:val="center"/>
          </w:tcPr>
          <w:p w14:paraId="2476F3E5" w14:textId="77777777" w:rsidR="00A62218" w:rsidRDefault="00706C88" w:rsidP="00524A1F">
            <w:pPr>
              <w:jc w:val="center"/>
            </w:pPr>
            <w:r>
              <w:rPr>
                <w:b/>
                <w:color w:val="FFFFFF"/>
                <w:sz w:val="26"/>
              </w:rPr>
              <w:t>PREPORUČENI ODABIR ZA 45 MINUTA</w:t>
            </w:r>
          </w:p>
        </w:tc>
      </w:tr>
    </w:tbl>
    <w:p w14:paraId="74FA3D36" w14:textId="77777777" w:rsidR="00524A1F" w:rsidRDefault="00524A1F"/>
    <w:tbl>
      <w:tblPr>
        <w:tblW w:w="5000" w:type="pct"/>
        <w:jc w:val="center"/>
        <w:tblLook w:val="04A0" w:firstRow="1" w:lastRow="0" w:firstColumn="1" w:lastColumn="0" w:noHBand="0" w:noVBand="1"/>
      </w:tblPr>
      <w:tblGrid>
        <w:gridCol w:w="7898"/>
        <w:gridCol w:w="2763"/>
      </w:tblGrid>
      <w:tr w:rsidR="00A62218" w14:paraId="26FD3799" w14:textId="77777777" w:rsidTr="00847277">
        <w:trPr>
          <w:cantSplit/>
          <w:tblHeader/>
          <w:jc w:val="center"/>
        </w:trPr>
        <w:tc>
          <w:tcPr>
            <w:tcW w:w="3704" w:type="pct"/>
            <w:tcBorders>
              <w:top w:val="single" w:sz="8" w:space="0" w:color="A6A6A6"/>
              <w:left w:val="single" w:sz="8" w:space="0" w:color="A6A6A6"/>
              <w:bottom w:val="single" w:sz="8" w:space="0" w:color="A6A6A6"/>
              <w:right w:val="single" w:sz="8" w:space="0" w:color="A6A6A6"/>
            </w:tcBorders>
            <w:shd w:val="clear" w:color="auto" w:fill="595959"/>
            <w:vAlign w:val="center"/>
          </w:tcPr>
          <w:p w14:paraId="36A724E5" w14:textId="77777777" w:rsidR="00A62218" w:rsidRPr="009E7946" w:rsidRDefault="00706C88" w:rsidP="009E7946">
            <w:pPr>
              <w:spacing w:before="60" w:after="60"/>
            </w:pPr>
            <w:r w:rsidRPr="009E7946">
              <w:rPr>
                <w:b/>
                <w:color w:val="FFFFFF"/>
              </w:rPr>
              <w:t>Dio sata / odabrana aktivnost</w:t>
            </w:r>
          </w:p>
        </w:tc>
        <w:tc>
          <w:tcPr>
            <w:tcW w:w="1296" w:type="pct"/>
            <w:tcBorders>
              <w:top w:val="single" w:sz="8" w:space="0" w:color="A6A6A6"/>
              <w:left w:val="single" w:sz="8" w:space="0" w:color="A6A6A6"/>
              <w:bottom w:val="single" w:sz="8" w:space="0" w:color="A6A6A6"/>
              <w:right w:val="single" w:sz="8" w:space="0" w:color="A6A6A6"/>
            </w:tcBorders>
            <w:shd w:val="clear" w:color="auto" w:fill="595959"/>
            <w:vAlign w:val="center"/>
          </w:tcPr>
          <w:p w14:paraId="453F4314" w14:textId="77777777" w:rsidR="00A62218" w:rsidRPr="009E7946" w:rsidRDefault="00706C88" w:rsidP="009E7946">
            <w:pPr>
              <w:spacing w:before="60" w:after="60"/>
              <w:jc w:val="center"/>
            </w:pPr>
            <w:r w:rsidRPr="009E7946">
              <w:rPr>
                <w:b/>
                <w:color w:val="FFFFFF"/>
              </w:rPr>
              <w:t>Vrijeme</w:t>
            </w:r>
          </w:p>
        </w:tc>
      </w:tr>
      <w:tr w:rsidR="00A62218" w14:paraId="1AC49868" w14:textId="77777777" w:rsidTr="00847277">
        <w:trPr>
          <w:cantSplit/>
          <w:trHeight w:val="495"/>
          <w:jc w:val="center"/>
        </w:trPr>
        <w:tc>
          <w:tcPr>
            <w:tcW w:w="3704"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5B4AC08C" w14:textId="77777777" w:rsidR="00A62218" w:rsidRDefault="00706C88">
            <w:r>
              <w:t>Uvodni dio – molitva, pregled domaće zadaće, motivacija i najava</w:t>
            </w:r>
          </w:p>
        </w:tc>
        <w:tc>
          <w:tcPr>
            <w:tcW w:w="1296"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5DC99E23" w14:textId="77777777" w:rsidR="00A62218" w:rsidRDefault="00706C88" w:rsidP="00847277">
            <w:pPr>
              <w:jc w:val="center"/>
            </w:pPr>
            <w:r>
              <w:t>7 min</w:t>
            </w:r>
          </w:p>
        </w:tc>
      </w:tr>
      <w:tr w:rsidR="00A62218" w14:paraId="47C4BA55" w14:textId="77777777" w:rsidTr="00847277">
        <w:trPr>
          <w:cantSplit/>
          <w:trHeight w:val="417"/>
          <w:jc w:val="center"/>
        </w:trPr>
        <w:tc>
          <w:tcPr>
            <w:tcW w:w="3704"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031792A5" w14:textId="77777777" w:rsidR="00A62218" w:rsidRDefault="00706C88">
            <w:r>
              <w:t>Usmeno ispitivanje uz aktivnosti 1–5 za samostalni rad</w:t>
            </w:r>
          </w:p>
        </w:tc>
        <w:tc>
          <w:tcPr>
            <w:tcW w:w="1296"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3A6174A5" w14:textId="77777777" w:rsidR="00A62218" w:rsidRDefault="00706C88" w:rsidP="00847277">
            <w:pPr>
              <w:jc w:val="center"/>
            </w:pPr>
            <w:r>
              <w:t>30 min</w:t>
            </w:r>
          </w:p>
        </w:tc>
      </w:tr>
      <w:tr w:rsidR="00A62218" w14:paraId="7504B5D5" w14:textId="77777777" w:rsidTr="00847277">
        <w:trPr>
          <w:cantSplit/>
          <w:trHeight w:val="395"/>
          <w:jc w:val="center"/>
        </w:trPr>
        <w:tc>
          <w:tcPr>
            <w:tcW w:w="3704"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12D17EF" w14:textId="77777777" w:rsidR="00A62218" w:rsidRDefault="00706C88">
            <w:r>
              <w:t>Poučna priča ili formativna provjera – prema raspoloživome vremenu</w:t>
            </w:r>
          </w:p>
        </w:tc>
        <w:tc>
          <w:tcPr>
            <w:tcW w:w="1296"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19FC097D" w14:textId="77777777" w:rsidR="00A62218" w:rsidRDefault="00706C88" w:rsidP="00847277">
            <w:pPr>
              <w:jc w:val="center"/>
            </w:pPr>
            <w:r>
              <w:t>3 min</w:t>
            </w:r>
          </w:p>
        </w:tc>
      </w:tr>
      <w:tr w:rsidR="00A62218" w14:paraId="09A73C4F" w14:textId="77777777" w:rsidTr="00847277">
        <w:trPr>
          <w:cantSplit/>
          <w:trHeight w:val="414"/>
          <w:jc w:val="center"/>
        </w:trPr>
        <w:tc>
          <w:tcPr>
            <w:tcW w:w="3704"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50C099C6" w14:textId="77777777" w:rsidR="00A62218" w:rsidRDefault="00706C88">
            <w:r>
              <w:t>Završni dio – aktualizacija, sinteza i samovrednovanje</w:t>
            </w:r>
          </w:p>
        </w:tc>
        <w:tc>
          <w:tcPr>
            <w:tcW w:w="1296"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07D82244" w14:textId="77777777" w:rsidR="00A62218" w:rsidRDefault="00706C88" w:rsidP="00847277">
            <w:pPr>
              <w:jc w:val="center"/>
            </w:pPr>
            <w:r>
              <w:t>4 min</w:t>
            </w:r>
          </w:p>
        </w:tc>
      </w:tr>
      <w:tr w:rsidR="00A62218" w14:paraId="447B8D6E" w14:textId="77777777" w:rsidTr="00847277">
        <w:trPr>
          <w:cantSplit/>
          <w:trHeight w:val="393"/>
          <w:jc w:val="center"/>
        </w:trPr>
        <w:tc>
          <w:tcPr>
            <w:tcW w:w="3704"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FC15F9D" w14:textId="77777777" w:rsidR="00A62218" w:rsidRDefault="00706C88">
            <w:r>
              <w:t>Završna molitva</w:t>
            </w:r>
          </w:p>
        </w:tc>
        <w:tc>
          <w:tcPr>
            <w:tcW w:w="1296"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87DFDB9" w14:textId="77777777" w:rsidR="00A62218" w:rsidRDefault="00706C88" w:rsidP="00847277">
            <w:pPr>
              <w:jc w:val="center"/>
            </w:pPr>
            <w:r>
              <w:t>1 min</w:t>
            </w:r>
          </w:p>
        </w:tc>
      </w:tr>
    </w:tbl>
    <w:p w14:paraId="52ED8C07" w14:textId="77777777" w:rsidR="00A62218" w:rsidRPr="00847277" w:rsidRDefault="00706C88" w:rsidP="00F01779">
      <w:pPr>
        <w:jc w:val="both"/>
        <w:rPr>
          <w:i/>
          <w:iCs/>
          <w:color w:val="808080" w:themeColor="background1" w:themeShade="80"/>
        </w:rPr>
      </w:pPr>
      <w:r w:rsidRPr="00847277">
        <w:rPr>
          <w:i/>
          <w:iCs/>
          <w:color w:val="808080" w:themeColor="background1" w:themeShade="80"/>
        </w:rPr>
        <w:t>Ukupno: 45 minuta. Aktivnosti 1–5 čine radni paket za vrijeme usmenoga ispitivanja. Nije potrebno da svaki učenik dovrši cijeli paket. Mikropauza se koristi samo po potrebi.</w:t>
      </w:r>
    </w:p>
    <w:p w14:paraId="20BA35B9" w14:textId="77777777" w:rsidR="00847277" w:rsidRDefault="00847277">
      <w:pPr>
        <w:spacing w:after="40"/>
        <w:rPr>
          <w:b/>
          <w:color w:val="0070C0"/>
          <w:sz w:val="28"/>
        </w:rPr>
      </w:pPr>
    </w:p>
    <w:p w14:paraId="362D2BBB" w14:textId="17CE66CE" w:rsidR="00F01779" w:rsidRPr="00F01779" w:rsidRDefault="00706C88" w:rsidP="00F01779">
      <w:pPr>
        <w:spacing w:after="40"/>
        <w:rPr>
          <w:color w:val="C96A00"/>
        </w:rPr>
      </w:pPr>
      <w:r w:rsidRPr="00F01779">
        <w:rPr>
          <w:b/>
          <w:color w:val="C96A00"/>
          <w:sz w:val="28"/>
        </w:rPr>
        <w:t>PRILOZI ZA BRZU UPORABU</w:t>
      </w:r>
    </w:p>
    <w:p w14:paraId="72746184" w14:textId="3E3F272B" w:rsidR="00F01779" w:rsidRPr="00F01779" w:rsidRDefault="00F01779" w:rsidP="00F01779">
      <w:pPr>
        <w:rPr>
          <w:b/>
          <w:bCs/>
        </w:rPr>
      </w:pPr>
      <w:r w:rsidRPr="00F01779">
        <w:rPr>
          <w:b/>
          <w:bCs/>
        </w:rPr>
        <w:t xml:space="preserve">Prilog </w:t>
      </w:r>
      <w:r>
        <w:rPr>
          <w:b/>
          <w:bCs/>
        </w:rPr>
        <w:t>1</w:t>
      </w:r>
      <w:r w:rsidRPr="00F01779">
        <w:rPr>
          <w:b/>
          <w:bCs/>
        </w:rPr>
        <w:t>: Kratka kontrolna lista za vjeroučitelja</w:t>
      </w:r>
    </w:p>
    <w:p w14:paraId="75CDE828" w14:textId="77777777" w:rsidR="00F01779" w:rsidRPr="00524A1F" w:rsidRDefault="00F01779" w:rsidP="00F01779">
      <w:r w:rsidRPr="00524A1F">
        <w:t>□ Jesu li pitanja i očekivanja učenicima unaprijed jasna?</w:t>
      </w:r>
    </w:p>
    <w:p w14:paraId="77503ECA" w14:textId="77777777" w:rsidR="00F01779" w:rsidRPr="00524A1F" w:rsidRDefault="00F01779" w:rsidP="00F01779">
      <w:r w:rsidRPr="00524A1F">
        <w:t>□ Izvodi li učenik Znak križa pravilno i smireno?</w:t>
      </w:r>
    </w:p>
    <w:p w14:paraId="5C85B9C0" w14:textId="77777777" w:rsidR="00F01779" w:rsidRPr="00524A1F" w:rsidRDefault="00F01779" w:rsidP="00F01779">
      <w:r w:rsidRPr="00524A1F">
        <w:t>□ Izgovara li molitve samostalno, razgovijetno i bez nepotrebne žurbe?</w:t>
      </w:r>
    </w:p>
    <w:p w14:paraId="1133EA06" w14:textId="77777777" w:rsidR="00F01779" w:rsidRPr="00524A1F" w:rsidRDefault="00F01779" w:rsidP="00F01779">
      <w:r w:rsidRPr="00524A1F">
        <w:t>□ Primjenjuju li se dogovorene prilagodbe u usmenome ispitivanju?</w:t>
      </w:r>
    </w:p>
    <w:p w14:paraId="0FA5918B" w14:textId="77777777" w:rsidR="00F01779" w:rsidRPr="00524A1F" w:rsidRDefault="00F01779" w:rsidP="00F01779">
      <w:r w:rsidRPr="00524A1F">
        <w:t>□ Rade li ostali učenici tiho i samostalno bez ometanja?</w:t>
      </w:r>
    </w:p>
    <w:p w14:paraId="5DCD3F29" w14:textId="77777777" w:rsidR="00F01779" w:rsidRPr="00524A1F" w:rsidRDefault="00F01779" w:rsidP="00F01779">
      <w:r w:rsidRPr="00524A1F">
        <w:t>□ Može li učenik navesti zašto molitvu ne treba izgovarati bez pažnje?</w:t>
      </w:r>
    </w:p>
    <w:p w14:paraId="00986C03" w14:textId="77777777" w:rsidR="00F01779" w:rsidRDefault="00F01779" w:rsidP="00F01779">
      <w:pPr>
        <w:rPr>
          <w:b/>
          <w:bCs/>
        </w:rPr>
      </w:pPr>
    </w:p>
    <w:p w14:paraId="708CB6E0" w14:textId="743E3A81" w:rsidR="00A62218" w:rsidRPr="00F01779" w:rsidRDefault="00706C88" w:rsidP="00F01779">
      <w:pPr>
        <w:rPr>
          <w:b/>
          <w:bCs/>
        </w:rPr>
      </w:pPr>
      <w:r w:rsidRPr="00F01779">
        <w:rPr>
          <w:b/>
          <w:bCs/>
        </w:rPr>
        <w:t xml:space="preserve">Prilog </w:t>
      </w:r>
      <w:r w:rsidR="00F01779">
        <w:rPr>
          <w:b/>
          <w:bCs/>
        </w:rPr>
        <w:t>2</w:t>
      </w:r>
      <w:r w:rsidRPr="00F01779">
        <w:rPr>
          <w:b/>
          <w:bCs/>
        </w:rPr>
        <w:t>: Evidencijska lista za usmeno ispitivanje</w:t>
      </w:r>
    </w:p>
    <w:p w14:paraId="6150961A" w14:textId="77777777" w:rsidR="00A62218" w:rsidRDefault="00706C88">
      <w:r w:rsidRPr="00524A1F">
        <w:t>Oznake: S – samostalno i točno; P – uz jedan poticaj; V – potrebno dodatno vježbanje. U stupac Napomena / ocjena vjeroučitelj upisuje sažetu bilješku prema školskim kriterijima vrednovanja.</w:t>
      </w:r>
    </w:p>
    <w:p w14:paraId="2795A14C" w14:textId="77777777" w:rsidR="00687E4C" w:rsidRPr="00524A1F" w:rsidRDefault="00687E4C"/>
    <w:tbl>
      <w:tblPr>
        <w:tblW w:w="5000" w:type="pct"/>
        <w:jc w:val="center"/>
        <w:tblLook w:val="04A0" w:firstRow="1" w:lastRow="0" w:firstColumn="1" w:lastColumn="0" w:noHBand="0" w:noVBand="1"/>
      </w:tblPr>
      <w:tblGrid>
        <w:gridCol w:w="2368"/>
        <w:gridCol w:w="974"/>
        <w:gridCol w:w="977"/>
        <w:gridCol w:w="1154"/>
        <w:gridCol w:w="977"/>
        <w:gridCol w:w="1009"/>
        <w:gridCol w:w="1073"/>
        <w:gridCol w:w="2129"/>
      </w:tblGrid>
      <w:tr w:rsidR="00A62218" w14:paraId="44FC7326"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0070C0"/>
            <w:vAlign w:val="center"/>
          </w:tcPr>
          <w:p w14:paraId="6B9B3E7B" w14:textId="77777777" w:rsidR="00A62218" w:rsidRPr="00F01779" w:rsidRDefault="00706C88">
            <w:pPr>
              <w:jc w:val="center"/>
              <w:rPr>
                <w:sz w:val="24"/>
                <w:szCs w:val="24"/>
              </w:rPr>
            </w:pPr>
            <w:r w:rsidRPr="00F01779">
              <w:rPr>
                <w:b/>
                <w:color w:val="FFFFFF"/>
                <w:sz w:val="24"/>
                <w:szCs w:val="24"/>
              </w:rPr>
              <w:t>UČENIK</w:t>
            </w:r>
          </w:p>
        </w:tc>
        <w:tc>
          <w:tcPr>
            <w:tcW w:w="457" w:type="pct"/>
            <w:tcBorders>
              <w:top w:val="single" w:sz="8" w:space="0" w:color="A6A6A6"/>
              <w:left w:val="single" w:sz="8" w:space="0" w:color="A6A6A6"/>
              <w:bottom w:val="single" w:sz="8" w:space="0" w:color="A6A6A6"/>
              <w:right w:val="single" w:sz="8" w:space="0" w:color="A6A6A6"/>
            </w:tcBorders>
            <w:shd w:val="clear" w:color="auto" w:fill="0070C0"/>
            <w:vAlign w:val="center"/>
          </w:tcPr>
          <w:p w14:paraId="3DB8E91F" w14:textId="77777777" w:rsidR="00A62218" w:rsidRPr="00F01779" w:rsidRDefault="00706C88">
            <w:pPr>
              <w:jc w:val="center"/>
              <w:rPr>
                <w:sz w:val="24"/>
                <w:szCs w:val="24"/>
              </w:rPr>
            </w:pPr>
            <w:r w:rsidRPr="00F01779">
              <w:rPr>
                <w:b/>
                <w:color w:val="FFFFFF"/>
                <w:sz w:val="24"/>
                <w:szCs w:val="24"/>
              </w:rPr>
              <w:t>ZNAK KRIŽA</w:t>
            </w:r>
          </w:p>
        </w:tc>
        <w:tc>
          <w:tcPr>
            <w:tcW w:w="458" w:type="pct"/>
            <w:tcBorders>
              <w:top w:val="single" w:sz="8" w:space="0" w:color="A6A6A6"/>
              <w:left w:val="single" w:sz="8" w:space="0" w:color="A6A6A6"/>
              <w:bottom w:val="single" w:sz="8" w:space="0" w:color="A6A6A6"/>
              <w:right w:val="single" w:sz="8" w:space="0" w:color="A6A6A6"/>
            </w:tcBorders>
            <w:shd w:val="clear" w:color="auto" w:fill="0070C0"/>
            <w:vAlign w:val="center"/>
          </w:tcPr>
          <w:p w14:paraId="79D42E96" w14:textId="77777777" w:rsidR="00A62218" w:rsidRPr="00F01779" w:rsidRDefault="00706C88">
            <w:pPr>
              <w:jc w:val="center"/>
              <w:rPr>
                <w:sz w:val="24"/>
                <w:szCs w:val="24"/>
              </w:rPr>
            </w:pPr>
            <w:r w:rsidRPr="00F01779">
              <w:rPr>
                <w:b/>
                <w:color w:val="FFFFFF"/>
                <w:sz w:val="24"/>
                <w:szCs w:val="24"/>
              </w:rPr>
              <w:t>OČE NAŠ</w:t>
            </w:r>
          </w:p>
        </w:tc>
        <w:tc>
          <w:tcPr>
            <w:tcW w:w="541" w:type="pct"/>
            <w:tcBorders>
              <w:top w:val="single" w:sz="8" w:space="0" w:color="A6A6A6"/>
              <w:left w:val="single" w:sz="8" w:space="0" w:color="A6A6A6"/>
              <w:bottom w:val="single" w:sz="8" w:space="0" w:color="A6A6A6"/>
              <w:right w:val="single" w:sz="8" w:space="0" w:color="A6A6A6"/>
            </w:tcBorders>
            <w:shd w:val="clear" w:color="auto" w:fill="0070C0"/>
            <w:vAlign w:val="center"/>
          </w:tcPr>
          <w:p w14:paraId="5C0C3903" w14:textId="77777777" w:rsidR="00A62218" w:rsidRPr="00F01779" w:rsidRDefault="00706C88">
            <w:pPr>
              <w:jc w:val="center"/>
              <w:rPr>
                <w:sz w:val="24"/>
                <w:szCs w:val="24"/>
              </w:rPr>
            </w:pPr>
            <w:r w:rsidRPr="00F01779">
              <w:rPr>
                <w:b/>
                <w:color w:val="FFFFFF"/>
                <w:sz w:val="24"/>
                <w:szCs w:val="24"/>
              </w:rPr>
              <w:t>ZDRAVO MARIJO</w:t>
            </w:r>
          </w:p>
        </w:tc>
        <w:tc>
          <w:tcPr>
            <w:tcW w:w="458" w:type="pct"/>
            <w:tcBorders>
              <w:top w:val="single" w:sz="8" w:space="0" w:color="A6A6A6"/>
              <w:left w:val="single" w:sz="8" w:space="0" w:color="A6A6A6"/>
              <w:bottom w:val="single" w:sz="8" w:space="0" w:color="A6A6A6"/>
              <w:right w:val="single" w:sz="8" w:space="0" w:color="A6A6A6"/>
            </w:tcBorders>
            <w:shd w:val="clear" w:color="auto" w:fill="0070C0"/>
            <w:vAlign w:val="center"/>
          </w:tcPr>
          <w:p w14:paraId="5BF40021" w14:textId="77777777" w:rsidR="00A62218" w:rsidRPr="00F01779" w:rsidRDefault="00706C88">
            <w:pPr>
              <w:jc w:val="center"/>
              <w:rPr>
                <w:sz w:val="24"/>
                <w:szCs w:val="24"/>
              </w:rPr>
            </w:pPr>
            <w:r w:rsidRPr="00F01779">
              <w:rPr>
                <w:b/>
                <w:color w:val="FFFFFF"/>
                <w:sz w:val="24"/>
                <w:szCs w:val="24"/>
              </w:rPr>
              <w:t>SLAVA OCU</w:t>
            </w:r>
          </w:p>
        </w:tc>
        <w:tc>
          <w:tcPr>
            <w:tcW w:w="473" w:type="pct"/>
            <w:tcBorders>
              <w:top w:val="single" w:sz="8" w:space="0" w:color="A6A6A6"/>
              <w:left w:val="single" w:sz="8" w:space="0" w:color="A6A6A6"/>
              <w:bottom w:val="single" w:sz="8" w:space="0" w:color="A6A6A6"/>
              <w:right w:val="single" w:sz="8" w:space="0" w:color="A6A6A6"/>
            </w:tcBorders>
            <w:shd w:val="clear" w:color="auto" w:fill="0070C0"/>
            <w:vAlign w:val="center"/>
          </w:tcPr>
          <w:p w14:paraId="3AB5DC3D" w14:textId="77777777" w:rsidR="00A62218" w:rsidRPr="00F01779" w:rsidRDefault="00706C88">
            <w:pPr>
              <w:jc w:val="center"/>
              <w:rPr>
                <w:sz w:val="24"/>
                <w:szCs w:val="24"/>
              </w:rPr>
            </w:pPr>
            <w:r w:rsidRPr="00F01779">
              <w:rPr>
                <w:b/>
                <w:color w:val="FFFFFF"/>
                <w:sz w:val="24"/>
                <w:szCs w:val="24"/>
              </w:rPr>
              <w:t>ANĐELE</w:t>
            </w:r>
          </w:p>
        </w:tc>
        <w:tc>
          <w:tcPr>
            <w:tcW w:w="503" w:type="pct"/>
            <w:tcBorders>
              <w:top w:val="single" w:sz="8" w:space="0" w:color="A6A6A6"/>
              <w:left w:val="single" w:sz="8" w:space="0" w:color="A6A6A6"/>
              <w:bottom w:val="single" w:sz="8" w:space="0" w:color="A6A6A6"/>
              <w:right w:val="single" w:sz="8" w:space="0" w:color="A6A6A6"/>
            </w:tcBorders>
            <w:shd w:val="clear" w:color="auto" w:fill="0070C0"/>
            <w:vAlign w:val="center"/>
          </w:tcPr>
          <w:p w14:paraId="6DCED95D" w14:textId="77777777" w:rsidR="00A62218" w:rsidRPr="00F01779" w:rsidRDefault="00706C88">
            <w:pPr>
              <w:jc w:val="center"/>
              <w:rPr>
                <w:sz w:val="24"/>
                <w:szCs w:val="24"/>
              </w:rPr>
            </w:pPr>
            <w:r w:rsidRPr="00F01779">
              <w:rPr>
                <w:b/>
                <w:color w:val="FFFFFF"/>
                <w:sz w:val="24"/>
                <w:szCs w:val="24"/>
              </w:rPr>
              <w:t>KAJANJE</w:t>
            </w:r>
          </w:p>
        </w:tc>
        <w:tc>
          <w:tcPr>
            <w:tcW w:w="998" w:type="pct"/>
            <w:tcBorders>
              <w:top w:val="single" w:sz="8" w:space="0" w:color="A6A6A6"/>
              <w:left w:val="single" w:sz="8" w:space="0" w:color="A6A6A6"/>
              <w:bottom w:val="single" w:sz="8" w:space="0" w:color="A6A6A6"/>
              <w:right w:val="single" w:sz="8" w:space="0" w:color="A6A6A6"/>
            </w:tcBorders>
            <w:shd w:val="clear" w:color="auto" w:fill="0070C0"/>
            <w:vAlign w:val="center"/>
          </w:tcPr>
          <w:p w14:paraId="3375B062" w14:textId="77777777" w:rsidR="00A62218" w:rsidRPr="00F01779" w:rsidRDefault="00706C88">
            <w:pPr>
              <w:jc w:val="center"/>
              <w:rPr>
                <w:sz w:val="24"/>
                <w:szCs w:val="24"/>
              </w:rPr>
            </w:pPr>
            <w:r w:rsidRPr="00F01779">
              <w:rPr>
                <w:b/>
                <w:color w:val="FFFFFF"/>
                <w:sz w:val="24"/>
                <w:szCs w:val="24"/>
              </w:rPr>
              <w:t>NAPOMENA / OCJENA</w:t>
            </w:r>
          </w:p>
        </w:tc>
      </w:tr>
      <w:tr w:rsidR="00F01779" w14:paraId="76FCA0EA"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23DA4097" w14:textId="77777777" w:rsidR="00F01779" w:rsidRPr="00F01779" w:rsidRDefault="00F01779" w:rsidP="00F01779">
            <w:pPr>
              <w:rPr>
                <w:sz w:val="24"/>
                <w:szCs w:val="24"/>
              </w:rPr>
            </w:pPr>
            <w:r w:rsidRPr="00F01779">
              <w:rPr>
                <w:sz w:val="24"/>
                <w:szCs w:val="24"/>
              </w:rPr>
              <w:t>1.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06EC94C9"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3D1491C6"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59293FF4"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1E876A7B"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4C0CA74E"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1C7B4523"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709D3552" w14:textId="77777777" w:rsidR="00F01779" w:rsidRDefault="00F01779" w:rsidP="00F01779">
            <w:pPr>
              <w:rPr>
                <w:sz w:val="24"/>
                <w:szCs w:val="24"/>
              </w:rPr>
            </w:pPr>
            <w:r w:rsidRPr="00F01779">
              <w:rPr>
                <w:sz w:val="24"/>
                <w:szCs w:val="24"/>
              </w:rPr>
              <w:t>________________</w:t>
            </w:r>
          </w:p>
          <w:p w14:paraId="40181579" w14:textId="5A1378C6" w:rsidR="00F01779" w:rsidRPr="00F01779" w:rsidRDefault="00F01779" w:rsidP="00F01779">
            <w:pPr>
              <w:rPr>
                <w:sz w:val="24"/>
                <w:szCs w:val="24"/>
              </w:rPr>
            </w:pPr>
            <w:r w:rsidRPr="00F01779">
              <w:rPr>
                <w:sz w:val="24"/>
                <w:szCs w:val="24"/>
              </w:rPr>
              <w:t>________________</w:t>
            </w:r>
          </w:p>
        </w:tc>
      </w:tr>
      <w:tr w:rsidR="00F01779" w14:paraId="73E3093E"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54B628AB" w14:textId="77777777" w:rsidR="00F01779" w:rsidRPr="00F01779" w:rsidRDefault="00F01779" w:rsidP="00F01779">
            <w:pPr>
              <w:rPr>
                <w:sz w:val="24"/>
                <w:szCs w:val="24"/>
              </w:rPr>
            </w:pPr>
            <w:r w:rsidRPr="00F01779">
              <w:rPr>
                <w:sz w:val="24"/>
                <w:szCs w:val="24"/>
              </w:rPr>
              <w:t>2.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6B43051B"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0527C69C"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61FB146E"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784B9DEB"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07F63809"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0BD067E5"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6BB18F6C" w14:textId="77777777" w:rsidR="00F01779" w:rsidRDefault="00F01779" w:rsidP="00F01779">
            <w:pPr>
              <w:rPr>
                <w:sz w:val="24"/>
                <w:szCs w:val="24"/>
              </w:rPr>
            </w:pPr>
            <w:r w:rsidRPr="00F01779">
              <w:rPr>
                <w:sz w:val="24"/>
                <w:szCs w:val="24"/>
              </w:rPr>
              <w:t>________________</w:t>
            </w:r>
          </w:p>
          <w:p w14:paraId="552E7FA0" w14:textId="15D82357" w:rsidR="00F01779" w:rsidRPr="00F01779" w:rsidRDefault="00F01779" w:rsidP="00F01779">
            <w:pPr>
              <w:rPr>
                <w:sz w:val="24"/>
                <w:szCs w:val="24"/>
              </w:rPr>
            </w:pPr>
            <w:r w:rsidRPr="00F01779">
              <w:rPr>
                <w:sz w:val="24"/>
                <w:szCs w:val="24"/>
              </w:rPr>
              <w:t>________________</w:t>
            </w:r>
          </w:p>
        </w:tc>
      </w:tr>
      <w:tr w:rsidR="00F01779" w14:paraId="0D553B06"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7E693D8" w14:textId="77777777" w:rsidR="00F01779" w:rsidRPr="00F01779" w:rsidRDefault="00F01779" w:rsidP="00F01779">
            <w:pPr>
              <w:rPr>
                <w:sz w:val="24"/>
                <w:szCs w:val="24"/>
              </w:rPr>
            </w:pPr>
            <w:r w:rsidRPr="00F01779">
              <w:rPr>
                <w:sz w:val="24"/>
                <w:szCs w:val="24"/>
              </w:rPr>
              <w:t>3.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13C2BD48"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30E437A4"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3E37692B"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ECA613F"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501AACA"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0C01FFCC"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1AD41D5F" w14:textId="77777777" w:rsidR="00F01779" w:rsidRDefault="00F01779" w:rsidP="00F01779">
            <w:pPr>
              <w:rPr>
                <w:sz w:val="24"/>
                <w:szCs w:val="24"/>
              </w:rPr>
            </w:pPr>
            <w:r w:rsidRPr="00F01779">
              <w:rPr>
                <w:sz w:val="24"/>
                <w:szCs w:val="24"/>
              </w:rPr>
              <w:t>________________</w:t>
            </w:r>
          </w:p>
          <w:p w14:paraId="43BEE49D" w14:textId="5677941C" w:rsidR="00F01779" w:rsidRPr="00F01779" w:rsidRDefault="00F01779" w:rsidP="00F01779">
            <w:pPr>
              <w:rPr>
                <w:sz w:val="24"/>
                <w:szCs w:val="24"/>
              </w:rPr>
            </w:pPr>
            <w:r w:rsidRPr="00F01779">
              <w:rPr>
                <w:sz w:val="24"/>
                <w:szCs w:val="24"/>
              </w:rPr>
              <w:t>________________</w:t>
            </w:r>
          </w:p>
        </w:tc>
      </w:tr>
      <w:tr w:rsidR="00A62218" w14:paraId="1225A50A"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9C5FC72" w14:textId="77777777" w:rsidR="00A62218" w:rsidRPr="00F01779" w:rsidRDefault="00706C88">
            <w:pPr>
              <w:rPr>
                <w:sz w:val="24"/>
                <w:szCs w:val="24"/>
              </w:rPr>
            </w:pPr>
            <w:r w:rsidRPr="00F01779">
              <w:rPr>
                <w:sz w:val="24"/>
                <w:szCs w:val="24"/>
              </w:rPr>
              <w:t>4.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5B725BC8" w14:textId="77777777" w:rsidR="00A62218" w:rsidRPr="00F01779" w:rsidRDefault="00706C88"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4D37F49A" w14:textId="77777777" w:rsidR="00A62218" w:rsidRPr="00F01779" w:rsidRDefault="00706C88"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76AF95D4" w14:textId="77777777" w:rsidR="00A62218" w:rsidRPr="00F01779" w:rsidRDefault="00706C88"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4913D6B5" w14:textId="77777777" w:rsidR="00A62218" w:rsidRPr="00F01779" w:rsidRDefault="00706C88"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920BECA" w14:textId="77777777" w:rsidR="00A62218" w:rsidRPr="00F01779" w:rsidRDefault="00706C88"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844077A" w14:textId="77777777" w:rsidR="00A62218" w:rsidRPr="00F01779" w:rsidRDefault="00706C88"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97C17F7" w14:textId="77777777" w:rsidR="00A62218" w:rsidRDefault="00706C88">
            <w:pPr>
              <w:rPr>
                <w:sz w:val="24"/>
                <w:szCs w:val="24"/>
              </w:rPr>
            </w:pPr>
            <w:r w:rsidRPr="00F01779">
              <w:rPr>
                <w:sz w:val="24"/>
                <w:szCs w:val="24"/>
              </w:rPr>
              <w:t>________________</w:t>
            </w:r>
          </w:p>
          <w:p w14:paraId="04DFA0BA" w14:textId="765FC60B" w:rsidR="00F01779" w:rsidRPr="00F01779" w:rsidRDefault="00F01779">
            <w:pPr>
              <w:rPr>
                <w:sz w:val="24"/>
                <w:szCs w:val="24"/>
              </w:rPr>
            </w:pPr>
            <w:r w:rsidRPr="00F01779">
              <w:rPr>
                <w:sz w:val="24"/>
                <w:szCs w:val="24"/>
              </w:rPr>
              <w:t>________________</w:t>
            </w:r>
          </w:p>
        </w:tc>
      </w:tr>
      <w:tr w:rsidR="00F01779" w14:paraId="61CB84A2"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49391D37" w14:textId="77777777" w:rsidR="00F01779" w:rsidRPr="00F01779" w:rsidRDefault="00F01779" w:rsidP="00F01779">
            <w:pPr>
              <w:rPr>
                <w:sz w:val="24"/>
                <w:szCs w:val="24"/>
              </w:rPr>
            </w:pPr>
            <w:r w:rsidRPr="00F01779">
              <w:rPr>
                <w:sz w:val="24"/>
                <w:szCs w:val="24"/>
              </w:rPr>
              <w:t>5.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2F22A3BE"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5EF084EA"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4C27FD7E"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3534A79C"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400EE789"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16D540C6"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2843D2D6" w14:textId="77777777" w:rsidR="00F01779" w:rsidRDefault="00F01779" w:rsidP="00F01779">
            <w:pPr>
              <w:rPr>
                <w:sz w:val="24"/>
                <w:szCs w:val="24"/>
              </w:rPr>
            </w:pPr>
            <w:r w:rsidRPr="00F01779">
              <w:rPr>
                <w:sz w:val="24"/>
                <w:szCs w:val="24"/>
              </w:rPr>
              <w:t>________________</w:t>
            </w:r>
          </w:p>
          <w:p w14:paraId="0E22A2C8" w14:textId="4CFC2146" w:rsidR="00F01779" w:rsidRPr="00F01779" w:rsidRDefault="00F01779" w:rsidP="00F01779">
            <w:pPr>
              <w:rPr>
                <w:sz w:val="24"/>
                <w:szCs w:val="24"/>
              </w:rPr>
            </w:pPr>
            <w:r w:rsidRPr="00F01779">
              <w:rPr>
                <w:sz w:val="24"/>
                <w:szCs w:val="24"/>
              </w:rPr>
              <w:t>________________</w:t>
            </w:r>
          </w:p>
        </w:tc>
      </w:tr>
      <w:tr w:rsidR="00F01779" w14:paraId="232A7D2F"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57AC1A9C" w14:textId="77777777" w:rsidR="00F01779" w:rsidRPr="00F01779" w:rsidRDefault="00F01779" w:rsidP="00F01779">
            <w:pPr>
              <w:rPr>
                <w:sz w:val="24"/>
                <w:szCs w:val="24"/>
              </w:rPr>
            </w:pPr>
            <w:r w:rsidRPr="00F01779">
              <w:rPr>
                <w:sz w:val="24"/>
                <w:szCs w:val="24"/>
              </w:rPr>
              <w:t>6.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0085B1C3"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24012636"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5B23AB13"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0266EBDC"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4172FA97"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73043804"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220A877F" w14:textId="77777777" w:rsidR="00F01779" w:rsidRDefault="00F01779" w:rsidP="00F01779">
            <w:pPr>
              <w:rPr>
                <w:sz w:val="24"/>
                <w:szCs w:val="24"/>
              </w:rPr>
            </w:pPr>
            <w:r w:rsidRPr="00F01779">
              <w:rPr>
                <w:sz w:val="24"/>
                <w:szCs w:val="24"/>
              </w:rPr>
              <w:t>________________</w:t>
            </w:r>
          </w:p>
          <w:p w14:paraId="03E5D509" w14:textId="08FCC8B7" w:rsidR="00F01779" w:rsidRPr="00F01779" w:rsidRDefault="00F01779" w:rsidP="00F01779">
            <w:pPr>
              <w:rPr>
                <w:sz w:val="24"/>
                <w:szCs w:val="24"/>
              </w:rPr>
            </w:pPr>
            <w:r w:rsidRPr="00F01779">
              <w:rPr>
                <w:sz w:val="24"/>
                <w:szCs w:val="24"/>
              </w:rPr>
              <w:t>________________</w:t>
            </w:r>
          </w:p>
        </w:tc>
      </w:tr>
      <w:tr w:rsidR="00F01779" w14:paraId="619946C3"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30112F6B" w14:textId="77777777" w:rsidR="00F01779" w:rsidRPr="00F01779" w:rsidRDefault="00F01779" w:rsidP="00F01779">
            <w:pPr>
              <w:rPr>
                <w:sz w:val="24"/>
                <w:szCs w:val="24"/>
              </w:rPr>
            </w:pPr>
            <w:r w:rsidRPr="00F01779">
              <w:rPr>
                <w:sz w:val="24"/>
                <w:szCs w:val="24"/>
              </w:rPr>
              <w:t>7.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1E54F051"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3B94221A"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3CED0EA5"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D57A98E"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57108FB7"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3166454F"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52C4FC15" w14:textId="77777777" w:rsidR="00F01779" w:rsidRDefault="00F01779" w:rsidP="00F01779">
            <w:pPr>
              <w:rPr>
                <w:sz w:val="24"/>
                <w:szCs w:val="24"/>
              </w:rPr>
            </w:pPr>
            <w:r w:rsidRPr="00F01779">
              <w:rPr>
                <w:sz w:val="24"/>
                <w:szCs w:val="24"/>
              </w:rPr>
              <w:t>________________</w:t>
            </w:r>
          </w:p>
          <w:p w14:paraId="3B7DBBC5" w14:textId="6A078A57" w:rsidR="00F01779" w:rsidRPr="00F01779" w:rsidRDefault="00F01779" w:rsidP="00F01779">
            <w:pPr>
              <w:rPr>
                <w:sz w:val="24"/>
                <w:szCs w:val="24"/>
              </w:rPr>
            </w:pPr>
            <w:r w:rsidRPr="00F01779">
              <w:rPr>
                <w:sz w:val="24"/>
                <w:szCs w:val="24"/>
              </w:rPr>
              <w:t>________________</w:t>
            </w:r>
          </w:p>
        </w:tc>
      </w:tr>
      <w:tr w:rsidR="00F01779" w14:paraId="676BE4F7"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503C8AA5" w14:textId="77777777" w:rsidR="00F01779" w:rsidRPr="00F01779" w:rsidRDefault="00F01779" w:rsidP="00F01779">
            <w:pPr>
              <w:rPr>
                <w:sz w:val="24"/>
                <w:szCs w:val="24"/>
              </w:rPr>
            </w:pPr>
            <w:r w:rsidRPr="00F01779">
              <w:rPr>
                <w:sz w:val="24"/>
                <w:szCs w:val="24"/>
              </w:rPr>
              <w:t>8.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3D9FB3AF"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32BD0EF3"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9F359F8"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27CF42D5"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5543A0A5"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E76CDC8"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82071BC" w14:textId="77777777" w:rsidR="00F01779" w:rsidRDefault="00F01779" w:rsidP="00F01779">
            <w:pPr>
              <w:rPr>
                <w:sz w:val="24"/>
                <w:szCs w:val="24"/>
              </w:rPr>
            </w:pPr>
            <w:r w:rsidRPr="00F01779">
              <w:rPr>
                <w:sz w:val="24"/>
                <w:szCs w:val="24"/>
              </w:rPr>
              <w:t>________________</w:t>
            </w:r>
          </w:p>
          <w:p w14:paraId="4EC14474" w14:textId="2FB801E7" w:rsidR="00F01779" w:rsidRPr="00F01779" w:rsidRDefault="00F01779" w:rsidP="00F01779">
            <w:pPr>
              <w:rPr>
                <w:sz w:val="24"/>
                <w:szCs w:val="24"/>
              </w:rPr>
            </w:pPr>
            <w:r w:rsidRPr="00F01779">
              <w:rPr>
                <w:sz w:val="24"/>
                <w:szCs w:val="24"/>
              </w:rPr>
              <w:t>________________</w:t>
            </w:r>
          </w:p>
        </w:tc>
      </w:tr>
      <w:tr w:rsidR="00F01779" w14:paraId="5C250038"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313BB4DE" w14:textId="77777777" w:rsidR="00F01779" w:rsidRPr="00F01779" w:rsidRDefault="00F01779" w:rsidP="00F01779">
            <w:pPr>
              <w:rPr>
                <w:sz w:val="24"/>
                <w:szCs w:val="24"/>
              </w:rPr>
            </w:pPr>
            <w:r w:rsidRPr="00F01779">
              <w:rPr>
                <w:sz w:val="24"/>
                <w:szCs w:val="24"/>
              </w:rPr>
              <w:t>9.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5A967A05"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59D3F5B2"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33858C60"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25670922"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7CD6110C"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3B59064D"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16564781" w14:textId="77777777" w:rsidR="00F01779" w:rsidRDefault="00F01779" w:rsidP="00F01779">
            <w:pPr>
              <w:rPr>
                <w:sz w:val="24"/>
                <w:szCs w:val="24"/>
              </w:rPr>
            </w:pPr>
            <w:r w:rsidRPr="00F01779">
              <w:rPr>
                <w:sz w:val="24"/>
                <w:szCs w:val="24"/>
              </w:rPr>
              <w:t>________________</w:t>
            </w:r>
          </w:p>
          <w:p w14:paraId="61538512" w14:textId="0701E4A7" w:rsidR="00F01779" w:rsidRPr="00F01779" w:rsidRDefault="00F01779" w:rsidP="00F01779">
            <w:pPr>
              <w:rPr>
                <w:sz w:val="24"/>
                <w:szCs w:val="24"/>
              </w:rPr>
            </w:pPr>
            <w:r w:rsidRPr="00F01779">
              <w:rPr>
                <w:sz w:val="24"/>
                <w:szCs w:val="24"/>
              </w:rPr>
              <w:t>________________</w:t>
            </w:r>
          </w:p>
        </w:tc>
      </w:tr>
      <w:tr w:rsidR="00F01779" w14:paraId="56BC4DF9"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28647C7" w14:textId="77777777" w:rsidR="00F01779" w:rsidRPr="00F01779" w:rsidRDefault="00F01779" w:rsidP="00F01779">
            <w:pPr>
              <w:rPr>
                <w:sz w:val="24"/>
                <w:szCs w:val="24"/>
              </w:rPr>
            </w:pPr>
            <w:r w:rsidRPr="00F01779">
              <w:rPr>
                <w:sz w:val="24"/>
                <w:szCs w:val="24"/>
              </w:rPr>
              <w:t>10.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447C5231"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706A04C7"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2E464479"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58BDAB4D"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7F617E8A"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5A405E9B"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1BD43EE" w14:textId="77777777" w:rsidR="00F01779" w:rsidRDefault="00F01779" w:rsidP="00F01779">
            <w:pPr>
              <w:rPr>
                <w:sz w:val="24"/>
                <w:szCs w:val="24"/>
              </w:rPr>
            </w:pPr>
            <w:r w:rsidRPr="00F01779">
              <w:rPr>
                <w:sz w:val="24"/>
                <w:szCs w:val="24"/>
              </w:rPr>
              <w:t>________________</w:t>
            </w:r>
          </w:p>
          <w:p w14:paraId="727A3E7E" w14:textId="24E3B324" w:rsidR="00F01779" w:rsidRPr="00F01779" w:rsidRDefault="00F01779" w:rsidP="00F01779">
            <w:pPr>
              <w:rPr>
                <w:sz w:val="24"/>
                <w:szCs w:val="24"/>
              </w:rPr>
            </w:pPr>
            <w:r w:rsidRPr="00F01779">
              <w:rPr>
                <w:sz w:val="24"/>
                <w:szCs w:val="24"/>
              </w:rPr>
              <w:t>________________</w:t>
            </w:r>
          </w:p>
        </w:tc>
      </w:tr>
      <w:tr w:rsidR="00F01779" w14:paraId="682960C7"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1108405F" w14:textId="77777777" w:rsidR="00F01779" w:rsidRPr="00F01779" w:rsidRDefault="00F01779" w:rsidP="00F01779">
            <w:pPr>
              <w:rPr>
                <w:sz w:val="24"/>
                <w:szCs w:val="24"/>
              </w:rPr>
            </w:pPr>
            <w:r w:rsidRPr="00F01779">
              <w:rPr>
                <w:sz w:val="24"/>
                <w:szCs w:val="24"/>
              </w:rPr>
              <w:t>11.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049A3A1B"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2BB3DD20"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2E36DAC2"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09731EEB"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2075DA11"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43B7698"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41A8DFF0" w14:textId="77777777" w:rsidR="00F01779" w:rsidRDefault="00F01779" w:rsidP="00F01779">
            <w:pPr>
              <w:rPr>
                <w:sz w:val="24"/>
                <w:szCs w:val="24"/>
              </w:rPr>
            </w:pPr>
            <w:r w:rsidRPr="00F01779">
              <w:rPr>
                <w:sz w:val="24"/>
                <w:szCs w:val="24"/>
              </w:rPr>
              <w:t>________________</w:t>
            </w:r>
          </w:p>
          <w:p w14:paraId="58419CCE" w14:textId="06A3BF6D" w:rsidR="00F01779" w:rsidRPr="00F01779" w:rsidRDefault="00F01779" w:rsidP="00F01779">
            <w:pPr>
              <w:rPr>
                <w:sz w:val="24"/>
                <w:szCs w:val="24"/>
              </w:rPr>
            </w:pPr>
            <w:r w:rsidRPr="00F01779">
              <w:rPr>
                <w:sz w:val="24"/>
                <w:szCs w:val="24"/>
              </w:rPr>
              <w:t>________________</w:t>
            </w:r>
          </w:p>
        </w:tc>
      </w:tr>
      <w:tr w:rsidR="00F01779" w14:paraId="2FA4AC81"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672993F" w14:textId="77777777" w:rsidR="00F01779" w:rsidRPr="00F01779" w:rsidRDefault="00F01779" w:rsidP="00F01779">
            <w:pPr>
              <w:rPr>
                <w:sz w:val="24"/>
                <w:szCs w:val="24"/>
              </w:rPr>
            </w:pPr>
            <w:r w:rsidRPr="00F01779">
              <w:rPr>
                <w:sz w:val="24"/>
                <w:szCs w:val="24"/>
              </w:rPr>
              <w:t>12.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456DCF64"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20BA1070"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D155BC0"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576D9E07"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2354651C"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77B7B298"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5E947170" w14:textId="77777777" w:rsidR="00F01779" w:rsidRDefault="00F01779" w:rsidP="00F01779">
            <w:pPr>
              <w:rPr>
                <w:sz w:val="24"/>
                <w:szCs w:val="24"/>
              </w:rPr>
            </w:pPr>
            <w:r w:rsidRPr="00F01779">
              <w:rPr>
                <w:sz w:val="24"/>
                <w:szCs w:val="24"/>
              </w:rPr>
              <w:t>________________</w:t>
            </w:r>
          </w:p>
          <w:p w14:paraId="5D4B5FBD" w14:textId="7FD0AFF9" w:rsidR="00F01779" w:rsidRPr="00F01779" w:rsidRDefault="00F01779" w:rsidP="00F01779">
            <w:pPr>
              <w:rPr>
                <w:sz w:val="24"/>
                <w:szCs w:val="24"/>
              </w:rPr>
            </w:pPr>
            <w:r w:rsidRPr="00F01779">
              <w:rPr>
                <w:sz w:val="24"/>
                <w:szCs w:val="24"/>
              </w:rPr>
              <w:t>________________</w:t>
            </w:r>
          </w:p>
        </w:tc>
      </w:tr>
      <w:tr w:rsidR="00F01779" w14:paraId="507CB390"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5B7A9858" w14:textId="77777777" w:rsidR="00F01779" w:rsidRPr="00F01779" w:rsidRDefault="00F01779" w:rsidP="00F01779">
            <w:pPr>
              <w:rPr>
                <w:sz w:val="24"/>
                <w:szCs w:val="24"/>
              </w:rPr>
            </w:pPr>
            <w:r w:rsidRPr="00F01779">
              <w:rPr>
                <w:sz w:val="24"/>
                <w:szCs w:val="24"/>
              </w:rPr>
              <w:t>13.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09334CC0"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101420FE"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F426F6F"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2B9FA3F"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13C225B8"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1A2DCDBA"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70A48436" w14:textId="77777777" w:rsidR="00F01779" w:rsidRDefault="00F01779" w:rsidP="00F01779">
            <w:pPr>
              <w:rPr>
                <w:sz w:val="24"/>
                <w:szCs w:val="24"/>
              </w:rPr>
            </w:pPr>
            <w:r w:rsidRPr="00F01779">
              <w:rPr>
                <w:sz w:val="24"/>
                <w:szCs w:val="24"/>
              </w:rPr>
              <w:t>________________</w:t>
            </w:r>
          </w:p>
          <w:p w14:paraId="6A3A0FCA" w14:textId="72710273" w:rsidR="00F01779" w:rsidRPr="00F01779" w:rsidRDefault="00F01779" w:rsidP="00F01779">
            <w:pPr>
              <w:rPr>
                <w:sz w:val="24"/>
                <w:szCs w:val="24"/>
              </w:rPr>
            </w:pPr>
            <w:r w:rsidRPr="00F01779">
              <w:rPr>
                <w:sz w:val="24"/>
                <w:szCs w:val="24"/>
              </w:rPr>
              <w:t>________________</w:t>
            </w:r>
          </w:p>
        </w:tc>
      </w:tr>
      <w:tr w:rsidR="00F01779" w14:paraId="6B090210"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5B018CD4" w14:textId="77777777" w:rsidR="00F01779" w:rsidRPr="00F01779" w:rsidRDefault="00F01779" w:rsidP="00F01779">
            <w:pPr>
              <w:rPr>
                <w:sz w:val="24"/>
                <w:szCs w:val="24"/>
              </w:rPr>
            </w:pPr>
            <w:r w:rsidRPr="00F01779">
              <w:rPr>
                <w:sz w:val="24"/>
                <w:szCs w:val="24"/>
              </w:rPr>
              <w:t>14.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658481F9"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277B08F2"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3612FD70"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1917D25"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57AA48C"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D0759DD"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39A2EA3E" w14:textId="77777777" w:rsidR="00F01779" w:rsidRDefault="00F01779" w:rsidP="00F01779">
            <w:pPr>
              <w:rPr>
                <w:sz w:val="24"/>
                <w:szCs w:val="24"/>
              </w:rPr>
            </w:pPr>
            <w:r w:rsidRPr="00F01779">
              <w:rPr>
                <w:sz w:val="24"/>
                <w:szCs w:val="24"/>
              </w:rPr>
              <w:t>________________</w:t>
            </w:r>
          </w:p>
          <w:p w14:paraId="3E0F464E" w14:textId="3A011115" w:rsidR="00F01779" w:rsidRPr="00F01779" w:rsidRDefault="00F01779" w:rsidP="00F01779">
            <w:pPr>
              <w:rPr>
                <w:sz w:val="24"/>
                <w:szCs w:val="24"/>
              </w:rPr>
            </w:pPr>
            <w:r w:rsidRPr="00F01779">
              <w:rPr>
                <w:sz w:val="24"/>
                <w:szCs w:val="24"/>
              </w:rPr>
              <w:t>________________</w:t>
            </w:r>
          </w:p>
        </w:tc>
      </w:tr>
      <w:tr w:rsidR="00F01779" w14:paraId="2C707B8C"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53A116F3" w14:textId="77777777" w:rsidR="00F01779" w:rsidRPr="00F01779" w:rsidRDefault="00F01779" w:rsidP="00F01779">
            <w:pPr>
              <w:rPr>
                <w:sz w:val="24"/>
                <w:szCs w:val="24"/>
              </w:rPr>
            </w:pPr>
            <w:r w:rsidRPr="00F01779">
              <w:rPr>
                <w:sz w:val="24"/>
                <w:szCs w:val="24"/>
              </w:rPr>
              <w:t>15.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5FA3AEC"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4BB356FC"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3A1CE6ED"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01D3E2BA"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38AD97C4"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76A41BC2"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5453DBF2" w14:textId="77777777" w:rsidR="00F01779" w:rsidRDefault="00F01779" w:rsidP="00F01779">
            <w:pPr>
              <w:rPr>
                <w:sz w:val="24"/>
                <w:szCs w:val="24"/>
              </w:rPr>
            </w:pPr>
            <w:r w:rsidRPr="00F01779">
              <w:rPr>
                <w:sz w:val="24"/>
                <w:szCs w:val="24"/>
              </w:rPr>
              <w:t>________________</w:t>
            </w:r>
          </w:p>
          <w:p w14:paraId="10C9E55B" w14:textId="3029A9D5" w:rsidR="00F01779" w:rsidRPr="00F01779" w:rsidRDefault="00F01779" w:rsidP="00F01779">
            <w:pPr>
              <w:rPr>
                <w:sz w:val="24"/>
                <w:szCs w:val="24"/>
              </w:rPr>
            </w:pPr>
            <w:r w:rsidRPr="00F01779">
              <w:rPr>
                <w:sz w:val="24"/>
                <w:szCs w:val="24"/>
              </w:rPr>
              <w:t>________________</w:t>
            </w:r>
          </w:p>
        </w:tc>
      </w:tr>
      <w:tr w:rsidR="00F01779" w14:paraId="3DE1CEA9"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72407921" w14:textId="77777777" w:rsidR="00F01779" w:rsidRPr="00F01779" w:rsidRDefault="00F01779" w:rsidP="00F01779">
            <w:pPr>
              <w:rPr>
                <w:sz w:val="24"/>
                <w:szCs w:val="24"/>
              </w:rPr>
            </w:pPr>
            <w:r w:rsidRPr="00F01779">
              <w:rPr>
                <w:sz w:val="24"/>
                <w:szCs w:val="24"/>
              </w:rPr>
              <w:t>16.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2E73EDEF"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307BC8E9"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7D75961"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3B8CA3B3"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D70CC1E"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0B535652"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475C8BAC" w14:textId="77777777" w:rsidR="00F01779" w:rsidRDefault="00F01779" w:rsidP="00F01779">
            <w:pPr>
              <w:rPr>
                <w:sz w:val="24"/>
                <w:szCs w:val="24"/>
              </w:rPr>
            </w:pPr>
            <w:r w:rsidRPr="00F01779">
              <w:rPr>
                <w:sz w:val="24"/>
                <w:szCs w:val="24"/>
              </w:rPr>
              <w:t>________________</w:t>
            </w:r>
          </w:p>
          <w:p w14:paraId="17233CD7" w14:textId="44672B76" w:rsidR="00F01779" w:rsidRPr="00F01779" w:rsidRDefault="00F01779" w:rsidP="00F01779">
            <w:pPr>
              <w:rPr>
                <w:sz w:val="24"/>
                <w:szCs w:val="24"/>
              </w:rPr>
            </w:pPr>
            <w:r w:rsidRPr="00F01779">
              <w:rPr>
                <w:sz w:val="24"/>
                <w:szCs w:val="24"/>
              </w:rPr>
              <w:t>________________</w:t>
            </w:r>
          </w:p>
        </w:tc>
      </w:tr>
      <w:tr w:rsidR="00F01779" w14:paraId="4EEE72DB"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1AC1F8F9" w14:textId="77777777" w:rsidR="00F01779" w:rsidRPr="00F01779" w:rsidRDefault="00F01779" w:rsidP="00F01779">
            <w:pPr>
              <w:rPr>
                <w:sz w:val="24"/>
                <w:szCs w:val="24"/>
              </w:rPr>
            </w:pPr>
            <w:r w:rsidRPr="00F01779">
              <w:rPr>
                <w:sz w:val="24"/>
                <w:szCs w:val="24"/>
              </w:rPr>
              <w:t>17.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1E791830"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26A1B7F7"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251B3FFF"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2172D522"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4D67355E"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0B7743F3"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73686E54" w14:textId="77777777" w:rsidR="00F01779" w:rsidRDefault="00F01779" w:rsidP="00F01779">
            <w:pPr>
              <w:rPr>
                <w:sz w:val="24"/>
                <w:szCs w:val="24"/>
              </w:rPr>
            </w:pPr>
            <w:r w:rsidRPr="00F01779">
              <w:rPr>
                <w:sz w:val="24"/>
                <w:szCs w:val="24"/>
              </w:rPr>
              <w:t>________________</w:t>
            </w:r>
          </w:p>
          <w:p w14:paraId="79766ADC" w14:textId="085D7113" w:rsidR="00F01779" w:rsidRPr="00F01779" w:rsidRDefault="00F01779" w:rsidP="00F01779">
            <w:pPr>
              <w:rPr>
                <w:sz w:val="24"/>
                <w:szCs w:val="24"/>
              </w:rPr>
            </w:pPr>
            <w:r w:rsidRPr="00F01779">
              <w:rPr>
                <w:sz w:val="24"/>
                <w:szCs w:val="24"/>
              </w:rPr>
              <w:t>________________</w:t>
            </w:r>
          </w:p>
        </w:tc>
      </w:tr>
      <w:tr w:rsidR="00F01779" w14:paraId="62E447C8"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2CB91BFE" w14:textId="77777777" w:rsidR="00F01779" w:rsidRPr="00F01779" w:rsidRDefault="00F01779" w:rsidP="00F01779">
            <w:pPr>
              <w:rPr>
                <w:sz w:val="24"/>
                <w:szCs w:val="24"/>
              </w:rPr>
            </w:pPr>
            <w:r w:rsidRPr="00F01779">
              <w:rPr>
                <w:sz w:val="24"/>
                <w:szCs w:val="24"/>
              </w:rPr>
              <w:t>18.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5473B058"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75410E56"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5BCFE86F"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5214D971"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04E6AC34"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20690CCD"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19FAFF6F" w14:textId="77777777" w:rsidR="00F01779" w:rsidRDefault="00F01779" w:rsidP="00F01779">
            <w:pPr>
              <w:rPr>
                <w:sz w:val="24"/>
                <w:szCs w:val="24"/>
              </w:rPr>
            </w:pPr>
            <w:r w:rsidRPr="00F01779">
              <w:rPr>
                <w:sz w:val="24"/>
                <w:szCs w:val="24"/>
              </w:rPr>
              <w:t>________________</w:t>
            </w:r>
          </w:p>
          <w:p w14:paraId="791CDA01" w14:textId="4D25F427" w:rsidR="00F01779" w:rsidRPr="00F01779" w:rsidRDefault="00F01779" w:rsidP="00F01779">
            <w:pPr>
              <w:rPr>
                <w:sz w:val="24"/>
                <w:szCs w:val="24"/>
              </w:rPr>
            </w:pPr>
            <w:r w:rsidRPr="00F01779">
              <w:rPr>
                <w:sz w:val="24"/>
                <w:szCs w:val="24"/>
              </w:rPr>
              <w:t>________________</w:t>
            </w:r>
          </w:p>
        </w:tc>
      </w:tr>
      <w:tr w:rsidR="00F01779" w14:paraId="093DB896"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AA2A164" w14:textId="77777777" w:rsidR="00F01779" w:rsidRPr="00F01779" w:rsidRDefault="00F01779" w:rsidP="00F01779">
            <w:pPr>
              <w:rPr>
                <w:sz w:val="24"/>
                <w:szCs w:val="24"/>
              </w:rPr>
            </w:pPr>
            <w:r w:rsidRPr="00F01779">
              <w:rPr>
                <w:sz w:val="24"/>
                <w:szCs w:val="24"/>
              </w:rPr>
              <w:t>19.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7C165C15"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00D77AE8" w14:textId="77777777"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592D1B3" w14:textId="77777777"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4C839B71" w14:textId="77777777"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6FEF1411" w14:textId="77777777"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41E1BE19" w14:textId="77777777"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FFFFF"/>
            <w:vAlign w:val="center"/>
          </w:tcPr>
          <w:p w14:paraId="5E39999C" w14:textId="77777777" w:rsidR="00F01779" w:rsidRDefault="00F01779" w:rsidP="00F01779">
            <w:pPr>
              <w:rPr>
                <w:sz w:val="24"/>
                <w:szCs w:val="24"/>
              </w:rPr>
            </w:pPr>
            <w:r w:rsidRPr="00F01779">
              <w:rPr>
                <w:sz w:val="24"/>
                <w:szCs w:val="24"/>
              </w:rPr>
              <w:t>________________</w:t>
            </w:r>
          </w:p>
          <w:p w14:paraId="0C468A8B" w14:textId="62C6D308" w:rsidR="00F01779" w:rsidRPr="00F01779" w:rsidRDefault="00F01779" w:rsidP="00F01779">
            <w:pPr>
              <w:rPr>
                <w:sz w:val="24"/>
                <w:szCs w:val="24"/>
              </w:rPr>
            </w:pPr>
            <w:r w:rsidRPr="00F01779">
              <w:rPr>
                <w:sz w:val="24"/>
                <w:szCs w:val="24"/>
              </w:rPr>
              <w:t>________________</w:t>
            </w:r>
          </w:p>
        </w:tc>
      </w:tr>
      <w:tr w:rsidR="00F01779" w14:paraId="4DCF14ED" w14:textId="77777777" w:rsidTr="00687E4C">
        <w:trPr>
          <w:cantSplit/>
          <w:jc w:val="center"/>
        </w:trPr>
        <w:tc>
          <w:tcPr>
            <w:tcW w:w="111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59216F94" w14:textId="1D91482F" w:rsidR="00F01779" w:rsidRPr="00F01779" w:rsidRDefault="00F01779" w:rsidP="00F01779">
            <w:pPr>
              <w:rPr>
                <w:sz w:val="24"/>
                <w:szCs w:val="24"/>
              </w:rPr>
            </w:pPr>
            <w:r>
              <w:rPr>
                <w:sz w:val="24"/>
                <w:szCs w:val="24"/>
              </w:rPr>
              <w:t>20</w:t>
            </w:r>
            <w:r w:rsidRPr="00F01779">
              <w:rPr>
                <w:sz w:val="24"/>
                <w:szCs w:val="24"/>
              </w:rPr>
              <w:t>. __________________</w:t>
            </w:r>
          </w:p>
        </w:tc>
        <w:tc>
          <w:tcPr>
            <w:tcW w:w="457"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72C26697" w14:textId="10B47562"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26E6A94A" w14:textId="7607E81F" w:rsidR="00F01779" w:rsidRPr="00F01779" w:rsidRDefault="00F01779" w:rsidP="00F01779">
            <w:pPr>
              <w:jc w:val="center"/>
              <w:rPr>
                <w:sz w:val="24"/>
                <w:szCs w:val="24"/>
              </w:rPr>
            </w:pPr>
            <w:r w:rsidRPr="00F01779">
              <w:rPr>
                <w:sz w:val="24"/>
                <w:szCs w:val="24"/>
              </w:rPr>
              <w:t>____</w:t>
            </w:r>
          </w:p>
        </w:tc>
        <w:tc>
          <w:tcPr>
            <w:tcW w:w="541"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79F94E3A" w14:textId="2860DDF5" w:rsidR="00F01779" w:rsidRPr="00F01779" w:rsidRDefault="00F01779" w:rsidP="00F01779">
            <w:pPr>
              <w:jc w:val="center"/>
              <w:rPr>
                <w:sz w:val="24"/>
                <w:szCs w:val="24"/>
              </w:rPr>
            </w:pPr>
            <w:r w:rsidRPr="00F01779">
              <w:rPr>
                <w:sz w:val="24"/>
                <w:szCs w:val="24"/>
              </w:rPr>
              <w:t>____</w:t>
            </w:r>
          </w:p>
        </w:tc>
        <w:tc>
          <w:tcPr>
            <w:tcW w:w="45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6C3AF8CF" w14:textId="272FBAAD" w:rsidR="00F01779" w:rsidRPr="00F01779" w:rsidRDefault="00F01779" w:rsidP="00F01779">
            <w:pPr>
              <w:jc w:val="center"/>
              <w:rPr>
                <w:sz w:val="24"/>
                <w:szCs w:val="24"/>
              </w:rPr>
            </w:pPr>
            <w:r w:rsidRPr="00F01779">
              <w:rPr>
                <w:sz w:val="24"/>
                <w:szCs w:val="24"/>
              </w:rPr>
              <w:t>____</w:t>
            </w:r>
          </w:p>
        </w:tc>
        <w:tc>
          <w:tcPr>
            <w:tcW w:w="47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2D681336" w14:textId="6D193AF0" w:rsidR="00F01779" w:rsidRPr="00F01779" w:rsidRDefault="00F01779" w:rsidP="00F01779">
            <w:pPr>
              <w:jc w:val="center"/>
              <w:rPr>
                <w:sz w:val="24"/>
                <w:szCs w:val="24"/>
              </w:rPr>
            </w:pPr>
            <w:r w:rsidRPr="00F01779">
              <w:rPr>
                <w:sz w:val="24"/>
                <w:szCs w:val="24"/>
              </w:rPr>
              <w:t>____</w:t>
            </w:r>
          </w:p>
        </w:tc>
        <w:tc>
          <w:tcPr>
            <w:tcW w:w="503"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0CB5DBC2" w14:textId="7BF6FCF3" w:rsidR="00F01779" w:rsidRPr="00F01779" w:rsidRDefault="00F01779" w:rsidP="00F01779">
            <w:pPr>
              <w:jc w:val="center"/>
              <w:rPr>
                <w:sz w:val="24"/>
                <w:szCs w:val="24"/>
              </w:rPr>
            </w:pPr>
            <w:r w:rsidRPr="00F01779">
              <w:rPr>
                <w:sz w:val="24"/>
                <w:szCs w:val="24"/>
              </w:rPr>
              <w:t>____</w:t>
            </w:r>
          </w:p>
        </w:tc>
        <w:tc>
          <w:tcPr>
            <w:tcW w:w="998" w:type="pct"/>
            <w:tcBorders>
              <w:top w:val="single" w:sz="8" w:space="0" w:color="A6A6A6"/>
              <w:left w:val="single" w:sz="8" w:space="0" w:color="A6A6A6"/>
              <w:bottom w:val="single" w:sz="8" w:space="0" w:color="A6A6A6"/>
              <w:right w:val="single" w:sz="8" w:space="0" w:color="A6A6A6"/>
            </w:tcBorders>
            <w:shd w:val="clear" w:color="auto" w:fill="F2F2F2"/>
            <w:vAlign w:val="center"/>
          </w:tcPr>
          <w:p w14:paraId="4BCBA297" w14:textId="77777777" w:rsidR="00F01779" w:rsidRDefault="00F01779" w:rsidP="00F01779">
            <w:pPr>
              <w:rPr>
                <w:sz w:val="24"/>
                <w:szCs w:val="24"/>
              </w:rPr>
            </w:pPr>
            <w:r w:rsidRPr="00F01779">
              <w:rPr>
                <w:sz w:val="24"/>
                <w:szCs w:val="24"/>
              </w:rPr>
              <w:t>________________</w:t>
            </w:r>
          </w:p>
          <w:p w14:paraId="37BC4C7C" w14:textId="5E295AB0" w:rsidR="00F01779" w:rsidRPr="00F01779" w:rsidRDefault="00F01779" w:rsidP="00F01779">
            <w:pPr>
              <w:rPr>
                <w:sz w:val="24"/>
                <w:szCs w:val="24"/>
              </w:rPr>
            </w:pPr>
            <w:r w:rsidRPr="00F01779">
              <w:rPr>
                <w:sz w:val="24"/>
                <w:szCs w:val="24"/>
              </w:rPr>
              <w:t>________________</w:t>
            </w:r>
          </w:p>
        </w:tc>
      </w:tr>
    </w:tbl>
    <w:p w14:paraId="10D83F9B" w14:textId="77777777" w:rsidR="00F01779" w:rsidRDefault="00F01779" w:rsidP="00F01779">
      <w:pPr>
        <w:rPr>
          <w:b/>
          <w:bCs/>
        </w:rPr>
      </w:pPr>
    </w:p>
    <w:sectPr w:rsidR="00F01779" w:rsidSect="00034616">
      <w:pgSz w:w="12240" w:h="15840"/>
      <w:pgMar w:top="709" w:right="709" w:bottom="709" w:left="850"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3523A" w14:textId="77777777" w:rsidR="00706C88" w:rsidRDefault="00706C88" w:rsidP="003675F6">
      <w:r>
        <w:separator/>
      </w:r>
    </w:p>
  </w:endnote>
  <w:endnote w:type="continuationSeparator" w:id="0">
    <w:p w14:paraId="5701BD9E" w14:textId="77777777" w:rsidR="00706C88" w:rsidRDefault="00706C88" w:rsidP="00367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2861D" w14:textId="77777777" w:rsidR="00706C88" w:rsidRDefault="00706C88" w:rsidP="003675F6">
      <w:r>
        <w:separator/>
      </w:r>
    </w:p>
  </w:footnote>
  <w:footnote w:type="continuationSeparator" w:id="0">
    <w:p w14:paraId="1FD0F935" w14:textId="77777777" w:rsidR="00706C88" w:rsidRDefault="00706C88" w:rsidP="00367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A0E043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890DC1"/>
    <w:multiLevelType w:val="hybridMultilevel"/>
    <w:tmpl w:val="B9CA1F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28B4D88"/>
    <w:multiLevelType w:val="hybridMultilevel"/>
    <w:tmpl w:val="525AAFF8"/>
    <w:lvl w:ilvl="0" w:tplc="B352C65C">
      <w:numFmt w:val="bullet"/>
      <w:lvlText w:val="•"/>
      <w:lvlJc w:val="left"/>
      <w:pPr>
        <w:ind w:left="720" w:hanging="360"/>
      </w:pPr>
      <w:rPr>
        <w:rFonts w:ascii="Calibri" w:eastAsia="Calibri" w:hAnsi="Calibri" w:cs="Calibri" w:hint="default"/>
        <w:b/>
        <w:color w:val="C96A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45F6EB1"/>
    <w:multiLevelType w:val="hybridMultilevel"/>
    <w:tmpl w:val="B60435E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D6050B9"/>
    <w:multiLevelType w:val="hybridMultilevel"/>
    <w:tmpl w:val="27483F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0F0F71DB"/>
    <w:multiLevelType w:val="hybridMultilevel"/>
    <w:tmpl w:val="5CD0F5D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2377EEB"/>
    <w:multiLevelType w:val="multilevel"/>
    <w:tmpl w:val="9012812C"/>
    <w:lvl w:ilvl="0">
      <w:start w:val="1"/>
      <w:numFmt w:val="bullet"/>
      <w:lvlText w:val="-"/>
      <w:lvlJc w:val="left"/>
      <w:pPr>
        <w:ind w:left="720" w:hanging="360"/>
      </w:pPr>
      <w:rPr>
        <w:rFonts w:ascii="Calibri"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2406186"/>
    <w:multiLevelType w:val="hybridMultilevel"/>
    <w:tmpl w:val="2744DCD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35F4CAA"/>
    <w:multiLevelType w:val="hybridMultilevel"/>
    <w:tmpl w:val="8FA2BB7A"/>
    <w:lvl w:ilvl="0" w:tplc="B352C65C">
      <w:numFmt w:val="bullet"/>
      <w:lvlText w:val="•"/>
      <w:lvlJc w:val="left"/>
      <w:pPr>
        <w:ind w:left="720" w:hanging="360"/>
      </w:pPr>
      <w:rPr>
        <w:rFonts w:ascii="Calibri" w:eastAsia="Calibri" w:hAnsi="Calibri" w:cs="Calibri" w:hint="default"/>
        <w:b/>
        <w:color w:val="C96A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8EE085D"/>
    <w:multiLevelType w:val="hybridMultilevel"/>
    <w:tmpl w:val="8B8E3454"/>
    <w:lvl w:ilvl="0" w:tplc="FC921F7E">
      <w:numFmt w:val="bullet"/>
      <w:lvlText w:val="•"/>
      <w:lvlJc w:val="left"/>
      <w:pPr>
        <w:ind w:left="720" w:hanging="360"/>
      </w:pPr>
      <w:rPr>
        <w:rFonts w:ascii="Aptos" w:eastAsia="Calibri" w:hAnsi="Aptos" w:cstheme="minorBidi"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FE55DB8"/>
    <w:multiLevelType w:val="hybridMultilevel"/>
    <w:tmpl w:val="2F16A86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22057B8"/>
    <w:multiLevelType w:val="multilevel"/>
    <w:tmpl w:val="D4FA03C6"/>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7AB7DB1"/>
    <w:multiLevelType w:val="hybridMultilevel"/>
    <w:tmpl w:val="4AF027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83F2A92"/>
    <w:multiLevelType w:val="hybridMultilevel"/>
    <w:tmpl w:val="B3D813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C7B1C08"/>
    <w:multiLevelType w:val="hybridMultilevel"/>
    <w:tmpl w:val="121C31BE"/>
    <w:lvl w:ilvl="0" w:tplc="5F20DDCC">
      <w:start w:val="1"/>
      <w:numFmt w:val="bullet"/>
      <w:lvlText w:val="-"/>
      <w:lvlJc w:val="left"/>
      <w:pPr>
        <w:ind w:left="834" w:hanging="360"/>
      </w:pPr>
      <w:rPr>
        <w:rFonts w:ascii="Calibri" w:hAnsi="Calibri" w:hint="default"/>
      </w:rPr>
    </w:lvl>
    <w:lvl w:ilvl="1" w:tplc="041A0003" w:tentative="1">
      <w:start w:val="1"/>
      <w:numFmt w:val="bullet"/>
      <w:lvlText w:val="o"/>
      <w:lvlJc w:val="left"/>
      <w:pPr>
        <w:ind w:left="1554" w:hanging="360"/>
      </w:pPr>
      <w:rPr>
        <w:rFonts w:ascii="Courier New" w:hAnsi="Courier New" w:cs="Courier New" w:hint="default"/>
      </w:rPr>
    </w:lvl>
    <w:lvl w:ilvl="2" w:tplc="041A0005" w:tentative="1">
      <w:start w:val="1"/>
      <w:numFmt w:val="bullet"/>
      <w:lvlText w:val=""/>
      <w:lvlJc w:val="left"/>
      <w:pPr>
        <w:ind w:left="2274" w:hanging="360"/>
      </w:pPr>
      <w:rPr>
        <w:rFonts w:ascii="Wingdings" w:hAnsi="Wingdings" w:hint="default"/>
      </w:rPr>
    </w:lvl>
    <w:lvl w:ilvl="3" w:tplc="041A0001" w:tentative="1">
      <w:start w:val="1"/>
      <w:numFmt w:val="bullet"/>
      <w:lvlText w:val=""/>
      <w:lvlJc w:val="left"/>
      <w:pPr>
        <w:ind w:left="2994" w:hanging="360"/>
      </w:pPr>
      <w:rPr>
        <w:rFonts w:ascii="Symbol" w:hAnsi="Symbol" w:hint="default"/>
      </w:rPr>
    </w:lvl>
    <w:lvl w:ilvl="4" w:tplc="041A0003" w:tentative="1">
      <w:start w:val="1"/>
      <w:numFmt w:val="bullet"/>
      <w:lvlText w:val="o"/>
      <w:lvlJc w:val="left"/>
      <w:pPr>
        <w:ind w:left="3714" w:hanging="360"/>
      </w:pPr>
      <w:rPr>
        <w:rFonts w:ascii="Courier New" w:hAnsi="Courier New" w:cs="Courier New" w:hint="default"/>
      </w:rPr>
    </w:lvl>
    <w:lvl w:ilvl="5" w:tplc="041A0005" w:tentative="1">
      <w:start w:val="1"/>
      <w:numFmt w:val="bullet"/>
      <w:lvlText w:val=""/>
      <w:lvlJc w:val="left"/>
      <w:pPr>
        <w:ind w:left="4434" w:hanging="360"/>
      </w:pPr>
      <w:rPr>
        <w:rFonts w:ascii="Wingdings" w:hAnsi="Wingdings" w:hint="default"/>
      </w:rPr>
    </w:lvl>
    <w:lvl w:ilvl="6" w:tplc="041A0001" w:tentative="1">
      <w:start w:val="1"/>
      <w:numFmt w:val="bullet"/>
      <w:lvlText w:val=""/>
      <w:lvlJc w:val="left"/>
      <w:pPr>
        <w:ind w:left="5154" w:hanging="360"/>
      </w:pPr>
      <w:rPr>
        <w:rFonts w:ascii="Symbol" w:hAnsi="Symbol" w:hint="default"/>
      </w:rPr>
    </w:lvl>
    <w:lvl w:ilvl="7" w:tplc="041A0003" w:tentative="1">
      <w:start w:val="1"/>
      <w:numFmt w:val="bullet"/>
      <w:lvlText w:val="o"/>
      <w:lvlJc w:val="left"/>
      <w:pPr>
        <w:ind w:left="5874" w:hanging="360"/>
      </w:pPr>
      <w:rPr>
        <w:rFonts w:ascii="Courier New" w:hAnsi="Courier New" w:cs="Courier New" w:hint="default"/>
      </w:rPr>
    </w:lvl>
    <w:lvl w:ilvl="8" w:tplc="041A0005" w:tentative="1">
      <w:start w:val="1"/>
      <w:numFmt w:val="bullet"/>
      <w:lvlText w:val=""/>
      <w:lvlJc w:val="left"/>
      <w:pPr>
        <w:ind w:left="6594" w:hanging="360"/>
      </w:pPr>
      <w:rPr>
        <w:rFonts w:ascii="Wingdings" w:hAnsi="Wingdings" w:hint="default"/>
      </w:rPr>
    </w:lvl>
  </w:abstractNum>
  <w:abstractNum w:abstractNumId="23" w15:restartNumberingAfterBreak="0">
    <w:nsid w:val="2DBB08A3"/>
    <w:multiLevelType w:val="hybridMultilevel"/>
    <w:tmpl w:val="F73E9CE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2E1402DC"/>
    <w:multiLevelType w:val="multilevel"/>
    <w:tmpl w:val="B798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DA0500"/>
    <w:multiLevelType w:val="hybridMultilevel"/>
    <w:tmpl w:val="F4A894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303225AE"/>
    <w:multiLevelType w:val="hybridMultilevel"/>
    <w:tmpl w:val="7480DA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30F74396"/>
    <w:multiLevelType w:val="hybridMultilevel"/>
    <w:tmpl w:val="13AC3474"/>
    <w:lvl w:ilvl="0" w:tplc="90F21C10">
      <w:start w:val="1"/>
      <w:numFmt w:val="bullet"/>
      <w:lvlText w:val=""/>
      <w:lvlJc w:val="left"/>
      <w:pPr>
        <w:ind w:left="720" w:hanging="360"/>
      </w:pPr>
      <w:rPr>
        <w:rFonts w:ascii="Wingdings" w:hAnsi="Wingdings"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3FD46F9E"/>
    <w:multiLevelType w:val="hybridMultilevel"/>
    <w:tmpl w:val="2B5A8A42"/>
    <w:lvl w:ilvl="0" w:tplc="B352C65C">
      <w:numFmt w:val="bullet"/>
      <w:lvlText w:val="•"/>
      <w:lvlJc w:val="left"/>
      <w:pPr>
        <w:ind w:left="445" w:hanging="360"/>
      </w:pPr>
      <w:rPr>
        <w:rFonts w:ascii="Calibri" w:eastAsia="Calibri" w:hAnsi="Calibri" w:cs="Calibri" w:hint="default"/>
        <w:b/>
        <w:color w:val="C96A00"/>
      </w:rPr>
    </w:lvl>
    <w:lvl w:ilvl="1" w:tplc="041A0003" w:tentative="1">
      <w:start w:val="1"/>
      <w:numFmt w:val="bullet"/>
      <w:lvlText w:val="o"/>
      <w:lvlJc w:val="left"/>
      <w:pPr>
        <w:ind w:left="1165" w:hanging="360"/>
      </w:pPr>
      <w:rPr>
        <w:rFonts w:ascii="Courier New" w:hAnsi="Courier New" w:cs="Courier New" w:hint="default"/>
      </w:rPr>
    </w:lvl>
    <w:lvl w:ilvl="2" w:tplc="041A0005" w:tentative="1">
      <w:start w:val="1"/>
      <w:numFmt w:val="bullet"/>
      <w:lvlText w:val=""/>
      <w:lvlJc w:val="left"/>
      <w:pPr>
        <w:ind w:left="1885" w:hanging="360"/>
      </w:pPr>
      <w:rPr>
        <w:rFonts w:ascii="Wingdings" w:hAnsi="Wingdings" w:hint="default"/>
      </w:rPr>
    </w:lvl>
    <w:lvl w:ilvl="3" w:tplc="041A0001" w:tentative="1">
      <w:start w:val="1"/>
      <w:numFmt w:val="bullet"/>
      <w:lvlText w:val=""/>
      <w:lvlJc w:val="left"/>
      <w:pPr>
        <w:ind w:left="2605" w:hanging="360"/>
      </w:pPr>
      <w:rPr>
        <w:rFonts w:ascii="Symbol" w:hAnsi="Symbol" w:hint="default"/>
      </w:rPr>
    </w:lvl>
    <w:lvl w:ilvl="4" w:tplc="041A0003" w:tentative="1">
      <w:start w:val="1"/>
      <w:numFmt w:val="bullet"/>
      <w:lvlText w:val="o"/>
      <w:lvlJc w:val="left"/>
      <w:pPr>
        <w:ind w:left="3325" w:hanging="360"/>
      </w:pPr>
      <w:rPr>
        <w:rFonts w:ascii="Courier New" w:hAnsi="Courier New" w:cs="Courier New" w:hint="default"/>
      </w:rPr>
    </w:lvl>
    <w:lvl w:ilvl="5" w:tplc="041A0005" w:tentative="1">
      <w:start w:val="1"/>
      <w:numFmt w:val="bullet"/>
      <w:lvlText w:val=""/>
      <w:lvlJc w:val="left"/>
      <w:pPr>
        <w:ind w:left="4045" w:hanging="360"/>
      </w:pPr>
      <w:rPr>
        <w:rFonts w:ascii="Wingdings" w:hAnsi="Wingdings" w:hint="default"/>
      </w:rPr>
    </w:lvl>
    <w:lvl w:ilvl="6" w:tplc="041A0001" w:tentative="1">
      <w:start w:val="1"/>
      <w:numFmt w:val="bullet"/>
      <w:lvlText w:val=""/>
      <w:lvlJc w:val="left"/>
      <w:pPr>
        <w:ind w:left="4765" w:hanging="360"/>
      </w:pPr>
      <w:rPr>
        <w:rFonts w:ascii="Symbol" w:hAnsi="Symbol" w:hint="default"/>
      </w:rPr>
    </w:lvl>
    <w:lvl w:ilvl="7" w:tplc="041A0003" w:tentative="1">
      <w:start w:val="1"/>
      <w:numFmt w:val="bullet"/>
      <w:lvlText w:val="o"/>
      <w:lvlJc w:val="left"/>
      <w:pPr>
        <w:ind w:left="5485" w:hanging="360"/>
      </w:pPr>
      <w:rPr>
        <w:rFonts w:ascii="Courier New" w:hAnsi="Courier New" w:cs="Courier New" w:hint="default"/>
      </w:rPr>
    </w:lvl>
    <w:lvl w:ilvl="8" w:tplc="041A0005" w:tentative="1">
      <w:start w:val="1"/>
      <w:numFmt w:val="bullet"/>
      <w:lvlText w:val=""/>
      <w:lvlJc w:val="left"/>
      <w:pPr>
        <w:ind w:left="6205" w:hanging="360"/>
      </w:pPr>
      <w:rPr>
        <w:rFonts w:ascii="Wingdings" w:hAnsi="Wingdings" w:hint="default"/>
      </w:rPr>
    </w:lvl>
  </w:abstractNum>
  <w:abstractNum w:abstractNumId="29" w15:restartNumberingAfterBreak="0">
    <w:nsid w:val="455D3808"/>
    <w:multiLevelType w:val="singleLevel"/>
    <w:tmpl w:val="9F7A8E0C"/>
    <w:lvl w:ilvl="0">
      <w:start w:val="1"/>
      <w:numFmt w:val="bullet"/>
      <w:pStyle w:val="Grafikeoznake"/>
      <w:lvlText w:val="-"/>
      <w:lvlJc w:val="left"/>
      <w:pPr>
        <w:ind w:left="720" w:hanging="360"/>
      </w:pPr>
    </w:lvl>
  </w:abstractNum>
  <w:abstractNum w:abstractNumId="30" w15:restartNumberingAfterBreak="0">
    <w:nsid w:val="466F5A25"/>
    <w:multiLevelType w:val="hybridMultilevel"/>
    <w:tmpl w:val="28EA0E4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044166D"/>
    <w:multiLevelType w:val="hybridMultilevel"/>
    <w:tmpl w:val="E2F6B716"/>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05D4C3C"/>
    <w:multiLevelType w:val="hybridMultilevel"/>
    <w:tmpl w:val="DAE2B0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57B11B4"/>
    <w:multiLevelType w:val="hybridMultilevel"/>
    <w:tmpl w:val="2ABCE64E"/>
    <w:lvl w:ilvl="0" w:tplc="23A85036">
      <w:start w:val="12"/>
      <w:numFmt w:val="bullet"/>
      <w:lvlText w:val="-"/>
      <w:lvlJc w:val="left"/>
      <w:pPr>
        <w:ind w:left="720" w:hanging="360"/>
      </w:pPr>
      <w:rPr>
        <w:rFonts w:ascii="Times New Roman" w:eastAsia="Times New Roman" w:hAnsi="Times New Roman" w:cs="Times New Roman"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6A257D5"/>
    <w:multiLevelType w:val="multilevel"/>
    <w:tmpl w:val="783AE79A"/>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B6D32E2"/>
    <w:multiLevelType w:val="hybridMultilevel"/>
    <w:tmpl w:val="65C6C3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CD17A54"/>
    <w:multiLevelType w:val="hybridMultilevel"/>
    <w:tmpl w:val="889C4D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D4B46AF"/>
    <w:multiLevelType w:val="hybridMultilevel"/>
    <w:tmpl w:val="FEFCA5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3EB7456"/>
    <w:multiLevelType w:val="hybridMultilevel"/>
    <w:tmpl w:val="9746BC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C3A303D"/>
    <w:multiLevelType w:val="hybridMultilevel"/>
    <w:tmpl w:val="B4721F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F1A77B6"/>
    <w:multiLevelType w:val="hybridMultilevel"/>
    <w:tmpl w:val="98CC68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1215571"/>
    <w:multiLevelType w:val="hybridMultilevel"/>
    <w:tmpl w:val="3188B8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32401B5"/>
    <w:multiLevelType w:val="multilevel"/>
    <w:tmpl w:val="767A8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420420"/>
    <w:multiLevelType w:val="hybridMultilevel"/>
    <w:tmpl w:val="DC261E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9713807"/>
    <w:multiLevelType w:val="hybridMultilevel"/>
    <w:tmpl w:val="2CF2A83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9BC6191"/>
    <w:multiLevelType w:val="multilevel"/>
    <w:tmpl w:val="F71EF44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b/>
      </w:rPr>
    </w:lvl>
    <w:lvl w:ilvl="2">
      <w:start w:va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EF2C07"/>
    <w:multiLevelType w:val="hybridMultilevel"/>
    <w:tmpl w:val="75E0AC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DBC6CCA"/>
    <w:multiLevelType w:val="hybridMultilevel"/>
    <w:tmpl w:val="A4B06C2C"/>
    <w:lvl w:ilvl="0" w:tplc="041A0001">
      <w:start w:val="1"/>
      <w:numFmt w:val="bullet"/>
      <w:lvlText w:val=""/>
      <w:lvlJc w:val="left"/>
      <w:pPr>
        <w:ind w:left="805" w:hanging="360"/>
      </w:pPr>
      <w:rPr>
        <w:rFonts w:ascii="Symbol" w:hAnsi="Symbol" w:hint="default"/>
      </w:rPr>
    </w:lvl>
    <w:lvl w:ilvl="1" w:tplc="041A0003" w:tentative="1">
      <w:start w:val="1"/>
      <w:numFmt w:val="bullet"/>
      <w:lvlText w:val="o"/>
      <w:lvlJc w:val="left"/>
      <w:pPr>
        <w:ind w:left="1525" w:hanging="360"/>
      </w:pPr>
      <w:rPr>
        <w:rFonts w:ascii="Courier New" w:hAnsi="Courier New" w:cs="Courier New" w:hint="default"/>
      </w:rPr>
    </w:lvl>
    <w:lvl w:ilvl="2" w:tplc="041A0005" w:tentative="1">
      <w:start w:val="1"/>
      <w:numFmt w:val="bullet"/>
      <w:lvlText w:val=""/>
      <w:lvlJc w:val="left"/>
      <w:pPr>
        <w:ind w:left="2245" w:hanging="360"/>
      </w:pPr>
      <w:rPr>
        <w:rFonts w:ascii="Wingdings" w:hAnsi="Wingdings" w:hint="default"/>
      </w:rPr>
    </w:lvl>
    <w:lvl w:ilvl="3" w:tplc="041A0001" w:tentative="1">
      <w:start w:val="1"/>
      <w:numFmt w:val="bullet"/>
      <w:lvlText w:val=""/>
      <w:lvlJc w:val="left"/>
      <w:pPr>
        <w:ind w:left="2965" w:hanging="360"/>
      </w:pPr>
      <w:rPr>
        <w:rFonts w:ascii="Symbol" w:hAnsi="Symbol" w:hint="default"/>
      </w:rPr>
    </w:lvl>
    <w:lvl w:ilvl="4" w:tplc="041A0003" w:tentative="1">
      <w:start w:val="1"/>
      <w:numFmt w:val="bullet"/>
      <w:lvlText w:val="o"/>
      <w:lvlJc w:val="left"/>
      <w:pPr>
        <w:ind w:left="3685" w:hanging="360"/>
      </w:pPr>
      <w:rPr>
        <w:rFonts w:ascii="Courier New" w:hAnsi="Courier New" w:cs="Courier New" w:hint="default"/>
      </w:rPr>
    </w:lvl>
    <w:lvl w:ilvl="5" w:tplc="041A0005" w:tentative="1">
      <w:start w:val="1"/>
      <w:numFmt w:val="bullet"/>
      <w:lvlText w:val=""/>
      <w:lvlJc w:val="left"/>
      <w:pPr>
        <w:ind w:left="4405" w:hanging="360"/>
      </w:pPr>
      <w:rPr>
        <w:rFonts w:ascii="Wingdings" w:hAnsi="Wingdings" w:hint="default"/>
      </w:rPr>
    </w:lvl>
    <w:lvl w:ilvl="6" w:tplc="041A0001" w:tentative="1">
      <w:start w:val="1"/>
      <w:numFmt w:val="bullet"/>
      <w:lvlText w:val=""/>
      <w:lvlJc w:val="left"/>
      <w:pPr>
        <w:ind w:left="5125" w:hanging="360"/>
      </w:pPr>
      <w:rPr>
        <w:rFonts w:ascii="Symbol" w:hAnsi="Symbol" w:hint="default"/>
      </w:rPr>
    </w:lvl>
    <w:lvl w:ilvl="7" w:tplc="041A0003" w:tentative="1">
      <w:start w:val="1"/>
      <w:numFmt w:val="bullet"/>
      <w:lvlText w:val="o"/>
      <w:lvlJc w:val="left"/>
      <w:pPr>
        <w:ind w:left="5845" w:hanging="360"/>
      </w:pPr>
      <w:rPr>
        <w:rFonts w:ascii="Courier New" w:hAnsi="Courier New" w:cs="Courier New" w:hint="default"/>
      </w:rPr>
    </w:lvl>
    <w:lvl w:ilvl="8" w:tplc="041A0005" w:tentative="1">
      <w:start w:val="1"/>
      <w:numFmt w:val="bullet"/>
      <w:lvlText w:val=""/>
      <w:lvlJc w:val="left"/>
      <w:pPr>
        <w:ind w:left="6565" w:hanging="360"/>
      </w:pPr>
      <w:rPr>
        <w:rFonts w:ascii="Wingdings" w:hAnsi="Wingdings" w:hint="default"/>
      </w:rPr>
    </w:lvl>
  </w:abstractNum>
  <w:num w:numId="1" w16cid:durableId="1003630035">
    <w:abstractNumId w:val="29"/>
  </w:num>
  <w:num w:numId="2" w16cid:durableId="993214867">
    <w:abstractNumId w:val="8"/>
  </w:num>
  <w:num w:numId="3" w16cid:durableId="881863448">
    <w:abstractNumId w:val="39"/>
  </w:num>
  <w:num w:numId="4" w16cid:durableId="1910387307">
    <w:abstractNumId w:val="43"/>
  </w:num>
  <w:num w:numId="5" w16cid:durableId="805589252">
    <w:abstractNumId w:val="32"/>
  </w:num>
  <w:num w:numId="6" w16cid:durableId="1193303598">
    <w:abstractNumId w:val="37"/>
  </w:num>
  <w:num w:numId="7" w16cid:durableId="347412023">
    <w:abstractNumId w:val="41"/>
  </w:num>
  <w:num w:numId="8" w16cid:durableId="1301380954">
    <w:abstractNumId w:val="9"/>
  </w:num>
  <w:num w:numId="9" w16cid:durableId="929122013">
    <w:abstractNumId w:val="35"/>
  </w:num>
  <w:num w:numId="10" w16cid:durableId="1946958391">
    <w:abstractNumId w:val="17"/>
  </w:num>
  <w:num w:numId="11" w16cid:durableId="441926779">
    <w:abstractNumId w:val="38"/>
  </w:num>
  <w:num w:numId="12" w16cid:durableId="1725444267">
    <w:abstractNumId w:val="36"/>
  </w:num>
  <w:num w:numId="13" w16cid:durableId="1818104788">
    <w:abstractNumId w:val="40"/>
  </w:num>
  <w:num w:numId="14" w16cid:durableId="460466104">
    <w:abstractNumId w:val="46"/>
  </w:num>
  <w:num w:numId="15" w16cid:durableId="433213386">
    <w:abstractNumId w:val="26"/>
  </w:num>
  <w:num w:numId="16" w16cid:durableId="273749767">
    <w:abstractNumId w:val="21"/>
  </w:num>
  <w:num w:numId="17" w16cid:durableId="450320570">
    <w:abstractNumId w:val="12"/>
  </w:num>
  <w:num w:numId="18" w16cid:durableId="871457182">
    <w:abstractNumId w:val="42"/>
  </w:num>
  <w:num w:numId="19" w16cid:durableId="1611357950">
    <w:abstractNumId w:val="24"/>
  </w:num>
  <w:num w:numId="20" w16cid:durableId="1945384699">
    <w:abstractNumId w:val="45"/>
  </w:num>
  <w:num w:numId="21" w16cid:durableId="241329975">
    <w:abstractNumId w:val="33"/>
  </w:num>
  <w:num w:numId="22" w16cid:durableId="2016298982">
    <w:abstractNumId w:val="13"/>
  </w:num>
  <w:num w:numId="23" w16cid:durableId="400980002">
    <w:abstractNumId w:val="44"/>
  </w:num>
  <w:num w:numId="24" w16cid:durableId="1161967089">
    <w:abstractNumId w:val="23"/>
  </w:num>
  <w:num w:numId="25" w16cid:durableId="275530145">
    <w:abstractNumId w:val="11"/>
  </w:num>
  <w:num w:numId="26" w16cid:durableId="370032821">
    <w:abstractNumId w:val="15"/>
  </w:num>
  <w:num w:numId="27" w16cid:durableId="765805387">
    <w:abstractNumId w:val="30"/>
  </w:num>
  <w:num w:numId="28" w16cid:durableId="2132476097">
    <w:abstractNumId w:val="20"/>
  </w:num>
  <w:num w:numId="29" w16cid:durableId="264851570">
    <w:abstractNumId w:val="31"/>
  </w:num>
  <w:num w:numId="30" w16cid:durableId="1290433109">
    <w:abstractNumId w:val="47"/>
  </w:num>
  <w:num w:numId="31" w16cid:durableId="356005409">
    <w:abstractNumId w:val="28"/>
  </w:num>
  <w:num w:numId="32" w16cid:durableId="1632325650">
    <w:abstractNumId w:val="16"/>
  </w:num>
  <w:num w:numId="33" w16cid:durableId="922758797">
    <w:abstractNumId w:val="10"/>
  </w:num>
  <w:num w:numId="34" w16cid:durableId="2105300494">
    <w:abstractNumId w:val="22"/>
  </w:num>
  <w:num w:numId="35" w16cid:durableId="604532266">
    <w:abstractNumId w:val="18"/>
  </w:num>
  <w:num w:numId="36" w16cid:durableId="1574270440">
    <w:abstractNumId w:val="27"/>
  </w:num>
  <w:num w:numId="37" w16cid:durableId="178357445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F55"/>
    <w:rsid w:val="000311CB"/>
    <w:rsid w:val="00034616"/>
    <w:rsid w:val="0003703C"/>
    <w:rsid w:val="00057764"/>
    <w:rsid w:val="0006063C"/>
    <w:rsid w:val="000618B5"/>
    <w:rsid w:val="000C29D8"/>
    <w:rsid w:val="000D5C0E"/>
    <w:rsid w:val="00101A46"/>
    <w:rsid w:val="001106A2"/>
    <w:rsid w:val="00134E35"/>
    <w:rsid w:val="0015074B"/>
    <w:rsid w:val="00153B07"/>
    <w:rsid w:val="00156D3E"/>
    <w:rsid w:val="0016319A"/>
    <w:rsid w:val="00163A5E"/>
    <w:rsid w:val="00172E15"/>
    <w:rsid w:val="00181A65"/>
    <w:rsid w:val="00195197"/>
    <w:rsid w:val="001C4469"/>
    <w:rsid w:val="001D6E47"/>
    <w:rsid w:val="001E6F01"/>
    <w:rsid w:val="002155CD"/>
    <w:rsid w:val="00225B76"/>
    <w:rsid w:val="00237952"/>
    <w:rsid w:val="00287219"/>
    <w:rsid w:val="0029639D"/>
    <w:rsid w:val="002A64BE"/>
    <w:rsid w:val="002C1C97"/>
    <w:rsid w:val="002D6C46"/>
    <w:rsid w:val="002E1EC7"/>
    <w:rsid w:val="002F7FDF"/>
    <w:rsid w:val="003054B1"/>
    <w:rsid w:val="003177C8"/>
    <w:rsid w:val="00326F90"/>
    <w:rsid w:val="003675F6"/>
    <w:rsid w:val="003978CD"/>
    <w:rsid w:val="003C290B"/>
    <w:rsid w:val="003E4550"/>
    <w:rsid w:val="003F4C18"/>
    <w:rsid w:val="003F61B2"/>
    <w:rsid w:val="00401BFB"/>
    <w:rsid w:val="0042349A"/>
    <w:rsid w:val="00457C7D"/>
    <w:rsid w:val="004B2C41"/>
    <w:rsid w:val="004B4883"/>
    <w:rsid w:val="004B6390"/>
    <w:rsid w:val="004C47DB"/>
    <w:rsid w:val="004D114B"/>
    <w:rsid w:val="004F07BF"/>
    <w:rsid w:val="00524A1F"/>
    <w:rsid w:val="00571A66"/>
    <w:rsid w:val="005806C7"/>
    <w:rsid w:val="00597EDA"/>
    <w:rsid w:val="005B302E"/>
    <w:rsid w:val="005B422B"/>
    <w:rsid w:val="005B5DBA"/>
    <w:rsid w:val="005F00CE"/>
    <w:rsid w:val="005F1EDE"/>
    <w:rsid w:val="00600F65"/>
    <w:rsid w:val="00613BE8"/>
    <w:rsid w:val="00614631"/>
    <w:rsid w:val="00654B43"/>
    <w:rsid w:val="00671A8C"/>
    <w:rsid w:val="0068621C"/>
    <w:rsid w:val="00687E4C"/>
    <w:rsid w:val="006C0FE8"/>
    <w:rsid w:val="006C2795"/>
    <w:rsid w:val="006C4531"/>
    <w:rsid w:val="006E41ED"/>
    <w:rsid w:val="006E742B"/>
    <w:rsid w:val="00706C88"/>
    <w:rsid w:val="00737DD5"/>
    <w:rsid w:val="0082258F"/>
    <w:rsid w:val="00831545"/>
    <w:rsid w:val="00847277"/>
    <w:rsid w:val="008644DA"/>
    <w:rsid w:val="00872494"/>
    <w:rsid w:val="008727BC"/>
    <w:rsid w:val="00876DB2"/>
    <w:rsid w:val="00897EB4"/>
    <w:rsid w:val="008A6992"/>
    <w:rsid w:val="008C1468"/>
    <w:rsid w:val="00945FE0"/>
    <w:rsid w:val="00987367"/>
    <w:rsid w:val="00994CA8"/>
    <w:rsid w:val="009A7762"/>
    <w:rsid w:val="009D666C"/>
    <w:rsid w:val="009E7946"/>
    <w:rsid w:val="00A476E9"/>
    <w:rsid w:val="00A53BFA"/>
    <w:rsid w:val="00A53D80"/>
    <w:rsid w:val="00A62218"/>
    <w:rsid w:val="00AA1D8D"/>
    <w:rsid w:val="00AA7DFD"/>
    <w:rsid w:val="00AB35EE"/>
    <w:rsid w:val="00AB5BCB"/>
    <w:rsid w:val="00AE6BFF"/>
    <w:rsid w:val="00AF17DD"/>
    <w:rsid w:val="00B35905"/>
    <w:rsid w:val="00B36E72"/>
    <w:rsid w:val="00B47730"/>
    <w:rsid w:val="00B53B3A"/>
    <w:rsid w:val="00B71E20"/>
    <w:rsid w:val="00B748D0"/>
    <w:rsid w:val="00B83CB4"/>
    <w:rsid w:val="00B87DEC"/>
    <w:rsid w:val="00B97AC4"/>
    <w:rsid w:val="00BB5485"/>
    <w:rsid w:val="00BF2A1F"/>
    <w:rsid w:val="00C1606D"/>
    <w:rsid w:val="00C17DC9"/>
    <w:rsid w:val="00C44F92"/>
    <w:rsid w:val="00C53C0A"/>
    <w:rsid w:val="00C707AF"/>
    <w:rsid w:val="00C842FA"/>
    <w:rsid w:val="00C96F95"/>
    <w:rsid w:val="00CA2B5E"/>
    <w:rsid w:val="00CB0664"/>
    <w:rsid w:val="00CB110A"/>
    <w:rsid w:val="00D1691C"/>
    <w:rsid w:val="00D1726F"/>
    <w:rsid w:val="00D30258"/>
    <w:rsid w:val="00D75EB7"/>
    <w:rsid w:val="00D81ECB"/>
    <w:rsid w:val="00DE48AF"/>
    <w:rsid w:val="00DE589F"/>
    <w:rsid w:val="00DF1E8F"/>
    <w:rsid w:val="00E06754"/>
    <w:rsid w:val="00E321EB"/>
    <w:rsid w:val="00E34F34"/>
    <w:rsid w:val="00E42B38"/>
    <w:rsid w:val="00E4423B"/>
    <w:rsid w:val="00E514BF"/>
    <w:rsid w:val="00E60547"/>
    <w:rsid w:val="00E8411A"/>
    <w:rsid w:val="00EA0A2A"/>
    <w:rsid w:val="00EC06B6"/>
    <w:rsid w:val="00F01779"/>
    <w:rsid w:val="00F20013"/>
    <w:rsid w:val="00F266AE"/>
    <w:rsid w:val="00F3471C"/>
    <w:rsid w:val="00F503CA"/>
    <w:rsid w:val="00FC693F"/>
    <w:rsid w:val="00FD468F"/>
    <w:rsid w:val="00FD7C22"/>
    <w:rsid w:val="00FE1EFD"/>
    <w:rsid w:val="00FF5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AA74A"/>
  <w14:defaultImageDpi w14:val="300"/>
  <w15:docId w15:val="{3B90058D-FCED-445E-8AB8-EA337A7A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Calibri" w:eastAsia="Calibri" w:hAnsi="Calibri"/>
      <w:color w:val="000000"/>
    </w:rPr>
  </w:style>
  <w:style w:type="paragraph" w:styleId="Naslov1">
    <w:name w:val="heading 1"/>
    <w:basedOn w:val="Normal"/>
    <w:next w:val="Normal"/>
    <w:link w:val="Naslov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tabs>
        <w:tab w:val="num" w:pos="360"/>
      </w:tabs>
      <w:contextualSpacing/>
    </w:pPr>
  </w:style>
  <w:style w:type="paragraph" w:styleId="Grafikeoznake3">
    <w:name w:val="List Bullet 3"/>
    <w:basedOn w:val="Normal"/>
    <w:uiPriority w:val="99"/>
    <w:unhideWhenUsed/>
    <w:rsid w:val="00326F90"/>
    <w:pPr>
      <w:tabs>
        <w:tab w:val="num" w:pos="360"/>
      </w:tabs>
      <w:contextualSpacing/>
    </w:pPr>
  </w:style>
  <w:style w:type="paragraph" w:styleId="Brojevi">
    <w:name w:val="List Number"/>
    <w:basedOn w:val="Normal"/>
    <w:uiPriority w:val="99"/>
    <w:unhideWhenUsed/>
    <w:rsid w:val="00326F90"/>
    <w:pPr>
      <w:tabs>
        <w:tab w:val="num" w:pos="360"/>
      </w:tabs>
      <w:contextualSpacing/>
    </w:pPr>
  </w:style>
  <w:style w:type="paragraph" w:styleId="Brojevi2">
    <w:name w:val="List Number 2"/>
    <w:basedOn w:val="Normal"/>
    <w:uiPriority w:val="99"/>
    <w:unhideWhenUsed/>
    <w:rsid w:val="0029639D"/>
    <w:pPr>
      <w:tabs>
        <w:tab w:val="num" w:pos="360"/>
      </w:tabs>
      <w:contextualSpacing/>
    </w:pPr>
  </w:style>
  <w:style w:type="paragraph" w:styleId="Brojevi3">
    <w:name w:val="List Number 3"/>
    <w:basedOn w:val="Normal"/>
    <w:uiPriority w:val="99"/>
    <w:unhideWhenUsed/>
    <w:rsid w:val="0029639D"/>
    <w:pPr>
      <w:tabs>
        <w:tab w:val="num" w:pos="360"/>
      </w:tabs>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eza">
    <w:name w:val="Hyperlink"/>
    <w:basedOn w:val="Zadanifontodlomka"/>
    <w:uiPriority w:val="99"/>
    <w:unhideWhenUsed/>
    <w:rsid w:val="00737DD5"/>
    <w:rPr>
      <w:color w:val="0000FF"/>
      <w:u w:val="single"/>
    </w:rPr>
  </w:style>
  <w:style w:type="paragraph" w:styleId="StandardWeb">
    <w:name w:val="Normal (Web)"/>
    <w:basedOn w:val="Normal"/>
    <w:uiPriority w:val="99"/>
    <w:semiHidden/>
    <w:unhideWhenUsed/>
    <w:rsid w:val="00876DB2"/>
    <w:pPr>
      <w:spacing w:before="100" w:beforeAutospacing="1" w:after="100" w:afterAutospacing="1"/>
    </w:pPr>
    <w:rPr>
      <w:rFonts w:ascii="Times New Roman" w:eastAsia="Times New Roman" w:hAnsi="Times New Roman" w:cs="Times New Roman"/>
      <w:sz w:val="24"/>
      <w:szCs w:val="24"/>
      <w:lang w:val="hr-HR" w:eastAsia="hr-HR"/>
    </w:rPr>
  </w:style>
  <w:style w:type="character" w:styleId="SlijeenaHiperveza">
    <w:name w:val="FollowedHyperlink"/>
    <w:basedOn w:val="Zadanifontodlomka"/>
    <w:uiPriority w:val="99"/>
    <w:semiHidden/>
    <w:unhideWhenUsed/>
    <w:rsid w:val="00C53C0A"/>
    <w:rPr>
      <w:color w:val="800080" w:themeColor="followedHyperlink"/>
      <w:u w:val="single"/>
    </w:rPr>
  </w:style>
  <w:style w:type="character" w:styleId="Nerijeenospominjanje">
    <w:name w:val="Unresolved Mention"/>
    <w:basedOn w:val="Zadanifontodlomka"/>
    <w:uiPriority w:val="99"/>
    <w:semiHidden/>
    <w:unhideWhenUsed/>
    <w:rsid w:val="00D75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hyperlink" Target="https://www.youtube.com/embed/PixLa1QlpZA?feature=oembe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1505</TotalTime>
  <Pages>3</Pages>
  <Words>2316</Words>
  <Characters>13205</Characters>
  <Application>Microsoft Office Word</Application>
  <DocSecurity>0</DocSecurity>
  <Lines>110</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15491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Nastavna priprema za Katolički vjeronauk, 5. razred</dc:subject>
  <dc:creator>Josip Kunac</dc:creator>
  <cp:keywords/>
  <dc:description>generated by python-docx</dc:description>
  <cp:lastModifiedBy>Josip Kunac</cp:lastModifiedBy>
  <cp:revision>42</cp:revision>
  <dcterms:created xsi:type="dcterms:W3CDTF">2026-07-13T15:42:00Z</dcterms:created>
  <dcterms:modified xsi:type="dcterms:W3CDTF">2026-08-05T10:56:00Z</dcterms:modified>
  <cp:category/>
</cp:coreProperties>
</file>