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FA0483" w14:paraId="660631C7" w14:textId="77777777">
        <w:tc>
          <w:tcPr>
            <w:tcW w:w="3901" w:type="dxa"/>
            <w:shd w:val="clear" w:color="auto" w:fill="F2F2F2"/>
            <w:vAlign w:val="center"/>
          </w:tcPr>
          <w:p w14:paraId="33541C7C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3CD582C2" w14:textId="77777777" w:rsidR="00FA0483" w:rsidRDefault="004A038F">
            <w:pPr>
              <w:spacing w:before="60" w:after="60"/>
              <w:ind w:left="108" w:right="108"/>
            </w:pPr>
            <w:r>
              <w:t>Klinča Sela</w:t>
            </w:r>
          </w:p>
        </w:tc>
      </w:tr>
      <w:tr w:rsidR="00FA0483" w14:paraId="7B9A3234" w14:textId="77777777">
        <w:tc>
          <w:tcPr>
            <w:tcW w:w="3901" w:type="dxa"/>
            <w:shd w:val="clear" w:color="auto" w:fill="F2F2F2"/>
            <w:vAlign w:val="center"/>
          </w:tcPr>
          <w:p w14:paraId="16B08F50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0E76B8BF" w14:textId="77777777" w:rsidR="00FA0483" w:rsidRDefault="004A038F">
            <w:pPr>
              <w:spacing w:before="60" w:after="60"/>
              <w:ind w:left="108" w:right="108"/>
            </w:pPr>
            <w:r>
              <w:t>Katolički vjeronauk</w:t>
            </w:r>
          </w:p>
        </w:tc>
      </w:tr>
      <w:tr w:rsidR="00FA0483" w14:paraId="250A6DCA" w14:textId="77777777">
        <w:tc>
          <w:tcPr>
            <w:tcW w:w="3901" w:type="dxa"/>
            <w:shd w:val="clear" w:color="auto" w:fill="F2F2F2"/>
            <w:vAlign w:val="center"/>
          </w:tcPr>
          <w:p w14:paraId="6584E548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365CE6AE" w14:textId="77777777" w:rsidR="00FA0483" w:rsidRDefault="004A038F">
            <w:pPr>
              <w:spacing w:before="60" w:after="60"/>
              <w:ind w:left="108" w:right="108"/>
            </w:pPr>
            <w:r>
              <w:t xml:space="preserve">Josip Kunac, </w:t>
            </w:r>
            <w:r>
              <w:rPr>
                <w:i/>
              </w:rPr>
              <w:t>prof.</w:t>
            </w:r>
          </w:p>
        </w:tc>
      </w:tr>
      <w:tr w:rsidR="00FA0483" w14:paraId="7F7756F6" w14:textId="77777777">
        <w:tc>
          <w:tcPr>
            <w:tcW w:w="3901" w:type="dxa"/>
            <w:shd w:val="clear" w:color="auto" w:fill="F2F2F2"/>
            <w:vAlign w:val="center"/>
          </w:tcPr>
          <w:p w14:paraId="1C22AA4A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78EB8C6E" w14:textId="77777777" w:rsidR="00FA0483" w:rsidRDefault="004A038F">
            <w:pPr>
              <w:spacing w:before="60" w:after="60"/>
              <w:ind w:left="108" w:right="108"/>
            </w:pPr>
            <w:r>
              <w:t>5. razred</w:t>
            </w:r>
          </w:p>
        </w:tc>
      </w:tr>
      <w:tr w:rsidR="00FA0483" w14:paraId="6C850AEF" w14:textId="77777777">
        <w:tc>
          <w:tcPr>
            <w:tcW w:w="3901" w:type="dxa"/>
            <w:shd w:val="clear" w:color="auto" w:fill="F2F2F2"/>
            <w:vAlign w:val="center"/>
          </w:tcPr>
          <w:p w14:paraId="20501713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3B92098C" w14:textId="54D6BFBF" w:rsidR="00FA0483" w:rsidRDefault="004A038F">
            <w:pPr>
              <w:spacing w:before="60" w:after="60"/>
              <w:ind w:left="108" w:right="108"/>
            </w:pPr>
            <w:r>
              <w:t>6</w:t>
            </w:r>
            <w:r w:rsidR="00F6222C">
              <w:t>3</w:t>
            </w:r>
            <w:r>
              <w:t>.</w:t>
            </w:r>
          </w:p>
        </w:tc>
      </w:tr>
      <w:tr w:rsidR="00FA0483" w14:paraId="79ACBC05" w14:textId="77777777">
        <w:tc>
          <w:tcPr>
            <w:tcW w:w="3901" w:type="dxa"/>
            <w:shd w:val="clear" w:color="auto" w:fill="F2F2F2"/>
            <w:vAlign w:val="center"/>
          </w:tcPr>
          <w:p w14:paraId="4701732D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1DAC6509" w14:textId="77777777" w:rsidR="00FA0483" w:rsidRDefault="004A038F">
            <w:pPr>
              <w:spacing w:before="60" w:after="60"/>
              <w:ind w:left="108" w:right="108"/>
            </w:pPr>
            <w:r>
              <w:t>V. SUSRET S BOGOM U MOLITVI</w:t>
            </w:r>
          </w:p>
        </w:tc>
      </w:tr>
      <w:tr w:rsidR="00FA0483" w14:paraId="375ED39D" w14:textId="77777777">
        <w:tc>
          <w:tcPr>
            <w:tcW w:w="3901" w:type="dxa"/>
            <w:shd w:val="clear" w:color="auto" w:fill="F2F2F2"/>
            <w:vAlign w:val="center"/>
          </w:tcPr>
          <w:p w14:paraId="72B5FD08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4AB9076E" w14:textId="77777777" w:rsidR="00FA0483" w:rsidRDefault="004A038F">
            <w:pPr>
              <w:spacing w:before="60" w:after="60"/>
              <w:ind w:left="108" w:right="108"/>
            </w:pPr>
            <w:r>
              <w:t>2. Kršćanska molitva</w:t>
            </w:r>
          </w:p>
        </w:tc>
      </w:tr>
    </w:tbl>
    <w:p w14:paraId="4BE900E8" w14:textId="77777777" w:rsidR="00E64D18" w:rsidRDefault="004A038F">
      <w:pPr>
        <w:keepNext/>
        <w:spacing w:before="220" w:after="40"/>
        <w:jc w:val="both"/>
      </w:pPr>
      <w:r>
        <w:rPr>
          <w:b/>
          <w:color w:val="C96A00"/>
          <w:sz w:val="26"/>
        </w:rPr>
        <w:t>Odgojno-obrazovni ishodi učenja:</w:t>
      </w:r>
    </w:p>
    <w:p w14:paraId="44D49A13" w14:textId="77777777" w:rsidR="00E64D18" w:rsidRDefault="004A038F">
      <w:pPr>
        <w:jc w:val="both"/>
      </w:pPr>
      <w:r>
        <w:t>OŠ KV B.5.3. Učenik tumači važnost molitve, različite oblike i načine molitve tijekom liturgijske godine.</w:t>
      </w:r>
    </w:p>
    <w:p w14:paraId="2B27A3EB" w14:textId="77777777" w:rsidR="00E64D18" w:rsidRDefault="004A038F">
      <w:pPr>
        <w:jc w:val="both"/>
      </w:pPr>
      <w:r>
        <w:t>OŠ KV B.5.3. Učenik objašnjava i razlikuje istinsku molitvu Bogu i molitvu povezanu s praznovjerjem.</w:t>
      </w:r>
    </w:p>
    <w:p w14:paraId="2AC8401F" w14:textId="77777777" w:rsidR="00E64D18" w:rsidRDefault="004A038F">
      <w:pPr>
        <w:jc w:val="both"/>
      </w:pPr>
      <w:r>
        <w:t>OŠ KV B.5.3. Učenik obrazlaže važnost molitve za osobni odnos s Bogom.</w:t>
      </w:r>
    </w:p>
    <w:p w14:paraId="5F509F41" w14:textId="77777777" w:rsidR="00E64D18" w:rsidRDefault="004A038F">
      <w:pPr>
        <w:spacing w:after="220"/>
        <w:jc w:val="both"/>
      </w:pPr>
      <w:r>
        <w:t>OŠ KV D.5.2. Učenik izražava svoj unutarnji doživljaj vjere kroz različite oblike izražavanja.</w:t>
      </w:r>
    </w:p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FA0483" w14:paraId="08CA20F0" w14:textId="77777777">
        <w:tc>
          <w:tcPr>
            <w:tcW w:w="3901" w:type="dxa"/>
            <w:shd w:val="clear" w:color="auto" w:fill="F2F2F2"/>
            <w:vAlign w:val="center"/>
          </w:tcPr>
          <w:p w14:paraId="32FA7115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4CD0FEC1" w14:textId="77777777" w:rsidR="00FA0483" w:rsidRDefault="004A038F">
            <w:pPr>
              <w:spacing w:before="60" w:after="60"/>
              <w:ind w:left="108" w:right="108"/>
              <w:jc w:val="both"/>
            </w:pPr>
            <w:r>
              <w:t>kršćanska molitva, slava i pohvala, zahvala, kajanje, meditacija, molba, sveta misa, krunica, praznovjerje</w:t>
            </w:r>
          </w:p>
        </w:tc>
      </w:tr>
      <w:tr w:rsidR="00FA0483" w14:paraId="4109D024" w14:textId="77777777">
        <w:tc>
          <w:tcPr>
            <w:tcW w:w="3901" w:type="dxa"/>
            <w:shd w:val="clear" w:color="auto" w:fill="F2F2F2"/>
            <w:vAlign w:val="center"/>
          </w:tcPr>
          <w:p w14:paraId="4D5E3D1A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335AE4D7" w14:textId="77777777" w:rsidR="00FA0483" w:rsidRDefault="004A038F">
            <w:pPr>
              <w:spacing w:before="60" w:after="60"/>
              <w:ind w:left="108" w:right="108"/>
              <w:jc w:val="both"/>
            </w:pPr>
            <w:r>
              <w:t>Kako kršćani mole i po čemu razlikujemo istinsku molitvu od praznovjerja?</w:t>
            </w:r>
          </w:p>
        </w:tc>
      </w:tr>
      <w:tr w:rsidR="00FA0483" w14:paraId="75BA9E52" w14:textId="77777777">
        <w:tc>
          <w:tcPr>
            <w:tcW w:w="3901" w:type="dxa"/>
            <w:shd w:val="clear" w:color="auto" w:fill="F2F2F2"/>
            <w:vAlign w:val="center"/>
          </w:tcPr>
          <w:p w14:paraId="3082CC39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24E163B3" w14:textId="77777777" w:rsidR="00FA0483" w:rsidRDefault="004A038F">
            <w:pPr>
              <w:spacing w:before="60" w:after="60"/>
              <w:ind w:left="108" w:right="108"/>
              <w:jc w:val="both"/>
            </w:pPr>
            <w:r>
              <w:t>razgovor, čitanje bojama, razvrstavanje, uspoređivanje, rad na biblijskome tekstu, problemsko i suradničko učenje, grafičko i likovno izražavanje, formativna provjera</w:t>
            </w:r>
          </w:p>
        </w:tc>
      </w:tr>
      <w:tr w:rsidR="00FA0483" w14:paraId="76C2AFEE" w14:textId="77777777">
        <w:tc>
          <w:tcPr>
            <w:tcW w:w="3901" w:type="dxa"/>
            <w:shd w:val="clear" w:color="auto" w:fill="F2F2F2"/>
            <w:vAlign w:val="center"/>
          </w:tcPr>
          <w:p w14:paraId="135896E5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48A18045" w14:textId="77777777" w:rsidR="00FA0483" w:rsidRDefault="004A038F">
            <w:pPr>
              <w:spacing w:before="60" w:after="60"/>
              <w:ind w:left="108" w:right="108"/>
              <w:jc w:val="both"/>
            </w:pPr>
            <w:r>
              <w:t>frontalni rad, individualni rad, rad u paru, rad u skupinama</w:t>
            </w:r>
          </w:p>
        </w:tc>
      </w:tr>
      <w:tr w:rsidR="00FA0483" w14:paraId="468ABD5E" w14:textId="77777777">
        <w:tc>
          <w:tcPr>
            <w:tcW w:w="3901" w:type="dxa"/>
            <w:shd w:val="clear" w:color="auto" w:fill="F2F2F2"/>
            <w:vAlign w:val="center"/>
          </w:tcPr>
          <w:p w14:paraId="25E427A3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3CD15A87" w14:textId="77777777" w:rsidR="00FA0483" w:rsidRDefault="004A038F">
            <w:pPr>
              <w:spacing w:before="60" w:after="60"/>
              <w:ind w:left="108" w:right="108"/>
              <w:jc w:val="both"/>
            </w:pPr>
            <w:r>
              <w:t>udžbenik, radna bilježnica, digitalni udžbenik, Biblija, tekst o krunici, fotografija euharistijskih znakova, bilježnica, papir, bojice, radni predlošci, računalo ili tablet (po izboru)</w:t>
            </w:r>
          </w:p>
        </w:tc>
      </w:tr>
      <w:tr w:rsidR="00FA0483" w14:paraId="03ADE444" w14:textId="77777777">
        <w:tc>
          <w:tcPr>
            <w:tcW w:w="3901" w:type="dxa"/>
            <w:shd w:val="clear" w:color="auto" w:fill="F2F2F2"/>
            <w:vAlign w:val="center"/>
          </w:tcPr>
          <w:p w14:paraId="538F8E32" w14:textId="77777777" w:rsidR="00FA0483" w:rsidRDefault="004A038F">
            <w:pPr>
              <w:spacing w:before="60" w:after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454F0634" w14:textId="77777777" w:rsidR="00FA0483" w:rsidRDefault="004A038F">
            <w:pPr>
              <w:spacing w:before="60" w:after="60"/>
              <w:ind w:left="108" w:right="108"/>
              <w:jc w:val="both"/>
            </w:pPr>
            <w:r>
              <w:t>Hrvatski jezik – čitanje, izdvajanje i oblikovanje kratke molitve; Glazbena kultura – molitva pjesmom; Učiti kako učiti – razvrstavanje, suradnja i samovrednovanje</w:t>
            </w:r>
          </w:p>
        </w:tc>
      </w:tr>
    </w:tbl>
    <w:p w14:paraId="411AC358" w14:textId="77777777" w:rsidR="00E64D18" w:rsidRDefault="004A038F">
      <w:pPr>
        <w:keepNext/>
        <w:spacing w:before="120" w:after="40"/>
        <w:jc w:val="both"/>
      </w:pPr>
      <w:r>
        <w:rPr>
          <w:b/>
          <w:color w:val="C96A00"/>
          <w:sz w:val="26"/>
        </w:rPr>
        <w:t>Vrednovanje:</w:t>
      </w:r>
    </w:p>
    <w:p w14:paraId="3AC4DB1D" w14:textId="77777777" w:rsidR="00E64D18" w:rsidRDefault="004A038F">
      <w:pPr>
        <w:jc w:val="both"/>
      </w:pPr>
      <w:r>
        <w:rPr>
          <w:b/>
        </w:rPr>
        <w:t xml:space="preserve">Vrednovanje za učenje: </w:t>
      </w:r>
      <w:r>
        <w:t>izdvajanje načina i vrsta molitve, razlikovanje istinske molitve i praznovjerja, rad s tekstom o krunici, primjena Mt 7,7–8 i formativna provjera.</w:t>
      </w:r>
    </w:p>
    <w:p w14:paraId="2D16C0B4" w14:textId="77777777" w:rsidR="00E64D18" w:rsidRDefault="004A038F">
      <w:pPr>
        <w:jc w:val="both"/>
      </w:pPr>
      <w:r>
        <w:rPr>
          <w:b/>
        </w:rPr>
        <w:t xml:space="preserve">Vrednovanje kao učenje: </w:t>
      </w:r>
      <w:r>
        <w:t>samovrednovanje metodom „Sunce, sunce iza oblaka, oblak“</w:t>
      </w:r>
    </w:p>
    <w:p w14:paraId="5CEB72B6" w14:textId="77777777" w:rsidR="00E64D18" w:rsidRDefault="004A038F">
      <w:pPr>
        <w:jc w:val="both"/>
      </w:pPr>
      <w:r>
        <w:rPr>
          <w:b/>
        </w:rPr>
        <w:t xml:space="preserve">Vrednovanje naučenoga: </w:t>
      </w:r>
      <w:r>
        <w:t>formalno brojčano vrednovanje nije predviđeno.</w:t>
      </w:r>
    </w:p>
    <w:p w14:paraId="4F9C883B" w14:textId="77777777" w:rsidR="00E64D18" w:rsidRDefault="004A038F">
      <w:pPr>
        <w:keepNext/>
        <w:pageBreakBefore/>
        <w:spacing w:after="28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A0483" w14:paraId="380E3BC1" w14:textId="77777777" w:rsidTr="00B82C4D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32330A6" w14:textId="30DC79FA" w:rsidR="00FA0483" w:rsidRDefault="00B82C4D" w:rsidP="00B82C4D">
            <w:r w:rsidRPr="00B82C4D">
              <w:rPr>
                <w:rFonts w:cs="Calibri"/>
                <w:b/>
                <w:color w:val="FFFFFF"/>
                <w:sz w:val="32"/>
              </w:rPr>
              <w:t xml:space="preserve">I. UVODNI DIO – DOŽIVI </w:t>
            </w:r>
            <w:r w:rsidRPr="00B82C4D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151720BA" w14:textId="77777777" w:rsidR="00E64D18" w:rsidRDefault="004A038F">
      <w:pPr>
        <w:keepNext/>
        <w:spacing w:before="60" w:after="40"/>
        <w:jc w:val="both"/>
      </w:pPr>
      <w:r>
        <w:rPr>
          <w:b/>
          <w:color w:val="C96A00"/>
          <w:sz w:val="26"/>
        </w:rPr>
        <w:t>Uvodna molitva:</w:t>
      </w:r>
    </w:p>
    <w:p w14:paraId="334F293B" w14:textId="77777777" w:rsidR="00E64D18" w:rsidRDefault="004A038F">
      <w:pPr>
        <w:spacing w:after="220"/>
      </w:pPr>
      <w:r>
        <w:t>Oče naš…</w:t>
      </w:r>
    </w:p>
    <w:p w14:paraId="7EED95F8" w14:textId="77777777" w:rsidR="00E64D18" w:rsidRDefault="004A038F">
      <w:pPr>
        <w:spacing w:after="220"/>
      </w:pPr>
      <w:r>
        <w:t>ili:</w:t>
      </w:r>
    </w:p>
    <w:p w14:paraId="7B9F4D9E" w14:textId="77777777" w:rsidR="00E64D18" w:rsidRDefault="004A038F">
      <w:pPr>
        <w:spacing w:after="220"/>
        <w:jc w:val="both"/>
      </w:pPr>
      <w:r>
        <w:rPr>
          <w:sz w:val="48"/>
        </w:rPr>
        <w:t>Gospodine, hvala Ti što Ti možemo dolaziti različitim putovima molitve: riječima, pjesmom, tišinom, zahvalom i molbom. Uči nas moliti iskreno, bez praznovjerja i bez želje da upravljamo Tobom. Neka nas molitva vodi bliže Tebi i ljudima. Amen.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04BE59FA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EAF4E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71906C" w14:textId="77777777" w:rsidR="00FA0483" w:rsidRDefault="004A038F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sz w:val="21"/>
              </w:rPr>
              <w:t>Vjeroučitelj će pročitati: „Ištite i dat će vam se! Tražite i naći ćete! Kucajte i otvorit će vam se!“ (Mt 7,7). Nakon tišine učenici će otvoriti dlanove i u sebi Bogu izreći jednu kratku, iskrenu molbu.</w:t>
            </w:r>
          </w:p>
        </w:tc>
      </w:tr>
    </w:tbl>
    <w:p w14:paraId="158E7E06" w14:textId="77777777" w:rsidR="00E64D18" w:rsidRDefault="004A038F">
      <w:pPr>
        <w:keepNext/>
        <w:spacing w:before="60" w:after="40"/>
        <w:jc w:val="both"/>
      </w:pPr>
      <w:r>
        <w:rPr>
          <w:b/>
          <w:color w:val="C96A00"/>
          <w:sz w:val="26"/>
        </w:rPr>
        <w:t>Povezivanje s prethodnim satom / pregled domaće zadaće:</w:t>
      </w:r>
    </w:p>
    <w:p w14:paraId="16857A7C" w14:textId="77777777" w:rsidR="00E64D18" w:rsidRDefault="004A038F">
      <w:pPr>
        <w:jc w:val="both"/>
      </w:pPr>
      <w:r>
        <w:t>Učenici daju vjeroučitelju na uvid domaću zadaću od prošloga susreta:</w:t>
      </w:r>
    </w:p>
    <w:p w14:paraId="19B89368" w14:textId="77777777" w:rsidR="00E64D18" w:rsidRDefault="004A038F">
      <w:pPr>
        <w:jc w:val="both"/>
      </w:pPr>
      <w:r>
        <w:t>„Učenici će riješiti, ili dovršiti rješavanje RB, str. 88–89.“</w:t>
      </w:r>
    </w:p>
    <w:p w14:paraId="468E80C8" w14:textId="324DF7DD" w:rsidR="00212C79" w:rsidRDefault="00212C79">
      <w:pPr>
        <w:jc w:val="both"/>
      </w:pPr>
      <w:r>
        <w:t>Ili:</w:t>
      </w:r>
    </w:p>
    <w:p w14:paraId="2146F0EB" w14:textId="67888038" w:rsidR="00212C79" w:rsidRDefault="00212C79">
      <w:pPr>
        <w:jc w:val="both"/>
      </w:pPr>
      <w:r>
        <w:t>„</w:t>
      </w:r>
      <w:r w:rsidRPr="00212C79">
        <w:t xml:space="preserve">Učenici će odabrati jednu običnu situaciju iz škole ili obitelji, bez osobnih i osjetljivih podataka, te prema „molitvenom kompasu“ napisati četiri kratke natuknice: ZAHVALI – RECI ŠTO TE MUČI – SLUŠAJ / PROMISLI – UČINI DOBRO. </w:t>
      </w:r>
      <w:r>
        <w:t>“</w:t>
      </w:r>
    </w:p>
    <w:p w14:paraId="58FBC4A3" w14:textId="77777777" w:rsidR="00E64D18" w:rsidRDefault="004A038F">
      <w:pPr>
        <w:keepNext/>
        <w:spacing w:before="60" w:after="40"/>
        <w:jc w:val="both"/>
      </w:pPr>
      <w:r>
        <w:rPr>
          <w:b/>
          <w:color w:val="C96A00"/>
          <w:sz w:val="26"/>
        </w:rPr>
        <w:t>Motivacija:</w:t>
      </w:r>
    </w:p>
    <w:p w14:paraId="4DB38279" w14:textId="77777777" w:rsidR="00E64D18" w:rsidRDefault="004A038F">
      <w:pPr>
        <w:jc w:val="both"/>
      </w:pPr>
      <w:r>
        <w:t>Vjeroučitelj će prikazati pet kartica: HVALA – OPROSTI – SLAVA TI – POMOZI – TIŠINA. Učenici biraju jednu karticu koju najlakše povezuju s molitvom i jednu koja ih najviše iznenađuje. U paru obrazlažu izbor.</w:t>
      </w:r>
    </w:p>
    <w:p w14:paraId="379B8F0E" w14:textId="33CE7C99" w:rsidR="00212C79" w:rsidRPr="00212C79" w:rsidRDefault="00212C79" w:rsidP="00212C79">
      <w:pPr>
        <w:spacing w:before="220"/>
        <w:jc w:val="center"/>
        <w:rPr>
          <w:color w:val="002060"/>
          <w:sz w:val="40"/>
          <w:szCs w:val="40"/>
        </w:rPr>
      </w:pPr>
      <w:r w:rsidRPr="00212C79">
        <w:rPr>
          <w:color w:val="002060"/>
          <w:sz w:val="40"/>
          <w:szCs w:val="40"/>
        </w:rPr>
        <w:t>HVALA – OPROSTI – SLAVA TI – POMOZI – TIŠINA</w:t>
      </w:r>
    </w:p>
    <w:p w14:paraId="7AA12CF4" w14:textId="65CBD6CA" w:rsidR="00E64D18" w:rsidRDefault="004A038F">
      <w:pPr>
        <w:spacing w:before="220"/>
        <w:jc w:val="both"/>
      </w:pPr>
      <w:r>
        <w:t>Razgovor:</w:t>
      </w:r>
    </w:p>
    <w:p w14:paraId="1446740B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Mora li svaka molitva biti molba? </w:t>
      </w:r>
      <w:r>
        <w:rPr>
          <w:color w:val="6B6B6B"/>
          <w:sz w:val="18"/>
        </w:rPr>
        <w:t>(Ne; možemo slaviti, zahvaljivati, kajati se, razmatrati i moliti za potrebe.)</w:t>
      </w:r>
    </w:p>
    <w:p w14:paraId="6DDE96F2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Možemo li moliti bez puno riječi? </w:t>
      </w:r>
      <w:r>
        <w:rPr>
          <w:color w:val="6B6B6B"/>
          <w:sz w:val="18"/>
        </w:rPr>
        <w:t>(Možemo; molitva uključuje i tišinu, meditaciju i prisutnost.)</w:t>
      </w:r>
    </w:p>
    <w:p w14:paraId="0F51B0A9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Je li svako traženje „Božje pomoći“ automatski dobra molitva? </w:t>
      </w:r>
      <w:r>
        <w:rPr>
          <w:color w:val="6B6B6B"/>
          <w:sz w:val="18"/>
        </w:rPr>
        <w:t>(Nije; kršćanska molitva ne pokušava magijski upravljati Bogom.)</w:t>
      </w:r>
    </w:p>
    <w:p w14:paraId="4BF308DA" w14:textId="77777777" w:rsidR="00E64D18" w:rsidRDefault="004A038F">
      <w:pPr>
        <w:keepNext/>
        <w:spacing w:before="60" w:after="40"/>
        <w:jc w:val="both"/>
      </w:pPr>
      <w:r>
        <w:rPr>
          <w:b/>
          <w:color w:val="C96A00"/>
          <w:sz w:val="26"/>
        </w:rPr>
        <w:t>Najava teme i središnjega pitanja:</w:t>
      </w:r>
    </w:p>
    <w:p w14:paraId="45A77BA5" w14:textId="77777777" w:rsidR="00E64D18" w:rsidRDefault="004A038F">
      <w:pPr>
        <w:jc w:val="both"/>
      </w:pPr>
      <w:r>
        <w:t>Danas upoznajemo različite načine i vrste kršćanske molitve. Posebno ćemo uočiti mjesto svete mise i krunice te razliku između istinske molitve i praznovjerja. Istraživat ćemo: Kako kršćani mole i po čemu razlikujemo istinsku molitvu od praznovjerja?</w:t>
      </w:r>
    </w:p>
    <w:p w14:paraId="2473057C" w14:textId="77777777" w:rsidR="00212C79" w:rsidRDefault="00212C79">
      <w:pPr>
        <w:jc w:val="both"/>
      </w:pPr>
    </w:p>
    <w:p w14:paraId="601C651B" w14:textId="77777777" w:rsidR="00212C79" w:rsidRDefault="00212C79">
      <w:pPr>
        <w:jc w:val="both"/>
      </w:pPr>
    </w:p>
    <w:p w14:paraId="3D1A0DD6" w14:textId="77777777" w:rsidR="00212C79" w:rsidRDefault="00212C79">
      <w:pPr>
        <w:jc w:val="both"/>
      </w:pPr>
    </w:p>
    <w:p w14:paraId="0B419260" w14:textId="77777777" w:rsidR="00212C79" w:rsidRDefault="00212C79">
      <w:pPr>
        <w:jc w:val="both"/>
      </w:pP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A0483" w14:paraId="2822769F" w14:textId="77777777" w:rsidTr="00B82C4D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53F4AB9" w14:textId="5C25086E" w:rsidR="00FA0483" w:rsidRDefault="00B82C4D" w:rsidP="00B82C4D">
            <w:r w:rsidRPr="00B82C4D">
              <w:rPr>
                <w:rFonts w:cs="Calibri"/>
                <w:b/>
                <w:color w:val="FFFFFF"/>
                <w:sz w:val="32"/>
              </w:rPr>
              <w:lastRenderedPageBreak/>
              <w:t xml:space="preserve">II. SREDIŠNJI DIO – OTKRIJ I POVEŽI </w:t>
            </w:r>
            <w:r w:rsidRPr="00B82C4D">
              <w:rPr>
                <w:rFonts w:cs="Calibri"/>
                <w:color w:val="FFFFFF"/>
                <w:sz w:val="20"/>
              </w:rPr>
              <w:t>(približno 27–30 minuta)</w:t>
            </w:r>
          </w:p>
        </w:tc>
      </w:tr>
    </w:tbl>
    <w:p w14:paraId="4D2D7C51" w14:textId="77777777" w:rsidR="00E64D18" w:rsidRDefault="00E64D18">
      <w:pPr>
        <w:spacing w:after="220"/>
        <w:jc w:val="both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58717917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EA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06FEFF" w14:textId="77777777" w:rsidR="00FA0483" w:rsidRDefault="004A038F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sz w:val="21"/>
              </w:rP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143F5C3F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1: Obrada teksta / sadržaja </w:t>
      </w:r>
      <w:r>
        <w:rPr>
          <w:i/>
          <w:color w:val="6B6B6B"/>
          <w:sz w:val="20"/>
        </w:rPr>
        <w:t>(individualni rad, rad u paru i zajednička provjera, 15 minuta)</w:t>
      </w:r>
    </w:p>
    <w:p w14:paraId="5DC29E26" w14:textId="729D1F48" w:rsidR="00E64D18" w:rsidRDefault="00212C79">
      <w:pPr>
        <w:jc w:val="both"/>
      </w:pPr>
      <w:r w:rsidRPr="00212C79">
        <w:rPr>
          <w:highlight w:val="cyan"/>
        </w:rPr>
        <w:t>a)</w:t>
      </w:r>
      <w:r>
        <w:t xml:space="preserve"> Učenici će tiho pročitati tekst „Kršćanska molitva“, udžbenik, str. 63. Na vlastitome prijepisu ili u bilježnici koriste tri oznake: N – način molitve, V – vrsta molitve, ! – posebno važna tvrdnja. U paru uspoređuju izbore i popunjavaju sažetak.</w:t>
      </w:r>
    </w:p>
    <w:p w14:paraId="0E39F9AA" w14:textId="77777777" w:rsidR="00E64D18" w:rsidRDefault="004A038F">
      <w:pPr>
        <w:jc w:val="both"/>
      </w:pPr>
      <w:r>
        <w:rPr>
          <w:i/>
          <w:color w:val="6B6B6B"/>
          <w:sz w:val="21"/>
        </w:rPr>
        <w:t>Rješenje: Načini: razgovor s Bogom, glasno, pjevanjem, sam ili s drugima, napisanim ili vlastitim riječima, čitanjem Biblije i razmišljanjem. Vrste: slava/pohvala, zahvala, kajanje, meditacija, molba. Važne tvrdnje: najuzvišenija molitva jest sveta misa; krivi oblik traženja božanskih moći naziva se praznovjerjem.</w:t>
      </w:r>
    </w:p>
    <w:p w14:paraId="612BAAC6" w14:textId="77777777" w:rsidR="00E64D18" w:rsidRDefault="004A038F">
      <w:pPr>
        <w:keepNext/>
        <w:spacing w:before="220"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3500"/>
        <w:gridCol w:w="3658"/>
      </w:tblGrid>
      <w:tr w:rsidR="00E64D18" w14:paraId="7C59CDBF" w14:textId="77777777">
        <w:trPr>
          <w:cantSplit/>
        </w:trPr>
        <w:tc>
          <w:tcPr>
            <w:tcW w:w="3500" w:type="dxa"/>
            <w:shd w:val="clear" w:color="auto" w:fill="0070C0"/>
            <w:vAlign w:val="center"/>
          </w:tcPr>
          <w:p w14:paraId="63435AB9" w14:textId="77777777" w:rsidR="00E64D18" w:rsidRDefault="004A038F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NAČINI MOLITVE</w:t>
            </w:r>
          </w:p>
        </w:tc>
        <w:tc>
          <w:tcPr>
            <w:tcW w:w="3500" w:type="dxa"/>
            <w:shd w:val="clear" w:color="auto" w:fill="0070C0"/>
            <w:vAlign w:val="center"/>
          </w:tcPr>
          <w:p w14:paraId="29FC6185" w14:textId="77777777" w:rsidR="00E64D18" w:rsidRDefault="004A038F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VRSTE MOLITVE</w:t>
            </w:r>
          </w:p>
        </w:tc>
        <w:tc>
          <w:tcPr>
            <w:tcW w:w="3658" w:type="dxa"/>
            <w:shd w:val="clear" w:color="auto" w:fill="0070C0"/>
            <w:vAlign w:val="center"/>
          </w:tcPr>
          <w:p w14:paraId="5235FDE3" w14:textId="77777777" w:rsidR="00E64D18" w:rsidRDefault="004A038F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VAŽNE TVRDNJE</w:t>
            </w:r>
          </w:p>
        </w:tc>
      </w:tr>
      <w:tr w:rsidR="00E64D18" w14:paraId="5F98C11C" w14:textId="77777777">
        <w:trPr>
          <w:cantSplit/>
        </w:trPr>
        <w:tc>
          <w:tcPr>
            <w:tcW w:w="3500" w:type="dxa"/>
            <w:shd w:val="clear" w:color="auto" w:fill="FFFFFF"/>
            <w:vAlign w:val="center"/>
          </w:tcPr>
          <w:p w14:paraId="1C3701E3" w14:textId="77777777" w:rsidR="00E64D18" w:rsidRDefault="004A038F" w:rsidP="00212C79">
            <w:pPr>
              <w:keepNext/>
              <w:jc w:val="center"/>
            </w:pPr>
            <w:r>
              <w:rPr>
                <w:sz w:val="36"/>
              </w:rPr>
              <w:t>________________</w:t>
            </w:r>
          </w:p>
        </w:tc>
        <w:tc>
          <w:tcPr>
            <w:tcW w:w="3500" w:type="dxa"/>
            <w:shd w:val="clear" w:color="auto" w:fill="FFFFFF"/>
            <w:vAlign w:val="center"/>
          </w:tcPr>
          <w:p w14:paraId="055031B8" w14:textId="77777777" w:rsidR="00E64D18" w:rsidRDefault="004A038F" w:rsidP="00212C79">
            <w:pPr>
              <w:keepNext/>
              <w:jc w:val="center"/>
            </w:pPr>
            <w:r>
              <w:rPr>
                <w:sz w:val="36"/>
              </w:rPr>
              <w:t>________________</w:t>
            </w:r>
          </w:p>
        </w:tc>
        <w:tc>
          <w:tcPr>
            <w:tcW w:w="3658" w:type="dxa"/>
            <w:shd w:val="clear" w:color="auto" w:fill="FFFFFF"/>
            <w:vAlign w:val="center"/>
          </w:tcPr>
          <w:p w14:paraId="7090018F" w14:textId="77777777" w:rsidR="00E64D18" w:rsidRDefault="004A038F" w:rsidP="00212C79">
            <w:pPr>
              <w:keepNext/>
              <w:jc w:val="center"/>
            </w:pPr>
            <w:r>
              <w:rPr>
                <w:sz w:val="36"/>
              </w:rPr>
              <w:t>________________</w:t>
            </w:r>
          </w:p>
        </w:tc>
      </w:tr>
      <w:tr w:rsidR="00E64D18" w14:paraId="514A864C" w14:textId="77777777">
        <w:trPr>
          <w:cantSplit/>
        </w:trPr>
        <w:tc>
          <w:tcPr>
            <w:tcW w:w="3500" w:type="dxa"/>
            <w:shd w:val="clear" w:color="auto" w:fill="F5F5F5"/>
            <w:vAlign w:val="center"/>
          </w:tcPr>
          <w:p w14:paraId="02353A40" w14:textId="77777777" w:rsidR="00E64D18" w:rsidRDefault="004A038F" w:rsidP="00212C79">
            <w:pPr>
              <w:jc w:val="center"/>
            </w:pPr>
            <w:r>
              <w:rPr>
                <w:sz w:val="36"/>
              </w:rPr>
              <w:t>________________</w:t>
            </w:r>
          </w:p>
        </w:tc>
        <w:tc>
          <w:tcPr>
            <w:tcW w:w="3500" w:type="dxa"/>
            <w:shd w:val="clear" w:color="auto" w:fill="F5F5F5"/>
            <w:vAlign w:val="center"/>
          </w:tcPr>
          <w:p w14:paraId="4F084C04" w14:textId="77777777" w:rsidR="00E64D18" w:rsidRDefault="004A038F" w:rsidP="00212C79">
            <w:pPr>
              <w:jc w:val="center"/>
            </w:pPr>
            <w:r>
              <w:rPr>
                <w:sz w:val="36"/>
              </w:rPr>
              <w:t>________________</w:t>
            </w:r>
          </w:p>
        </w:tc>
        <w:tc>
          <w:tcPr>
            <w:tcW w:w="3658" w:type="dxa"/>
            <w:shd w:val="clear" w:color="auto" w:fill="F5F5F5"/>
            <w:vAlign w:val="center"/>
          </w:tcPr>
          <w:p w14:paraId="0C591A16" w14:textId="77777777" w:rsidR="00E64D18" w:rsidRDefault="004A038F" w:rsidP="00212C79">
            <w:pPr>
              <w:jc w:val="center"/>
            </w:pPr>
            <w:r>
              <w:rPr>
                <w:sz w:val="36"/>
              </w:rPr>
              <w:t>________________</w:t>
            </w:r>
          </w:p>
        </w:tc>
      </w:tr>
    </w:tbl>
    <w:p w14:paraId="48794926" w14:textId="77777777" w:rsidR="009D4A61" w:rsidRDefault="00212C79">
      <w:pPr>
        <w:spacing w:before="220"/>
      </w:pPr>
      <w:r w:rsidRPr="009D4A61">
        <w:rPr>
          <w:highlight w:val="cyan"/>
        </w:rPr>
        <w:t>b)</w:t>
      </w:r>
      <w:r>
        <w:t xml:space="preserve"> Rad </w:t>
      </w:r>
      <w:r w:rsidR="009D4A61">
        <w:t xml:space="preserve">u paru. </w:t>
      </w:r>
      <w:r>
        <w:t xml:space="preserve">Učenici će raspraviti </w:t>
      </w:r>
      <w:r w:rsidR="009D4A61">
        <w:t>važnost tvrdnje “Misa je najuzvišenija molitva”</w:t>
      </w:r>
    </w:p>
    <w:p w14:paraId="28C553FD" w14:textId="04054C19" w:rsidR="00212C79" w:rsidRDefault="009D4A61" w:rsidP="009D4A61">
      <w:pPr>
        <w:spacing w:before="220"/>
        <w:jc w:val="center"/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40726F76" wp14:editId="012AD7F7">
            <wp:extent cx="5400000" cy="4064400"/>
            <wp:effectExtent l="0" t="0" r="0" b="0"/>
            <wp:docPr id="1255464818" name="Slika 1255464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4D677" w14:textId="2C3F0F62" w:rsidR="00212C79" w:rsidRDefault="009D4A61">
      <w:pPr>
        <w:spacing w:before="220"/>
      </w:pPr>
      <w:r>
        <w:t>Razgovor:</w:t>
      </w:r>
    </w:p>
    <w:p w14:paraId="06F06DE4" w14:textId="47AEBD2A" w:rsidR="009D4A61" w:rsidRDefault="009D4A61">
      <w:pPr>
        <w:spacing w:before="220"/>
      </w:pPr>
      <w:r>
        <w:t xml:space="preserve">Zašto je misa najuzvišenija molitva </w:t>
      </w:r>
      <w:r w:rsidRPr="009D4A61">
        <w:rPr>
          <w:color w:val="808080" w:themeColor="background1" w:themeShade="80"/>
          <w:sz w:val="18"/>
          <w:szCs w:val="18"/>
        </w:rPr>
        <w:t xml:space="preserve">(zbog </w:t>
      </w:r>
      <w:r w:rsidRPr="009D4A61">
        <w:rPr>
          <w:b/>
          <w:bCs/>
          <w:color w:val="808080" w:themeColor="background1" w:themeShade="80"/>
          <w:sz w:val="18"/>
          <w:szCs w:val="18"/>
        </w:rPr>
        <w:t>osobnog</w:t>
      </w:r>
      <w:r w:rsidRPr="009D4A61">
        <w:rPr>
          <w:color w:val="808080" w:themeColor="background1" w:themeShade="80"/>
          <w:sz w:val="18"/>
          <w:szCs w:val="18"/>
        </w:rPr>
        <w:t xml:space="preserve"> i </w:t>
      </w:r>
      <w:r w:rsidRPr="009D4A61">
        <w:rPr>
          <w:b/>
          <w:bCs/>
          <w:color w:val="808080" w:themeColor="background1" w:themeShade="80"/>
          <w:sz w:val="18"/>
          <w:szCs w:val="18"/>
        </w:rPr>
        <w:t>zajedničkog</w:t>
      </w:r>
      <w:r w:rsidRPr="009D4A61">
        <w:rPr>
          <w:color w:val="808080" w:themeColor="background1" w:themeShade="80"/>
          <w:sz w:val="18"/>
          <w:szCs w:val="18"/>
        </w:rPr>
        <w:t xml:space="preserve"> susreta s Isusom u euharistiji, tj. pričesti)</w:t>
      </w:r>
    </w:p>
    <w:p w14:paraId="5F916CF7" w14:textId="6811E17E" w:rsidR="00BB00CD" w:rsidRDefault="00BB00CD">
      <w:pPr>
        <w:spacing w:before="220"/>
      </w:pPr>
      <w:r w:rsidRPr="00BB00CD">
        <w:rPr>
          <w:highlight w:val="cyan"/>
        </w:rPr>
        <w:t>c)</w:t>
      </w:r>
      <w:r>
        <w:t xml:space="preserve"> </w:t>
      </w:r>
      <w:r w:rsidRPr="00BB00CD">
        <w:t>Učenici će pogledati video-zapis: „Kako kršćani mole?“</w:t>
      </w:r>
      <w:r>
        <w:t>;</w:t>
      </w:r>
      <w:r w:rsidRPr="00BB00CD">
        <w:t xml:space="preserve"> 1</w:t>
      </w:r>
      <w:r>
        <w:t>:</w:t>
      </w:r>
      <w:r w:rsidRPr="00BB00CD">
        <w:t>7</w:t>
      </w:r>
      <w:r>
        <w:t xml:space="preserve">; </w:t>
      </w:r>
      <w:r w:rsidRPr="00BB00CD">
        <w:t>Izvor: Lectio Brevis</w:t>
      </w:r>
      <w:r>
        <w:t xml:space="preserve">, </w:t>
      </w:r>
      <w:r w:rsidRPr="00BB00CD">
        <w:t>YouTube</w:t>
      </w:r>
    </w:p>
    <w:p w14:paraId="77C42077" w14:textId="14017E41" w:rsidR="00BB00CD" w:rsidRDefault="00BB00CD">
      <w:pPr>
        <w:spacing w:before="220"/>
      </w:pPr>
      <w:r>
        <w:rPr>
          <w:noProof/>
        </w:rPr>
        <w:drawing>
          <wp:inline distT="0" distB="0" distL="0" distR="0" wp14:anchorId="18553A3D" wp14:editId="2223931D">
            <wp:extent cx="2401200" cy="1800000"/>
            <wp:effectExtent l="0" t="0" r="0" b="0"/>
            <wp:docPr id="783504618" name="Videozapis 2" descr="Kako kršćani mole (5 Susret s Bogom u molitvi) || 5. razred Katoličkog vjeronauk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504618" name="Videozapis 2" descr="Kako kršćani mole (5 Susret s Bogom u molitvi) || 5. razred Katoličkog vjeronauka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Q0MhmmpuOBY?feature=oembed&quot; frameborder=&quot;0&quot; allow=&quot;accelerometer; autoplay; clipboard-write; encrypted-media; gyroscope; picture-in-picture; web-share&quot; referrerpolicy=&quot;strict-origin-when-cross-origin&quot; allowfullscreen=&quot;&quot; title=&quot;Kako kršćani mole (5 Susret s Bogom u molitvi) || 5. razred Katoličkog vjeronauka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EF650" w14:textId="22923F41" w:rsidR="00E64D18" w:rsidRDefault="004A038F">
      <w:pPr>
        <w:spacing w:before="220"/>
      </w:pPr>
      <w:r>
        <w:t>Ili:</w:t>
      </w:r>
    </w:p>
    <w:p w14:paraId="44ECB6F2" w14:textId="77777777" w:rsidR="009D4A61" w:rsidRDefault="004A038F">
      <w:pPr>
        <w:jc w:val="both"/>
      </w:pPr>
      <w:r>
        <w:t xml:space="preserve">Učenici će tekst pročitati zajednički, odgovoriti na pitanja i u bilježnici nacrtati slijed: </w:t>
      </w:r>
    </w:p>
    <w:p w14:paraId="70C1AA32" w14:textId="77777777" w:rsidR="009D4A61" w:rsidRDefault="009D4A61">
      <w:pPr>
        <w:jc w:val="both"/>
      </w:pPr>
    </w:p>
    <w:p w14:paraId="600C39B2" w14:textId="50AB3A39" w:rsidR="00E64D18" w:rsidRPr="009D4A61" w:rsidRDefault="004A038F" w:rsidP="009D4A61">
      <w:pPr>
        <w:jc w:val="center"/>
        <w:rPr>
          <w:color w:val="002060"/>
          <w:sz w:val="40"/>
          <w:szCs w:val="40"/>
        </w:rPr>
      </w:pPr>
      <w:r w:rsidRPr="009D4A61">
        <w:rPr>
          <w:color w:val="002060"/>
          <w:sz w:val="40"/>
          <w:szCs w:val="40"/>
        </w:rPr>
        <w:t>NAČINI MOLITVE → VRSTE MOLITVE → SVETA MISA → PAZI NA PRAZNOVJERJE</w:t>
      </w:r>
    </w:p>
    <w:p w14:paraId="500E4B50" w14:textId="77777777" w:rsidR="00E64D18" w:rsidRDefault="004A038F">
      <w:pPr>
        <w:spacing w:before="220"/>
        <w:jc w:val="both"/>
      </w:pPr>
      <w:r>
        <w:t>Razgovor:</w:t>
      </w:r>
    </w:p>
    <w:p w14:paraId="4F6C1A3F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Na koje načine kršćani mogu moliti? </w:t>
      </w:r>
      <w:r>
        <w:rPr>
          <w:color w:val="6B6B6B"/>
          <w:sz w:val="18"/>
        </w:rPr>
        <w:t>(Riječima, pjesmom, sami, s drugima, napisanim ili vlastitim riječima, uz Bibliju i razmatranje.)</w:t>
      </w:r>
    </w:p>
    <w:p w14:paraId="0137C918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Koje vrste molitve navodi udžbenik? </w:t>
      </w:r>
      <w:r>
        <w:rPr>
          <w:color w:val="6B6B6B"/>
          <w:sz w:val="18"/>
        </w:rPr>
        <w:t>(Slavu/pohvalu, zahvalu, kajanje, meditaciju i molbu.)</w:t>
      </w:r>
    </w:p>
    <w:p w14:paraId="542A47E7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Koju molitvu tekst naziva najuzvišenijom? </w:t>
      </w:r>
      <w:r>
        <w:rPr>
          <w:color w:val="6B6B6B"/>
          <w:sz w:val="18"/>
        </w:rPr>
        <w:t>(Svetu misu.)</w:t>
      </w:r>
    </w:p>
    <w:p w14:paraId="6E0C39EC" w14:textId="77777777" w:rsidR="00AC2DB0" w:rsidRPr="00AC2DB0" w:rsidRDefault="004A038F" w:rsidP="00AC2DB0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Kako tekst naziva krivi oblik traženja božanskih moći? </w:t>
      </w:r>
      <w:r>
        <w:rPr>
          <w:color w:val="6B6B6B"/>
          <w:sz w:val="18"/>
        </w:rPr>
        <w:t>(Praznovjerjem.)</w:t>
      </w:r>
    </w:p>
    <w:p w14:paraId="56B26947" w14:textId="77777777" w:rsidR="00AC2DB0" w:rsidRDefault="00AC2DB0" w:rsidP="00AC2DB0">
      <w:pPr>
        <w:spacing w:after="20"/>
        <w:jc w:val="both"/>
      </w:pPr>
    </w:p>
    <w:p w14:paraId="35BB0B3C" w14:textId="53D68EBE" w:rsidR="00AC2DB0" w:rsidRDefault="00AC2DB0" w:rsidP="00AC2DB0">
      <w:pPr>
        <w:spacing w:after="20"/>
        <w:jc w:val="both"/>
      </w:pPr>
      <w:r>
        <w:t>Shematski prikaz i ključni naglasci:</w:t>
      </w:r>
    </w:p>
    <w:p w14:paraId="744DF188" w14:textId="77777777" w:rsidR="00AC2DB0" w:rsidRDefault="00AC2DB0" w:rsidP="00AC2DB0">
      <w:pPr>
        <w:spacing w:after="20"/>
        <w:jc w:val="both"/>
      </w:pPr>
    </w:p>
    <w:p w14:paraId="12528053" w14:textId="7B39125D" w:rsidR="00AC2DB0" w:rsidRPr="00AC2DB0" w:rsidRDefault="00AC2DB0" w:rsidP="009D4A6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</w:pPr>
      <w:r w:rsidRPr="00AC2DB0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hr-HR" w:eastAsia="hr-HR"/>
        </w:rPr>
        <w:drawing>
          <wp:inline distT="0" distB="0" distL="0" distR="0" wp14:anchorId="57C3EC71" wp14:editId="102FBEB9">
            <wp:extent cx="4320000" cy="3240000"/>
            <wp:effectExtent l="0" t="0" r="4445" b="0"/>
            <wp:docPr id="39908701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2F827" w14:textId="77777777" w:rsidR="00E64D18" w:rsidRDefault="004A038F">
      <w:pPr>
        <w:spacing w:before="220" w:after="220"/>
        <w:jc w:val="both"/>
      </w:pPr>
      <w:r>
        <w:rPr>
          <w:b/>
          <w:color w:val="5A8F3D"/>
          <w:sz w:val="36"/>
        </w:rPr>
        <w:t xml:space="preserve">Kršćanski naglasak: </w:t>
      </w:r>
      <w:r>
        <w:rPr>
          <w:sz w:val="36"/>
        </w:rPr>
        <w:t>Kršćanin u molitvi ne pokušava prisiliti Boga da ispuni njegovu volju. Istinska molitva izrasta iz povjerenja, zahvalnosti, kajanja, slavljenja i molbe te ostavlja prostor Božjoj mudrosti i slobodi.</w:t>
      </w:r>
    </w:p>
    <w:p w14:paraId="3766D4CC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2: Načini molitve </w:t>
      </w:r>
      <w:r>
        <w:rPr>
          <w:i/>
          <w:color w:val="6B6B6B"/>
          <w:sz w:val="20"/>
        </w:rPr>
        <w:t>(individualni rad, 6 minuta)</w:t>
      </w:r>
    </w:p>
    <w:p w14:paraId="7EFE6DC6" w14:textId="77777777" w:rsidR="00E64D18" w:rsidRDefault="004A038F">
      <w:pPr>
        <w:jc w:val="both"/>
      </w:pPr>
      <w:r>
        <w:t>Učenici će razvrstati osam primjera u skupine: RIJEČI – PJESMA – TIŠINA / RAZMATRANJE – ZAJEDNIŠTVO. Jedan primjer može pripadati dvjema skupinama ako obrazlože zašto.</w:t>
      </w:r>
    </w:p>
    <w:p w14:paraId="01C632B4" w14:textId="77777777" w:rsidR="00E64D18" w:rsidRDefault="004A038F" w:rsidP="009D4A61">
      <w:r>
        <w:rPr>
          <w:i/>
          <w:color w:val="6B6B6B"/>
          <w:sz w:val="21"/>
        </w:rPr>
        <w:t>Rješenje: Vlastite ili napisane riječi – RIJEČI; duhovna pjesma – PJESMA; razmišljanje o biblijskom retku – TIŠINA / RAZMATRANJE; obitelj i razred – ZAJEDNIŠTVO. Neki primjeri istodobno uključuju riječi i zajedništvo.</w:t>
      </w:r>
    </w:p>
    <w:p w14:paraId="22C67C55" w14:textId="77777777" w:rsidR="009D4A61" w:rsidRDefault="009D4A61" w:rsidP="009D4A61"/>
    <w:p w14:paraId="22609D1A" w14:textId="77777777" w:rsidR="009D4A61" w:rsidRDefault="009D4A61" w:rsidP="009D4A61"/>
    <w:p w14:paraId="36385AF6" w14:textId="2B06513B" w:rsidR="009D4A61" w:rsidRDefault="004A038F" w:rsidP="009D4A61">
      <w:pPr>
        <w:widowControl w:val="0"/>
        <w:spacing w:after="60"/>
      </w:pPr>
      <w:r>
        <w:t>Radni predložak:</w:t>
      </w:r>
    </w:p>
    <w:p w14:paraId="2DE8A909" w14:textId="0F9474E6" w:rsidR="009D4A61" w:rsidRPr="009D4A61" w:rsidRDefault="009D4A61" w:rsidP="009D4A61">
      <w:pPr>
        <w:keepNext/>
        <w:jc w:val="center"/>
        <w:rPr>
          <w:color w:val="002060"/>
          <w:sz w:val="40"/>
          <w:szCs w:val="40"/>
        </w:rPr>
      </w:pPr>
      <w:r w:rsidRPr="009D4A61">
        <w:rPr>
          <w:color w:val="002060"/>
          <w:sz w:val="40"/>
          <w:szCs w:val="40"/>
        </w:rPr>
        <w:t>TIŠINA / RAZMATRANJE –</w:t>
      </w:r>
      <w:r>
        <w:rPr>
          <w:color w:val="002060"/>
          <w:sz w:val="40"/>
          <w:szCs w:val="40"/>
        </w:rPr>
        <w:t xml:space="preserve"> </w:t>
      </w:r>
      <w:r w:rsidRPr="009D4A61">
        <w:rPr>
          <w:color w:val="002060"/>
          <w:sz w:val="40"/>
          <w:szCs w:val="40"/>
        </w:rPr>
        <w:t>ZAJEDNIŠTVO –</w:t>
      </w:r>
      <w:r>
        <w:rPr>
          <w:color w:val="002060"/>
          <w:sz w:val="40"/>
          <w:szCs w:val="40"/>
        </w:rPr>
        <w:t xml:space="preserve"> </w:t>
      </w:r>
      <w:r w:rsidRPr="009D4A61">
        <w:rPr>
          <w:color w:val="002060"/>
          <w:sz w:val="40"/>
          <w:szCs w:val="40"/>
        </w:rPr>
        <w:t xml:space="preserve">RIJEČI – PJESMA </w:t>
      </w:r>
    </w:p>
    <w:p w14:paraId="6EED41FE" w14:textId="77777777" w:rsidR="009D4A61" w:rsidRDefault="009D4A61" w:rsidP="009D4A61"/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7600"/>
        <w:gridCol w:w="3058"/>
      </w:tblGrid>
      <w:tr w:rsidR="00E64D18" w14:paraId="6673412E" w14:textId="77777777">
        <w:trPr>
          <w:cantSplit/>
        </w:trPr>
        <w:tc>
          <w:tcPr>
            <w:tcW w:w="7600" w:type="dxa"/>
            <w:shd w:val="clear" w:color="auto" w:fill="0070C0"/>
            <w:vAlign w:val="center"/>
          </w:tcPr>
          <w:p w14:paraId="62420D56" w14:textId="77777777" w:rsidR="00E64D18" w:rsidRDefault="004A038F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PRIMJER</w:t>
            </w:r>
          </w:p>
        </w:tc>
        <w:tc>
          <w:tcPr>
            <w:tcW w:w="3058" w:type="dxa"/>
            <w:shd w:val="clear" w:color="auto" w:fill="0070C0"/>
            <w:vAlign w:val="center"/>
          </w:tcPr>
          <w:p w14:paraId="1B069448" w14:textId="77777777" w:rsidR="00E64D18" w:rsidRDefault="004A038F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SKUPINA</w:t>
            </w:r>
          </w:p>
        </w:tc>
      </w:tr>
      <w:tr w:rsidR="00E64D18" w14:paraId="7E70329E" w14:textId="77777777">
        <w:trPr>
          <w:cantSplit/>
        </w:trPr>
        <w:tc>
          <w:tcPr>
            <w:tcW w:w="7600" w:type="dxa"/>
            <w:shd w:val="clear" w:color="auto" w:fill="FFFFFF"/>
            <w:vAlign w:val="center"/>
          </w:tcPr>
          <w:p w14:paraId="6E98764C" w14:textId="77777777" w:rsidR="00E64D18" w:rsidRDefault="004A038F">
            <w:pPr>
              <w:keepNext/>
              <w:jc w:val="both"/>
            </w:pPr>
            <w:r>
              <w:rPr>
                <w:sz w:val="40"/>
              </w:rPr>
              <w:t>molim svojim riječima</w:t>
            </w:r>
          </w:p>
        </w:tc>
        <w:tc>
          <w:tcPr>
            <w:tcW w:w="3058" w:type="dxa"/>
            <w:shd w:val="clear" w:color="auto" w:fill="FFFFFF"/>
            <w:vAlign w:val="center"/>
          </w:tcPr>
          <w:p w14:paraId="69FF33B9" w14:textId="030542FF" w:rsidR="00E64D18" w:rsidRPr="009D4A61" w:rsidRDefault="004A038F">
            <w:pPr>
              <w:keepNext/>
              <w:jc w:val="center"/>
              <w:rPr>
                <w:sz w:val="32"/>
                <w:szCs w:val="32"/>
              </w:rPr>
            </w:pPr>
            <w:r w:rsidRPr="009D4A61">
              <w:rPr>
                <w:sz w:val="32"/>
                <w:szCs w:val="32"/>
              </w:rPr>
              <w:t>___</w:t>
            </w:r>
            <w:r w:rsidR="009D4A61">
              <w:rPr>
                <w:sz w:val="32"/>
                <w:szCs w:val="32"/>
              </w:rPr>
              <w:t>_____</w:t>
            </w:r>
            <w:r w:rsidRPr="009D4A61">
              <w:rPr>
                <w:sz w:val="32"/>
                <w:szCs w:val="32"/>
              </w:rPr>
              <w:t>_________</w:t>
            </w:r>
          </w:p>
        </w:tc>
      </w:tr>
      <w:tr w:rsidR="009D4A61" w14:paraId="2467A016" w14:textId="77777777">
        <w:trPr>
          <w:cantSplit/>
        </w:trPr>
        <w:tc>
          <w:tcPr>
            <w:tcW w:w="7600" w:type="dxa"/>
            <w:shd w:val="clear" w:color="auto" w:fill="F5F5F5"/>
            <w:vAlign w:val="center"/>
          </w:tcPr>
          <w:p w14:paraId="3152E59D" w14:textId="77777777" w:rsidR="009D4A61" w:rsidRDefault="009D4A61" w:rsidP="009D4A61">
            <w:pPr>
              <w:keepNext/>
              <w:jc w:val="both"/>
            </w:pPr>
            <w:r>
              <w:rPr>
                <w:sz w:val="40"/>
              </w:rPr>
              <w:t>pjevam duhovnu pjesmu</w:t>
            </w:r>
          </w:p>
        </w:tc>
        <w:tc>
          <w:tcPr>
            <w:tcW w:w="3058" w:type="dxa"/>
            <w:shd w:val="clear" w:color="auto" w:fill="F5F5F5"/>
            <w:vAlign w:val="center"/>
          </w:tcPr>
          <w:p w14:paraId="543F8895" w14:textId="366FDBD6" w:rsidR="009D4A61" w:rsidRPr="009D4A61" w:rsidRDefault="009D4A61" w:rsidP="009D4A61">
            <w:pPr>
              <w:keepNext/>
              <w:jc w:val="center"/>
              <w:rPr>
                <w:sz w:val="32"/>
                <w:szCs w:val="32"/>
              </w:rPr>
            </w:pPr>
            <w:r w:rsidRPr="009D4A61">
              <w:rPr>
                <w:sz w:val="32"/>
                <w:szCs w:val="32"/>
              </w:rPr>
              <w:t>___</w:t>
            </w:r>
            <w:r>
              <w:rPr>
                <w:sz w:val="32"/>
                <w:szCs w:val="32"/>
              </w:rPr>
              <w:t>_____</w:t>
            </w:r>
            <w:r w:rsidRPr="009D4A61">
              <w:rPr>
                <w:sz w:val="32"/>
                <w:szCs w:val="32"/>
              </w:rPr>
              <w:t>_________</w:t>
            </w:r>
          </w:p>
        </w:tc>
      </w:tr>
      <w:tr w:rsidR="009D4A61" w14:paraId="720334D1" w14:textId="77777777">
        <w:trPr>
          <w:cantSplit/>
        </w:trPr>
        <w:tc>
          <w:tcPr>
            <w:tcW w:w="7600" w:type="dxa"/>
            <w:shd w:val="clear" w:color="auto" w:fill="FFFFFF"/>
            <w:vAlign w:val="center"/>
          </w:tcPr>
          <w:p w14:paraId="36752B4F" w14:textId="77777777" w:rsidR="009D4A61" w:rsidRDefault="009D4A61" w:rsidP="009D4A61">
            <w:pPr>
              <w:keepNext/>
              <w:jc w:val="both"/>
            </w:pPr>
            <w:r>
              <w:rPr>
                <w:sz w:val="40"/>
              </w:rPr>
              <w:t>u tišini razmišljam o biblijskom retku</w:t>
            </w:r>
          </w:p>
        </w:tc>
        <w:tc>
          <w:tcPr>
            <w:tcW w:w="3058" w:type="dxa"/>
            <w:shd w:val="clear" w:color="auto" w:fill="FFFFFF"/>
            <w:vAlign w:val="center"/>
          </w:tcPr>
          <w:p w14:paraId="480B3BD5" w14:textId="5B2F0AF1" w:rsidR="009D4A61" w:rsidRPr="009D4A61" w:rsidRDefault="009D4A61" w:rsidP="009D4A61">
            <w:pPr>
              <w:keepNext/>
              <w:jc w:val="center"/>
              <w:rPr>
                <w:sz w:val="32"/>
                <w:szCs w:val="32"/>
              </w:rPr>
            </w:pPr>
            <w:r w:rsidRPr="009D4A61">
              <w:rPr>
                <w:sz w:val="32"/>
                <w:szCs w:val="32"/>
              </w:rPr>
              <w:t>___</w:t>
            </w:r>
            <w:r>
              <w:rPr>
                <w:sz w:val="32"/>
                <w:szCs w:val="32"/>
              </w:rPr>
              <w:t>_____</w:t>
            </w:r>
            <w:r w:rsidRPr="009D4A61">
              <w:rPr>
                <w:sz w:val="32"/>
                <w:szCs w:val="32"/>
              </w:rPr>
              <w:t>_________</w:t>
            </w:r>
          </w:p>
        </w:tc>
      </w:tr>
      <w:tr w:rsidR="009D4A61" w14:paraId="5599420F" w14:textId="77777777">
        <w:trPr>
          <w:cantSplit/>
        </w:trPr>
        <w:tc>
          <w:tcPr>
            <w:tcW w:w="7600" w:type="dxa"/>
            <w:shd w:val="clear" w:color="auto" w:fill="F5F5F5"/>
            <w:vAlign w:val="center"/>
          </w:tcPr>
          <w:p w14:paraId="000E18FC" w14:textId="77777777" w:rsidR="009D4A61" w:rsidRDefault="009D4A61" w:rsidP="009D4A61">
            <w:pPr>
              <w:keepNext/>
              <w:jc w:val="both"/>
            </w:pPr>
            <w:r>
              <w:rPr>
                <w:sz w:val="40"/>
              </w:rPr>
              <w:t>molim s obitelji</w:t>
            </w:r>
          </w:p>
        </w:tc>
        <w:tc>
          <w:tcPr>
            <w:tcW w:w="3058" w:type="dxa"/>
            <w:shd w:val="clear" w:color="auto" w:fill="F5F5F5"/>
            <w:vAlign w:val="center"/>
          </w:tcPr>
          <w:p w14:paraId="37E1341E" w14:textId="083F6A3F" w:rsidR="009D4A61" w:rsidRPr="009D4A61" w:rsidRDefault="009D4A61" w:rsidP="009D4A61">
            <w:pPr>
              <w:keepNext/>
              <w:jc w:val="center"/>
              <w:rPr>
                <w:sz w:val="32"/>
                <w:szCs w:val="32"/>
              </w:rPr>
            </w:pPr>
            <w:r w:rsidRPr="009D4A61">
              <w:rPr>
                <w:sz w:val="32"/>
                <w:szCs w:val="32"/>
              </w:rPr>
              <w:t>___</w:t>
            </w:r>
            <w:r>
              <w:rPr>
                <w:sz w:val="32"/>
                <w:szCs w:val="32"/>
              </w:rPr>
              <w:t>_____</w:t>
            </w:r>
            <w:r w:rsidRPr="009D4A61">
              <w:rPr>
                <w:sz w:val="32"/>
                <w:szCs w:val="32"/>
              </w:rPr>
              <w:t>_________</w:t>
            </w:r>
          </w:p>
        </w:tc>
      </w:tr>
      <w:tr w:rsidR="009D4A61" w14:paraId="759F99F0" w14:textId="77777777">
        <w:trPr>
          <w:cantSplit/>
        </w:trPr>
        <w:tc>
          <w:tcPr>
            <w:tcW w:w="7600" w:type="dxa"/>
            <w:shd w:val="clear" w:color="auto" w:fill="FFFFFF"/>
            <w:vAlign w:val="center"/>
          </w:tcPr>
          <w:p w14:paraId="738814C9" w14:textId="77777777" w:rsidR="009D4A61" w:rsidRDefault="009D4A61" w:rsidP="009D4A61">
            <w:pPr>
              <w:keepNext/>
              <w:jc w:val="both"/>
            </w:pPr>
            <w:r>
              <w:rPr>
                <w:sz w:val="40"/>
              </w:rPr>
              <w:t>čitam napisanu molitvu</w:t>
            </w:r>
          </w:p>
        </w:tc>
        <w:tc>
          <w:tcPr>
            <w:tcW w:w="3058" w:type="dxa"/>
            <w:shd w:val="clear" w:color="auto" w:fill="FFFFFF"/>
            <w:vAlign w:val="center"/>
          </w:tcPr>
          <w:p w14:paraId="46924CF8" w14:textId="1C8FCF33" w:rsidR="009D4A61" w:rsidRPr="009D4A61" w:rsidRDefault="009D4A61" w:rsidP="009D4A61">
            <w:pPr>
              <w:keepNext/>
              <w:jc w:val="center"/>
              <w:rPr>
                <w:sz w:val="32"/>
                <w:szCs w:val="32"/>
              </w:rPr>
            </w:pPr>
            <w:r w:rsidRPr="009D4A61">
              <w:rPr>
                <w:sz w:val="32"/>
                <w:szCs w:val="32"/>
              </w:rPr>
              <w:t>___</w:t>
            </w:r>
            <w:r>
              <w:rPr>
                <w:sz w:val="32"/>
                <w:szCs w:val="32"/>
              </w:rPr>
              <w:t>_____</w:t>
            </w:r>
            <w:r w:rsidRPr="009D4A61">
              <w:rPr>
                <w:sz w:val="32"/>
                <w:szCs w:val="32"/>
              </w:rPr>
              <w:t>_________</w:t>
            </w:r>
          </w:p>
        </w:tc>
      </w:tr>
      <w:tr w:rsidR="009D4A61" w14:paraId="5567C2CA" w14:textId="77777777">
        <w:trPr>
          <w:cantSplit/>
        </w:trPr>
        <w:tc>
          <w:tcPr>
            <w:tcW w:w="7600" w:type="dxa"/>
            <w:shd w:val="clear" w:color="auto" w:fill="F5F5F5"/>
            <w:vAlign w:val="center"/>
          </w:tcPr>
          <w:p w14:paraId="06E16FD9" w14:textId="77777777" w:rsidR="009D4A61" w:rsidRDefault="009D4A61" w:rsidP="009D4A61">
            <w:pPr>
              <w:jc w:val="both"/>
            </w:pPr>
            <w:r>
              <w:rPr>
                <w:sz w:val="40"/>
              </w:rPr>
              <w:t>s razredom molim za potrebne</w:t>
            </w:r>
          </w:p>
        </w:tc>
        <w:tc>
          <w:tcPr>
            <w:tcW w:w="3058" w:type="dxa"/>
            <w:shd w:val="clear" w:color="auto" w:fill="F5F5F5"/>
            <w:vAlign w:val="center"/>
          </w:tcPr>
          <w:p w14:paraId="118C7B6D" w14:textId="04AFC3D3" w:rsidR="009D4A61" w:rsidRPr="009D4A61" w:rsidRDefault="009D4A61" w:rsidP="009D4A61">
            <w:pPr>
              <w:jc w:val="center"/>
              <w:rPr>
                <w:sz w:val="32"/>
                <w:szCs w:val="32"/>
              </w:rPr>
            </w:pPr>
            <w:r w:rsidRPr="009D4A61">
              <w:rPr>
                <w:sz w:val="32"/>
                <w:szCs w:val="32"/>
              </w:rPr>
              <w:t>___</w:t>
            </w:r>
            <w:r>
              <w:rPr>
                <w:sz w:val="32"/>
                <w:szCs w:val="32"/>
              </w:rPr>
              <w:t>_____</w:t>
            </w:r>
            <w:r w:rsidRPr="009D4A61">
              <w:rPr>
                <w:sz w:val="32"/>
                <w:szCs w:val="32"/>
              </w:rPr>
              <w:t>_________</w:t>
            </w:r>
          </w:p>
        </w:tc>
      </w:tr>
    </w:tbl>
    <w:p w14:paraId="08A89016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3: Pet vrsta molitve </w:t>
      </w:r>
      <w:r>
        <w:rPr>
          <w:i/>
          <w:color w:val="6B6B6B"/>
          <w:sz w:val="20"/>
        </w:rPr>
        <w:t>(rad u paru, 7 minuta)</w:t>
      </w:r>
    </w:p>
    <w:p w14:paraId="45AC4128" w14:textId="77777777" w:rsidR="00E64D18" w:rsidRDefault="004A038F">
      <w:pPr>
        <w:jc w:val="both"/>
      </w:pPr>
      <w:r>
        <w:t>Rad u paru. Učenici će spojiti vrstu molitve s primjerom. Zatim partner A smišlja novi primjer, a partner B određuje vrstu i obrazlaže izbor.</w:t>
      </w:r>
    </w:p>
    <w:p w14:paraId="7C4C78F7" w14:textId="77777777" w:rsidR="00E64D18" w:rsidRDefault="004A038F">
      <w:pPr>
        <w:jc w:val="both"/>
      </w:pPr>
      <w:r>
        <w:rPr>
          <w:i/>
          <w:color w:val="6B6B6B"/>
          <w:sz w:val="21"/>
        </w:rPr>
        <w:t>Rješenje: Parovi su već točno spojeni. Novi učenički primjer prihvaća se ako sadržaj odgovara vrsti molitve i učenik ga može obrazložiti.</w:t>
      </w:r>
    </w:p>
    <w:p w14:paraId="1CC988FA" w14:textId="77777777" w:rsidR="00E64D18" w:rsidRDefault="004A038F">
      <w:pPr>
        <w:keepNext/>
        <w:spacing w:before="220"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7258"/>
      </w:tblGrid>
      <w:tr w:rsidR="00E64D18" w14:paraId="3C0E8FE6" w14:textId="77777777">
        <w:trPr>
          <w:cantSplit/>
        </w:trPr>
        <w:tc>
          <w:tcPr>
            <w:tcW w:w="3400" w:type="dxa"/>
            <w:shd w:val="clear" w:color="auto" w:fill="0070C0"/>
            <w:vAlign w:val="center"/>
          </w:tcPr>
          <w:p w14:paraId="7A98B25D" w14:textId="77777777" w:rsidR="00E64D18" w:rsidRDefault="004A038F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VRSTA</w:t>
            </w:r>
          </w:p>
        </w:tc>
        <w:tc>
          <w:tcPr>
            <w:tcW w:w="7258" w:type="dxa"/>
            <w:shd w:val="clear" w:color="auto" w:fill="0070C0"/>
            <w:vAlign w:val="center"/>
          </w:tcPr>
          <w:p w14:paraId="4EFF87EE" w14:textId="77777777" w:rsidR="00E64D18" w:rsidRDefault="004A038F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PRIMJER</w:t>
            </w:r>
          </w:p>
        </w:tc>
      </w:tr>
      <w:tr w:rsidR="00E64D18" w14:paraId="3543B1BA" w14:textId="77777777">
        <w:trPr>
          <w:cantSplit/>
        </w:trPr>
        <w:tc>
          <w:tcPr>
            <w:tcW w:w="3400" w:type="dxa"/>
            <w:shd w:val="clear" w:color="auto" w:fill="FFFFFF"/>
            <w:vAlign w:val="center"/>
          </w:tcPr>
          <w:p w14:paraId="15B34D9D" w14:textId="77777777" w:rsidR="00E64D18" w:rsidRDefault="004A038F">
            <w:pPr>
              <w:keepNext/>
              <w:jc w:val="both"/>
            </w:pPr>
            <w:r>
              <w:rPr>
                <w:sz w:val="40"/>
              </w:rPr>
              <w:t>SLAVA / POHVALA</w:t>
            </w:r>
          </w:p>
        </w:tc>
        <w:tc>
          <w:tcPr>
            <w:tcW w:w="7258" w:type="dxa"/>
            <w:shd w:val="clear" w:color="auto" w:fill="FFFFFF"/>
            <w:vAlign w:val="center"/>
          </w:tcPr>
          <w:p w14:paraId="1AB53875" w14:textId="77777777" w:rsidR="00E64D18" w:rsidRDefault="004A038F" w:rsidP="00B52C1F">
            <w:pPr>
              <w:keepNext/>
            </w:pPr>
            <w:r>
              <w:rPr>
                <w:sz w:val="40"/>
              </w:rPr>
              <w:t>„Bože, velik si i dobar.“</w:t>
            </w:r>
          </w:p>
        </w:tc>
      </w:tr>
      <w:tr w:rsidR="00E64D18" w14:paraId="05549801" w14:textId="77777777">
        <w:trPr>
          <w:cantSplit/>
        </w:trPr>
        <w:tc>
          <w:tcPr>
            <w:tcW w:w="3400" w:type="dxa"/>
            <w:shd w:val="clear" w:color="auto" w:fill="F5F5F5"/>
            <w:vAlign w:val="center"/>
          </w:tcPr>
          <w:p w14:paraId="01060284" w14:textId="77777777" w:rsidR="00E64D18" w:rsidRDefault="004A038F">
            <w:pPr>
              <w:keepNext/>
              <w:jc w:val="both"/>
            </w:pPr>
            <w:r>
              <w:rPr>
                <w:sz w:val="40"/>
              </w:rPr>
              <w:t>ZAHVALA</w:t>
            </w:r>
          </w:p>
        </w:tc>
        <w:tc>
          <w:tcPr>
            <w:tcW w:w="7258" w:type="dxa"/>
            <w:shd w:val="clear" w:color="auto" w:fill="F5F5F5"/>
            <w:vAlign w:val="center"/>
          </w:tcPr>
          <w:p w14:paraId="5E9B428A" w14:textId="77777777" w:rsidR="00E64D18" w:rsidRDefault="004A038F" w:rsidP="00B52C1F">
            <w:pPr>
              <w:keepNext/>
            </w:pPr>
            <w:r>
              <w:rPr>
                <w:sz w:val="40"/>
              </w:rPr>
              <w:t>„Hvala Ti za ljude koji me vole.“</w:t>
            </w:r>
          </w:p>
        </w:tc>
      </w:tr>
      <w:tr w:rsidR="00E64D18" w14:paraId="7452B258" w14:textId="77777777">
        <w:trPr>
          <w:cantSplit/>
        </w:trPr>
        <w:tc>
          <w:tcPr>
            <w:tcW w:w="3400" w:type="dxa"/>
            <w:shd w:val="clear" w:color="auto" w:fill="FFFFFF"/>
            <w:vAlign w:val="center"/>
          </w:tcPr>
          <w:p w14:paraId="19582493" w14:textId="77777777" w:rsidR="00E64D18" w:rsidRDefault="004A038F">
            <w:pPr>
              <w:keepNext/>
              <w:jc w:val="both"/>
            </w:pPr>
            <w:r>
              <w:rPr>
                <w:sz w:val="40"/>
              </w:rPr>
              <w:t>KAJANJE</w:t>
            </w:r>
          </w:p>
        </w:tc>
        <w:tc>
          <w:tcPr>
            <w:tcW w:w="7258" w:type="dxa"/>
            <w:shd w:val="clear" w:color="auto" w:fill="FFFFFF"/>
            <w:vAlign w:val="center"/>
          </w:tcPr>
          <w:p w14:paraId="657FD672" w14:textId="77777777" w:rsidR="00E64D18" w:rsidRDefault="004A038F" w:rsidP="00B52C1F">
            <w:pPr>
              <w:keepNext/>
            </w:pPr>
            <w:r>
              <w:rPr>
                <w:sz w:val="40"/>
              </w:rPr>
              <w:t>„Žao mi je zbog ružne riječi.“</w:t>
            </w:r>
          </w:p>
        </w:tc>
      </w:tr>
      <w:tr w:rsidR="00E64D18" w14:paraId="6C037366" w14:textId="77777777">
        <w:trPr>
          <w:cantSplit/>
        </w:trPr>
        <w:tc>
          <w:tcPr>
            <w:tcW w:w="3400" w:type="dxa"/>
            <w:shd w:val="clear" w:color="auto" w:fill="F5F5F5"/>
            <w:vAlign w:val="center"/>
          </w:tcPr>
          <w:p w14:paraId="2390DF7E" w14:textId="77777777" w:rsidR="00E64D18" w:rsidRDefault="004A038F">
            <w:pPr>
              <w:keepNext/>
              <w:jc w:val="both"/>
            </w:pPr>
            <w:r>
              <w:rPr>
                <w:sz w:val="40"/>
              </w:rPr>
              <w:t>MEDITACIJA</w:t>
            </w:r>
          </w:p>
        </w:tc>
        <w:tc>
          <w:tcPr>
            <w:tcW w:w="7258" w:type="dxa"/>
            <w:shd w:val="clear" w:color="auto" w:fill="F5F5F5"/>
            <w:vAlign w:val="center"/>
          </w:tcPr>
          <w:p w14:paraId="07DAB2A1" w14:textId="77777777" w:rsidR="00E64D18" w:rsidRDefault="004A038F" w:rsidP="00B52C1F">
            <w:pPr>
              <w:keepNext/>
            </w:pPr>
            <w:r>
              <w:rPr>
                <w:sz w:val="40"/>
              </w:rPr>
              <w:t>U tišini razmišljam o Isusovoj riječi.</w:t>
            </w:r>
          </w:p>
        </w:tc>
      </w:tr>
      <w:tr w:rsidR="00E64D18" w14:paraId="42375CB5" w14:textId="77777777">
        <w:trPr>
          <w:cantSplit/>
        </w:trPr>
        <w:tc>
          <w:tcPr>
            <w:tcW w:w="3400" w:type="dxa"/>
            <w:shd w:val="clear" w:color="auto" w:fill="FFFFFF"/>
            <w:vAlign w:val="center"/>
          </w:tcPr>
          <w:p w14:paraId="5B6EF0A3" w14:textId="77777777" w:rsidR="00E64D18" w:rsidRDefault="004A038F">
            <w:pPr>
              <w:jc w:val="both"/>
            </w:pPr>
            <w:r>
              <w:rPr>
                <w:sz w:val="40"/>
              </w:rPr>
              <w:t>MOLBA</w:t>
            </w:r>
          </w:p>
        </w:tc>
        <w:tc>
          <w:tcPr>
            <w:tcW w:w="7258" w:type="dxa"/>
            <w:shd w:val="clear" w:color="auto" w:fill="FFFFFF"/>
            <w:vAlign w:val="center"/>
          </w:tcPr>
          <w:p w14:paraId="4A127C4C" w14:textId="77777777" w:rsidR="00E64D18" w:rsidRDefault="004A038F" w:rsidP="00B52C1F">
            <w:r>
              <w:rPr>
                <w:sz w:val="40"/>
              </w:rPr>
              <w:t>„Pomozi bolesnima i daj mi snagu za dobro.“</w:t>
            </w:r>
          </w:p>
        </w:tc>
      </w:tr>
    </w:tbl>
    <w:p w14:paraId="60EC5136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4: Sveta misa – najuzvišenija molitva </w:t>
      </w:r>
      <w:r>
        <w:rPr>
          <w:i/>
          <w:color w:val="6B6B6B"/>
          <w:sz w:val="20"/>
        </w:rPr>
        <w:t>(rad u skupinama, 7 minuta)</w:t>
      </w:r>
    </w:p>
    <w:p w14:paraId="64F46D11" w14:textId="77777777" w:rsidR="00E64D18" w:rsidRDefault="004A038F">
      <w:pPr>
        <w:jc w:val="both"/>
      </w:pPr>
      <w:r>
        <w:t>Rad u skupinama. Učenici će promatrati fotografiju na str. 63 s kaležom, hostijom, križem, Biblijom i krunicom. Svaka skupina bira dva vidljiva znaka i objašnjava s kojim oblikom kršćanske molitve ih povezuje. Zatim pronalaze tvrdnju iz teksta o svetoj misi.</w:t>
      </w:r>
    </w:p>
    <w:p w14:paraId="100906F6" w14:textId="77777777" w:rsidR="00E64D18" w:rsidRDefault="004A038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Sigurno opažanje: na fotografiji se vide kalež, hostija, križ, Biblija i krunica. Tekst izričito navodi: „Najuzvišenija molitva jest sveta misa.“ Ostale poveznice učenici obrazlažu prema vlastitome iskustvu i znanju, bez izmišljanja podataka o fotografiji.</w:t>
      </w:r>
    </w:p>
    <w:p w14:paraId="487F4500" w14:textId="77777777" w:rsidR="00B52C1F" w:rsidRDefault="00B52C1F" w:rsidP="00B52C1F"/>
    <w:p w14:paraId="06FC73EB" w14:textId="4BF68A18" w:rsidR="00B52C1F" w:rsidRDefault="00B52C1F" w:rsidP="00B52C1F">
      <w:pPr>
        <w:jc w:val="center"/>
      </w:pPr>
      <w:r>
        <w:rPr>
          <w:noProof/>
        </w:rPr>
        <w:drawing>
          <wp:inline distT="0" distB="0" distL="0" distR="0" wp14:anchorId="747A315C" wp14:editId="4C1C8FC3">
            <wp:extent cx="2160000" cy="3240000"/>
            <wp:effectExtent l="0" t="0" r="0" b="0"/>
            <wp:docPr id="139150961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CC06B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5: Krunica – pet činjenica </w:t>
      </w:r>
      <w:r>
        <w:rPr>
          <w:i/>
          <w:color w:val="6B6B6B"/>
          <w:sz w:val="20"/>
        </w:rPr>
        <w:t>(rad u paru, 9 minuta)</w:t>
      </w:r>
    </w:p>
    <w:p w14:paraId="124E936E" w14:textId="2D0DA3C8" w:rsidR="00E64D18" w:rsidRDefault="004A038F">
      <w:pPr>
        <w:jc w:val="both"/>
      </w:pPr>
      <w:r>
        <w:t xml:space="preserve">Rad u paru. Učenici će pročitati tekst </w:t>
      </w:r>
      <w:r w:rsidR="00B52C1F">
        <w:t>iz</w:t>
      </w:r>
      <w:r>
        <w:t xml:space="preserve"> digitalno</w:t>
      </w:r>
      <w:r w:rsidR="00B52C1F">
        <w:t>g</w:t>
      </w:r>
      <w:r>
        <w:t xml:space="preserve"> udžbenik</w:t>
      </w:r>
      <w:r w:rsidR="00B52C1F">
        <w:t>a</w:t>
      </w:r>
      <w:r>
        <w:t>, str. 63. Izdvajaju pet činjenica: kome je pobožnost usmjerena, što promatramo, kako se naziva krunica, koliko je desetica spomenuto i koja su četiri imena skupina otajstava.</w:t>
      </w:r>
    </w:p>
    <w:p w14:paraId="1A0B0D8D" w14:textId="77777777" w:rsidR="00B52C1F" w:rsidRDefault="00B52C1F" w:rsidP="00B52C1F">
      <w:pPr>
        <w:jc w:val="both"/>
      </w:pPr>
      <w:r>
        <w:rPr>
          <w:i/>
          <w:color w:val="6B6B6B"/>
          <w:sz w:val="21"/>
        </w:rPr>
        <w:t>Rješenje: Blaženoj Djevici Mariji; Isusov život, smrt i uskrsnuće; „skraćeno Evanđelje“; pet puta po deset Zdravo Marija; radosna, žalosna, slavna i otajstva svjetla.</w:t>
      </w:r>
    </w:p>
    <w:p w14:paraId="31B22390" w14:textId="77777777" w:rsidR="00B52C1F" w:rsidRDefault="00B52C1F">
      <w:pPr>
        <w:jc w:val="both"/>
      </w:pPr>
    </w:p>
    <w:p w14:paraId="5F59C7AD" w14:textId="77777777" w:rsidR="00B52C1F" w:rsidRDefault="00B52C1F">
      <w:pPr>
        <w:jc w:val="both"/>
      </w:pP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E64D18" w14:paraId="2406AFDE" w14:textId="77777777">
        <w:trPr>
          <w:cantSplit/>
        </w:trPr>
        <w:tc>
          <w:tcPr>
            <w:tcW w:w="10681" w:type="dxa"/>
            <w:shd w:val="clear" w:color="auto" w:fill="F5F2FF"/>
          </w:tcPr>
          <w:p w14:paraId="6B7A8C2B" w14:textId="77777777" w:rsidR="00E64D18" w:rsidRDefault="004A038F" w:rsidP="00B52C1F">
            <w:pPr>
              <w:spacing w:after="40"/>
              <w:jc w:val="center"/>
            </w:pPr>
            <w:r>
              <w:rPr>
                <w:b/>
                <w:color w:val="7030A0"/>
                <w:sz w:val="44"/>
              </w:rPr>
              <w:t>KRUNICA</w:t>
            </w:r>
          </w:p>
          <w:p w14:paraId="57604A13" w14:textId="77777777" w:rsidR="00E64D18" w:rsidRPr="00B52C1F" w:rsidRDefault="004A038F">
            <w:pPr>
              <w:jc w:val="both"/>
              <w:rPr>
                <w:sz w:val="40"/>
                <w:szCs w:val="40"/>
              </w:rPr>
            </w:pPr>
            <w:r w:rsidRPr="00B52C1F">
              <w:rPr>
                <w:sz w:val="40"/>
                <w:szCs w:val="40"/>
              </w:rPr>
              <w:t>Krunica je katolički oblik pobožnosti prema Blaženoj Djevici Mariji. U krunici s Isusovom Majkom promatramo Isusov život, smrt i uskrsnuće. Krunica je zapravo skraćeno Evanđelje. Sastoji se, između ostaloga, od pet puta po deset Zdravo Marija. Dva mjeseca u godini, svibanj i listopad, na poseban su način posvećeni Mariji i tada se svakodnevno u našim crkvama moli krunica. Ovisno o trenutcima iz Isusova života koje razmatramo razlikujemo RADOSNA, ŽALOSNA, SLAVNA te OTAJSTVA SVJETLA.</w:t>
            </w:r>
          </w:p>
        </w:tc>
      </w:tr>
    </w:tbl>
    <w:p w14:paraId="1A23587A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6: Krunica – skraćeno Evanđelje </w:t>
      </w:r>
      <w:r>
        <w:rPr>
          <w:i/>
          <w:color w:val="6B6B6B"/>
          <w:sz w:val="20"/>
        </w:rPr>
        <w:t>(rad u skupinama, 7 minuta)</w:t>
      </w:r>
    </w:p>
    <w:p w14:paraId="5905FCB6" w14:textId="77777777" w:rsidR="00E64D18" w:rsidRDefault="004A038F">
      <w:pPr>
        <w:jc w:val="both"/>
      </w:pPr>
      <w:r>
        <w:t>Rad u skupinama. Učenici će u središte napisati ISUSOV ŽIVOT, SMRT I USKRSNUĆE, a oko toga rasporediti četiri naziva skupina otajstava. Izvjestitelj objašnjava zašto izraz „skraćeno Evanđelje“ ne znači da je krunica zasebno evanđelje, nego pobožnost koja razmatra Isusov život.</w:t>
      </w:r>
    </w:p>
    <w:p w14:paraId="55BCBB64" w14:textId="77777777" w:rsidR="00E64D18" w:rsidRDefault="004A038F">
      <w:pPr>
        <w:jc w:val="both"/>
      </w:pPr>
      <w:r>
        <w:rPr>
          <w:i/>
          <w:color w:val="6B6B6B"/>
          <w:sz w:val="21"/>
        </w:rPr>
        <w:t>Rješenje: Središte: Isusov život, smrt i uskrsnuće. Oko njega: RADOSNA – ŽALOSNA – SLAVNA – OTAJSTVA SVJETLA. Krunica vodi vjernika kroz događaje Isusova života u molitvi s Marijom.</w:t>
      </w:r>
    </w:p>
    <w:p w14:paraId="446DCD09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7: Istinska molitva ili praznovjerje? </w:t>
      </w:r>
      <w:r>
        <w:rPr>
          <w:i/>
          <w:color w:val="6B6B6B"/>
          <w:sz w:val="20"/>
        </w:rPr>
        <w:t>(individualni rad, 7 minuta)</w:t>
      </w:r>
    </w:p>
    <w:p w14:paraId="435FA6B7" w14:textId="77777777" w:rsidR="00E64D18" w:rsidRDefault="004A038F">
      <w:pPr>
        <w:jc w:val="both"/>
      </w:pPr>
      <w:r>
        <w:t>Učenici će uz svaki opis napisati M – molitva ili P – praznovjerje. Kod opisa P navode što je problem u takvu stavu.</w:t>
      </w:r>
    </w:p>
    <w:p w14:paraId="478B8928" w14:textId="77777777" w:rsidR="00E64D18" w:rsidRDefault="004A038F">
      <w:pPr>
        <w:jc w:val="both"/>
      </w:pPr>
      <w:r>
        <w:rPr>
          <w:i/>
          <w:color w:val="6B6B6B"/>
          <w:sz w:val="21"/>
        </w:rPr>
        <w:t>Rješenje: 1. M; 2. P – pokušava se „prisiliti“ Boga formulom; 3. M; 4. P – traži se božanska moć kao magijska kontrola. Kršćanska molitva je odnos povjerenja, ne magijska tehnika.</w:t>
      </w:r>
    </w:p>
    <w:p w14:paraId="4D7737EF" w14:textId="77777777" w:rsidR="00B52C1F" w:rsidRDefault="00B52C1F">
      <w:pPr>
        <w:keepNext/>
        <w:spacing w:before="220"/>
      </w:pPr>
    </w:p>
    <w:p w14:paraId="4F1992BB" w14:textId="3513A394" w:rsidR="00E64D18" w:rsidRDefault="004A038F" w:rsidP="00B52C1F">
      <w:pPr>
        <w:keepNext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2158"/>
      </w:tblGrid>
      <w:tr w:rsidR="00E64D18" w14:paraId="399809AA" w14:textId="77777777">
        <w:trPr>
          <w:cantSplit/>
        </w:trPr>
        <w:tc>
          <w:tcPr>
            <w:tcW w:w="8500" w:type="dxa"/>
            <w:shd w:val="clear" w:color="auto" w:fill="0070C0"/>
            <w:vAlign w:val="center"/>
          </w:tcPr>
          <w:p w14:paraId="231EE98D" w14:textId="77777777" w:rsidR="00E64D18" w:rsidRDefault="004A038F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OPIS</w:t>
            </w:r>
          </w:p>
        </w:tc>
        <w:tc>
          <w:tcPr>
            <w:tcW w:w="2158" w:type="dxa"/>
            <w:shd w:val="clear" w:color="auto" w:fill="0070C0"/>
            <w:vAlign w:val="center"/>
          </w:tcPr>
          <w:p w14:paraId="73F282FD" w14:textId="77777777" w:rsidR="00E64D18" w:rsidRDefault="004A038F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M / P</w:t>
            </w:r>
          </w:p>
        </w:tc>
      </w:tr>
      <w:tr w:rsidR="00E64D18" w14:paraId="4295D45F" w14:textId="77777777">
        <w:trPr>
          <w:cantSplit/>
        </w:trPr>
        <w:tc>
          <w:tcPr>
            <w:tcW w:w="8500" w:type="dxa"/>
            <w:shd w:val="clear" w:color="auto" w:fill="FFFFFF"/>
            <w:vAlign w:val="center"/>
          </w:tcPr>
          <w:p w14:paraId="18B78C03" w14:textId="77777777" w:rsidR="00E64D18" w:rsidRDefault="004A038F">
            <w:pPr>
              <w:keepNext/>
              <w:jc w:val="both"/>
            </w:pPr>
            <w:r>
              <w:rPr>
                <w:sz w:val="40"/>
              </w:rPr>
              <w:t>„Bože, pomozi mi odgovorno učiti i prihvatiti rezultat.“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54830CFB" w14:textId="06E2507A" w:rsidR="00E64D18" w:rsidRPr="00B52C1F" w:rsidRDefault="004A038F">
            <w:pPr>
              <w:keepNext/>
              <w:jc w:val="center"/>
              <w:rPr>
                <w:sz w:val="32"/>
                <w:szCs w:val="32"/>
              </w:rPr>
            </w:pPr>
            <w:r w:rsidRPr="00B52C1F">
              <w:rPr>
                <w:sz w:val="32"/>
                <w:szCs w:val="32"/>
              </w:rPr>
              <w:t>_</w:t>
            </w:r>
            <w:r w:rsidR="00B52C1F">
              <w:rPr>
                <w:sz w:val="32"/>
                <w:szCs w:val="32"/>
              </w:rPr>
              <w:t>___</w:t>
            </w:r>
            <w:r w:rsidRPr="00B52C1F">
              <w:rPr>
                <w:sz w:val="32"/>
                <w:szCs w:val="32"/>
              </w:rPr>
              <w:t>__</w:t>
            </w:r>
          </w:p>
        </w:tc>
      </w:tr>
      <w:tr w:rsidR="00B52C1F" w14:paraId="2146AE5F" w14:textId="77777777">
        <w:trPr>
          <w:cantSplit/>
        </w:trPr>
        <w:tc>
          <w:tcPr>
            <w:tcW w:w="8500" w:type="dxa"/>
            <w:shd w:val="clear" w:color="auto" w:fill="F5F5F5"/>
            <w:vAlign w:val="center"/>
          </w:tcPr>
          <w:p w14:paraId="09011C87" w14:textId="77777777" w:rsidR="00B52C1F" w:rsidRDefault="00B52C1F" w:rsidP="00B52C1F">
            <w:pPr>
              <w:keepNext/>
              <w:jc w:val="both"/>
            </w:pPr>
            <w:r>
              <w:rPr>
                <w:sz w:val="40"/>
              </w:rPr>
              <w:t>„Ako izgovorim ovu rečenicu točno deset puta, Bog mi mora dati peticu.“</w:t>
            </w:r>
          </w:p>
        </w:tc>
        <w:tc>
          <w:tcPr>
            <w:tcW w:w="2158" w:type="dxa"/>
            <w:shd w:val="clear" w:color="auto" w:fill="F5F5F5"/>
            <w:vAlign w:val="center"/>
          </w:tcPr>
          <w:p w14:paraId="0AB01C9F" w14:textId="3E3D54F4" w:rsidR="00B52C1F" w:rsidRPr="00B52C1F" w:rsidRDefault="00B52C1F" w:rsidP="00B52C1F">
            <w:pPr>
              <w:keepNext/>
              <w:jc w:val="center"/>
              <w:rPr>
                <w:sz w:val="32"/>
                <w:szCs w:val="32"/>
              </w:rPr>
            </w:pPr>
            <w:r w:rsidRPr="00B52C1F">
              <w:rPr>
                <w:sz w:val="32"/>
                <w:szCs w:val="32"/>
              </w:rPr>
              <w:t>_</w:t>
            </w:r>
            <w:r>
              <w:rPr>
                <w:sz w:val="32"/>
                <w:szCs w:val="32"/>
              </w:rPr>
              <w:t>___</w:t>
            </w:r>
            <w:r w:rsidRPr="00B52C1F">
              <w:rPr>
                <w:sz w:val="32"/>
                <w:szCs w:val="32"/>
              </w:rPr>
              <w:t>__</w:t>
            </w:r>
          </w:p>
        </w:tc>
      </w:tr>
      <w:tr w:rsidR="00B52C1F" w14:paraId="797D069C" w14:textId="77777777">
        <w:trPr>
          <w:cantSplit/>
        </w:trPr>
        <w:tc>
          <w:tcPr>
            <w:tcW w:w="8500" w:type="dxa"/>
            <w:shd w:val="clear" w:color="auto" w:fill="FFFFFF"/>
            <w:vAlign w:val="center"/>
          </w:tcPr>
          <w:p w14:paraId="2F9C253D" w14:textId="77777777" w:rsidR="00B52C1F" w:rsidRDefault="00B52C1F" w:rsidP="00B52C1F">
            <w:pPr>
              <w:keepNext/>
              <w:jc w:val="both"/>
            </w:pPr>
            <w:r>
              <w:rPr>
                <w:sz w:val="40"/>
              </w:rPr>
              <w:t>„Hvala Ti za današnji dan.“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144D6DE1" w14:textId="2156093D" w:rsidR="00B52C1F" w:rsidRPr="00B52C1F" w:rsidRDefault="00B52C1F" w:rsidP="00B52C1F">
            <w:pPr>
              <w:keepNext/>
              <w:jc w:val="center"/>
              <w:rPr>
                <w:sz w:val="32"/>
                <w:szCs w:val="32"/>
              </w:rPr>
            </w:pPr>
            <w:r w:rsidRPr="00B52C1F">
              <w:rPr>
                <w:sz w:val="32"/>
                <w:szCs w:val="32"/>
              </w:rPr>
              <w:t>_</w:t>
            </w:r>
            <w:r>
              <w:rPr>
                <w:sz w:val="32"/>
                <w:szCs w:val="32"/>
              </w:rPr>
              <w:t>___</w:t>
            </w:r>
            <w:r w:rsidRPr="00B52C1F">
              <w:rPr>
                <w:sz w:val="32"/>
                <w:szCs w:val="32"/>
              </w:rPr>
              <w:t>__</w:t>
            </w:r>
          </w:p>
        </w:tc>
      </w:tr>
      <w:tr w:rsidR="00B52C1F" w14:paraId="57CE0EE7" w14:textId="77777777">
        <w:trPr>
          <w:cantSplit/>
        </w:trPr>
        <w:tc>
          <w:tcPr>
            <w:tcW w:w="8500" w:type="dxa"/>
            <w:shd w:val="clear" w:color="auto" w:fill="F5F5F5"/>
            <w:vAlign w:val="center"/>
          </w:tcPr>
          <w:p w14:paraId="4C737F83" w14:textId="77777777" w:rsidR="00B52C1F" w:rsidRDefault="00B52C1F" w:rsidP="00B52C1F">
            <w:pPr>
              <w:jc w:val="both"/>
            </w:pPr>
            <w:r>
              <w:rPr>
                <w:sz w:val="40"/>
              </w:rPr>
              <w:t>„Ovim predmetom mogu dobiti božansku moć i upravljati događajima.“</w:t>
            </w:r>
          </w:p>
        </w:tc>
        <w:tc>
          <w:tcPr>
            <w:tcW w:w="2158" w:type="dxa"/>
            <w:shd w:val="clear" w:color="auto" w:fill="F5F5F5"/>
            <w:vAlign w:val="center"/>
          </w:tcPr>
          <w:p w14:paraId="05EFB3B6" w14:textId="1C0D3E67" w:rsidR="00B52C1F" w:rsidRPr="00B52C1F" w:rsidRDefault="00B52C1F" w:rsidP="00B52C1F">
            <w:pPr>
              <w:jc w:val="center"/>
              <w:rPr>
                <w:sz w:val="32"/>
                <w:szCs w:val="32"/>
              </w:rPr>
            </w:pPr>
            <w:r w:rsidRPr="00B52C1F">
              <w:rPr>
                <w:sz w:val="32"/>
                <w:szCs w:val="32"/>
              </w:rPr>
              <w:t>_</w:t>
            </w:r>
            <w:r>
              <w:rPr>
                <w:sz w:val="32"/>
                <w:szCs w:val="32"/>
              </w:rPr>
              <w:t>___</w:t>
            </w:r>
            <w:r w:rsidRPr="00B52C1F">
              <w:rPr>
                <w:sz w:val="32"/>
                <w:szCs w:val="32"/>
              </w:rPr>
              <w:t>__</w:t>
            </w:r>
          </w:p>
        </w:tc>
      </w:tr>
    </w:tbl>
    <w:p w14:paraId="171EA031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8: Ištite – tražite – kucajte </w:t>
      </w:r>
      <w:r>
        <w:rPr>
          <w:i/>
          <w:color w:val="6B6B6B"/>
          <w:sz w:val="20"/>
        </w:rPr>
        <w:t>(rad u paru, 6 minuta)</w:t>
      </w:r>
    </w:p>
    <w:p w14:paraId="0CF43D56" w14:textId="1473B422" w:rsidR="00E64D18" w:rsidRDefault="004A038F">
      <w:pPr>
        <w:jc w:val="both"/>
      </w:pPr>
      <w:r>
        <w:t>Rad u paru. Učenici će pročitati Mt 7,7–8 i izdvojiti tri glagola. Za svaki glagol pišu jednu kratku rečenicu koja ga povezuje s ustrajnošću u molitvi, ali ne s tvrdnjom da Bog mora ispuniti svaku našu želju.</w:t>
      </w:r>
    </w:p>
    <w:p w14:paraId="5BD23216" w14:textId="6B810448" w:rsidR="00B52C1F" w:rsidRDefault="00B52C1F">
      <w:pPr>
        <w:jc w:val="both"/>
      </w:pPr>
      <w:r>
        <w:rPr>
          <w:i/>
          <w:color w:val="6B6B6B"/>
          <w:sz w:val="21"/>
        </w:rPr>
        <w:t>Mogući odgovor: IŠTITE – usudim se Bogu izreći potrebu; TRAŽITE – ne odustajem od dobra i smisla; KUCAJTE – ustrajno se obraćam Bogu i ostajem otvoren njegovu odgovoru.</w:t>
      </w:r>
    </w:p>
    <w:p w14:paraId="30D8A847" w14:textId="77777777" w:rsidR="00B52C1F" w:rsidRDefault="00B52C1F">
      <w:pPr>
        <w:jc w:val="both"/>
      </w:pP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E64D18" w14:paraId="731E0CDA" w14:textId="77777777">
        <w:trPr>
          <w:cantSplit/>
        </w:trPr>
        <w:tc>
          <w:tcPr>
            <w:tcW w:w="10681" w:type="dxa"/>
            <w:shd w:val="clear" w:color="auto" w:fill="F2F6FB"/>
          </w:tcPr>
          <w:p w14:paraId="10E1D54D" w14:textId="77777777" w:rsidR="00E64D18" w:rsidRDefault="004A038F">
            <w:pPr>
              <w:spacing w:after="40"/>
            </w:pPr>
            <w:r>
              <w:rPr>
                <w:b/>
                <w:color w:val="0070C0"/>
                <w:sz w:val="40"/>
              </w:rPr>
              <w:t>Mt 7,7–8</w:t>
            </w:r>
          </w:p>
          <w:p w14:paraId="42C0A245" w14:textId="77777777" w:rsidR="00E64D18" w:rsidRDefault="004A038F">
            <w:pPr>
              <w:jc w:val="both"/>
            </w:pPr>
            <w:r>
              <w:rPr>
                <w:sz w:val="40"/>
              </w:rPr>
              <w:t>„Ištite i dat će vam se! Tražite i naći ćete! Kucajte i otvorit će vam se! Doista, tko god ište, prima; i tko traži, nalazi; i onomu koji kuca otvorit će se.“</w:t>
            </w:r>
          </w:p>
        </w:tc>
      </w:tr>
    </w:tbl>
    <w:p w14:paraId="44B72630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9: Molitva vlastitim riječima </w:t>
      </w:r>
      <w:r>
        <w:rPr>
          <w:i/>
          <w:color w:val="6B6B6B"/>
          <w:sz w:val="20"/>
        </w:rPr>
        <w:t>(individualni rad, 6 minuta)</w:t>
      </w:r>
    </w:p>
    <w:p w14:paraId="4140D767" w14:textId="77777777" w:rsidR="00E64D18" w:rsidRDefault="004A038F">
      <w:pPr>
        <w:jc w:val="both"/>
      </w:pPr>
      <w:r>
        <w:t>Učenici će odabrati jednu vrstu molitve – slavu, zahvalu, kajanje, meditaciju ili molbu – i sastaviti dvije do tri kratke rečenice. Tko ne želi čitati osobnu molitvu, može pročitati samo naziv odabrane vrste.</w:t>
      </w:r>
    </w:p>
    <w:p w14:paraId="6F946DB2" w14:textId="77777777" w:rsidR="00E64D18" w:rsidRDefault="004A038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Primjer zahvale: „Bože, hvala Ti za obitelj, prijatelje i ljude koji mi pomažu. Pomozi mi danas prepoznati još jedan razlog za zahvalnost.“</w:t>
      </w:r>
    </w:p>
    <w:p w14:paraId="0A58BD2D" w14:textId="77777777" w:rsidR="00B52C1F" w:rsidRDefault="00B52C1F" w:rsidP="00B52C1F"/>
    <w:p w14:paraId="2EAEA149" w14:textId="3C8E1831" w:rsidR="00B52C1F" w:rsidRPr="00B52C1F" w:rsidRDefault="00B52C1F" w:rsidP="00B52C1F">
      <w:pPr>
        <w:jc w:val="center"/>
        <w:rPr>
          <w:color w:val="002060"/>
          <w:sz w:val="40"/>
          <w:szCs w:val="40"/>
        </w:rPr>
      </w:pPr>
      <w:r w:rsidRPr="00B52C1F">
        <w:rPr>
          <w:color w:val="002060"/>
          <w:sz w:val="40"/>
          <w:szCs w:val="40"/>
        </w:rPr>
        <w:t>slavu, zahvala, kajanje, meditacija ili molba</w:t>
      </w:r>
    </w:p>
    <w:p w14:paraId="2C41395B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10: Osnovne molitve </w:t>
      </w:r>
      <w:r>
        <w:rPr>
          <w:i/>
          <w:color w:val="6B6B6B"/>
          <w:sz w:val="20"/>
        </w:rPr>
        <w:t>(rad u paru, 6 minuta)</w:t>
      </w:r>
    </w:p>
    <w:p w14:paraId="5D421CEB" w14:textId="77777777" w:rsidR="00E64D18" w:rsidRDefault="004A038F">
      <w:pPr>
        <w:jc w:val="both"/>
      </w:pPr>
      <w:r>
        <w:t>Rad u paru. Učenici će spojiti šest naziva osnovnih molitava s kratkim tragom koji ih prepoznatljivo opisuje. Ne prepisuju cijele molitvene tekstove.</w:t>
      </w:r>
    </w:p>
    <w:p w14:paraId="4C5C3A70" w14:textId="77777777" w:rsidR="00E64D18" w:rsidRDefault="004A038F">
      <w:pPr>
        <w:jc w:val="both"/>
      </w:pPr>
      <w:r>
        <w:rPr>
          <w:i/>
          <w:color w:val="6B6B6B"/>
          <w:sz w:val="21"/>
        </w:rPr>
        <w:t>Rješenje: Parovi su već pravilno povezani. Aktivnost služi prepoznavanju naziva i osnovne svrhe, ne provjeri napamet cijeloga teksta.</w:t>
      </w:r>
    </w:p>
    <w:p w14:paraId="093AB714" w14:textId="77777777" w:rsidR="00E64D18" w:rsidRDefault="004A038F">
      <w:pPr>
        <w:keepNext/>
        <w:spacing w:before="220"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7158"/>
      </w:tblGrid>
      <w:tr w:rsidR="00E64D18" w14:paraId="70C3E121" w14:textId="77777777">
        <w:trPr>
          <w:cantSplit/>
        </w:trPr>
        <w:tc>
          <w:tcPr>
            <w:tcW w:w="3500" w:type="dxa"/>
            <w:shd w:val="clear" w:color="auto" w:fill="0070C0"/>
            <w:vAlign w:val="center"/>
          </w:tcPr>
          <w:p w14:paraId="2C8E2C52" w14:textId="77777777" w:rsidR="00E64D18" w:rsidRDefault="004A038F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MOLITVA</w:t>
            </w:r>
          </w:p>
        </w:tc>
        <w:tc>
          <w:tcPr>
            <w:tcW w:w="7158" w:type="dxa"/>
            <w:shd w:val="clear" w:color="auto" w:fill="0070C0"/>
            <w:vAlign w:val="center"/>
          </w:tcPr>
          <w:p w14:paraId="65470627" w14:textId="77777777" w:rsidR="00E64D18" w:rsidRDefault="004A038F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TRAG</w:t>
            </w:r>
          </w:p>
        </w:tc>
      </w:tr>
      <w:tr w:rsidR="00E64D18" w14:paraId="7C23BE8C" w14:textId="77777777">
        <w:trPr>
          <w:cantSplit/>
        </w:trPr>
        <w:tc>
          <w:tcPr>
            <w:tcW w:w="3500" w:type="dxa"/>
            <w:shd w:val="clear" w:color="auto" w:fill="FFFFFF"/>
            <w:vAlign w:val="center"/>
          </w:tcPr>
          <w:p w14:paraId="25A09C76" w14:textId="77777777" w:rsidR="00E64D18" w:rsidRDefault="004A038F">
            <w:pPr>
              <w:keepNext/>
              <w:jc w:val="both"/>
            </w:pPr>
            <w:r>
              <w:rPr>
                <w:sz w:val="40"/>
              </w:rPr>
              <w:t>Oče naš</w:t>
            </w:r>
          </w:p>
        </w:tc>
        <w:tc>
          <w:tcPr>
            <w:tcW w:w="7158" w:type="dxa"/>
            <w:shd w:val="clear" w:color="auto" w:fill="FFFFFF"/>
            <w:vAlign w:val="center"/>
          </w:tcPr>
          <w:p w14:paraId="1D9F1CE2" w14:textId="77777777" w:rsidR="00E64D18" w:rsidRDefault="004A038F" w:rsidP="00B52C1F">
            <w:pPr>
              <w:keepNext/>
            </w:pPr>
            <w:r>
              <w:rPr>
                <w:sz w:val="40"/>
              </w:rPr>
              <w:t>Isusova molitva Ocu</w:t>
            </w:r>
          </w:p>
        </w:tc>
      </w:tr>
      <w:tr w:rsidR="00E64D18" w14:paraId="0ADA8201" w14:textId="77777777">
        <w:trPr>
          <w:cantSplit/>
        </w:trPr>
        <w:tc>
          <w:tcPr>
            <w:tcW w:w="3500" w:type="dxa"/>
            <w:shd w:val="clear" w:color="auto" w:fill="F5F5F5"/>
            <w:vAlign w:val="center"/>
          </w:tcPr>
          <w:p w14:paraId="025206C3" w14:textId="77777777" w:rsidR="00E64D18" w:rsidRDefault="004A038F">
            <w:pPr>
              <w:keepNext/>
              <w:jc w:val="both"/>
            </w:pPr>
            <w:r>
              <w:rPr>
                <w:sz w:val="40"/>
              </w:rPr>
              <w:t>Zdravo Marijo</w:t>
            </w:r>
          </w:p>
        </w:tc>
        <w:tc>
          <w:tcPr>
            <w:tcW w:w="7158" w:type="dxa"/>
            <w:shd w:val="clear" w:color="auto" w:fill="F5F5F5"/>
            <w:vAlign w:val="center"/>
          </w:tcPr>
          <w:p w14:paraId="1FDA0ABC" w14:textId="77777777" w:rsidR="00E64D18" w:rsidRDefault="004A038F" w:rsidP="00B52C1F">
            <w:pPr>
              <w:keepNext/>
            </w:pPr>
            <w:r>
              <w:rPr>
                <w:sz w:val="40"/>
              </w:rPr>
              <w:t>pozdrav i molitva Mariji</w:t>
            </w:r>
          </w:p>
        </w:tc>
      </w:tr>
      <w:tr w:rsidR="00E64D18" w14:paraId="485C6195" w14:textId="77777777">
        <w:trPr>
          <w:cantSplit/>
        </w:trPr>
        <w:tc>
          <w:tcPr>
            <w:tcW w:w="3500" w:type="dxa"/>
            <w:shd w:val="clear" w:color="auto" w:fill="FFFFFF"/>
            <w:vAlign w:val="center"/>
          </w:tcPr>
          <w:p w14:paraId="7BBA1137" w14:textId="77777777" w:rsidR="00E64D18" w:rsidRDefault="004A038F">
            <w:pPr>
              <w:keepNext/>
              <w:jc w:val="both"/>
            </w:pPr>
            <w:r>
              <w:rPr>
                <w:sz w:val="40"/>
              </w:rPr>
              <w:t>Slava Ocu</w:t>
            </w:r>
          </w:p>
        </w:tc>
        <w:tc>
          <w:tcPr>
            <w:tcW w:w="7158" w:type="dxa"/>
            <w:shd w:val="clear" w:color="auto" w:fill="FFFFFF"/>
            <w:vAlign w:val="center"/>
          </w:tcPr>
          <w:p w14:paraId="2C33554E" w14:textId="77777777" w:rsidR="00E64D18" w:rsidRDefault="004A038F" w:rsidP="00B52C1F">
            <w:pPr>
              <w:keepNext/>
            </w:pPr>
            <w:r>
              <w:rPr>
                <w:sz w:val="40"/>
              </w:rPr>
              <w:t>slava Ocu, Sinu i Duhu Svetomu</w:t>
            </w:r>
          </w:p>
        </w:tc>
      </w:tr>
      <w:tr w:rsidR="00E64D18" w14:paraId="3FA56186" w14:textId="77777777">
        <w:trPr>
          <w:cantSplit/>
        </w:trPr>
        <w:tc>
          <w:tcPr>
            <w:tcW w:w="3500" w:type="dxa"/>
            <w:shd w:val="clear" w:color="auto" w:fill="F5F5F5"/>
            <w:vAlign w:val="center"/>
          </w:tcPr>
          <w:p w14:paraId="1B187F93" w14:textId="77777777" w:rsidR="00E64D18" w:rsidRDefault="004A038F">
            <w:pPr>
              <w:keepNext/>
              <w:jc w:val="both"/>
            </w:pPr>
            <w:r>
              <w:rPr>
                <w:sz w:val="40"/>
              </w:rPr>
              <w:t>Vjerovanje</w:t>
            </w:r>
          </w:p>
        </w:tc>
        <w:tc>
          <w:tcPr>
            <w:tcW w:w="7158" w:type="dxa"/>
            <w:shd w:val="clear" w:color="auto" w:fill="F5F5F5"/>
            <w:vAlign w:val="center"/>
          </w:tcPr>
          <w:p w14:paraId="15E2FA34" w14:textId="77777777" w:rsidR="00E64D18" w:rsidRDefault="004A038F" w:rsidP="00B52C1F">
            <w:pPr>
              <w:keepNext/>
            </w:pPr>
            <w:r>
              <w:rPr>
                <w:sz w:val="40"/>
              </w:rPr>
              <w:t>sažetak temeljnih istina vjere</w:t>
            </w:r>
          </w:p>
        </w:tc>
      </w:tr>
      <w:tr w:rsidR="00E64D18" w14:paraId="53EEFBDE" w14:textId="77777777">
        <w:trPr>
          <w:cantSplit/>
        </w:trPr>
        <w:tc>
          <w:tcPr>
            <w:tcW w:w="3500" w:type="dxa"/>
            <w:shd w:val="clear" w:color="auto" w:fill="FFFFFF"/>
            <w:vAlign w:val="center"/>
          </w:tcPr>
          <w:p w14:paraId="469B3A34" w14:textId="77777777" w:rsidR="00E64D18" w:rsidRDefault="004A038F">
            <w:pPr>
              <w:keepNext/>
              <w:jc w:val="both"/>
            </w:pPr>
            <w:r>
              <w:rPr>
                <w:sz w:val="40"/>
              </w:rPr>
              <w:t>Anđeo Gospodnji</w:t>
            </w:r>
          </w:p>
        </w:tc>
        <w:tc>
          <w:tcPr>
            <w:tcW w:w="7158" w:type="dxa"/>
            <w:shd w:val="clear" w:color="auto" w:fill="FFFFFF"/>
            <w:vAlign w:val="center"/>
          </w:tcPr>
          <w:p w14:paraId="4C14C5A4" w14:textId="77777777" w:rsidR="00E64D18" w:rsidRDefault="004A038F" w:rsidP="00B52C1F">
            <w:pPr>
              <w:keepNext/>
            </w:pPr>
            <w:r>
              <w:rPr>
                <w:sz w:val="40"/>
              </w:rPr>
              <w:t>molitva povezana s navještenjem</w:t>
            </w:r>
          </w:p>
        </w:tc>
      </w:tr>
      <w:tr w:rsidR="00E64D18" w14:paraId="76AA24CB" w14:textId="77777777">
        <w:trPr>
          <w:cantSplit/>
        </w:trPr>
        <w:tc>
          <w:tcPr>
            <w:tcW w:w="3500" w:type="dxa"/>
            <w:shd w:val="clear" w:color="auto" w:fill="F5F5F5"/>
            <w:vAlign w:val="center"/>
          </w:tcPr>
          <w:p w14:paraId="124164F1" w14:textId="77777777" w:rsidR="00E64D18" w:rsidRDefault="004A038F">
            <w:pPr>
              <w:jc w:val="both"/>
            </w:pPr>
            <w:r>
              <w:rPr>
                <w:sz w:val="40"/>
              </w:rPr>
              <w:t>Kraljice neba</w:t>
            </w:r>
          </w:p>
        </w:tc>
        <w:tc>
          <w:tcPr>
            <w:tcW w:w="7158" w:type="dxa"/>
            <w:shd w:val="clear" w:color="auto" w:fill="F5F5F5"/>
            <w:vAlign w:val="center"/>
          </w:tcPr>
          <w:p w14:paraId="71CA3D9A" w14:textId="77777777" w:rsidR="00E64D18" w:rsidRDefault="004A038F" w:rsidP="00B52C1F">
            <w:r>
              <w:rPr>
                <w:sz w:val="40"/>
              </w:rPr>
              <w:t>marijanska uskrsna molitva</w:t>
            </w:r>
          </w:p>
        </w:tc>
      </w:tr>
    </w:tbl>
    <w:p w14:paraId="785276A7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11: Rečenica o raspoloženju čovjeka </w:t>
      </w:r>
      <w:r>
        <w:rPr>
          <w:i/>
          <w:color w:val="6B6B6B"/>
          <w:sz w:val="20"/>
        </w:rPr>
        <w:t>(individualni rad i razgovor, 5 minuta)</w:t>
      </w:r>
    </w:p>
    <w:p w14:paraId="0E9EEF10" w14:textId="77777777" w:rsidR="00E64D18" w:rsidRDefault="004A038F">
      <w:pPr>
        <w:jc w:val="both"/>
      </w:pPr>
      <w:r>
        <w:t>Učenici će pročitati misao sa str. 63: „Molitva je svemoćni čin koji stavlja nebeske sile na raspolaganje čovjeku.“ Najprije izdvajaju što u rečenici zvuči snažno, a zatim je uspoređuju s udžbeničkim upozorenjem protiv praznovjerja. Vjeroučitelj usmjerava zaključak da se molitva ne smije tumačiti kao magijska kontrola Boga.</w:t>
      </w:r>
    </w:p>
    <w:p w14:paraId="0245FF2D" w14:textId="77777777" w:rsidR="00E64D18" w:rsidRDefault="004A038F">
      <w:pPr>
        <w:jc w:val="both"/>
      </w:pPr>
      <w:r>
        <w:rPr>
          <w:i/>
          <w:color w:val="6B6B6B"/>
          <w:sz w:val="21"/>
        </w:rPr>
        <w:t>Mogući odgovor: Snažan je naglasak na povjerenju u Božju pomoć. Rečenicu se ne smije tumačiti kao pravo čovjeka da raspolaže Bogom; tekst lekcije upravo upozorava na krive oblike traženja božanskih moći.</w:t>
      </w:r>
    </w:p>
    <w:p w14:paraId="525B03F7" w14:textId="50C7068D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12: </w:t>
      </w:r>
      <w:r w:rsidR="00F71345" w:rsidRPr="00F71345">
        <w:rPr>
          <w:b/>
          <w:color w:val="C96A00"/>
          <w:sz w:val="26"/>
        </w:rPr>
        <w:t>Molitva ili praznovjerje?</w:t>
      </w:r>
      <w:r>
        <w:rPr>
          <w:b/>
          <w:color w:val="C96A00"/>
          <w:sz w:val="26"/>
        </w:rPr>
        <w:t xml:space="preserve"> </w:t>
      </w:r>
      <w:r>
        <w:rPr>
          <w:i/>
          <w:color w:val="6B6B6B"/>
          <w:sz w:val="20"/>
        </w:rPr>
        <w:t>(rad u skupinama, 7 minuta)</w:t>
      </w:r>
    </w:p>
    <w:p w14:paraId="7D1F7FA6" w14:textId="77777777" w:rsidR="00F71345" w:rsidRPr="00F71345" w:rsidRDefault="00F71345" w:rsidP="00F71345">
      <w:pPr>
        <w:jc w:val="both"/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F71345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Rad u skupinama. Učenici će pročitati šest kratkih situacija i razvrstati ih u dvije skupine: </w:t>
      </w:r>
      <w:r w:rsidRPr="00F71345">
        <w:rPr>
          <w:rFonts w:asciiTheme="majorHAnsi" w:eastAsia="Times New Roman" w:hAnsiTheme="majorHAnsi" w:cstheme="majorHAnsi"/>
          <w:b/>
          <w:bCs/>
          <w:color w:val="auto"/>
          <w:lang w:val="hr-HR" w:eastAsia="hr-HR"/>
        </w:rPr>
        <w:t>ISTINSKA MOLITVA</w:t>
      </w:r>
      <w:r w:rsidRPr="00F71345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 i </w:t>
      </w:r>
      <w:r w:rsidRPr="00F71345">
        <w:rPr>
          <w:rFonts w:asciiTheme="majorHAnsi" w:eastAsia="Times New Roman" w:hAnsiTheme="majorHAnsi" w:cstheme="majorHAnsi"/>
          <w:b/>
          <w:bCs/>
          <w:color w:val="auto"/>
          <w:lang w:val="hr-HR" w:eastAsia="hr-HR"/>
        </w:rPr>
        <w:t>PRAZNOVJERJE</w:t>
      </w:r>
      <w:r w:rsidRPr="00F71345">
        <w:rPr>
          <w:rFonts w:asciiTheme="majorHAnsi" w:eastAsia="Times New Roman" w:hAnsiTheme="majorHAnsi" w:cstheme="majorHAnsi"/>
          <w:color w:val="auto"/>
          <w:lang w:val="hr-HR" w:eastAsia="hr-HR"/>
        </w:rPr>
        <w:t>. Za jednu situaciju koju su označili kao praznovjerje trebaju objasniti kako bi je preoblikovali u ispravan kršćanski odnos prema Bogu.</w:t>
      </w:r>
    </w:p>
    <w:p w14:paraId="50BC5E04" w14:textId="0B4AFD18" w:rsidR="00F71345" w:rsidRPr="00F71345" w:rsidRDefault="00F71345" w:rsidP="00F71345">
      <w:pPr>
        <w:jc w:val="both"/>
        <w:rPr>
          <w:i/>
          <w:color w:val="6B6B6B"/>
          <w:sz w:val="21"/>
        </w:rPr>
      </w:pPr>
      <w:r w:rsidRPr="00F71345">
        <w:rPr>
          <w:i/>
          <w:color w:val="6B6B6B"/>
          <w:sz w:val="21"/>
        </w:rPr>
        <w:t>Mogući odgovor:</w:t>
      </w:r>
      <w:r w:rsidR="00697E27">
        <w:rPr>
          <w:i/>
          <w:color w:val="6B6B6B"/>
          <w:sz w:val="21"/>
        </w:rPr>
        <w:t xml:space="preserve"> </w:t>
      </w:r>
      <w:r w:rsidRPr="00F71345">
        <w:rPr>
          <w:i/>
          <w:color w:val="6B6B6B"/>
          <w:sz w:val="21"/>
        </w:rPr>
        <w:t>Istinska molitva: 1., 3. i 5.</w:t>
      </w:r>
      <w:r w:rsidR="00697E27">
        <w:rPr>
          <w:i/>
          <w:color w:val="6B6B6B"/>
          <w:sz w:val="21"/>
        </w:rPr>
        <w:t xml:space="preserve">; </w:t>
      </w:r>
      <w:r w:rsidRPr="00F71345">
        <w:rPr>
          <w:i/>
          <w:color w:val="6B6B6B"/>
          <w:sz w:val="21"/>
        </w:rPr>
        <w:t>Praznovjerje: 2., 4. i 6.</w:t>
      </w:r>
    </w:p>
    <w:p w14:paraId="104E7C6E" w14:textId="656FAB46" w:rsidR="00F71345" w:rsidRDefault="00F71345" w:rsidP="00F71345">
      <w:pPr>
        <w:jc w:val="both"/>
        <w:rPr>
          <w:i/>
          <w:color w:val="6B6B6B"/>
          <w:sz w:val="21"/>
        </w:rPr>
      </w:pPr>
      <w:r w:rsidRPr="00F71345">
        <w:rPr>
          <w:i/>
          <w:color w:val="6B6B6B"/>
          <w:sz w:val="21"/>
        </w:rPr>
        <w:t>Primjer preoblikovanja: umjesto vjerovanja da „sretna“ narukvica donosi uspjeh, učenik se može pomoliti za mir, učiniti ono što je do njega i s povjerenjem prihvatiti rezultat.</w:t>
      </w:r>
    </w:p>
    <w:p w14:paraId="16988D86" w14:textId="77777777" w:rsidR="00F71345" w:rsidRDefault="00F71345" w:rsidP="00F71345">
      <w:pPr>
        <w:jc w:val="both"/>
        <w:rPr>
          <w:i/>
          <w:color w:val="6B6B6B"/>
          <w:sz w:val="21"/>
        </w:rPr>
      </w:pPr>
    </w:p>
    <w:p w14:paraId="64C78A7C" w14:textId="77777777" w:rsidR="00F71345" w:rsidRDefault="00F71345" w:rsidP="00F71345">
      <w:pPr>
        <w:jc w:val="both"/>
        <w:rPr>
          <w:rFonts w:asciiTheme="majorHAnsi" w:eastAsia="Times New Roman" w:hAnsiTheme="majorHAnsi" w:cstheme="majorHAnsi"/>
          <w:b/>
          <w:bCs/>
          <w:color w:val="auto"/>
          <w:lang w:val="hr-HR" w:eastAsia="hr-HR"/>
        </w:rPr>
      </w:pPr>
    </w:p>
    <w:p w14:paraId="548C9BF9" w14:textId="3887C875" w:rsidR="00F71345" w:rsidRPr="00697E27" w:rsidRDefault="00F71345" w:rsidP="00697E27">
      <w:pPr>
        <w:jc w:val="both"/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F71345">
        <w:rPr>
          <w:rFonts w:asciiTheme="majorHAnsi" w:eastAsia="Times New Roman" w:hAnsiTheme="majorHAnsi" w:cstheme="majorHAnsi"/>
          <w:color w:val="auto"/>
          <w:lang w:val="hr-HR" w:eastAsia="hr-HR"/>
        </w:rPr>
        <w:t>Radni predložak:</w:t>
      </w:r>
    </w:p>
    <w:p w14:paraId="314881EA" w14:textId="77777777" w:rsidR="00F71345" w:rsidRPr="00697E27" w:rsidRDefault="00F71345" w:rsidP="00F71345">
      <w:pPr>
        <w:numPr>
          <w:ilvl w:val="0"/>
          <w:numId w:val="42"/>
        </w:numPr>
        <w:jc w:val="both"/>
        <w:rPr>
          <w:rFonts w:asciiTheme="majorHAnsi" w:eastAsia="Times New Roman" w:hAnsiTheme="majorHAnsi" w:cstheme="majorHAnsi"/>
          <w:color w:val="002060"/>
          <w:sz w:val="32"/>
          <w:szCs w:val="32"/>
          <w:lang w:val="hr-HR" w:eastAsia="hr-HR"/>
        </w:rPr>
      </w:pPr>
      <w:r w:rsidRPr="00697E27">
        <w:rPr>
          <w:rFonts w:asciiTheme="majorHAnsi" w:eastAsia="Times New Roman" w:hAnsiTheme="majorHAnsi" w:cstheme="majorHAnsi"/>
          <w:color w:val="002060"/>
          <w:sz w:val="32"/>
          <w:szCs w:val="32"/>
          <w:lang w:val="hr-HR" w:eastAsia="hr-HR"/>
        </w:rPr>
        <w:t xml:space="preserve">Učenik vjeruje da će sigurno dobiti peticu ako na ispit ponese „sretnu“ narukvicu. </w:t>
      </w:r>
    </w:p>
    <w:p w14:paraId="45ACBB69" w14:textId="77777777" w:rsidR="00F71345" w:rsidRPr="00697E27" w:rsidRDefault="00F71345" w:rsidP="00F71345">
      <w:pPr>
        <w:numPr>
          <w:ilvl w:val="0"/>
          <w:numId w:val="42"/>
        </w:numPr>
        <w:spacing w:before="100" w:beforeAutospacing="1"/>
        <w:jc w:val="both"/>
        <w:rPr>
          <w:rFonts w:asciiTheme="majorHAnsi" w:eastAsia="Times New Roman" w:hAnsiTheme="majorHAnsi" w:cstheme="majorHAnsi"/>
          <w:color w:val="002060"/>
          <w:sz w:val="32"/>
          <w:szCs w:val="32"/>
          <w:lang w:val="hr-HR" w:eastAsia="hr-HR"/>
        </w:rPr>
      </w:pPr>
      <w:r w:rsidRPr="00697E27">
        <w:rPr>
          <w:rFonts w:asciiTheme="majorHAnsi" w:eastAsia="Times New Roman" w:hAnsiTheme="majorHAnsi" w:cstheme="majorHAnsi"/>
          <w:color w:val="002060"/>
          <w:sz w:val="32"/>
          <w:szCs w:val="32"/>
          <w:lang w:val="hr-HR" w:eastAsia="hr-HR"/>
        </w:rPr>
        <w:t xml:space="preserve">Djevojčica moli za bolesnu prijateljicu i pošalje joj poruku ohrabrenja. </w:t>
      </w:r>
    </w:p>
    <w:p w14:paraId="5EC14BDA" w14:textId="77777777" w:rsidR="00697E27" w:rsidRPr="00697E27" w:rsidRDefault="00697E27" w:rsidP="00697E27">
      <w:pPr>
        <w:numPr>
          <w:ilvl w:val="0"/>
          <w:numId w:val="42"/>
        </w:numPr>
        <w:spacing w:before="100" w:beforeAutospacing="1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val="hr-HR" w:eastAsia="hr-HR"/>
        </w:rPr>
      </w:pPr>
      <w:r w:rsidRPr="00697E27">
        <w:rPr>
          <w:rFonts w:asciiTheme="majorHAnsi" w:eastAsia="Times New Roman" w:hAnsiTheme="majorHAnsi" w:cstheme="majorHAnsi"/>
          <w:color w:val="002060"/>
          <w:sz w:val="32"/>
          <w:szCs w:val="32"/>
          <w:lang w:val="hr-HR" w:eastAsia="hr-HR"/>
        </w:rPr>
        <w:t>Prije ispita učenik moli Boga za mir i sabranost, a zatim ponavlja gradivo.</w:t>
      </w:r>
    </w:p>
    <w:p w14:paraId="03A6558D" w14:textId="5346D0B3" w:rsidR="00697E27" w:rsidRPr="00697E27" w:rsidRDefault="00697E27" w:rsidP="00697E27">
      <w:pPr>
        <w:numPr>
          <w:ilvl w:val="0"/>
          <w:numId w:val="42"/>
        </w:numPr>
        <w:spacing w:before="100" w:beforeAutospacing="1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val="hr-HR" w:eastAsia="hr-HR"/>
        </w:rPr>
      </w:pPr>
      <w:r w:rsidRPr="00697E27">
        <w:rPr>
          <w:rFonts w:asciiTheme="majorHAnsi" w:eastAsia="Times New Roman" w:hAnsiTheme="majorHAnsi" w:cstheme="majorHAnsi"/>
          <w:color w:val="002060"/>
          <w:sz w:val="32"/>
          <w:szCs w:val="32"/>
          <w:lang w:val="hr-HR" w:eastAsia="hr-HR"/>
        </w:rPr>
        <w:t>Učenik vjeruje da mu određeni predmet sam po sebi donosi Božju zaštitu.</w:t>
      </w:r>
    </w:p>
    <w:p w14:paraId="0E9E76FA" w14:textId="77777777" w:rsidR="00F71345" w:rsidRPr="00697E27" w:rsidRDefault="00F71345" w:rsidP="00F71345">
      <w:pPr>
        <w:numPr>
          <w:ilvl w:val="0"/>
          <w:numId w:val="42"/>
        </w:numPr>
        <w:spacing w:before="100" w:beforeAutospacing="1"/>
        <w:jc w:val="both"/>
        <w:rPr>
          <w:rFonts w:asciiTheme="majorHAnsi" w:eastAsia="Times New Roman" w:hAnsiTheme="majorHAnsi" w:cstheme="majorHAnsi"/>
          <w:color w:val="002060"/>
          <w:sz w:val="32"/>
          <w:szCs w:val="32"/>
          <w:lang w:val="hr-HR" w:eastAsia="hr-HR"/>
        </w:rPr>
      </w:pPr>
      <w:r w:rsidRPr="00697E27">
        <w:rPr>
          <w:rFonts w:asciiTheme="majorHAnsi" w:eastAsia="Times New Roman" w:hAnsiTheme="majorHAnsi" w:cstheme="majorHAnsi"/>
          <w:color w:val="002060"/>
          <w:sz w:val="32"/>
          <w:szCs w:val="32"/>
          <w:lang w:val="hr-HR" w:eastAsia="hr-HR"/>
        </w:rPr>
        <w:t xml:space="preserve">Netko ponavlja određenu molitvu vjerujući da će Bog zbog samoga broja ponavljanja morati ispuniti njegovu želju. </w:t>
      </w:r>
    </w:p>
    <w:p w14:paraId="70470166" w14:textId="77777777" w:rsidR="00F71345" w:rsidRPr="00697E27" w:rsidRDefault="00F71345" w:rsidP="00F71345">
      <w:pPr>
        <w:numPr>
          <w:ilvl w:val="0"/>
          <w:numId w:val="42"/>
        </w:numPr>
        <w:spacing w:before="100" w:beforeAutospacing="1"/>
        <w:jc w:val="both"/>
        <w:rPr>
          <w:rFonts w:asciiTheme="majorHAnsi" w:eastAsia="Times New Roman" w:hAnsiTheme="majorHAnsi" w:cstheme="majorHAnsi"/>
          <w:color w:val="002060"/>
          <w:sz w:val="32"/>
          <w:szCs w:val="32"/>
          <w:lang w:val="hr-HR" w:eastAsia="hr-HR"/>
        </w:rPr>
      </w:pPr>
      <w:r w:rsidRPr="00697E27">
        <w:rPr>
          <w:rFonts w:asciiTheme="majorHAnsi" w:eastAsia="Times New Roman" w:hAnsiTheme="majorHAnsi" w:cstheme="majorHAnsi"/>
          <w:color w:val="002060"/>
          <w:sz w:val="32"/>
          <w:szCs w:val="32"/>
          <w:lang w:val="hr-HR" w:eastAsia="hr-HR"/>
        </w:rPr>
        <w:t xml:space="preserve">Obitelj prije jela zahvaljuje Bogu za hranu i ljude koji su je pripremili. </w:t>
      </w:r>
    </w:p>
    <w:p w14:paraId="5C48D121" w14:textId="77777777" w:rsidR="00F71345" w:rsidRPr="00F71345" w:rsidRDefault="00F71345" w:rsidP="00F71345">
      <w:pPr>
        <w:rPr>
          <w:lang w:val="hr-HR" w:eastAsia="hr-HR"/>
        </w:rPr>
      </w:pP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F71345" w14:paraId="08C0E5FF" w14:textId="77777777" w:rsidTr="00F71345">
        <w:trPr>
          <w:cantSplit/>
        </w:trPr>
        <w:tc>
          <w:tcPr>
            <w:tcW w:w="5329" w:type="dxa"/>
            <w:shd w:val="clear" w:color="auto" w:fill="0070C0"/>
            <w:vAlign w:val="center"/>
          </w:tcPr>
          <w:p w14:paraId="73B0071E" w14:textId="0CB96A1B" w:rsidR="00F71345" w:rsidRDefault="00F71345" w:rsidP="00697E27">
            <w:pPr>
              <w:widowControl w:val="0"/>
              <w:jc w:val="center"/>
            </w:pPr>
            <w:r w:rsidRPr="00F71345">
              <w:rPr>
                <w:b/>
                <w:color w:val="FFFFFF"/>
                <w:sz w:val="40"/>
              </w:rPr>
              <w:t>ISTINSKA MOLITVA</w:t>
            </w:r>
          </w:p>
        </w:tc>
        <w:tc>
          <w:tcPr>
            <w:tcW w:w="5329" w:type="dxa"/>
            <w:shd w:val="clear" w:color="auto" w:fill="0070C0"/>
            <w:vAlign w:val="center"/>
          </w:tcPr>
          <w:p w14:paraId="430DF01A" w14:textId="3FC31262" w:rsidR="00F71345" w:rsidRDefault="00F71345" w:rsidP="00697E27">
            <w:pPr>
              <w:widowControl w:val="0"/>
              <w:jc w:val="center"/>
            </w:pPr>
            <w:r w:rsidRPr="00F71345">
              <w:rPr>
                <w:b/>
                <w:color w:val="FFFFFF"/>
                <w:sz w:val="40"/>
              </w:rPr>
              <w:t>PRAZNOVJERJE</w:t>
            </w:r>
          </w:p>
        </w:tc>
      </w:tr>
      <w:tr w:rsidR="00F71345" w14:paraId="491716F5" w14:textId="77777777" w:rsidTr="00697E27">
        <w:trPr>
          <w:cantSplit/>
          <w:trHeight w:val="567"/>
        </w:trPr>
        <w:tc>
          <w:tcPr>
            <w:tcW w:w="5329" w:type="dxa"/>
            <w:shd w:val="clear" w:color="auto" w:fill="FFFFFF"/>
            <w:vAlign w:val="center"/>
          </w:tcPr>
          <w:p w14:paraId="6B44253A" w14:textId="4E495C8B" w:rsidR="00F71345" w:rsidRPr="00F71345" w:rsidRDefault="00F71345" w:rsidP="00697E27">
            <w:pPr>
              <w:widowControl w:val="0"/>
              <w:tabs>
                <w:tab w:val="left" w:leader="underscore" w:pos="5103"/>
              </w:tabs>
              <w:jc w:val="both"/>
              <w:rPr>
                <w:sz w:val="36"/>
                <w:szCs w:val="36"/>
              </w:rPr>
            </w:pPr>
            <w:r w:rsidRPr="00F71345">
              <w:rPr>
                <w:sz w:val="36"/>
                <w:szCs w:val="36"/>
              </w:rPr>
              <w:tab/>
            </w:r>
          </w:p>
        </w:tc>
        <w:tc>
          <w:tcPr>
            <w:tcW w:w="5329" w:type="dxa"/>
            <w:shd w:val="clear" w:color="auto" w:fill="FFFFFF"/>
            <w:vAlign w:val="center"/>
          </w:tcPr>
          <w:p w14:paraId="305507C0" w14:textId="1C812827" w:rsidR="00F71345" w:rsidRPr="00F71345" w:rsidRDefault="00F71345" w:rsidP="00697E27">
            <w:pPr>
              <w:widowControl w:val="0"/>
              <w:tabs>
                <w:tab w:val="left" w:leader="underscore" w:pos="5103"/>
              </w:tabs>
              <w:rPr>
                <w:sz w:val="36"/>
                <w:szCs w:val="36"/>
              </w:rPr>
            </w:pPr>
            <w:r w:rsidRPr="00F71345">
              <w:rPr>
                <w:sz w:val="36"/>
                <w:szCs w:val="36"/>
              </w:rPr>
              <w:tab/>
            </w:r>
          </w:p>
        </w:tc>
      </w:tr>
      <w:tr w:rsidR="00F71345" w14:paraId="2B41F36D" w14:textId="77777777" w:rsidTr="00697E27">
        <w:trPr>
          <w:cantSplit/>
          <w:trHeight w:val="567"/>
        </w:trPr>
        <w:tc>
          <w:tcPr>
            <w:tcW w:w="5329" w:type="dxa"/>
            <w:shd w:val="clear" w:color="auto" w:fill="F5F5F5"/>
          </w:tcPr>
          <w:p w14:paraId="15D8966A" w14:textId="20585908" w:rsidR="00F71345" w:rsidRPr="00F71345" w:rsidRDefault="00F71345" w:rsidP="00697E27">
            <w:pPr>
              <w:widowControl w:val="0"/>
              <w:tabs>
                <w:tab w:val="left" w:leader="underscore" w:pos="5103"/>
              </w:tabs>
              <w:jc w:val="both"/>
              <w:rPr>
                <w:sz w:val="36"/>
                <w:szCs w:val="36"/>
              </w:rPr>
            </w:pPr>
            <w:r w:rsidRPr="00F71345">
              <w:rPr>
                <w:sz w:val="36"/>
                <w:szCs w:val="36"/>
              </w:rPr>
              <w:tab/>
            </w:r>
          </w:p>
        </w:tc>
        <w:tc>
          <w:tcPr>
            <w:tcW w:w="5329" w:type="dxa"/>
            <w:shd w:val="clear" w:color="auto" w:fill="F5F5F5"/>
            <w:vAlign w:val="center"/>
          </w:tcPr>
          <w:p w14:paraId="310F1914" w14:textId="21EE29E7" w:rsidR="00F71345" w:rsidRPr="00F71345" w:rsidRDefault="00F71345" w:rsidP="00697E27">
            <w:pPr>
              <w:widowControl w:val="0"/>
              <w:tabs>
                <w:tab w:val="left" w:leader="underscore" w:pos="5103"/>
              </w:tabs>
              <w:rPr>
                <w:sz w:val="36"/>
                <w:szCs w:val="36"/>
              </w:rPr>
            </w:pPr>
            <w:r w:rsidRPr="00F71345">
              <w:rPr>
                <w:sz w:val="36"/>
                <w:szCs w:val="36"/>
              </w:rPr>
              <w:tab/>
            </w:r>
          </w:p>
        </w:tc>
      </w:tr>
      <w:tr w:rsidR="00F71345" w14:paraId="1EE73887" w14:textId="77777777" w:rsidTr="00697E27">
        <w:trPr>
          <w:cantSplit/>
          <w:trHeight w:val="567"/>
        </w:trPr>
        <w:tc>
          <w:tcPr>
            <w:tcW w:w="5329" w:type="dxa"/>
            <w:shd w:val="clear" w:color="auto" w:fill="FFFFFF"/>
          </w:tcPr>
          <w:p w14:paraId="1C246A4D" w14:textId="785C3F93" w:rsidR="00F71345" w:rsidRPr="00F71345" w:rsidRDefault="00F71345" w:rsidP="00697E27">
            <w:pPr>
              <w:widowControl w:val="0"/>
              <w:tabs>
                <w:tab w:val="left" w:leader="underscore" w:pos="5103"/>
              </w:tabs>
              <w:jc w:val="both"/>
              <w:rPr>
                <w:sz w:val="36"/>
                <w:szCs w:val="36"/>
              </w:rPr>
            </w:pPr>
            <w:r w:rsidRPr="00F71345">
              <w:rPr>
                <w:sz w:val="36"/>
                <w:szCs w:val="36"/>
              </w:rPr>
              <w:tab/>
            </w:r>
          </w:p>
        </w:tc>
        <w:tc>
          <w:tcPr>
            <w:tcW w:w="5329" w:type="dxa"/>
            <w:shd w:val="clear" w:color="auto" w:fill="FFFFFF"/>
            <w:vAlign w:val="center"/>
          </w:tcPr>
          <w:p w14:paraId="3C0ECD50" w14:textId="48CA37B4" w:rsidR="00F71345" w:rsidRPr="00F71345" w:rsidRDefault="00F71345" w:rsidP="00697E27">
            <w:pPr>
              <w:widowControl w:val="0"/>
              <w:tabs>
                <w:tab w:val="left" w:leader="underscore" w:pos="5103"/>
              </w:tabs>
              <w:rPr>
                <w:sz w:val="36"/>
                <w:szCs w:val="36"/>
              </w:rPr>
            </w:pPr>
            <w:r w:rsidRPr="00F71345">
              <w:rPr>
                <w:sz w:val="36"/>
                <w:szCs w:val="36"/>
              </w:rPr>
              <w:tab/>
            </w:r>
          </w:p>
        </w:tc>
      </w:tr>
    </w:tbl>
    <w:p w14:paraId="45827665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13: Pet latica molitve </w:t>
      </w:r>
      <w:r>
        <w:rPr>
          <w:i/>
          <w:color w:val="6B6B6B"/>
          <w:sz w:val="20"/>
        </w:rPr>
        <w:t>(individualni rad – crtanje bojicama, 8 minuta)</w:t>
      </w:r>
    </w:p>
    <w:p w14:paraId="3904E685" w14:textId="77777777" w:rsidR="00E64D18" w:rsidRDefault="004A038F">
      <w:pPr>
        <w:jc w:val="both"/>
      </w:pPr>
      <w:r>
        <w:t>Učenici će u svakoj latici nacrtati jednostavan simbol koji im pomaže zapamtiti pet vrsta molitve: slava/pohvala, zahvala, kajanje, meditacija i molba.</w:t>
      </w:r>
    </w:p>
    <w:p w14:paraId="0C0C5064" w14:textId="55815972" w:rsidR="00E64D18" w:rsidRDefault="00697E27">
      <w:pPr>
        <w:spacing w:before="220"/>
      </w:pPr>
      <w:r>
        <w:t>Radni predložak:</w:t>
      </w:r>
    </w:p>
    <w:p w14:paraId="4F74B829" w14:textId="512E272A" w:rsidR="00E64D18" w:rsidRDefault="00BB00CD">
      <w:pPr>
        <w:spacing w:before="220"/>
        <w:jc w:val="center"/>
      </w:pPr>
      <w:r w:rsidRPr="00BB00CD">
        <w:rPr>
          <w:noProof/>
        </w:rPr>
        <w:drawing>
          <wp:inline distT="0" distB="0" distL="0" distR="0" wp14:anchorId="72A14EAC" wp14:editId="3848930E">
            <wp:extent cx="5756400" cy="3240000"/>
            <wp:effectExtent l="0" t="0" r="0" b="0"/>
            <wp:docPr id="91001617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1617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9E0B3" w14:textId="77777777" w:rsidR="00E64D18" w:rsidRDefault="004A038F">
      <w:pPr>
        <w:keepNext/>
        <w:spacing w:before="440"/>
      </w:pPr>
      <w:r>
        <w:rPr>
          <w:i/>
          <w:color w:val="6B6B6B"/>
          <w:sz w:val="21"/>
        </w:rPr>
        <w:t>Mogući primjer rješenja:</w:t>
      </w:r>
    </w:p>
    <w:p w14:paraId="1ABE0AC5" w14:textId="7C045945" w:rsidR="00E64D18" w:rsidRDefault="00BB00CD">
      <w:pPr>
        <w:jc w:val="center"/>
      </w:pPr>
      <w:r w:rsidRPr="00BB00CD">
        <w:rPr>
          <w:noProof/>
        </w:rPr>
        <w:drawing>
          <wp:inline distT="0" distB="0" distL="0" distR="0" wp14:anchorId="4DE1A034" wp14:editId="476D97EE">
            <wp:extent cx="5756400" cy="3240000"/>
            <wp:effectExtent l="0" t="0" r="0" b="0"/>
            <wp:docPr id="192064453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445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FF5F2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14: Krunica – četiri skupine otajstava </w:t>
      </w:r>
      <w:r>
        <w:rPr>
          <w:i/>
          <w:color w:val="6B6B6B"/>
          <w:sz w:val="20"/>
        </w:rPr>
        <w:t>(individualni rad – crtanje bojicama, 8 minuta)</w:t>
      </w:r>
    </w:p>
    <w:p w14:paraId="047AF83E" w14:textId="77777777" w:rsidR="00E64D18" w:rsidRDefault="004A038F">
      <w:pPr>
        <w:jc w:val="both"/>
      </w:pPr>
      <w:r>
        <w:t>Učenici će u četiri polja nacrtati po jedan jednostavan simbol koji im pomaže zapamtiti nazive RADOSNA, ŽALOSNA, SLAVNA i OTAJSTVA SVJETLA. Simboli nisu zamjena za pojedina otajstva, nego pomoć za pamćenje naziva skupina.</w:t>
      </w:r>
    </w:p>
    <w:p w14:paraId="56B9F46D" w14:textId="77777777" w:rsidR="00BB00CD" w:rsidRDefault="00BB00CD">
      <w:pPr>
        <w:spacing w:before="220"/>
      </w:pPr>
    </w:p>
    <w:p w14:paraId="7C922641" w14:textId="526A6538" w:rsidR="00E64D18" w:rsidRDefault="00697E27">
      <w:pPr>
        <w:spacing w:before="220"/>
      </w:pPr>
      <w:r>
        <w:t>Radni predložak:</w:t>
      </w:r>
    </w:p>
    <w:p w14:paraId="0DD2939D" w14:textId="1526814C" w:rsidR="00E64D18" w:rsidRDefault="00BB00CD">
      <w:pPr>
        <w:spacing w:before="220"/>
        <w:jc w:val="center"/>
      </w:pPr>
      <w:r w:rsidRPr="00BB00CD">
        <w:rPr>
          <w:noProof/>
        </w:rPr>
        <w:drawing>
          <wp:inline distT="0" distB="0" distL="0" distR="0" wp14:anchorId="013AF237" wp14:editId="7BE9E98D">
            <wp:extent cx="5756400" cy="3240000"/>
            <wp:effectExtent l="0" t="0" r="0" b="0"/>
            <wp:docPr id="9459088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088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59539" w14:textId="77777777" w:rsidR="00E64D18" w:rsidRDefault="004A038F">
      <w:pPr>
        <w:keepNext/>
        <w:spacing w:before="440"/>
      </w:pPr>
      <w:r>
        <w:rPr>
          <w:i/>
          <w:color w:val="6B6B6B"/>
          <w:sz w:val="21"/>
        </w:rPr>
        <w:t>Mogući primjer rješenja:</w:t>
      </w:r>
    </w:p>
    <w:p w14:paraId="53EA8578" w14:textId="17AD1142" w:rsidR="00E64D18" w:rsidRDefault="00BB00CD">
      <w:pPr>
        <w:jc w:val="center"/>
      </w:pPr>
      <w:r w:rsidRPr="00BB00CD">
        <w:rPr>
          <w:noProof/>
        </w:rPr>
        <w:drawing>
          <wp:inline distT="0" distB="0" distL="0" distR="0" wp14:anchorId="657BC3DA" wp14:editId="4C257656">
            <wp:extent cx="5756400" cy="3240000"/>
            <wp:effectExtent l="0" t="0" r="0" b="0"/>
            <wp:docPr id="580176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1762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F3DA9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15: Poučna priča </w:t>
      </w:r>
      <w:r>
        <w:rPr>
          <w:i/>
          <w:color w:val="6B6B6B"/>
          <w:sz w:val="20"/>
        </w:rPr>
        <w:t>(frontalni rad i razgovor, 7 minuta)</w:t>
      </w:r>
    </w:p>
    <w:p w14:paraId="4EBD59E8" w14:textId="77777777" w:rsidR="00E64D18" w:rsidRDefault="004A038F">
      <w:pPr>
        <w:spacing w:after="220"/>
      </w:pPr>
      <w:r>
        <w:rPr>
          <w:i/>
        </w:rPr>
        <w:t>Vjeroučitelj će pročitati poučnu priču.</w:t>
      </w:r>
    </w:p>
    <w:p w14:paraId="512EE722" w14:textId="77777777" w:rsidR="00E64D18" w:rsidRDefault="004A038F">
      <w:r>
        <w:rPr>
          <w:b/>
        </w:rPr>
        <w:t>Rečenica na hladnjaku</w:t>
      </w:r>
    </w:p>
    <w:p w14:paraId="0F65D2A1" w14:textId="77777777" w:rsidR="00E64D18" w:rsidRDefault="004A038F">
      <w:pPr>
        <w:jc w:val="both"/>
      </w:pPr>
      <w:r>
        <w:t>Tata Goran zapisivao je na hladnjak kratke podsjetnike: „kupi kruh“, „nazovi baku“, „ponesi kišobran“. Jednoga dana njegova kći Lana napisala je između njih: „Hvala za današnji dan.“ Goran se nasmijao i pitao je li to podsjetnik. Lana je rekla: „Da, da se sjetim zahvaliti Bogu prije nego počnem tražiti što mi treba.“ Navečer je Goran zastao pred hladnjakom. Imao je mnogo briga i najradije bi Bogu izgovorio dugačak popis želja. Umjesto toga prvo je zahvalio za obitelj, zatim priznao što ga brine i zamolio za</w:t>
      </w:r>
      <w:r>
        <w:t xml:space="preserve"> mudrost da sutra učini svoj dio. Brige nisu nestale u sekundi, ali se njegov pogled promijenio: molitva nije bila naredba Bogu, nego iskren razgovor koji ga je učinio mirnijim i odgovornijim.</w:t>
      </w:r>
    </w:p>
    <w:p w14:paraId="504E24B5" w14:textId="77777777" w:rsidR="00E64D18" w:rsidRDefault="004A038F">
      <w:pPr>
        <w:spacing w:before="220"/>
        <w:jc w:val="both"/>
      </w:pPr>
      <w:r>
        <w:t>Razgovor:</w:t>
      </w:r>
    </w:p>
    <w:p w14:paraId="60E312C3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Što je Lana promijenila u redoslijedu molitve? </w:t>
      </w:r>
      <w:r>
        <w:rPr>
          <w:color w:val="6B6B6B"/>
          <w:sz w:val="18"/>
        </w:rPr>
        <w:t>(Prvo je zahvalila, a tek zatim mislila na molbe.)</w:t>
      </w:r>
    </w:p>
    <w:p w14:paraId="0253A8F9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Je li Goran dobio čarobno rješenje svih briga? </w:t>
      </w:r>
      <w:r>
        <w:rPr>
          <w:color w:val="6B6B6B"/>
          <w:sz w:val="18"/>
        </w:rPr>
        <w:t>(Nije; dobio je drukčiji stav i spremnost učiniti svoj dio.)</w:t>
      </w:r>
    </w:p>
    <w:p w14:paraId="5E85FBAC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Zašto priča ne opisuje praznovjerje? </w:t>
      </w:r>
      <w:r>
        <w:rPr>
          <w:color w:val="6B6B6B"/>
          <w:sz w:val="18"/>
        </w:rPr>
        <w:t>(Jer nitko ne pokušava formulom prisiliti Boga niti dobiti božansku moć.)</w:t>
      </w:r>
    </w:p>
    <w:p w14:paraId="5514DD90" w14:textId="77777777" w:rsidR="00E64D18" w:rsidRDefault="004A038F">
      <w:pPr>
        <w:spacing w:before="220"/>
        <w:jc w:val="both"/>
      </w:pPr>
      <w:r>
        <w:rPr>
          <w:b/>
        </w:rPr>
        <w:t xml:space="preserve">Pouka: </w:t>
      </w:r>
      <w:r>
        <w:t>Istinska molitva nije čarobna formula. U njoj čovjek slavi, zahvaljuje, kaje se, moli i traži da ga odnos s Bogom vodi prema odgovornome životu.</w:t>
      </w:r>
    </w:p>
    <w:p w14:paraId="1C84B342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16: Zapišimo! </w:t>
      </w:r>
      <w:r>
        <w:rPr>
          <w:i/>
          <w:color w:val="6B6B6B"/>
          <w:sz w:val="20"/>
        </w:rPr>
        <w:t>(individualni rad uz zajedničku provjeru, 6 minuta)</w:t>
      </w:r>
    </w:p>
    <w:p w14:paraId="29DDAB91" w14:textId="77777777" w:rsidR="00E64D18" w:rsidRDefault="004A038F">
      <w:pPr>
        <w:jc w:val="both"/>
      </w:pPr>
      <w:r>
        <w:t>Učenici će uz pet kratkih primjera upisati vrstu molitve: SLAVA – ZAHVALA – KAJANJE – MEDITACIJA – MOLBA.</w:t>
      </w:r>
    </w:p>
    <w:p w14:paraId="380BA32E" w14:textId="77777777" w:rsidR="00E64D18" w:rsidRDefault="004A038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1. „Bože, divim se Tvojoj dobroti.“ – SLAVA; 2. „Hvala Ti za obitelj.“ – ZAHVALA; 3. „Žao mi je zbog laži.“ – KAJANJE; 4. Tiho razmišljam o Isusovoj riječi – MEDITACIJA; 5. „Pomozi bolesnima.“ – MOLBA.</w:t>
      </w:r>
    </w:p>
    <w:p w14:paraId="4412E2DE" w14:textId="77777777" w:rsidR="00BB00CD" w:rsidRDefault="00BB00CD" w:rsidP="00BB00CD"/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E64D18" w14:paraId="697690F9" w14:textId="77777777">
        <w:trPr>
          <w:cantSplit/>
        </w:trPr>
        <w:tc>
          <w:tcPr>
            <w:tcW w:w="10681" w:type="dxa"/>
            <w:shd w:val="clear" w:color="auto" w:fill="FFF2CC"/>
          </w:tcPr>
          <w:p w14:paraId="317FFCD2" w14:textId="77777777" w:rsidR="00E64D18" w:rsidRDefault="004A038F">
            <w:pPr>
              <w:spacing w:after="40"/>
              <w:jc w:val="center"/>
            </w:pPr>
            <w:r>
              <w:rPr>
                <w:b/>
                <w:color w:val="C96A00"/>
                <w:sz w:val="48"/>
              </w:rPr>
              <w:t>KRŠĆANSKA MOLITVA</w:t>
            </w:r>
          </w:p>
          <w:p w14:paraId="1612C75A" w14:textId="77777777" w:rsidR="00E64D18" w:rsidRDefault="004A038F">
            <w:r>
              <w:rPr>
                <w:sz w:val="48"/>
              </w:rPr>
              <w:t>1. „Bože, divim se Tvojoj dobroti.“ – __________</w:t>
            </w:r>
            <w:r>
              <w:rPr>
                <w:sz w:val="48"/>
              </w:rPr>
              <w:br/>
              <w:t>2. „Hvala Ti za obitelj.“ – __________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3. „Žao mi je zbog laži.“ – __________</w:t>
            </w:r>
            <w:r>
              <w:rPr>
                <w:sz w:val="48"/>
              </w:rPr>
              <w:br/>
              <w:t>4. Tiho razmišljam o Isusovoj riječi. – __________</w:t>
            </w:r>
            <w:r>
              <w:rPr>
                <w:sz w:val="48"/>
              </w:rPr>
              <w:br/>
              <w:t>5. „Pomozi bolesnima.“ – __________</w:t>
            </w:r>
          </w:p>
        </w:tc>
      </w:tr>
    </w:tbl>
    <w:p w14:paraId="04A49307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17: Radna bilježnica </w:t>
      </w:r>
      <w:r>
        <w:rPr>
          <w:i/>
          <w:color w:val="6B6B6B"/>
          <w:sz w:val="20"/>
        </w:rPr>
        <w:t>(individualni rad uz zajedničku provjeru, približno 10 minuta)</w:t>
      </w:r>
    </w:p>
    <w:p w14:paraId="38A91C9B" w14:textId="77777777" w:rsidR="00E64D18" w:rsidRDefault="004A038F">
      <w:pPr>
        <w:jc w:val="both"/>
      </w:pPr>
      <w:r>
        <w:t>Učenici će uz pomoć vjeroučitelja rješavati RB, str. 90–91 (mogu biti i odabrani zadatci po želji).</w:t>
      </w:r>
    </w:p>
    <w:p w14:paraId="4ABB2E77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18: Formativna provjera </w:t>
      </w:r>
      <w:r>
        <w:rPr>
          <w:i/>
          <w:color w:val="6B6B6B"/>
          <w:sz w:val="20"/>
        </w:rPr>
        <w:t>(individualni rad i kratka zajednička provjera, 4 minute)</w:t>
      </w:r>
    </w:p>
    <w:p w14:paraId="09F26200" w14:textId="77777777" w:rsidR="00E64D18" w:rsidRDefault="004A038F">
      <w:pPr>
        <w:jc w:val="both"/>
      </w:pPr>
      <w:r>
        <w:t>Vjeroučitelj čita pet pojmova, a učenici uz svaki na papiriću pišu jednu ključnu riječ ili primjer.</w:t>
      </w:r>
    </w:p>
    <w:p w14:paraId="32A65A84" w14:textId="77777777" w:rsidR="00E64D18" w:rsidRDefault="004A038F">
      <w:pPr>
        <w:spacing w:before="220"/>
        <w:jc w:val="both"/>
      </w:pPr>
      <w:r>
        <w:t>Razgovor:</w:t>
      </w:r>
    </w:p>
    <w:p w14:paraId="32EB3C7E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ZAHVALA </w:t>
      </w:r>
      <w:r>
        <w:rPr>
          <w:color w:val="6B6B6B"/>
          <w:sz w:val="18"/>
        </w:rPr>
        <w:t>(Hvala Bogu za darove.)</w:t>
      </w:r>
    </w:p>
    <w:p w14:paraId="057C6CA4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KAJANJE </w:t>
      </w:r>
      <w:r>
        <w:rPr>
          <w:color w:val="6B6B6B"/>
          <w:sz w:val="18"/>
        </w:rPr>
        <w:t>(Priznajem pogrešku i molim oproštenje.)</w:t>
      </w:r>
    </w:p>
    <w:p w14:paraId="11609244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MEDITACIJA </w:t>
      </w:r>
      <w:r>
        <w:rPr>
          <w:color w:val="6B6B6B"/>
          <w:sz w:val="18"/>
        </w:rPr>
        <w:t>(U tišini razmatram Božju riječ.)</w:t>
      </w:r>
    </w:p>
    <w:p w14:paraId="40D80781" w14:textId="23FD974B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SVETA MISA </w:t>
      </w:r>
      <w:r>
        <w:rPr>
          <w:color w:val="6B6B6B"/>
          <w:sz w:val="18"/>
        </w:rPr>
        <w:t>(najuzvišenij</w:t>
      </w:r>
      <w:r w:rsidR="00212C79">
        <w:rPr>
          <w:color w:val="6B6B6B"/>
          <w:sz w:val="18"/>
        </w:rPr>
        <w:t>a</w:t>
      </w:r>
      <w:r>
        <w:rPr>
          <w:color w:val="6B6B6B"/>
          <w:sz w:val="18"/>
        </w:rPr>
        <w:t xml:space="preserve"> molitv</w:t>
      </w:r>
      <w:r w:rsidR="00212C79">
        <w:rPr>
          <w:color w:val="6B6B6B"/>
          <w:sz w:val="18"/>
        </w:rPr>
        <w:t>a</w:t>
      </w:r>
      <w:r>
        <w:rPr>
          <w:color w:val="6B6B6B"/>
          <w:sz w:val="18"/>
        </w:rPr>
        <w:t>.)</w:t>
      </w:r>
    </w:p>
    <w:p w14:paraId="3AA4C0AC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PRAZNOVJERJE </w:t>
      </w:r>
      <w:r>
        <w:rPr>
          <w:color w:val="6B6B6B"/>
          <w:sz w:val="18"/>
        </w:rPr>
        <w:t>(Krivi oblik traženja božanskih moći / magijske kontrole.)</w:t>
      </w:r>
    </w:p>
    <w:p w14:paraId="5D805409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19: Digitalni zadatci </w:t>
      </w:r>
      <w:r>
        <w:rPr>
          <w:i/>
          <w:color w:val="6B6B6B"/>
          <w:sz w:val="20"/>
        </w:rPr>
        <w:t>(individualni rad ili rad u paru, 10 minuta)</w:t>
      </w:r>
    </w:p>
    <w:p w14:paraId="36CBC3FE" w14:textId="79DED5A4" w:rsidR="00BB00CD" w:rsidRDefault="004A038F">
      <w:pPr>
        <w:jc w:val="both"/>
      </w:pPr>
      <w:r>
        <w:t>Učenici će riješiti kviz pod ikonom smješka u digitalnome udžbeniku, str. 63</w:t>
      </w:r>
      <w:r w:rsidR="00BB00CD">
        <w:t>:</w:t>
      </w:r>
    </w:p>
    <w:p w14:paraId="7E9DF76D" w14:textId="77777777" w:rsidR="00BB00CD" w:rsidRDefault="00BB00CD">
      <w:pPr>
        <w:jc w:val="both"/>
      </w:pPr>
    </w:p>
    <w:p w14:paraId="0107E00E" w14:textId="30A67EAB" w:rsidR="00BB00CD" w:rsidRDefault="00BB00CD" w:rsidP="00BB00CD">
      <w:pPr>
        <w:jc w:val="both"/>
        <w:textAlignment w:val="center"/>
        <w:rPr>
          <w:rFonts w:asciiTheme="majorHAnsi" w:hAnsiTheme="majorHAnsi" w:cstheme="majorHAnsi"/>
        </w:rPr>
      </w:pPr>
      <w:hyperlink r:id="rId17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46F9A29B" w14:textId="77777777" w:rsidR="00BB00CD" w:rsidRDefault="00BB00CD" w:rsidP="00BB00CD">
      <w:pPr>
        <w:pStyle w:val="Odlomakpopisa"/>
        <w:ind w:left="0"/>
        <w:rPr>
          <w:rFonts w:asciiTheme="majorHAnsi" w:hAnsiTheme="majorHAnsi" w:cstheme="majorHAnsi"/>
        </w:rPr>
      </w:pPr>
    </w:p>
    <w:p w14:paraId="44D0E569" w14:textId="77777777" w:rsidR="00BB00CD" w:rsidRPr="00BB00CD" w:rsidRDefault="00BB00CD" w:rsidP="00BB00CD">
      <w:pPr>
        <w:pStyle w:val="Odlomakpopisa"/>
        <w:ind w:left="0"/>
        <w:rPr>
          <w:rFonts w:asciiTheme="majorHAnsi" w:eastAsia="Times New Roman" w:hAnsiTheme="majorHAnsi" w:cstheme="majorHAnsi"/>
          <w:b/>
          <w:bCs/>
          <w:lang w:eastAsia="hr-HR"/>
        </w:rPr>
      </w:pPr>
      <w:r w:rsidRPr="00BB00CD">
        <w:rPr>
          <w:rFonts w:asciiTheme="majorHAnsi" w:eastAsia="Times New Roman" w:hAnsiTheme="majorHAnsi" w:cstheme="majorHAnsi"/>
          <w:b/>
          <w:bCs/>
          <w:lang w:eastAsia="hr-HR"/>
        </w:rPr>
        <w:t>Kod:</w:t>
      </w:r>
    </w:p>
    <w:p w14:paraId="1CFDBED2" w14:textId="77777777" w:rsidR="00BB00CD" w:rsidRPr="00BB00CD" w:rsidRDefault="00BB00CD" w:rsidP="00BB00CD">
      <w:pPr>
        <w:pStyle w:val="Odlomakpopisa"/>
        <w:ind w:left="0"/>
        <w:rPr>
          <w:rFonts w:asciiTheme="majorHAnsi" w:eastAsia="Times New Roman" w:hAnsiTheme="majorHAnsi" w:cstheme="majorHAnsi"/>
          <w:lang w:eastAsia="hr-HR"/>
        </w:rPr>
      </w:pPr>
    </w:p>
    <w:p w14:paraId="4D8E3151" w14:textId="4BE16360" w:rsidR="00BB00CD" w:rsidRDefault="00BB00CD" w:rsidP="00BB00CD">
      <w:pPr>
        <w:pStyle w:val="Odlomakpopisa"/>
        <w:widowControl w:val="0"/>
        <w:ind w:left="0"/>
        <w:contextualSpacing w:val="0"/>
        <w:rPr>
          <w:rFonts w:asciiTheme="majorHAnsi" w:eastAsia="Times New Roman" w:hAnsiTheme="majorHAnsi" w:cstheme="majorHAnsi"/>
          <w:lang w:eastAsia="hr-HR"/>
        </w:rPr>
      </w:pPr>
      <w:r w:rsidRPr="00BB00CD">
        <w:rPr>
          <w:rFonts w:asciiTheme="majorHAnsi" w:eastAsia="Times New Roman" w:hAnsiTheme="majorHAnsi" w:cstheme="majorHAnsi"/>
          <w:noProof/>
          <w:lang w:eastAsia="hr-HR"/>
        </w:rPr>
        <w:drawing>
          <wp:inline distT="0" distB="0" distL="0" distR="0" wp14:anchorId="20AE42C7" wp14:editId="71259A6A">
            <wp:extent cx="1260000" cy="1260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34314" w14:textId="2CC84210" w:rsidR="009E7978" w:rsidRPr="009E7978" w:rsidRDefault="009E7978" w:rsidP="009E7978">
      <w:pPr>
        <w:jc w:val="both"/>
      </w:pPr>
      <w:r>
        <w:t>Predstavljanje rezultata.</w:t>
      </w:r>
    </w:p>
    <w:p w14:paraId="7173C704" w14:textId="26579983" w:rsidR="00E64D18" w:rsidRDefault="004A038F">
      <w:pPr>
        <w:spacing w:before="220"/>
        <w:jc w:val="both"/>
      </w:pPr>
      <w:r>
        <w:rPr>
          <w:b/>
        </w:rPr>
        <w:t xml:space="preserve">Nedigitalna alternativa: </w:t>
      </w:r>
      <w:r>
        <w:t xml:space="preserve">Parovi će </w:t>
      </w:r>
      <w:r w:rsidR="00D41F13">
        <w:t xml:space="preserve">usmeno </w:t>
      </w:r>
      <w:r>
        <w:t>razvrstati kartice SLAVA – ZAHVALA – KAJANJE – MEDITACIJA – MOLBA – PRAZNOVJERJE uz šest kratkih opisa koje čita vjeroučitelj.</w:t>
      </w:r>
    </w:p>
    <w:p w14:paraId="646BFEC1" w14:textId="04215B5F" w:rsidR="00D41F13" w:rsidRPr="00D41F13" w:rsidRDefault="00D41F13" w:rsidP="00D41F13">
      <w:pPr>
        <w:pStyle w:val="Odlomakpopisa"/>
        <w:numPr>
          <w:ilvl w:val="0"/>
          <w:numId w:val="45"/>
        </w:numPr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D41F13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„Bože, velik si i dobar. Slavimo Te i hvalimo.“ → SLAVA </w:t>
      </w:r>
    </w:p>
    <w:p w14:paraId="1E192F3F" w14:textId="3545738F" w:rsidR="00D41F13" w:rsidRPr="00D41F13" w:rsidRDefault="00D41F13" w:rsidP="00D41F13">
      <w:pPr>
        <w:pStyle w:val="Odlomakpopisa"/>
        <w:numPr>
          <w:ilvl w:val="0"/>
          <w:numId w:val="45"/>
        </w:numPr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D41F13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„Hvala Ti, Bože, za moju obitelj, prijatelje i sve dobro što danas primam.“ → ZAHVALA </w:t>
      </w:r>
    </w:p>
    <w:p w14:paraId="47364466" w14:textId="7321525B" w:rsidR="00D41F13" w:rsidRPr="00D41F13" w:rsidRDefault="00D41F13" w:rsidP="00D41F13">
      <w:pPr>
        <w:pStyle w:val="Odlomakpopisa"/>
        <w:numPr>
          <w:ilvl w:val="0"/>
          <w:numId w:val="45"/>
        </w:numPr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D41F13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„Bože, žao mi je što sam povrijedio drugoga. Oprosti mi i pomozi mi popraviti što sam učinio.“ → KAJANJE </w:t>
      </w:r>
    </w:p>
    <w:p w14:paraId="07EAE5F5" w14:textId="112B7D3C" w:rsidR="00D41F13" w:rsidRPr="00D41F13" w:rsidRDefault="00D41F13" w:rsidP="00D41F13">
      <w:pPr>
        <w:pStyle w:val="Odlomakpopisa"/>
        <w:numPr>
          <w:ilvl w:val="0"/>
          <w:numId w:val="45"/>
        </w:numPr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D41F13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„U tišini čitam kratki odlomak iz Biblije, razmišljam što mi Bog njime govori i neko vrijeme ostajem u tišini.“ → MEDITACIJA </w:t>
      </w:r>
    </w:p>
    <w:p w14:paraId="5984A6DE" w14:textId="05F446DA" w:rsidR="00D41F13" w:rsidRPr="00D41F13" w:rsidRDefault="00D41F13" w:rsidP="00D41F13">
      <w:pPr>
        <w:pStyle w:val="Odlomakpopisa"/>
        <w:numPr>
          <w:ilvl w:val="0"/>
          <w:numId w:val="45"/>
        </w:numPr>
        <w:rPr>
          <w:rFonts w:asciiTheme="majorHAnsi" w:eastAsia="Times New Roman" w:hAnsiTheme="majorHAnsi" w:cstheme="majorHAnsi"/>
          <w:color w:val="auto"/>
          <w:lang w:val="hr-HR" w:eastAsia="hr-HR"/>
        </w:rPr>
      </w:pPr>
      <w:r w:rsidRPr="00D41F13">
        <w:rPr>
          <w:rFonts w:asciiTheme="majorHAnsi" w:eastAsia="Times New Roman" w:hAnsiTheme="majorHAnsi" w:cstheme="majorHAnsi"/>
          <w:color w:val="auto"/>
          <w:lang w:val="hr-HR" w:eastAsia="hr-HR"/>
        </w:rPr>
        <w:t xml:space="preserve">„Bože, molim Te, pomozi mojem bolesnom prijatelju i daj mi snage da mu budem blizu.“ → MOLBA </w:t>
      </w:r>
    </w:p>
    <w:p w14:paraId="357522CF" w14:textId="761A0820" w:rsidR="00D41F13" w:rsidRPr="00D41F13" w:rsidRDefault="00D41F13" w:rsidP="00D41F13">
      <w:pPr>
        <w:pStyle w:val="Odlomakpopisa"/>
        <w:numPr>
          <w:ilvl w:val="0"/>
          <w:numId w:val="45"/>
        </w:numPr>
        <w:spacing w:before="220"/>
        <w:jc w:val="both"/>
        <w:rPr>
          <w:rFonts w:asciiTheme="majorHAnsi" w:hAnsiTheme="majorHAnsi" w:cstheme="majorHAnsi"/>
        </w:rPr>
      </w:pPr>
      <w:r w:rsidRPr="00D41F13">
        <w:rPr>
          <w:rFonts w:asciiTheme="majorHAnsi" w:eastAsia="Times New Roman" w:hAnsiTheme="majorHAnsi" w:cstheme="majorHAnsi"/>
          <w:color w:val="auto"/>
          <w:lang w:val="hr-HR" w:eastAsia="hr-HR"/>
        </w:rPr>
        <w:t>„Ako ovu molitvu izgovorim točno deset puta, Bog će mi sigurno morati ispuniti želju.“ → PRAZNOVJERJE</w:t>
      </w:r>
    </w:p>
    <w:p w14:paraId="01A6E9D4" w14:textId="77777777" w:rsidR="00E64D18" w:rsidRDefault="004A038F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20: Mikropauza </w:t>
      </w:r>
      <w:r>
        <w:rPr>
          <w:i/>
          <w:color w:val="6B6B6B"/>
          <w:sz w:val="20"/>
        </w:rPr>
        <w:t>(frontalni rad, 2 minute)</w:t>
      </w:r>
    </w:p>
    <w:p w14:paraId="7B6529C7" w14:textId="77777777" w:rsidR="00E64D18" w:rsidRDefault="004A038F">
      <w:pPr>
        <w:jc w:val="both"/>
      </w:pPr>
      <w: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7300A73C" w14:textId="77777777" w:rsidR="00E64D18" w:rsidRDefault="004A038F">
      <w:pPr>
        <w:spacing w:before="220"/>
      </w:pPr>
      <w:r>
        <w:rPr>
          <w:color w:val="7030A0"/>
        </w:rPr>
        <w:t>Vjeroučitelj će prstom u zraku polako nacrtati krug, trokut i kvadrat. Učenici bez govora ponavljaju isti slijed, zatim ga pokušaju nacrtati obrnutim redom. Na znak spuste ruke i mirno nastavljaju rad.</w:t>
      </w:r>
    </w:p>
    <w:p w14:paraId="7B1C9C68" w14:textId="77777777" w:rsidR="00E64D18" w:rsidRDefault="00E64D18">
      <w:pPr>
        <w:spacing w:before="440"/>
        <w:jc w:val="both"/>
      </w:pP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A0483" w14:paraId="60E7A030" w14:textId="77777777" w:rsidTr="00B82C4D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3A94C7A" w14:textId="78D1231B" w:rsidR="00FA0483" w:rsidRDefault="00B82C4D" w:rsidP="00B82C4D">
            <w:r w:rsidRPr="00B82C4D">
              <w:rPr>
                <w:rFonts w:cs="Calibri"/>
                <w:b/>
                <w:color w:val="FFFFFF"/>
                <w:sz w:val="32"/>
              </w:rPr>
              <w:t xml:space="preserve">III. ZAVRŠNI DIO – IZRAZI </w:t>
            </w:r>
            <w:r w:rsidRPr="00B82C4D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36D9A73A" w14:textId="77777777" w:rsidR="006957BD" w:rsidRDefault="004A038F" w:rsidP="006957BD">
      <w:pPr>
        <w:keepNext/>
        <w:spacing w:before="60" w:after="40"/>
        <w:jc w:val="both"/>
      </w:pPr>
      <w:r>
        <w:rPr>
          <w:b/>
          <w:color w:val="C96A00"/>
          <w:sz w:val="26"/>
        </w:rPr>
        <w:t>Aktualizacija:</w:t>
      </w:r>
    </w:p>
    <w:p w14:paraId="62BEABCC" w14:textId="6C19DA54" w:rsidR="00E64D18" w:rsidRDefault="004A038F" w:rsidP="006957BD">
      <w:pPr>
        <w:keepNext/>
        <w:spacing w:before="60" w:after="40"/>
        <w:jc w:val="both"/>
      </w:pPr>
      <w:r>
        <w:t>Razgovor:</w:t>
      </w:r>
    </w:p>
    <w:p w14:paraId="47D1A94B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Koju vrstu molitve najlakše prepoznaješ u vlastitome danu? </w:t>
      </w:r>
      <w:r>
        <w:rPr>
          <w:color w:val="6B6B6B"/>
          <w:sz w:val="18"/>
        </w:rPr>
        <w:t>(Mogući su zahvala, molba, kajanje, slava ili meditacija.)</w:t>
      </w:r>
    </w:p>
    <w:p w14:paraId="51588992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Kako bi objasnio razliku između molitve i praznovjerja prijatelju? </w:t>
      </w:r>
      <w:r>
        <w:rPr>
          <w:color w:val="6B6B6B"/>
          <w:sz w:val="18"/>
        </w:rPr>
        <w:t>(Molitva je odnos povjerenja s Bogom; praznovjerje pokušava formulom ili predmetom steći magijsku moć.)</w:t>
      </w:r>
    </w:p>
    <w:p w14:paraId="4CA29263" w14:textId="77777777" w:rsidR="00E64D18" w:rsidRDefault="004A038F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Što ti tekst o krunici govori o Isusu? </w:t>
      </w:r>
      <w:r>
        <w:rPr>
          <w:color w:val="6B6B6B"/>
          <w:sz w:val="18"/>
        </w:rPr>
        <w:t>(Krunica s Marijom razmatra Isusov život, smrt i uskrsnuće.)</w:t>
      </w:r>
    </w:p>
    <w:p w14:paraId="13D6AC78" w14:textId="77777777" w:rsidR="00E64D18" w:rsidRDefault="004A038F">
      <w:pPr>
        <w:keepNext/>
        <w:spacing w:before="60" w:after="40"/>
        <w:jc w:val="both"/>
      </w:pPr>
      <w:r>
        <w:rPr>
          <w:b/>
          <w:color w:val="C96A00"/>
          <w:sz w:val="26"/>
        </w:rPr>
        <w:t>Sinteza:</w:t>
      </w:r>
    </w:p>
    <w:p w14:paraId="2DA33C87" w14:textId="77777777" w:rsidR="00E64D18" w:rsidRDefault="004A038F">
      <w:pPr>
        <w:jc w:val="both"/>
      </w:pPr>
      <w:r>
        <w:t>Učenici će načiniti „ruku molitve“: svakom prstu usmeno pridružuju jednu od pet vrsta molitve, a dlan predstavlja odnos s Bogom koji ih povezuje.</w:t>
      </w:r>
    </w:p>
    <w:p w14:paraId="6A55E513" w14:textId="77777777" w:rsidR="00E64D18" w:rsidRDefault="004A038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Pet prstiju: slava/pohvala, zahvala, kajanje, meditacija i molba. Dlan: odnos s Bogom. Odgovor na središnje pitanje uključuje različite načine molitve i jasnu razliku prema praznovjerju.</w:t>
      </w:r>
    </w:p>
    <w:p w14:paraId="6D1EA74D" w14:textId="77777777" w:rsidR="00D41F13" w:rsidRDefault="00D41F13">
      <w:pPr>
        <w:jc w:val="both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0C4E2233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1EC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420887" w14:textId="77777777" w:rsidR="00FA0483" w:rsidRDefault="004A038F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Zaključak vjeroučitelja: </w:t>
            </w:r>
            <w:r>
              <w:rPr>
                <w:sz w:val="21"/>
              </w:rPr>
              <w:t>Kršćanska molitva može imati različite oblike, ali njezino je središte odnos s Bogom. Učenici trebaju jasno razlikovati pouzdanu molitvu od praznovjerja koje Boga ili svete znakove pretvara u sredstvo magijske kontrole.</w:t>
            </w:r>
          </w:p>
        </w:tc>
      </w:tr>
    </w:tbl>
    <w:p w14:paraId="2C82BB72" w14:textId="77777777" w:rsidR="00E64D18" w:rsidRDefault="004A038F">
      <w:pPr>
        <w:keepNext/>
        <w:spacing w:before="60" w:after="40"/>
        <w:jc w:val="both"/>
      </w:pPr>
      <w:r>
        <w:rPr>
          <w:b/>
          <w:color w:val="C96A00"/>
          <w:sz w:val="26"/>
        </w:rPr>
        <w:t>Samovrednovanje:</w:t>
      </w:r>
    </w:p>
    <w:p w14:paraId="2E5DD1BE" w14:textId="77777777" w:rsidR="00E64D18" w:rsidRDefault="004A038F">
      <w:pPr>
        <w:jc w:val="both"/>
      </w:pPr>
      <w:r>
        <w:t>Učenici će odabrati prikaz koji najbolje opisuje njihovo razumijevanje. Izbor mogu pokazati diskretno prstima 1, 2 ili 3 ili ga samo zabilježiti u bilježnici.</w:t>
      </w:r>
    </w:p>
    <w:p w14:paraId="67A1748D" w14:textId="77777777" w:rsidR="00697E27" w:rsidRDefault="00697E27">
      <w:pPr>
        <w:jc w:val="both"/>
      </w:pPr>
    </w:p>
    <w:tbl>
      <w:tblPr>
        <w:tblW w:w="6086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3986"/>
      </w:tblGrid>
      <w:tr w:rsidR="00E64D18" w14:paraId="28700902" w14:textId="77777777" w:rsidTr="00697E27">
        <w:tc>
          <w:tcPr>
            <w:tcW w:w="2100" w:type="dxa"/>
            <w:shd w:val="clear" w:color="auto" w:fill="FFFFFF"/>
            <w:vAlign w:val="center"/>
          </w:tcPr>
          <w:p w14:paraId="60442AE2" w14:textId="77777777" w:rsidR="00E64D18" w:rsidRDefault="004A038F">
            <w:pPr>
              <w:jc w:val="center"/>
            </w:pPr>
            <w:r w:rsidRPr="00697E27">
              <w:rPr>
                <w:b/>
                <w:color w:val="404040" w:themeColor="text1" w:themeTint="BF"/>
                <w:sz w:val="48"/>
              </w:rPr>
              <w:t>☁</w:t>
            </w:r>
          </w:p>
        </w:tc>
        <w:tc>
          <w:tcPr>
            <w:tcW w:w="3986" w:type="dxa"/>
            <w:shd w:val="clear" w:color="auto" w:fill="FFFFFF"/>
          </w:tcPr>
          <w:p w14:paraId="22448A1E" w14:textId="77777777" w:rsidR="00697E27" w:rsidRPr="00697E27" w:rsidRDefault="004A038F">
            <w:pPr>
              <w:rPr>
                <w:sz w:val="28"/>
                <w:szCs w:val="28"/>
              </w:rPr>
            </w:pPr>
            <w:r w:rsidRPr="00697E27">
              <w:rPr>
                <w:b/>
                <w:color w:val="0D0D0D" w:themeColor="text1" w:themeTint="F2"/>
                <w:sz w:val="36"/>
                <w:szCs w:val="36"/>
              </w:rPr>
              <w:t>OBLAK</w:t>
            </w:r>
            <w:r>
              <w:rPr>
                <w:b/>
                <w:color w:val="0070C0"/>
                <w:sz w:val="28"/>
              </w:rPr>
              <w:br/>
            </w:r>
            <w:r w:rsidRPr="00697E27">
              <w:rPr>
                <w:sz w:val="28"/>
                <w:szCs w:val="28"/>
              </w:rPr>
              <w:t xml:space="preserve">Još mi treba objašnjenje vrsta molitve </w:t>
            </w:r>
          </w:p>
          <w:p w14:paraId="322DF72B" w14:textId="38013B16" w:rsidR="00E64D18" w:rsidRDefault="004A038F">
            <w:r w:rsidRPr="00697E27">
              <w:rPr>
                <w:sz w:val="28"/>
                <w:szCs w:val="28"/>
              </w:rPr>
              <w:t>i praznovjerja.</w:t>
            </w:r>
          </w:p>
        </w:tc>
      </w:tr>
      <w:tr w:rsidR="00E64D18" w14:paraId="70CE32DF" w14:textId="77777777" w:rsidTr="00697E27">
        <w:tc>
          <w:tcPr>
            <w:tcW w:w="2100" w:type="dxa"/>
            <w:shd w:val="clear" w:color="auto" w:fill="F5F5F5"/>
            <w:vAlign w:val="center"/>
          </w:tcPr>
          <w:p w14:paraId="6D166A24" w14:textId="77777777" w:rsidR="00E64D18" w:rsidRDefault="004A038F">
            <w:pPr>
              <w:jc w:val="center"/>
            </w:pPr>
            <w:r w:rsidRPr="00697E27">
              <w:rPr>
                <w:b/>
                <w:color w:val="FFC000"/>
                <w:sz w:val="48"/>
              </w:rPr>
              <w:t>☀</w:t>
            </w:r>
            <w:r>
              <w:rPr>
                <w:b/>
                <w:color w:val="C96A00"/>
                <w:sz w:val="48"/>
              </w:rPr>
              <w:t>/</w:t>
            </w:r>
            <w:r w:rsidRPr="00697E27">
              <w:rPr>
                <w:b/>
                <w:color w:val="404040" w:themeColor="text1" w:themeTint="BF"/>
                <w:sz w:val="48"/>
              </w:rPr>
              <w:t>☁</w:t>
            </w:r>
          </w:p>
        </w:tc>
        <w:tc>
          <w:tcPr>
            <w:tcW w:w="3986" w:type="dxa"/>
            <w:shd w:val="clear" w:color="auto" w:fill="F5F5F5"/>
          </w:tcPr>
          <w:p w14:paraId="7A2482BE" w14:textId="77777777" w:rsidR="00697E27" w:rsidRPr="00697E27" w:rsidRDefault="004A038F">
            <w:pPr>
              <w:rPr>
                <w:sz w:val="28"/>
                <w:szCs w:val="28"/>
              </w:rPr>
            </w:pPr>
            <w:r w:rsidRPr="00697E27">
              <w:rPr>
                <w:b/>
                <w:color w:val="404040" w:themeColor="text1" w:themeTint="BF"/>
                <w:sz w:val="36"/>
                <w:szCs w:val="36"/>
              </w:rPr>
              <w:t>SUNCE IZA OBLAKA</w:t>
            </w:r>
            <w:r>
              <w:rPr>
                <w:b/>
                <w:color w:val="0070C0"/>
                <w:sz w:val="28"/>
              </w:rPr>
              <w:br/>
            </w:r>
            <w:r w:rsidRPr="00697E27">
              <w:rPr>
                <w:sz w:val="28"/>
                <w:szCs w:val="28"/>
              </w:rPr>
              <w:t xml:space="preserve">Većinu razumijem, ali trebam </w:t>
            </w:r>
          </w:p>
          <w:p w14:paraId="0FF2CDCF" w14:textId="3A73738C" w:rsidR="00E64D18" w:rsidRDefault="004A038F">
            <w:r w:rsidRPr="00697E27">
              <w:rPr>
                <w:sz w:val="28"/>
                <w:szCs w:val="28"/>
              </w:rPr>
              <w:t>još jedan primjer.</w:t>
            </w:r>
          </w:p>
        </w:tc>
      </w:tr>
      <w:tr w:rsidR="00E64D18" w14:paraId="63651EF6" w14:textId="77777777" w:rsidTr="00697E27">
        <w:tc>
          <w:tcPr>
            <w:tcW w:w="2100" w:type="dxa"/>
            <w:shd w:val="clear" w:color="auto" w:fill="FFFFFF"/>
            <w:vAlign w:val="center"/>
          </w:tcPr>
          <w:p w14:paraId="31828974" w14:textId="77777777" w:rsidR="00E64D18" w:rsidRDefault="004A038F">
            <w:pPr>
              <w:jc w:val="center"/>
            </w:pPr>
            <w:r w:rsidRPr="00697E27">
              <w:rPr>
                <w:b/>
                <w:color w:val="FFC000"/>
                <w:sz w:val="48"/>
              </w:rPr>
              <w:t>☀</w:t>
            </w:r>
          </w:p>
        </w:tc>
        <w:tc>
          <w:tcPr>
            <w:tcW w:w="3986" w:type="dxa"/>
            <w:shd w:val="clear" w:color="auto" w:fill="FFFFFF"/>
          </w:tcPr>
          <w:p w14:paraId="7B7B35E6" w14:textId="77777777" w:rsidR="00697E27" w:rsidRPr="00697E27" w:rsidRDefault="004A038F">
            <w:pPr>
              <w:rPr>
                <w:sz w:val="28"/>
                <w:szCs w:val="28"/>
              </w:rPr>
            </w:pPr>
            <w:r w:rsidRPr="00697E27">
              <w:rPr>
                <w:b/>
                <w:color w:val="FFC000"/>
                <w:sz w:val="36"/>
                <w:szCs w:val="36"/>
              </w:rPr>
              <w:t>SUNCE</w:t>
            </w:r>
            <w:r>
              <w:rPr>
                <w:b/>
                <w:color w:val="0070C0"/>
                <w:sz w:val="28"/>
              </w:rPr>
              <w:br/>
            </w:r>
            <w:r w:rsidRPr="00697E27">
              <w:rPr>
                <w:sz w:val="28"/>
                <w:szCs w:val="28"/>
              </w:rPr>
              <w:t xml:space="preserve">Mogu objasniti vrste molitve i razlikovati </w:t>
            </w:r>
          </w:p>
          <w:p w14:paraId="77DFE51A" w14:textId="65B8BEC3" w:rsidR="00E64D18" w:rsidRDefault="004A038F">
            <w:r w:rsidRPr="00697E27">
              <w:rPr>
                <w:sz w:val="28"/>
                <w:szCs w:val="28"/>
              </w:rPr>
              <w:t>istinsku molitvu od praznovjerja.</w:t>
            </w:r>
          </w:p>
        </w:tc>
      </w:tr>
    </w:tbl>
    <w:p w14:paraId="3961C1C6" w14:textId="77777777" w:rsidR="00E64D18" w:rsidRDefault="004A038F">
      <w:pPr>
        <w:keepNext/>
        <w:spacing w:before="60" w:after="40"/>
        <w:jc w:val="both"/>
      </w:pPr>
      <w:r>
        <w:rPr>
          <w:b/>
          <w:color w:val="C96A00"/>
          <w:sz w:val="26"/>
        </w:rPr>
        <w:t>Domaća zadaća:</w:t>
      </w:r>
    </w:p>
    <w:p w14:paraId="64FB0025" w14:textId="77777777" w:rsidR="00EA5B20" w:rsidRDefault="00EA5B20" w:rsidP="00EA5B20">
      <w:pPr>
        <w:spacing w:after="80"/>
      </w:pPr>
      <w:r>
        <w:t>Učenici će riješiti, ili dovršiti rješavanje RB, str. 90–91.</w:t>
      </w:r>
    </w:p>
    <w:p w14:paraId="43CC20E7" w14:textId="18B96D89" w:rsidR="009F1E21" w:rsidRPr="00F6222C" w:rsidRDefault="009F1E21" w:rsidP="009F1E21">
      <w:pPr>
        <w:jc w:val="both"/>
        <w:rPr>
          <w:color w:val="FF0000"/>
        </w:rPr>
      </w:pPr>
      <w:r w:rsidRPr="00F6222C">
        <w:rPr>
          <w:color w:val="FF0000"/>
        </w:rPr>
        <w:t xml:space="preserve">Učenici će naučiti napamet sljedeće </w:t>
      </w:r>
      <w:r w:rsidR="002A21FA">
        <w:rPr>
          <w:color w:val="FF0000"/>
        </w:rPr>
        <w:t>osnovne molitve</w:t>
      </w:r>
      <w:r w:rsidRPr="00F6222C">
        <w:rPr>
          <w:color w:val="FF0000"/>
        </w:rPr>
        <w:t xml:space="preserve"> jer će na idućem satu </w:t>
      </w:r>
      <w:r w:rsidRPr="00F6222C">
        <w:rPr>
          <w:b/>
          <w:bCs/>
          <w:color w:val="FF0000"/>
        </w:rPr>
        <w:t>biti usmeno ispitivani</w:t>
      </w:r>
      <w:r w:rsidRPr="00F6222C">
        <w:rPr>
          <w:color w:val="FF0000"/>
        </w:rPr>
        <w:t>:</w:t>
      </w:r>
    </w:p>
    <w:p w14:paraId="09170973" w14:textId="77777777" w:rsidR="009F1E21" w:rsidRPr="00F6222C" w:rsidRDefault="009F1E21" w:rsidP="009F1E21">
      <w:pPr>
        <w:jc w:val="both"/>
      </w:pPr>
    </w:p>
    <w:p w14:paraId="53D24350" w14:textId="77777777" w:rsidR="009F1E21" w:rsidRPr="00F6222C" w:rsidRDefault="009F1E21" w:rsidP="009F1E21">
      <w:pPr>
        <w:jc w:val="center"/>
        <w:rPr>
          <w:rFonts w:asciiTheme="majorHAnsi" w:hAnsiTheme="majorHAnsi" w:cstheme="majorHAnsi"/>
          <w:b/>
          <w:bCs/>
          <w:color w:val="1F497D" w:themeColor="text2"/>
        </w:rPr>
      </w:pPr>
      <w:r w:rsidRPr="00F6222C">
        <w:rPr>
          <w:rFonts w:asciiTheme="majorHAnsi" w:hAnsiTheme="majorHAnsi" w:cstheme="majorHAnsi"/>
          <w:b/>
          <w:bCs/>
          <w:color w:val="1F497D" w:themeColor="text2"/>
        </w:rPr>
        <w:t>Znak križa, Oče naš, Zdravo Marijo, Slava Ocu, Anđele, čuvaru mili, kajanje</w:t>
      </w:r>
    </w:p>
    <w:p w14:paraId="446D394A" w14:textId="77777777" w:rsidR="009F1E21" w:rsidRPr="00F6222C" w:rsidRDefault="009F1E21" w:rsidP="009F1E21">
      <w:pPr>
        <w:jc w:val="both"/>
        <w:rPr>
          <w:rFonts w:asciiTheme="majorHAnsi" w:hAnsiTheme="majorHAnsi" w:cstheme="majorHAnsi"/>
        </w:rPr>
      </w:pPr>
    </w:p>
    <w:p w14:paraId="2D3BB4EF" w14:textId="77777777" w:rsidR="009F1E21" w:rsidRPr="00F6222C" w:rsidRDefault="009F1E21" w:rsidP="009F1E21">
      <w:pPr>
        <w:rPr>
          <w:rFonts w:asciiTheme="majorHAnsi" w:eastAsia="Times New Roman" w:hAnsiTheme="majorHAnsi" w:cstheme="majorHAnsi"/>
          <w:lang w:eastAsia="hr-HR"/>
        </w:rPr>
      </w:pPr>
      <w:r w:rsidRPr="00F6222C">
        <w:rPr>
          <w:rFonts w:asciiTheme="majorHAnsi" w:eastAsia="Times New Roman" w:hAnsiTheme="majorHAnsi" w:cstheme="majorHAnsi"/>
          <w:lang w:eastAsia="hr-HR"/>
        </w:rPr>
        <w:t>Odgovarat će obrazac kajanja koji su učili na prvoj Pričesti, a ako se ne mogu sjetiti, predlaže se sljedeći obrazac:</w:t>
      </w:r>
    </w:p>
    <w:p w14:paraId="669901A0" w14:textId="77777777" w:rsidR="009F1E21" w:rsidRPr="00F6222C" w:rsidRDefault="009F1E21" w:rsidP="009F1E21">
      <w:pPr>
        <w:pStyle w:val="Odlomakpopisa"/>
        <w:ind w:left="560"/>
        <w:rPr>
          <w:rFonts w:asciiTheme="majorHAnsi" w:eastAsia="Times New Roman" w:hAnsiTheme="majorHAnsi" w:cstheme="majorHAnsi"/>
          <w:lang w:eastAsia="hr-HR"/>
        </w:rPr>
      </w:pPr>
    </w:p>
    <w:p w14:paraId="16E037EF" w14:textId="77777777" w:rsidR="009F1E21" w:rsidRPr="00F6222C" w:rsidRDefault="009F1E21" w:rsidP="009F1E21">
      <w:pPr>
        <w:pStyle w:val="Odlomakpopisa"/>
        <w:ind w:left="0"/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F6222C"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Kajem se od svega srca</w:t>
      </w:r>
    </w:p>
    <w:p w14:paraId="32CE9960" w14:textId="77777777" w:rsidR="009F1E21" w:rsidRPr="00F6222C" w:rsidRDefault="009F1E21" w:rsidP="009F1E21">
      <w:pPr>
        <w:pStyle w:val="Odlomakpopisa"/>
        <w:ind w:left="0"/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F6222C"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što sam uvrijedio Boga</w:t>
      </w:r>
    </w:p>
    <w:p w14:paraId="3ADED1A4" w14:textId="77777777" w:rsidR="009F1E21" w:rsidRPr="00F6222C" w:rsidRDefault="009F1E21" w:rsidP="009F1E21">
      <w:pPr>
        <w:pStyle w:val="Odlomakpopisa"/>
        <w:ind w:left="0"/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F6222C"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najveće i najmilije dobro.</w:t>
      </w:r>
    </w:p>
    <w:p w14:paraId="111D4B49" w14:textId="77777777" w:rsidR="009F1E21" w:rsidRPr="00F6222C" w:rsidRDefault="009F1E21" w:rsidP="009F1E21">
      <w:pPr>
        <w:pStyle w:val="Odlomakpopisa"/>
        <w:ind w:left="0"/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F6222C"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Mrzim na sve svoje grijehe</w:t>
      </w:r>
    </w:p>
    <w:p w14:paraId="2BDDE6AB" w14:textId="77777777" w:rsidR="009F1E21" w:rsidRPr="00F6222C" w:rsidRDefault="009F1E21" w:rsidP="009F1E21">
      <w:pPr>
        <w:pStyle w:val="Odlomakpopisa"/>
        <w:ind w:left="0"/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F6222C"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i čvrsto odlučujem da ću se popraviti</w:t>
      </w:r>
    </w:p>
    <w:p w14:paraId="7AE6FBF8" w14:textId="77777777" w:rsidR="009F1E21" w:rsidRPr="00853B58" w:rsidRDefault="009F1E21" w:rsidP="009F1E21">
      <w:pPr>
        <w:pStyle w:val="Odlomakpopisa"/>
        <w:ind w:left="0"/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F6222C">
        <w:rPr>
          <w:rStyle w:val="Naglaeno"/>
          <w:rFonts w:asciiTheme="majorHAnsi" w:hAnsiTheme="majorHAnsi" w:cstheme="majorHAnsi"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i da neću više griješiti. Amen!</w:t>
      </w:r>
    </w:p>
    <w:p w14:paraId="0B79B3F8" w14:textId="77777777" w:rsidR="00434921" w:rsidRDefault="00434921" w:rsidP="00EA5B20">
      <w:pPr>
        <w:spacing w:after="80"/>
      </w:pPr>
    </w:p>
    <w:p w14:paraId="553C55B3" w14:textId="216CB769" w:rsidR="00F6222C" w:rsidRDefault="00F6222C" w:rsidP="00EA5B20">
      <w:pPr>
        <w:spacing w:after="80"/>
      </w:pPr>
      <w:r>
        <w:t>Ili:</w:t>
      </w:r>
    </w:p>
    <w:p w14:paraId="4410CA3E" w14:textId="77777777" w:rsidR="00EA5B20" w:rsidRDefault="00EA5B20" w:rsidP="00697E27">
      <w:pPr>
        <w:spacing w:after="220"/>
        <w:jc w:val="both"/>
      </w:pPr>
      <w:r>
        <w:t>Učenici će odabrati dva oblika kršćanske molitve (molitva slave / pohvale, zahvale, kajanja, molbe ili meditativna molitva) i sastaviti po jednu kratku molitvenu rečenicu za svaki odabrani oblik.</w:t>
      </w:r>
    </w:p>
    <w:p w14:paraId="76538CD0" w14:textId="532B8038" w:rsidR="00E64D18" w:rsidRDefault="00EA5B20" w:rsidP="00EA5B20">
      <w:pPr>
        <w:jc w:val="both"/>
      </w:pPr>
      <w:r>
        <w:rPr>
          <w:b/>
        </w:rPr>
        <w:t xml:space="preserve">Izborna domaća zadaća: </w:t>
      </w:r>
      <w:r>
        <w:t>Učenici će nacrtati jednostavan simbol krunice i uz njega zapisati četiri skupine otajstava: RADOSNA – ŽALOSNA – SLAVNA – OTAJSTVA SVJETLA.</w:t>
      </w:r>
    </w:p>
    <w:p w14:paraId="7E4DF721" w14:textId="77777777" w:rsidR="00E64D18" w:rsidRDefault="004A038F">
      <w:pPr>
        <w:keepNext/>
        <w:spacing w:before="60" w:after="40"/>
        <w:jc w:val="both"/>
      </w:pPr>
      <w:r>
        <w:rPr>
          <w:b/>
          <w:color w:val="C96A00"/>
          <w:sz w:val="26"/>
        </w:rPr>
        <w:t>Završna molitva:</w:t>
      </w:r>
    </w:p>
    <w:p w14:paraId="100E98AA" w14:textId="77777777" w:rsidR="00E64D18" w:rsidRDefault="004A038F">
      <w:pPr>
        <w:spacing w:after="220"/>
        <w:jc w:val="both"/>
      </w:pPr>
      <w:r>
        <w:rPr>
          <w:sz w:val="48"/>
        </w:rPr>
        <w:t>Gospodine, primi našu hvalu, zahvalu, kajanje i molbe. Uči nas zastati pred Tobom u tišini i ne tražiti čarobne formule, nego Tebe samoga. Neka nas svaka molitva učini zahvalnijima, poniznijima i spremnijima činiti dobro. Amen.</w:t>
      </w:r>
    </w:p>
    <w:p w14:paraId="1B0365FC" w14:textId="77777777" w:rsidR="00E64D18" w:rsidRDefault="004A038F">
      <w:pPr>
        <w:spacing w:after="220"/>
      </w:pPr>
      <w:r>
        <w:t>ili:</w:t>
      </w:r>
    </w:p>
    <w:p w14:paraId="6C6C3F2C" w14:textId="77777777" w:rsidR="00E64D18" w:rsidRDefault="004A038F">
      <w:pPr>
        <w:spacing w:after="220"/>
      </w:pPr>
      <w:r>
        <w:t>Anđele, čuvaru mili…</w:t>
      </w:r>
    </w:p>
    <w:p w14:paraId="0FC077E5" w14:textId="77777777" w:rsidR="00E64D18" w:rsidRDefault="004A038F">
      <w:pPr>
        <w:spacing w:after="220"/>
      </w:pPr>
      <w:r>
        <w:t>ili:</w:t>
      </w:r>
    </w:p>
    <w:p w14:paraId="65C437DF" w14:textId="77777777" w:rsidR="00E64D18" w:rsidRDefault="004A038F">
      <w:r>
        <w:t>Učenici će poslušati pjesmu „Anđele, čuvaru mili…“; 3:36; Autor: Marinko Grubešić; Izvor: YouTube.</w:t>
      </w:r>
    </w:p>
    <w:p w14:paraId="33A0623E" w14:textId="77777777" w:rsidR="00FA0483" w:rsidRDefault="003B6F22">
      <w:pPr>
        <w:spacing w:before="220"/>
      </w:pPr>
      <w:r>
        <w:rPr>
          <w:rFonts w:cs="Calibri"/>
          <w:noProof/>
          <w:lang w:eastAsia="hr-HR"/>
        </w:rPr>
        <w:drawing>
          <wp:inline distT="0" distB="0" distL="0" distR="0" wp14:anchorId="19348AAF" wp14:editId="0FB90B88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19"/>
                    </pic:cNvPr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/>
    </w:p>
    <w:p w14:paraId="3FBCB9DD" w14:textId="77777777" w:rsidR="00D41F13" w:rsidRDefault="00D41F13">
      <w:pPr>
        <w:spacing w:before="660"/>
        <w:jc w:val="both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4CB297ED" w14:textId="77777777">
        <w:tc>
          <w:tcPr>
            <w:tcW w:w="10658" w:type="dxa"/>
            <w:tcBorders>
              <w:top w:val="single" w:sz="0" w:space="0" w:color="C96A00"/>
              <w:left w:val="single" w:sz="0" w:space="0" w:color="C96A00"/>
              <w:bottom w:val="single" w:sz="0" w:space="0" w:color="C96A00"/>
              <w:right w:val="single" w:sz="0" w:space="0" w:color="C96A00"/>
            </w:tcBorders>
            <w:shd w:val="clear" w:color="auto" w:fill="C96A0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BB07CDA" w14:textId="77777777" w:rsidR="00FA0483" w:rsidRDefault="004A038F" w:rsidP="003B6F22">
            <w:pPr>
              <w:jc w:val="center"/>
            </w:pPr>
            <w:r>
              <w:rPr>
                <w:b/>
                <w:color w:val="FFFFFF"/>
                <w:sz w:val="26"/>
              </w:rPr>
              <w:t>PREPORUČENI ODABIR ZA 45 MINUTA</w:t>
            </w:r>
          </w:p>
        </w:tc>
      </w:tr>
    </w:tbl>
    <w:p w14:paraId="7A7B4C0A" w14:textId="77777777" w:rsidR="00E64D18" w:rsidRDefault="00E64D18" w:rsidP="00D41F13">
      <w:pPr>
        <w:jc w:val="both"/>
      </w:pP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533"/>
        <w:gridCol w:w="2125"/>
      </w:tblGrid>
      <w:tr w:rsidR="00FA0483" w14:paraId="75E79BDC" w14:textId="77777777" w:rsidTr="003B6F22">
        <w:tc>
          <w:tcPr>
            <w:tcW w:w="8533" w:type="dxa"/>
            <w:tcBorders>
              <w:top w:val="single" w:sz="5" w:space="0" w:color="595959"/>
              <w:left w:val="single" w:sz="5" w:space="0" w:color="595959"/>
              <w:bottom w:val="single" w:sz="5" w:space="0" w:color="595959"/>
              <w:right w:val="single" w:sz="5" w:space="0" w:color="595959"/>
            </w:tcBorders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211FE1" w14:textId="77777777" w:rsidR="00FA0483" w:rsidRDefault="004A038F" w:rsidP="003B6F22"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5" w:type="dxa"/>
            <w:tcBorders>
              <w:top w:val="single" w:sz="5" w:space="0" w:color="595959"/>
              <w:left w:val="single" w:sz="5" w:space="0" w:color="595959"/>
              <w:bottom w:val="single" w:sz="5" w:space="0" w:color="595959"/>
              <w:right w:val="single" w:sz="5" w:space="0" w:color="595959"/>
            </w:tcBorders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D0EB81" w14:textId="77777777" w:rsidR="00FA0483" w:rsidRDefault="004A038F">
            <w:pPr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E64D18" w14:paraId="351DB64F" w14:textId="77777777">
        <w:tc>
          <w:tcPr>
            <w:tcW w:w="8533" w:type="dxa"/>
            <w:shd w:val="clear" w:color="auto" w:fill="FFFFFF"/>
            <w:vAlign w:val="center"/>
          </w:tcPr>
          <w:p w14:paraId="51534B9F" w14:textId="77777777" w:rsidR="00E64D18" w:rsidRDefault="004A038F" w:rsidP="00D41F13">
            <w:pPr>
              <w:spacing w:before="60" w:after="60"/>
              <w:jc w:val="both"/>
            </w:pPr>
            <w:r>
              <w:t>Uvodna molitva, pregled domaće zadaće i motivacija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0388E09E" w14:textId="77777777" w:rsidR="00E64D18" w:rsidRDefault="004A038F" w:rsidP="00D41F13">
            <w:pPr>
              <w:spacing w:before="60" w:after="60"/>
              <w:jc w:val="center"/>
            </w:pPr>
            <w:r>
              <w:t>8 min</w:t>
            </w:r>
          </w:p>
        </w:tc>
      </w:tr>
      <w:tr w:rsidR="00E64D18" w14:paraId="4608D363" w14:textId="77777777">
        <w:tc>
          <w:tcPr>
            <w:tcW w:w="8533" w:type="dxa"/>
            <w:shd w:val="clear" w:color="auto" w:fill="F2F2F2"/>
            <w:vAlign w:val="center"/>
          </w:tcPr>
          <w:p w14:paraId="4FE7D548" w14:textId="77777777" w:rsidR="00E64D18" w:rsidRDefault="004A038F" w:rsidP="00D41F13">
            <w:pPr>
              <w:spacing w:before="60" w:after="60"/>
              <w:jc w:val="both"/>
            </w:pPr>
            <w:r>
              <w:t>Aktivnost 1 – Obrada teksta / sadržaja</w:t>
            </w:r>
          </w:p>
        </w:tc>
        <w:tc>
          <w:tcPr>
            <w:tcW w:w="2125" w:type="dxa"/>
            <w:shd w:val="clear" w:color="auto" w:fill="F2F2F2"/>
            <w:vAlign w:val="center"/>
          </w:tcPr>
          <w:p w14:paraId="0BEE0A2B" w14:textId="77777777" w:rsidR="00E64D18" w:rsidRDefault="004A038F" w:rsidP="00D41F13">
            <w:pPr>
              <w:spacing w:before="60" w:after="60"/>
              <w:jc w:val="center"/>
            </w:pPr>
            <w:r>
              <w:t>14 min</w:t>
            </w:r>
          </w:p>
        </w:tc>
      </w:tr>
      <w:tr w:rsidR="00E64D18" w14:paraId="72630857" w14:textId="77777777">
        <w:tc>
          <w:tcPr>
            <w:tcW w:w="8533" w:type="dxa"/>
            <w:shd w:val="clear" w:color="auto" w:fill="FFFFFF"/>
            <w:vAlign w:val="center"/>
          </w:tcPr>
          <w:p w14:paraId="5BA2468B" w14:textId="77777777" w:rsidR="00E64D18" w:rsidRDefault="004A038F" w:rsidP="00D41F13">
            <w:pPr>
              <w:spacing w:before="60" w:after="60"/>
              <w:jc w:val="both"/>
            </w:pPr>
            <w:r>
              <w:t>Aktivnost 5 – Krunica – pet činjenica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7B792A91" w14:textId="77777777" w:rsidR="00E64D18" w:rsidRDefault="004A038F" w:rsidP="00D41F13">
            <w:pPr>
              <w:spacing w:before="60" w:after="60"/>
              <w:jc w:val="center"/>
            </w:pPr>
            <w:r>
              <w:t>8 min</w:t>
            </w:r>
          </w:p>
        </w:tc>
      </w:tr>
      <w:tr w:rsidR="00E64D18" w14:paraId="59BDC2E3" w14:textId="77777777">
        <w:tc>
          <w:tcPr>
            <w:tcW w:w="8533" w:type="dxa"/>
            <w:shd w:val="clear" w:color="auto" w:fill="F2F2F2"/>
            <w:vAlign w:val="center"/>
          </w:tcPr>
          <w:p w14:paraId="5C43E19F" w14:textId="77777777" w:rsidR="00E64D18" w:rsidRDefault="004A038F" w:rsidP="00D41F13">
            <w:pPr>
              <w:spacing w:before="60" w:after="60"/>
              <w:jc w:val="both"/>
            </w:pPr>
            <w:r>
              <w:t>Aktivnost 16 – Zapišimo!</w:t>
            </w:r>
          </w:p>
        </w:tc>
        <w:tc>
          <w:tcPr>
            <w:tcW w:w="2125" w:type="dxa"/>
            <w:shd w:val="clear" w:color="auto" w:fill="F2F2F2"/>
            <w:vAlign w:val="center"/>
          </w:tcPr>
          <w:p w14:paraId="33337FE2" w14:textId="77777777" w:rsidR="00E64D18" w:rsidRDefault="004A038F" w:rsidP="00D41F13">
            <w:pPr>
              <w:spacing w:before="60" w:after="60"/>
              <w:jc w:val="center"/>
            </w:pPr>
            <w:r>
              <w:t>6 min</w:t>
            </w:r>
          </w:p>
        </w:tc>
      </w:tr>
      <w:tr w:rsidR="00E64D18" w14:paraId="07E13939" w14:textId="77777777">
        <w:tc>
          <w:tcPr>
            <w:tcW w:w="8533" w:type="dxa"/>
            <w:shd w:val="clear" w:color="auto" w:fill="FFFFFF"/>
            <w:vAlign w:val="center"/>
          </w:tcPr>
          <w:p w14:paraId="5FEA6ABC" w14:textId="77777777" w:rsidR="00E64D18" w:rsidRDefault="004A038F" w:rsidP="00D41F13">
            <w:pPr>
              <w:spacing w:before="60" w:after="60"/>
              <w:jc w:val="both"/>
            </w:pPr>
            <w:r>
              <w:t>Aktualizacija, sinteza i završna molitva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3F0D9A32" w14:textId="77777777" w:rsidR="00E64D18" w:rsidRDefault="004A038F" w:rsidP="00D41F13">
            <w:pPr>
              <w:spacing w:before="60" w:after="60"/>
              <w:jc w:val="center"/>
            </w:pPr>
            <w:r>
              <w:t>9 min</w:t>
            </w:r>
          </w:p>
        </w:tc>
      </w:tr>
    </w:tbl>
    <w:p w14:paraId="665CF701" w14:textId="77777777" w:rsidR="00E64D18" w:rsidRPr="00D41F13" w:rsidRDefault="004A038F">
      <w:pPr>
        <w:spacing w:after="260"/>
      </w:pPr>
      <w:r w:rsidRPr="00D41F13">
        <w:rPr>
          <w:i/>
          <w:color w:val="6B6B6B"/>
        </w:rPr>
        <w:t>Ukupno: 45 minuta. Mikropauza se koristi samo po potrebi; tada se skraćuje predstavljanje skupina ili završna rasprava.</w:t>
      </w:r>
    </w:p>
    <w:p w14:paraId="177CBD27" w14:textId="77777777" w:rsidR="00E64D18" w:rsidRDefault="004A038F">
      <w:pPr>
        <w:keepNext/>
        <w:spacing w:before="260" w:after="40"/>
        <w:jc w:val="both"/>
      </w:pPr>
      <w:r>
        <w:rPr>
          <w:b/>
          <w:color w:val="C96A00"/>
          <w:sz w:val="26"/>
        </w:rPr>
        <w:t>PRILOZI ZA BRZU UPORABU</w:t>
      </w:r>
    </w:p>
    <w:p w14:paraId="27714834" w14:textId="77777777" w:rsidR="00E64D18" w:rsidRPr="00D41F13" w:rsidRDefault="004A038F">
      <w:pPr>
        <w:rPr>
          <w:b/>
          <w:bCs/>
        </w:rPr>
      </w:pPr>
      <w:r w:rsidRPr="00D41F13">
        <w:rPr>
          <w:b/>
          <w:bCs/>
        </w:rPr>
        <w:t>Prilog 1: Kratka kontrolna lista za vjeroučitelja</w:t>
      </w:r>
    </w:p>
    <w:p w14:paraId="3FEBADDC" w14:textId="77777777" w:rsidR="00E64D18" w:rsidRDefault="004A038F">
      <w:pPr>
        <w:jc w:val="both"/>
      </w:pPr>
      <w:r>
        <w:t>□ Mogu li učenici navesti najmanje četiri načina kršćanske molitve?</w:t>
      </w:r>
    </w:p>
    <w:p w14:paraId="4F79A8E3" w14:textId="77777777" w:rsidR="00E64D18" w:rsidRDefault="004A038F">
      <w:pPr>
        <w:jc w:val="both"/>
      </w:pPr>
      <w:r>
        <w:t>□ Mogu li razlikovati pet vrsta molitve i dati jednostavan primjer?</w:t>
      </w:r>
    </w:p>
    <w:p w14:paraId="0950EFC0" w14:textId="77777777" w:rsidR="00E64D18" w:rsidRDefault="004A038F">
      <w:pPr>
        <w:jc w:val="both"/>
      </w:pPr>
      <w:r>
        <w:t>□ Mogu li objasniti što udžbenik kaže o svetoj misi?</w:t>
      </w:r>
    </w:p>
    <w:p w14:paraId="010A3FB8" w14:textId="77777777" w:rsidR="00E64D18" w:rsidRDefault="004A038F">
      <w:pPr>
        <w:jc w:val="both"/>
      </w:pPr>
      <w:r>
        <w:t>□ Mogu li izdvojiti glavne činjenice iz teksta o krunici?</w:t>
      </w:r>
    </w:p>
    <w:p w14:paraId="013B1458" w14:textId="77777777" w:rsidR="00E64D18" w:rsidRDefault="004A038F">
      <w:pPr>
        <w:jc w:val="both"/>
      </w:pPr>
      <w:r>
        <w:t>□ Mogu li na primjeru razlikovati istinsku molitvu od praznovjerja?</w:t>
      </w:r>
    </w:p>
    <w:sectPr w:rsidR="00E64D18">
      <w:headerReference w:type="default" r:id="rId22"/>
      <w:footerReference w:type="default" r:id="rId23"/>
      <w:pgSz w:w="12240" w:h="15840"/>
      <w:pgMar w:top="709" w:right="709" w:bottom="709" w:left="85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5B297" w14:textId="77777777" w:rsidR="004A038F" w:rsidRDefault="004A038F">
      <w:r>
        <w:separator/>
      </w:r>
    </w:p>
  </w:endnote>
  <w:endnote w:type="continuationSeparator" w:id="0">
    <w:p w14:paraId="3BDDC029" w14:textId="77777777" w:rsidR="004A038F" w:rsidRDefault="004A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210E" w14:textId="77777777" w:rsidR="00D077D7" w:rsidRDefault="00D077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E50E8" w14:textId="77777777" w:rsidR="004A038F" w:rsidRDefault="004A038F">
      <w:r>
        <w:separator/>
      </w:r>
    </w:p>
  </w:footnote>
  <w:footnote w:type="continuationSeparator" w:id="0">
    <w:p w14:paraId="7628307F" w14:textId="77777777" w:rsidR="004A038F" w:rsidRDefault="004A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CCF3" w14:textId="77777777" w:rsidR="00D077D7" w:rsidRDefault="00D077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047B3"/>
    <w:multiLevelType w:val="hybridMultilevel"/>
    <w:tmpl w:val="9DAC5D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8B4D88"/>
    <w:multiLevelType w:val="hybridMultilevel"/>
    <w:tmpl w:val="525AAFF8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5F6EB1"/>
    <w:multiLevelType w:val="hybridMultilevel"/>
    <w:tmpl w:val="B60435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D5321"/>
    <w:multiLevelType w:val="hybridMultilevel"/>
    <w:tmpl w:val="B100D6DC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4" w15:restartNumberingAfterBreak="0">
    <w:nsid w:val="095F3C82"/>
    <w:multiLevelType w:val="hybridMultilevel"/>
    <w:tmpl w:val="3510F168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0C664813"/>
    <w:multiLevelType w:val="hybridMultilevel"/>
    <w:tmpl w:val="A2D09F94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6" w15:restartNumberingAfterBreak="0">
    <w:nsid w:val="0D227894"/>
    <w:multiLevelType w:val="hybridMultilevel"/>
    <w:tmpl w:val="2ECCC95E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7" w15:restartNumberingAfterBreak="0">
    <w:nsid w:val="0D6050B9"/>
    <w:multiLevelType w:val="hybridMultilevel"/>
    <w:tmpl w:val="27483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D55B72"/>
    <w:multiLevelType w:val="hybridMultilevel"/>
    <w:tmpl w:val="E1785D28"/>
    <w:lvl w:ilvl="0" w:tplc="CB02A1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E8D6DF8"/>
    <w:multiLevelType w:val="hybridMultilevel"/>
    <w:tmpl w:val="3748549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0F71DB"/>
    <w:multiLevelType w:val="hybridMultilevel"/>
    <w:tmpl w:val="5CD0F5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2406186"/>
    <w:multiLevelType w:val="hybridMultilevel"/>
    <w:tmpl w:val="2744DC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4D58FB"/>
    <w:multiLevelType w:val="hybridMultilevel"/>
    <w:tmpl w:val="C6AE9428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4" w15:restartNumberingAfterBreak="0">
    <w:nsid w:val="135F4CAA"/>
    <w:multiLevelType w:val="hybridMultilevel"/>
    <w:tmpl w:val="8FA2BB7A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C33FC5"/>
    <w:multiLevelType w:val="hybridMultilevel"/>
    <w:tmpl w:val="39FA8AFA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6" w15:restartNumberingAfterBreak="0">
    <w:nsid w:val="15547350"/>
    <w:multiLevelType w:val="hybridMultilevel"/>
    <w:tmpl w:val="48D8110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86346B2"/>
    <w:multiLevelType w:val="hybridMultilevel"/>
    <w:tmpl w:val="14C8C3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012D16"/>
    <w:multiLevelType w:val="hybridMultilevel"/>
    <w:tmpl w:val="A35EC1D2"/>
    <w:lvl w:ilvl="0" w:tplc="A282D6DE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30" w15:restartNumberingAfterBreak="0">
    <w:nsid w:val="1C2C78B4"/>
    <w:multiLevelType w:val="hybridMultilevel"/>
    <w:tmpl w:val="E1D06C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E55DB8"/>
    <w:multiLevelType w:val="hybridMultilevel"/>
    <w:tmpl w:val="2F16A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7AB7DB1"/>
    <w:multiLevelType w:val="hybridMultilevel"/>
    <w:tmpl w:val="4AF027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3F2A92"/>
    <w:multiLevelType w:val="hybridMultilevel"/>
    <w:tmpl w:val="B3D8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3D683E"/>
    <w:multiLevelType w:val="hybridMultilevel"/>
    <w:tmpl w:val="C49E6B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7B1C08"/>
    <w:multiLevelType w:val="hybridMultilevel"/>
    <w:tmpl w:val="121C31BE"/>
    <w:lvl w:ilvl="0" w:tplc="5F20DDCC">
      <w:start w:val="1"/>
      <w:numFmt w:val="bullet"/>
      <w:lvlText w:val="-"/>
      <w:lvlJc w:val="left"/>
      <w:pPr>
        <w:ind w:left="83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7" w15:restartNumberingAfterBreak="0">
    <w:nsid w:val="2DBB08A3"/>
    <w:multiLevelType w:val="hybridMultilevel"/>
    <w:tmpl w:val="F73E9C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E1402DC"/>
    <w:multiLevelType w:val="multilevel"/>
    <w:tmpl w:val="B79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ECD18A0"/>
    <w:multiLevelType w:val="hybridMultilevel"/>
    <w:tmpl w:val="CA5E2182"/>
    <w:lvl w:ilvl="0" w:tplc="CB02A1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2EF64AFE"/>
    <w:multiLevelType w:val="hybridMultilevel"/>
    <w:tmpl w:val="F9F4CBD2"/>
    <w:lvl w:ilvl="0" w:tplc="F1141B92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41" w15:restartNumberingAfterBreak="0">
    <w:nsid w:val="2FDA0500"/>
    <w:multiLevelType w:val="hybridMultilevel"/>
    <w:tmpl w:val="F4A89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3225AE"/>
    <w:multiLevelType w:val="hybridMultilevel"/>
    <w:tmpl w:val="7480D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F74396"/>
    <w:multiLevelType w:val="hybridMultilevel"/>
    <w:tmpl w:val="13AC3474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4960A22"/>
    <w:multiLevelType w:val="hybridMultilevel"/>
    <w:tmpl w:val="C608D9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5EE3AD0"/>
    <w:multiLevelType w:val="hybridMultilevel"/>
    <w:tmpl w:val="0E6831B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5F93CE1"/>
    <w:multiLevelType w:val="hybridMultilevel"/>
    <w:tmpl w:val="8ACAE910"/>
    <w:lvl w:ilvl="0" w:tplc="D2769018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B310F05"/>
    <w:multiLevelType w:val="hybridMultilevel"/>
    <w:tmpl w:val="AC46809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547251"/>
    <w:multiLevelType w:val="hybridMultilevel"/>
    <w:tmpl w:val="D6DE92CC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49" w15:restartNumberingAfterBreak="0">
    <w:nsid w:val="3FD46F9E"/>
    <w:multiLevelType w:val="hybridMultilevel"/>
    <w:tmpl w:val="2B5A8A42"/>
    <w:lvl w:ilvl="0" w:tplc="B352C65C">
      <w:numFmt w:val="bullet"/>
      <w:lvlText w:val="•"/>
      <w:lvlJc w:val="left"/>
      <w:pPr>
        <w:ind w:left="445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50" w15:restartNumberingAfterBreak="0">
    <w:nsid w:val="455D3808"/>
    <w:multiLevelType w:val="singleLevel"/>
    <w:tmpl w:val="9F7A8E0C"/>
    <w:lvl w:ilvl="0">
      <w:start w:val="1"/>
      <w:numFmt w:val="bullet"/>
      <w:lvlText w:val="-"/>
      <w:lvlJc w:val="left"/>
      <w:pPr>
        <w:ind w:left="720" w:hanging="360"/>
      </w:pPr>
    </w:lvl>
  </w:abstractNum>
  <w:abstractNum w:abstractNumId="51" w15:restartNumberingAfterBreak="0">
    <w:nsid w:val="466F5A25"/>
    <w:multiLevelType w:val="hybridMultilevel"/>
    <w:tmpl w:val="28EA0E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90630A7"/>
    <w:multiLevelType w:val="hybridMultilevel"/>
    <w:tmpl w:val="5A0877C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FFC7114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23118F"/>
    <w:multiLevelType w:val="hybridMultilevel"/>
    <w:tmpl w:val="977883D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CAC38C1"/>
    <w:multiLevelType w:val="hybridMultilevel"/>
    <w:tmpl w:val="15AAA2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44166D"/>
    <w:multiLevelType w:val="hybridMultilevel"/>
    <w:tmpl w:val="E2F6B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0AF164C"/>
    <w:multiLevelType w:val="hybridMultilevel"/>
    <w:tmpl w:val="F9CA4EE6"/>
    <w:lvl w:ilvl="0" w:tplc="89AAE21C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58" w15:restartNumberingAfterBreak="0">
    <w:nsid w:val="557B11B4"/>
    <w:multiLevelType w:val="hybridMultilevel"/>
    <w:tmpl w:val="2ABCE64E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5673BC"/>
    <w:multiLevelType w:val="hybridMultilevel"/>
    <w:tmpl w:val="A15605C6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60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A110569"/>
    <w:multiLevelType w:val="hybridMultilevel"/>
    <w:tmpl w:val="8E92EEC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A9C4EF6"/>
    <w:multiLevelType w:val="hybridMultilevel"/>
    <w:tmpl w:val="CFBAA50E"/>
    <w:lvl w:ilvl="0" w:tplc="180A91F4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63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C6136A"/>
    <w:multiLevelType w:val="hybridMultilevel"/>
    <w:tmpl w:val="DBC24A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E9209A"/>
    <w:multiLevelType w:val="hybridMultilevel"/>
    <w:tmpl w:val="92A2D786"/>
    <w:lvl w:ilvl="0" w:tplc="A110931E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68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224209"/>
    <w:multiLevelType w:val="hybridMultilevel"/>
    <w:tmpl w:val="33A0C7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5A836E5"/>
    <w:multiLevelType w:val="hybridMultilevel"/>
    <w:tmpl w:val="64F68F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5AE2255"/>
    <w:multiLevelType w:val="hybridMultilevel"/>
    <w:tmpl w:val="A684C0F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A323E52"/>
    <w:multiLevelType w:val="hybridMultilevel"/>
    <w:tmpl w:val="1930B22E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73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E3A7F11"/>
    <w:multiLevelType w:val="singleLevel"/>
    <w:tmpl w:val="1F3A750E"/>
    <w:lvl w:ilvl="0">
      <w:start w:val="1"/>
      <w:numFmt w:val="bullet"/>
      <w:pStyle w:val="Grafikeoznake"/>
      <w:lvlText w:val="–"/>
      <w:lvlJc w:val="left"/>
      <w:pPr>
        <w:tabs>
          <w:tab w:val="num" w:pos="442"/>
        </w:tabs>
        <w:ind w:left="442" w:hanging="283"/>
      </w:pPr>
      <w:rPr>
        <w:rFonts w:ascii="Calibri" w:hAnsi="Calibri"/>
      </w:rPr>
    </w:lvl>
  </w:abstractNum>
  <w:abstractNum w:abstractNumId="75" w15:restartNumberingAfterBreak="0">
    <w:nsid w:val="6F1A77B6"/>
    <w:multiLevelType w:val="hybridMultilevel"/>
    <w:tmpl w:val="98CC6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18B420B"/>
    <w:multiLevelType w:val="multilevel"/>
    <w:tmpl w:val="D7EE3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2545DEF"/>
    <w:multiLevelType w:val="hybridMultilevel"/>
    <w:tmpl w:val="7EDA07BA"/>
    <w:lvl w:ilvl="0" w:tplc="0EA05872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32401B5"/>
    <w:multiLevelType w:val="multilevel"/>
    <w:tmpl w:val="767A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42322FF"/>
    <w:multiLevelType w:val="hybridMultilevel"/>
    <w:tmpl w:val="B38C8A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7B6FD7"/>
    <w:multiLevelType w:val="hybridMultilevel"/>
    <w:tmpl w:val="A53C6F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9713807"/>
    <w:multiLevelType w:val="hybridMultilevel"/>
    <w:tmpl w:val="2CF2A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B222888"/>
    <w:multiLevelType w:val="hybridMultilevel"/>
    <w:tmpl w:val="239A383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C4960C5"/>
    <w:multiLevelType w:val="hybridMultilevel"/>
    <w:tmpl w:val="7A047F22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87" w15:restartNumberingAfterBreak="0">
    <w:nsid w:val="7CEF2C07"/>
    <w:multiLevelType w:val="hybridMultilevel"/>
    <w:tmpl w:val="75E0A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D5043E7"/>
    <w:multiLevelType w:val="hybridMultilevel"/>
    <w:tmpl w:val="8AE4D0B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DBC6CCA"/>
    <w:multiLevelType w:val="hybridMultilevel"/>
    <w:tmpl w:val="A4B06C2C"/>
    <w:lvl w:ilvl="0" w:tplc="041A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90" w15:restartNumberingAfterBreak="0">
    <w:nsid w:val="7DDD5A6D"/>
    <w:multiLevelType w:val="hybridMultilevel"/>
    <w:tmpl w:val="A198C4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638800">
    <w:abstractNumId w:val="74"/>
  </w:num>
  <w:num w:numId="2" w16cid:durableId="1878350540">
    <w:abstractNumId w:val="12"/>
  </w:num>
  <w:num w:numId="3" w16cid:durableId="212736871">
    <w:abstractNumId w:val="10"/>
  </w:num>
  <w:num w:numId="4" w16cid:durableId="1392269903">
    <w:abstractNumId w:val="59"/>
  </w:num>
  <w:num w:numId="5" w16cid:durableId="580943624">
    <w:abstractNumId w:val="27"/>
  </w:num>
  <w:num w:numId="6" w16cid:durableId="384529873">
    <w:abstractNumId w:val="25"/>
  </w:num>
  <w:num w:numId="7" w16cid:durableId="905534893">
    <w:abstractNumId w:val="15"/>
  </w:num>
  <w:num w:numId="8" w16cid:durableId="103425796">
    <w:abstractNumId w:val="13"/>
  </w:num>
  <w:num w:numId="9" w16cid:durableId="12658613">
    <w:abstractNumId w:val="23"/>
  </w:num>
  <w:num w:numId="10" w16cid:durableId="2030910854">
    <w:abstractNumId w:val="19"/>
  </w:num>
  <w:num w:numId="11" w16cid:durableId="1972203856">
    <w:abstractNumId w:val="71"/>
  </w:num>
  <w:num w:numId="12" w16cid:durableId="2020229029">
    <w:abstractNumId w:val="66"/>
  </w:num>
  <w:num w:numId="13" w16cid:durableId="131485874">
    <w:abstractNumId w:val="82"/>
  </w:num>
  <w:num w:numId="14" w16cid:durableId="252594102">
    <w:abstractNumId w:val="53"/>
  </w:num>
  <w:num w:numId="15" w16cid:durableId="147748241">
    <w:abstractNumId w:val="78"/>
  </w:num>
  <w:num w:numId="16" w16cid:durableId="1153450142">
    <w:abstractNumId w:val="48"/>
  </w:num>
  <w:num w:numId="17" w16cid:durableId="581724507">
    <w:abstractNumId w:val="62"/>
  </w:num>
  <w:num w:numId="18" w16cid:durableId="977612247">
    <w:abstractNumId w:val="54"/>
  </w:num>
  <w:num w:numId="19" w16cid:durableId="1424717621">
    <w:abstractNumId w:val="16"/>
  </w:num>
  <w:num w:numId="20" w16cid:durableId="2104838465">
    <w:abstractNumId w:val="40"/>
  </w:num>
  <w:num w:numId="21" w16cid:durableId="1148782471">
    <w:abstractNumId w:val="85"/>
  </w:num>
  <w:num w:numId="22" w16cid:durableId="118032704">
    <w:abstractNumId w:val="86"/>
  </w:num>
  <w:num w:numId="23" w16cid:durableId="1912227642">
    <w:abstractNumId w:val="57"/>
  </w:num>
  <w:num w:numId="24" w16cid:durableId="966472388">
    <w:abstractNumId w:val="44"/>
  </w:num>
  <w:num w:numId="25" w16cid:durableId="1878741346">
    <w:abstractNumId w:val="72"/>
  </w:num>
  <w:num w:numId="26" w16cid:durableId="1701280451">
    <w:abstractNumId w:val="29"/>
  </w:num>
  <w:num w:numId="27" w16cid:durableId="1113014858">
    <w:abstractNumId w:val="70"/>
  </w:num>
  <w:num w:numId="28" w16cid:durableId="842933386">
    <w:abstractNumId w:val="14"/>
  </w:num>
  <w:num w:numId="29" w16cid:durableId="1327270">
    <w:abstractNumId w:val="67"/>
  </w:num>
  <w:num w:numId="30" w16cid:durableId="588928147">
    <w:abstractNumId w:val="69"/>
  </w:num>
  <w:num w:numId="31" w16cid:durableId="558901498">
    <w:abstractNumId w:val="47"/>
  </w:num>
  <w:num w:numId="32" w16cid:durableId="1185360940">
    <w:abstractNumId w:val="61"/>
  </w:num>
  <w:num w:numId="33" w16cid:durableId="779102167">
    <w:abstractNumId w:val="30"/>
  </w:num>
  <w:num w:numId="34" w16cid:durableId="1752459630">
    <w:abstractNumId w:val="88"/>
  </w:num>
  <w:num w:numId="35" w16cid:durableId="1008749669">
    <w:abstractNumId w:val="26"/>
  </w:num>
  <w:num w:numId="36" w16cid:durableId="208499382">
    <w:abstractNumId w:val="52"/>
  </w:num>
  <w:num w:numId="37" w16cid:durableId="1971015964">
    <w:abstractNumId w:val="18"/>
  </w:num>
  <w:num w:numId="38" w16cid:durableId="1631277684">
    <w:abstractNumId w:val="39"/>
  </w:num>
  <w:num w:numId="39" w16cid:durableId="756168383">
    <w:abstractNumId w:val="90"/>
  </w:num>
  <w:num w:numId="40" w16cid:durableId="93988857">
    <w:abstractNumId w:val="35"/>
  </w:num>
  <w:num w:numId="41" w16cid:durableId="893851506">
    <w:abstractNumId w:val="45"/>
  </w:num>
  <w:num w:numId="42" w16cid:durableId="140587794">
    <w:abstractNumId w:val="77"/>
  </w:num>
  <w:num w:numId="43" w16cid:durableId="275603782">
    <w:abstractNumId w:val="81"/>
  </w:num>
  <w:num w:numId="44" w16cid:durableId="1039083461">
    <w:abstractNumId w:val="46"/>
  </w:num>
  <w:num w:numId="45" w16cid:durableId="3998351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B73"/>
    <w:rsid w:val="00021F55"/>
    <w:rsid w:val="000311CB"/>
    <w:rsid w:val="00034616"/>
    <w:rsid w:val="0003703C"/>
    <w:rsid w:val="00056592"/>
    <w:rsid w:val="00057764"/>
    <w:rsid w:val="0006063C"/>
    <w:rsid w:val="000618B5"/>
    <w:rsid w:val="00072BA7"/>
    <w:rsid w:val="000C29D8"/>
    <w:rsid w:val="000D5C0E"/>
    <w:rsid w:val="00101A46"/>
    <w:rsid w:val="001106A2"/>
    <w:rsid w:val="00134E35"/>
    <w:rsid w:val="00141C68"/>
    <w:rsid w:val="00144FA1"/>
    <w:rsid w:val="0015074B"/>
    <w:rsid w:val="00153B07"/>
    <w:rsid w:val="00156D3E"/>
    <w:rsid w:val="0016319A"/>
    <w:rsid w:val="00163A5E"/>
    <w:rsid w:val="001702B7"/>
    <w:rsid w:val="00172E15"/>
    <w:rsid w:val="00181A65"/>
    <w:rsid w:val="00195197"/>
    <w:rsid w:val="001C4469"/>
    <w:rsid w:val="001D3F73"/>
    <w:rsid w:val="001D6E47"/>
    <w:rsid w:val="001E6F01"/>
    <w:rsid w:val="00212C79"/>
    <w:rsid w:val="002155CD"/>
    <w:rsid w:val="00237952"/>
    <w:rsid w:val="00287219"/>
    <w:rsid w:val="0029639D"/>
    <w:rsid w:val="002A21FA"/>
    <w:rsid w:val="002A64BE"/>
    <w:rsid w:val="002B78F2"/>
    <w:rsid w:val="002C1C97"/>
    <w:rsid w:val="002D65D4"/>
    <w:rsid w:val="002D6C46"/>
    <w:rsid w:val="002E2040"/>
    <w:rsid w:val="002F06D2"/>
    <w:rsid w:val="002F7FDF"/>
    <w:rsid w:val="003054B1"/>
    <w:rsid w:val="00320E0B"/>
    <w:rsid w:val="00326F90"/>
    <w:rsid w:val="00384458"/>
    <w:rsid w:val="00394D4A"/>
    <w:rsid w:val="003978CD"/>
    <w:rsid w:val="003B2A5A"/>
    <w:rsid w:val="003B6F22"/>
    <w:rsid w:val="003C290B"/>
    <w:rsid w:val="003F4C18"/>
    <w:rsid w:val="003F61B2"/>
    <w:rsid w:val="00421F3F"/>
    <w:rsid w:val="00434921"/>
    <w:rsid w:val="00452889"/>
    <w:rsid w:val="00457C7D"/>
    <w:rsid w:val="00481094"/>
    <w:rsid w:val="004A038F"/>
    <w:rsid w:val="004A6842"/>
    <w:rsid w:val="004B2C41"/>
    <w:rsid w:val="004B4883"/>
    <w:rsid w:val="004B6390"/>
    <w:rsid w:val="004C47DB"/>
    <w:rsid w:val="004D114B"/>
    <w:rsid w:val="004E6D6E"/>
    <w:rsid w:val="004F07BF"/>
    <w:rsid w:val="00526A4F"/>
    <w:rsid w:val="00571A66"/>
    <w:rsid w:val="005806C7"/>
    <w:rsid w:val="00597EDA"/>
    <w:rsid w:val="005A0974"/>
    <w:rsid w:val="005B302E"/>
    <w:rsid w:val="005B422B"/>
    <w:rsid w:val="005B5DBA"/>
    <w:rsid w:val="005F00CE"/>
    <w:rsid w:val="005F1EDE"/>
    <w:rsid w:val="00600F65"/>
    <w:rsid w:val="00613BE8"/>
    <w:rsid w:val="00654B43"/>
    <w:rsid w:val="00671A8C"/>
    <w:rsid w:val="00683319"/>
    <w:rsid w:val="00691928"/>
    <w:rsid w:val="006957BD"/>
    <w:rsid w:val="00697E27"/>
    <w:rsid w:val="006C0FE8"/>
    <w:rsid w:val="006C2795"/>
    <w:rsid w:val="006C4531"/>
    <w:rsid w:val="006E41ED"/>
    <w:rsid w:val="006E4BDA"/>
    <w:rsid w:val="006E742B"/>
    <w:rsid w:val="007119DF"/>
    <w:rsid w:val="00737DD5"/>
    <w:rsid w:val="00780D49"/>
    <w:rsid w:val="007A0686"/>
    <w:rsid w:val="007A28E8"/>
    <w:rsid w:val="007A7123"/>
    <w:rsid w:val="007D66EA"/>
    <w:rsid w:val="00807731"/>
    <w:rsid w:val="00810823"/>
    <w:rsid w:val="00810C40"/>
    <w:rsid w:val="0082258F"/>
    <w:rsid w:val="00831545"/>
    <w:rsid w:val="0084345C"/>
    <w:rsid w:val="008644DA"/>
    <w:rsid w:val="00872494"/>
    <w:rsid w:val="008727BC"/>
    <w:rsid w:val="00876DB2"/>
    <w:rsid w:val="00877E95"/>
    <w:rsid w:val="00897EB4"/>
    <w:rsid w:val="008A6992"/>
    <w:rsid w:val="008C1468"/>
    <w:rsid w:val="008F5E45"/>
    <w:rsid w:val="00945FE0"/>
    <w:rsid w:val="00987367"/>
    <w:rsid w:val="00994CA8"/>
    <w:rsid w:val="009A7762"/>
    <w:rsid w:val="009B45D9"/>
    <w:rsid w:val="009D4A61"/>
    <w:rsid w:val="009D666C"/>
    <w:rsid w:val="009E7978"/>
    <w:rsid w:val="009F1E21"/>
    <w:rsid w:val="009F299B"/>
    <w:rsid w:val="00A476E9"/>
    <w:rsid w:val="00A50D2F"/>
    <w:rsid w:val="00A53BFA"/>
    <w:rsid w:val="00A53D80"/>
    <w:rsid w:val="00A94D6D"/>
    <w:rsid w:val="00AA1D8D"/>
    <w:rsid w:val="00AA7DFD"/>
    <w:rsid w:val="00AB35EE"/>
    <w:rsid w:val="00AB5BCB"/>
    <w:rsid w:val="00AC2DB0"/>
    <w:rsid w:val="00AE6BFF"/>
    <w:rsid w:val="00AF17DD"/>
    <w:rsid w:val="00AF6589"/>
    <w:rsid w:val="00B35905"/>
    <w:rsid w:val="00B36E72"/>
    <w:rsid w:val="00B47730"/>
    <w:rsid w:val="00B52C1F"/>
    <w:rsid w:val="00B53B3A"/>
    <w:rsid w:val="00B540CE"/>
    <w:rsid w:val="00B71E20"/>
    <w:rsid w:val="00B748D0"/>
    <w:rsid w:val="00B82C4D"/>
    <w:rsid w:val="00B83CB4"/>
    <w:rsid w:val="00B87DEC"/>
    <w:rsid w:val="00B97AC4"/>
    <w:rsid w:val="00BB00CD"/>
    <w:rsid w:val="00BB145B"/>
    <w:rsid w:val="00BB5485"/>
    <w:rsid w:val="00BB71E4"/>
    <w:rsid w:val="00BF2A1F"/>
    <w:rsid w:val="00C17DC9"/>
    <w:rsid w:val="00C20BA0"/>
    <w:rsid w:val="00C44F92"/>
    <w:rsid w:val="00C47FF9"/>
    <w:rsid w:val="00C52104"/>
    <w:rsid w:val="00C53C0A"/>
    <w:rsid w:val="00C707AF"/>
    <w:rsid w:val="00C842FA"/>
    <w:rsid w:val="00CA2028"/>
    <w:rsid w:val="00CA2B5E"/>
    <w:rsid w:val="00CB0664"/>
    <w:rsid w:val="00CB110A"/>
    <w:rsid w:val="00CC5395"/>
    <w:rsid w:val="00D01D6D"/>
    <w:rsid w:val="00D077D7"/>
    <w:rsid w:val="00D1726F"/>
    <w:rsid w:val="00D30258"/>
    <w:rsid w:val="00D41F13"/>
    <w:rsid w:val="00D75EB7"/>
    <w:rsid w:val="00D81ECB"/>
    <w:rsid w:val="00D85EE3"/>
    <w:rsid w:val="00DE589F"/>
    <w:rsid w:val="00DF1E8F"/>
    <w:rsid w:val="00E06754"/>
    <w:rsid w:val="00E321EB"/>
    <w:rsid w:val="00E34F34"/>
    <w:rsid w:val="00E42B38"/>
    <w:rsid w:val="00E60547"/>
    <w:rsid w:val="00E64D18"/>
    <w:rsid w:val="00E83EDE"/>
    <w:rsid w:val="00EA0A2A"/>
    <w:rsid w:val="00EA5B20"/>
    <w:rsid w:val="00EA6925"/>
    <w:rsid w:val="00EC06B6"/>
    <w:rsid w:val="00EF6E88"/>
    <w:rsid w:val="00F12F7B"/>
    <w:rsid w:val="00F20013"/>
    <w:rsid w:val="00F266AE"/>
    <w:rsid w:val="00F3471C"/>
    <w:rsid w:val="00F503CA"/>
    <w:rsid w:val="00F6222C"/>
    <w:rsid w:val="00F71345"/>
    <w:rsid w:val="00F86DF2"/>
    <w:rsid w:val="00FA0483"/>
    <w:rsid w:val="00FC27A3"/>
    <w:rsid w:val="00FC693F"/>
    <w:rsid w:val="00FD7C22"/>
    <w:rsid w:val="00FE065F"/>
    <w:rsid w:val="00FE1EFD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AD558D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37DD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876D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53C0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5EB7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F7134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PixLa1QlpZ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udzbenici.ks.hr/media/kako_molis_takav_si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hyperlink" Target="https://www.youtube.com/embed/PixLa1QlpZA?feature=oemb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embed/Q0MhmmpuOBY?feature=oembed" TargetMode="External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</TotalTime>
  <Pages>3</Pages>
  <Words>3287</Words>
  <Characters>18739</Characters>
  <Application>Microsoft Office Word</Application>
  <DocSecurity>0</DocSecurity>
  <Lines>156</Lines>
  <Paragraphs>43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Katolički vjeronauk – 5. razred</dc:subject>
  <dc:creator>Josip Kunac</dc:creator>
  <cp:keywords/>
  <dc:description/>
  <cp:lastModifiedBy>Josip Kunac</cp:lastModifiedBy>
  <cp:revision>55</cp:revision>
  <dcterms:created xsi:type="dcterms:W3CDTF">2026-07-13T15:42:00Z</dcterms:created>
  <dcterms:modified xsi:type="dcterms:W3CDTF">2026-08-05T10:56:00Z</dcterms:modified>
  <cp:category/>
  <dc:identifier/>
  <cp:contentStatus/>
  <dc:language/>
  <cp:version/>
</cp:coreProperties>
</file>