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5000" w:type="pct"/>
        <w:tblCellMar>
          <w:left w:w="0" w:type="dxa"/>
          <w:right w:w="0" w:type="dxa"/>
        </w:tblCellMar>
        <w:tblLook w:val="04A0" w:firstRow="1" w:lastRow="0" w:firstColumn="1" w:lastColumn="0" w:noHBand="0" w:noVBand="1"/>
      </w:tblPr>
      <w:tblGrid>
        <w:gridCol w:w="3898"/>
        <w:gridCol w:w="6773"/>
      </w:tblGrid>
      <w:tr w:rsidR="000604C1" w14:paraId="0CF61B4A" w14:textId="77777777">
        <w:tc>
          <w:tcPr>
            <w:tcW w:w="3901" w:type="dxa"/>
            <w:shd w:val="clear" w:color="auto" w:fill="F2F2F2"/>
            <w:vAlign w:val="center"/>
          </w:tcPr>
          <w:p w14:paraId="4B7978BD" w14:textId="77777777" w:rsidR="000604C1" w:rsidRDefault="00BA7675">
            <w:pPr>
              <w:spacing w:before="60" w:after="60"/>
              <w:ind w:left="108" w:right="108"/>
            </w:pPr>
            <w:r>
              <w:rPr>
                <w:b/>
              </w:rPr>
              <w:t>Osnovna škola</w:t>
            </w:r>
          </w:p>
        </w:tc>
        <w:tc>
          <w:tcPr>
            <w:tcW w:w="6780" w:type="dxa"/>
            <w:vAlign w:val="center"/>
          </w:tcPr>
          <w:p w14:paraId="0E19C062" w14:textId="77777777" w:rsidR="000604C1" w:rsidRDefault="00BA7675">
            <w:pPr>
              <w:spacing w:before="60" w:after="60"/>
              <w:ind w:left="108" w:right="108"/>
            </w:pPr>
            <w:r>
              <w:t>Klinča Sela</w:t>
            </w:r>
          </w:p>
        </w:tc>
      </w:tr>
      <w:tr w:rsidR="000604C1" w14:paraId="64DEF5E7" w14:textId="77777777">
        <w:tc>
          <w:tcPr>
            <w:tcW w:w="3901" w:type="dxa"/>
            <w:shd w:val="clear" w:color="auto" w:fill="F2F2F2"/>
            <w:vAlign w:val="center"/>
          </w:tcPr>
          <w:p w14:paraId="58819563" w14:textId="77777777" w:rsidR="000604C1" w:rsidRDefault="00BA7675">
            <w:pPr>
              <w:spacing w:before="60" w:after="60"/>
              <w:ind w:left="108" w:right="108"/>
            </w:pPr>
            <w:r>
              <w:rPr>
                <w:b/>
              </w:rPr>
              <w:t>Nastavni predmet</w:t>
            </w:r>
          </w:p>
        </w:tc>
        <w:tc>
          <w:tcPr>
            <w:tcW w:w="6780" w:type="dxa"/>
            <w:vAlign w:val="center"/>
          </w:tcPr>
          <w:p w14:paraId="7E4CD6F2" w14:textId="77777777" w:rsidR="000604C1" w:rsidRDefault="00BA7675">
            <w:pPr>
              <w:spacing w:before="60" w:after="60"/>
              <w:ind w:left="108" w:right="108"/>
            </w:pPr>
            <w:r>
              <w:t>Katolički vjeronauk</w:t>
            </w:r>
          </w:p>
        </w:tc>
      </w:tr>
      <w:tr w:rsidR="000604C1" w14:paraId="1552A523" w14:textId="77777777">
        <w:tc>
          <w:tcPr>
            <w:tcW w:w="3901" w:type="dxa"/>
            <w:shd w:val="clear" w:color="auto" w:fill="F2F2F2"/>
            <w:vAlign w:val="center"/>
          </w:tcPr>
          <w:p w14:paraId="588C7FA6" w14:textId="77777777" w:rsidR="000604C1" w:rsidRDefault="00BA7675">
            <w:pPr>
              <w:spacing w:before="60" w:after="60"/>
              <w:ind w:left="108" w:right="108"/>
            </w:pPr>
            <w:r>
              <w:rPr>
                <w:b/>
              </w:rPr>
              <w:t>Vjeroučitelj</w:t>
            </w:r>
          </w:p>
        </w:tc>
        <w:tc>
          <w:tcPr>
            <w:tcW w:w="6780" w:type="dxa"/>
            <w:vAlign w:val="center"/>
          </w:tcPr>
          <w:p w14:paraId="2109F041" w14:textId="77777777" w:rsidR="000604C1" w:rsidRDefault="00BA7675">
            <w:pPr>
              <w:spacing w:before="60" w:after="60"/>
              <w:ind w:left="108" w:right="108"/>
            </w:pPr>
            <w:r>
              <w:t xml:space="preserve">Josip Kunac, </w:t>
            </w:r>
            <w:r>
              <w:rPr>
                <w:i/>
              </w:rPr>
              <w:t>prof.</w:t>
            </w:r>
          </w:p>
        </w:tc>
      </w:tr>
      <w:tr w:rsidR="000604C1" w14:paraId="5AB243FF" w14:textId="77777777">
        <w:tc>
          <w:tcPr>
            <w:tcW w:w="3901" w:type="dxa"/>
            <w:shd w:val="clear" w:color="auto" w:fill="F2F2F2"/>
            <w:vAlign w:val="center"/>
          </w:tcPr>
          <w:p w14:paraId="1E95FA0C" w14:textId="77777777" w:rsidR="000604C1" w:rsidRDefault="00BA7675">
            <w:pPr>
              <w:spacing w:before="60" w:after="60"/>
              <w:ind w:left="108" w:right="108"/>
            </w:pPr>
            <w:r>
              <w:rPr>
                <w:b/>
              </w:rPr>
              <w:t>Razredni odjel</w:t>
            </w:r>
          </w:p>
        </w:tc>
        <w:tc>
          <w:tcPr>
            <w:tcW w:w="6780" w:type="dxa"/>
            <w:vAlign w:val="center"/>
          </w:tcPr>
          <w:p w14:paraId="7AA65906" w14:textId="77777777" w:rsidR="000604C1" w:rsidRDefault="00BA7675">
            <w:pPr>
              <w:spacing w:before="60" w:after="60"/>
              <w:ind w:left="108" w:right="108"/>
            </w:pPr>
            <w:r>
              <w:t>5. razred</w:t>
            </w:r>
          </w:p>
        </w:tc>
      </w:tr>
      <w:tr w:rsidR="000604C1" w14:paraId="3BA7CF9D" w14:textId="77777777">
        <w:tc>
          <w:tcPr>
            <w:tcW w:w="3901" w:type="dxa"/>
            <w:shd w:val="clear" w:color="auto" w:fill="F2F2F2"/>
            <w:vAlign w:val="center"/>
          </w:tcPr>
          <w:p w14:paraId="03E7818E" w14:textId="77777777" w:rsidR="000604C1" w:rsidRDefault="00BA7675">
            <w:pPr>
              <w:spacing w:before="60" w:after="60"/>
              <w:ind w:left="108" w:right="108"/>
            </w:pPr>
            <w:r>
              <w:rPr>
                <w:b/>
              </w:rPr>
              <w:t>Redni broj pripreme</w:t>
            </w:r>
          </w:p>
        </w:tc>
        <w:tc>
          <w:tcPr>
            <w:tcW w:w="6780" w:type="dxa"/>
            <w:vAlign w:val="center"/>
          </w:tcPr>
          <w:p w14:paraId="6361D7FC" w14:textId="2E57A683" w:rsidR="000604C1" w:rsidRDefault="00BA7675">
            <w:pPr>
              <w:spacing w:before="60" w:after="60"/>
              <w:ind w:left="108" w:right="108"/>
            </w:pPr>
            <w:r>
              <w:t>5</w:t>
            </w:r>
            <w:r w:rsidR="00F17631">
              <w:t>8</w:t>
            </w:r>
            <w:r>
              <w:t>.</w:t>
            </w:r>
          </w:p>
        </w:tc>
      </w:tr>
      <w:tr w:rsidR="000604C1" w14:paraId="24834C65" w14:textId="77777777">
        <w:tc>
          <w:tcPr>
            <w:tcW w:w="3901" w:type="dxa"/>
            <w:shd w:val="clear" w:color="auto" w:fill="F2F2F2"/>
            <w:vAlign w:val="center"/>
          </w:tcPr>
          <w:p w14:paraId="2FD4978C" w14:textId="77777777" w:rsidR="000604C1" w:rsidRDefault="00BA7675">
            <w:pPr>
              <w:spacing w:before="60" w:after="60"/>
              <w:ind w:left="108" w:right="108"/>
            </w:pPr>
            <w:r>
              <w:rPr>
                <w:b/>
              </w:rPr>
              <w:t>Nastavna cjelina / tema</w:t>
            </w:r>
          </w:p>
        </w:tc>
        <w:tc>
          <w:tcPr>
            <w:tcW w:w="6780" w:type="dxa"/>
            <w:vAlign w:val="center"/>
          </w:tcPr>
          <w:p w14:paraId="09C6A3B7" w14:textId="77777777" w:rsidR="000604C1" w:rsidRDefault="00BA7675">
            <w:pPr>
              <w:spacing w:before="60" w:after="60"/>
              <w:ind w:left="108" w:right="108"/>
            </w:pPr>
            <w:r>
              <w:t>IV. ŠIRENJE ISUSOVE PORUKE</w:t>
            </w:r>
          </w:p>
        </w:tc>
      </w:tr>
      <w:tr w:rsidR="000604C1" w14:paraId="7F9429CB" w14:textId="77777777">
        <w:tc>
          <w:tcPr>
            <w:tcW w:w="3901" w:type="dxa"/>
            <w:shd w:val="clear" w:color="auto" w:fill="F2F2F2"/>
            <w:vAlign w:val="center"/>
          </w:tcPr>
          <w:p w14:paraId="5C1678E9" w14:textId="77777777" w:rsidR="000604C1" w:rsidRDefault="00BA7675">
            <w:pPr>
              <w:spacing w:before="60" w:after="60"/>
              <w:ind w:left="108" w:right="108"/>
            </w:pPr>
            <w:r>
              <w:rPr>
                <w:b/>
              </w:rPr>
              <w:t>Nastavna jedinica / podtema</w:t>
            </w:r>
          </w:p>
        </w:tc>
        <w:tc>
          <w:tcPr>
            <w:tcW w:w="6780" w:type="dxa"/>
            <w:vAlign w:val="center"/>
          </w:tcPr>
          <w:p w14:paraId="652961A7" w14:textId="77777777" w:rsidR="000604C1" w:rsidRDefault="00BA7675">
            <w:pPr>
              <w:spacing w:before="60" w:after="60"/>
              <w:ind w:left="108" w:right="108"/>
            </w:pPr>
            <w:r>
              <w:t>11. Svetci među nama II.</w:t>
            </w:r>
          </w:p>
        </w:tc>
      </w:tr>
    </w:tbl>
    <w:p w14:paraId="721440B0" w14:textId="77777777" w:rsidR="000604C1" w:rsidRDefault="00BA7675">
      <w:pPr>
        <w:keepNext/>
        <w:spacing w:before="220" w:after="40"/>
        <w:jc w:val="both"/>
      </w:pPr>
      <w:r>
        <w:rPr>
          <w:b/>
          <w:color w:val="C96A00"/>
          <w:sz w:val="26"/>
        </w:rPr>
        <w:t>Odgojno-obrazovni ishodi učenja:</w:t>
      </w:r>
    </w:p>
    <w:p w14:paraId="0E02882B" w14:textId="77777777" w:rsidR="000604C1" w:rsidRDefault="00BA7675">
      <w:pPr>
        <w:jc w:val="both"/>
      </w:pPr>
      <w:r>
        <w:t>OŠ KV C.5.1. Učenik navodi i objašnjava vrednote kraljevstva Božjega.</w:t>
      </w:r>
    </w:p>
    <w:p w14:paraId="122E8036" w14:textId="77777777" w:rsidR="000604C1" w:rsidRDefault="00BA7675">
      <w:pPr>
        <w:jc w:val="both"/>
      </w:pPr>
      <w:r>
        <w:t>OŠ KV C.5.1. Učenik navodi primjere životnih situacija u kojima je moguće ostvariti vrednote kraljevstva Božjega.</w:t>
      </w:r>
    </w:p>
    <w:p w14:paraId="1CF96000" w14:textId="77777777" w:rsidR="000604C1" w:rsidRDefault="00BA7675">
      <w:pPr>
        <w:jc w:val="both"/>
      </w:pPr>
      <w:r>
        <w:t>OŠ KV C.5.1. Učenik predlaže konkretne postupke prema onima koji su u različitim potrebama.</w:t>
      </w:r>
    </w:p>
    <w:p w14:paraId="25E4A550" w14:textId="77777777" w:rsidR="000604C1" w:rsidRDefault="00BA7675">
      <w:pPr>
        <w:jc w:val="both"/>
      </w:pPr>
      <w:r>
        <w:t>OŠ KV D.5.1. Učenik prepoznaje prisutnost temeljnih vrednota kraljevstva Božjega u životima nekih hrvatskih svetaca i blaženika i važnost njihova životnog primjera za nas danas.</w:t>
      </w:r>
    </w:p>
    <w:p w14:paraId="4FA6A236" w14:textId="77777777" w:rsidR="000604C1" w:rsidRDefault="00BA7675">
      <w:pPr>
        <w:jc w:val="both"/>
      </w:pPr>
      <w:r>
        <w:t>OŠ KV D.5.1. Učenik predlaže načine kako prema njihovu primjeru djelovati danas.</w:t>
      </w:r>
    </w:p>
    <w:p w14:paraId="46A9DBA4" w14:textId="77777777" w:rsidR="000604C1" w:rsidRDefault="00BA7675">
      <w:pPr>
        <w:jc w:val="both"/>
      </w:pPr>
      <w:r>
        <w:t>OŠ KV D.5.2. Učenik istražuje odnose između biblijskih događaja i likova i prikaza u filmskoj i likovnoj umjetnosti.</w:t>
      </w:r>
    </w:p>
    <w:p w14:paraId="7D5BFD3D" w14:textId="77777777" w:rsidR="000604C1" w:rsidRDefault="00BA7675">
      <w:pPr>
        <w:spacing w:after="220"/>
        <w:jc w:val="both"/>
      </w:pPr>
      <w:r>
        <w:t>OŠ KV D.5.2. Učenik izražava svoj unutarnji doživljaj vjere kroz različite oblike izražavanja.</w:t>
      </w:r>
    </w:p>
    <w:tbl>
      <w:tblPr>
        <w:tblStyle w:val="Reetkatablice"/>
        <w:tblW w:w="5000" w:type="pct"/>
        <w:tblCellMar>
          <w:left w:w="0" w:type="dxa"/>
          <w:right w:w="0" w:type="dxa"/>
        </w:tblCellMar>
        <w:tblLook w:val="04A0" w:firstRow="1" w:lastRow="0" w:firstColumn="1" w:lastColumn="0" w:noHBand="0" w:noVBand="1"/>
      </w:tblPr>
      <w:tblGrid>
        <w:gridCol w:w="3898"/>
        <w:gridCol w:w="6773"/>
      </w:tblGrid>
      <w:tr w:rsidR="000604C1" w14:paraId="5AA813CA" w14:textId="77777777">
        <w:tc>
          <w:tcPr>
            <w:tcW w:w="3901" w:type="dxa"/>
            <w:shd w:val="clear" w:color="auto" w:fill="F2F2F2"/>
            <w:vAlign w:val="center"/>
          </w:tcPr>
          <w:p w14:paraId="4D0F051F" w14:textId="77777777" w:rsidR="000604C1" w:rsidRDefault="00BA7675">
            <w:pPr>
              <w:spacing w:before="60" w:after="60"/>
              <w:ind w:left="108" w:right="108"/>
            </w:pPr>
            <w:r>
              <w:rPr>
                <w:b/>
              </w:rPr>
              <w:t>Ključni pojmovi</w:t>
            </w:r>
          </w:p>
        </w:tc>
        <w:tc>
          <w:tcPr>
            <w:tcW w:w="6780" w:type="dxa"/>
            <w:vAlign w:val="center"/>
          </w:tcPr>
          <w:p w14:paraId="544448C2" w14:textId="77777777" w:rsidR="000604C1" w:rsidRDefault="00BA7675">
            <w:pPr>
              <w:spacing w:before="60" w:after="60"/>
              <w:ind w:left="108" w:right="108"/>
              <w:jc w:val="both"/>
            </w:pPr>
            <w:r>
              <w:t>Nikola Tavelić, Leopold Mandić, Marko Križevčanin, Alojzije Stepinac, Marija Petković, Ivan Merz, mučeništvo, pomirenje, milosrđe, laikat</w:t>
            </w:r>
          </w:p>
        </w:tc>
      </w:tr>
      <w:tr w:rsidR="000604C1" w14:paraId="5F01B7E9" w14:textId="77777777">
        <w:tc>
          <w:tcPr>
            <w:tcW w:w="3901" w:type="dxa"/>
            <w:shd w:val="clear" w:color="auto" w:fill="F2F2F2"/>
            <w:vAlign w:val="center"/>
          </w:tcPr>
          <w:p w14:paraId="7D0C1A00" w14:textId="77777777" w:rsidR="000604C1" w:rsidRDefault="00BA7675">
            <w:pPr>
              <w:spacing w:before="60" w:after="60"/>
              <w:ind w:left="108" w:right="108"/>
            </w:pPr>
            <w:r>
              <w:rPr>
                <w:b/>
              </w:rPr>
              <w:t>Središnje / problemsko pitanje</w:t>
            </w:r>
          </w:p>
        </w:tc>
        <w:tc>
          <w:tcPr>
            <w:tcW w:w="6780" w:type="dxa"/>
            <w:vAlign w:val="center"/>
          </w:tcPr>
          <w:p w14:paraId="544E683C" w14:textId="77777777" w:rsidR="000604C1" w:rsidRDefault="00BA7675">
            <w:pPr>
              <w:spacing w:before="60" w:after="60"/>
              <w:ind w:left="108" w:right="108"/>
              <w:jc w:val="both"/>
            </w:pPr>
            <w:r>
              <w:t>Kako različiti životni putovi hrvatskih svetaca i blaženika pokazuju da se vjernost Isusu može živjeti u različitim zvanjima i okolnostima?</w:t>
            </w:r>
          </w:p>
        </w:tc>
      </w:tr>
      <w:tr w:rsidR="000604C1" w14:paraId="59DB337B" w14:textId="77777777">
        <w:tc>
          <w:tcPr>
            <w:tcW w:w="3901" w:type="dxa"/>
            <w:shd w:val="clear" w:color="auto" w:fill="F2F2F2"/>
            <w:vAlign w:val="center"/>
          </w:tcPr>
          <w:p w14:paraId="5FF957FC" w14:textId="77777777" w:rsidR="000604C1" w:rsidRDefault="00BA7675">
            <w:pPr>
              <w:spacing w:before="60" w:after="60"/>
              <w:ind w:left="108" w:right="108"/>
            </w:pPr>
            <w:r>
              <w:rPr>
                <w:b/>
              </w:rPr>
              <w:t>Nastavne metode</w:t>
            </w:r>
          </w:p>
        </w:tc>
        <w:tc>
          <w:tcPr>
            <w:tcW w:w="6780" w:type="dxa"/>
            <w:vAlign w:val="center"/>
          </w:tcPr>
          <w:p w14:paraId="7BB13F6D" w14:textId="77777777" w:rsidR="000604C1" w:rsidRDefault="00BA7675">
            <w:pPr>
              <w:spacing w:before="60" w:after="60"/>
              <w:ind w:left="108" w:right="108"/>
              <w:jc w:val="both"/>
            </w:pPr>
            <w:r>
              <w:t>razgovor, vođeno gledanje videozapisa, čitanje životopisa s bilješkama, uspoređivanje, vremensko povezivanje, rad s portretima, problemsko i suradničko učenje, grafičko i likovno izražavanje, formativna provjera</w:t>
            </w:r>
          </w:p>
        </w:tc>
      </w:tr>
      <w:tr w:rsidR="000604C1" w14:paraId="5EA24135" w14:textId="77777777">
        <w:tc>
          <w:tcPr>
            <w:tcW w:w="3901" w:type="dxa"/>
            <w:shd w:val="clear" w:color="auto" w:fill="F2F2F2"/>
            <w:vAlign w:val="center"/>
          </w:tcPr>
          <w:p w14:paraId="4952CB54" w14:textId="77777777" w:rsidR="000604C1" w:rsidRDefault="00BA7675">
            <w:pPr>
              <w:spacing w:before="60" w:after="60"/>
              <w:ind w:left="108" w:right="108"/>
            </w:pPr>
            <w:r>
              <w:rPr>
                <w:b/>
              </w:rPr>
              <w:t>Oblici rada</w:t>
            </w:r>
          </w:p>
        </w:tc>
        <w:tc>
          <w:tcPr>
            <w:tcW w:w="6780" w:type="dxa"/>
            <w:vAlign w:val="center"/>
          </w:tcPr>
          <w:p w14:paraId="084F2099" w14:textId="77777777" w:rsidR="000604C1" w:rsidRDefault="00BA7675">
            <w:pPr>
              <w:spacing w:before="60" w:after="60"/>
              <w:ind w:left="108" w:right="108"/>
              <w:jc w:val="both"/>
            </w:pPr>
            <w:r>
              <w:t>frontalni rad, individualni rad, rad u paru, rad u skupinama</w:t>
            </w:r>
          </w:p>
        </w:tc>
      </w:tr>
      <w:tr w:rsidR="000604C1" w14:paraId="4C21D94C" w14:textId="77777777">
        <w:tc>
          <w:tcPr>
            <w:tcW w:w="3901" w:type="dxa"/>
            <w:shd w:val="clear" w:color="auto" w:fill="F2F2F2"/>
            <w:vAlign w:val="center"/>
          </w:tcPr>
          <w:p w14:paraId="11AC6DDE" w14:textId="77777777" w:rsidR="000604C1" w:rsidRDefault="00BA7675">
            <w:pPr>
              <w:spacing w:before="60" w:after="60"/>
              <w:ind w:left="108" w:right="108"/>
            </w:pPr>
            <w:r>
              <w:rPr>
                <w:b/>
              </w:rPr>
              <w:t>Nastavna sredstva</w:t>
            </w:r>
          </w:p>
        </w:tc>
        <w:tc>
          <w:tcPr>
            <w:tcW w:w="6780" w:type="dxa"/>
            <w:vAlign w:val="center"/>
          </w:tcPr>
          <w:p w14:paraId="1EFF886F" w14:textId="6334FBC1" w:rsidR="000604C1" w:rsidRDefault="00BA7675">
            <w:pPr>
              <w:spacing w:before="60" w:after="60"/>
              <w:ind w:left="108" w:right="108"/>
              <w:jc w:val="both"/>
            </w:pPr>
            <w:r>
              <w:t xml:space="preserve">udžbenik, </w:t>
            </w:r>
            <w:r w:rsidR="00264272">
              <w:t>radna bilježnica</w:t>
            </w:r>
            <w:r>
              <w:t>, digitalni udžbenik, tri videozapisa, životopisi i portreti sa str. 59, bilježnica, papir, bojice, radni predlošci, računalo ili tablet (po izboru)</w:t>
            </w:r>
          </w:p>
        </w:tc>
      </w:tr>
      <w:tr w:rsidR="000604C1" w14:paraId="757C1304" w14:textId="77777777">
        <w:tc>
          <w:tcPr>
            <w:tcW w:w="3901" w:type="dxa"/>
            <w:shd w:val="clear" w:color="auto" w:fill="F2F2F2"/>
            <w:vAlign w:val="center"/>
          </w:tcPr>
          <w:p w14:paraId="499A23AF" w14:textId="77777777" w:rsidR="000604C1" w:rsidRDefault="00BA7675">
            <w:pPr>
              <w:spacing w:before="60" w:after="60"/>
              <w:ind w:left="108" w:right="108"/>
            </w:pPr>
            <w:r>
              <w:rPr>
                <w:b/>
              </w:rPr>
              <w:t>Međupredmetne poveznice</w:t>
            </w:r>
          </w:p>
        </w:tc>
        <w:tc>
          <w:tcPr>
            <w:tcW w:w="6780" w:type="dxa"/>
            <w:vAlign w:val="center"/>
          </w:tcPr>
          <w:p w14:paraId="3957B9B4" w14:textId="77777777" w:rsidR="000604C1" w:rsidRDefault="00BA7675">
            <w:pPr>
              <w:spacing w:before="60" w:after="60"/>
              <w:ind w:left="108" w:right="108"/>
              <w:jc w:val="both"/>
            </w:pPr>
            <w:r>
              <w:t>Hrvatski jezik – gledanje, čitanje i sažimanje; Likovna kultura – opažanje portreta i likovno izražavanje; Osobni i socijalni razvoj – vjernost, pomirenje i milosrđe; Učiti kako učiti – bilješke i samovrednovanje; Uporaba IKT-a – videozapisi</w:t>
            </w:r>
          </w:p>
        </w:tc>
      </w:tr>
    </w:tbl>
    <w:p w14:paraId="33F27E7C" w14:textId="77777777" w:rsidR="000604C1" w:rsidRDefault="00BA7675">
      <w:pPr>
        <w:keepNext/>
        <w:spacing w:before="120" w:after="40"/>
        <w:jc w:val="both"/>
      </w:pPr>
      <w:r>
        <w:rPr>
          <w:b/>
          <w:color w:val="C96A00"/>
          <w:sz w:val="26"/>
        </w:rPr>
        <w:t>Vrednovanje:</w:t>
      </w:r>
    </w:p>
    <w:p w14:paraId="78EB229A" w14:textId="77777777" w:rsidR="000604C1" w:rsidRDefault="00BA7675">
      <w:pPr>
        <w:jc w:val="both"/>
      </w:pPr>
      <w:r>
        <w:rPr>
          <w:b/>
        </w:rPr>
        <w:t xml:space="preserve">Vrednovanje za učenje: </w:t>
      </w:r>
      <w:r>
        <w:t>bilješke i odgovori tijekom gledanja triju videozapisa, izdvajanje činjenica iz šest životopisnih tekstova, uspoređivanje zvanja i vrednota, rad s portretima, rješavanje problemskih situacija i formativna provjera.</w:t>
      </w:r>
    </w:p>
    <w:p w14:paraId="6F9B59B1" w14:textId="77777777" w:rsidR="000604C1" w:rsidRDefault="00BA7675">
      <w:pPr>
        <w:jc w:val="both"/>
      </w:pPr>
      <w:r>
        <w:rPr>
          <w:b/>
        </w:rPr>
        <w:t xml:space="preserve">Vrednovanje kao učenje: </w:t>
      </w:r>
      <w:r>
        <w:t>samovrednovanje metodom „Putokazi razumijevanja“.</w:t>
      </w:r>
    </w:p>
    <w:p w14:paraId="35CCBCEF" w14:textId="77777777" w:rsidR="000604C1" w:rsidRDefault="00BA7675">
      <w:pPr>
        <w:jc w:val="both"/>
      </w:pPr>
      <w:r>
        <w:rPr>
          <w:b/>
        </w:rPr>
        <w:t xml:space="preserve">Vrednovanje naučenoga: </w:t>
      </w:r>
      <w:r>
        <w:t>formalno brojčano vrednovanje nije predviđeno.</w:t>
      </w:r>
    </w:p>
    <w:p w14:paraId="0A78EA61" w14:textId="77777777" w:rsidR="000604C1" w:rsidRDefault="00BA7675">
      <w:pPr>
        <w:keepNext/>
        <w:pageBreakBefore/>
        <w:spacing w:after="280"/>
        <w:jc w:val="center"/>
      </w:pPr>
      <w:r>
        <w:rPr>
          <w:b/>
          <w:color w:val="0070C0"/>
          <w:sz w:val="40"/>
        </w:rPr>
        <w:lastRenderedPageBreak/>
        <w:t>TIJEK NASTAVNOGA SATA</w:t>
      </w:r>
    </w:p>
    <w:tbl>
      <w:tblPr>
        <w:tblW w:w="10658" w:type="dxa"/>
        <w:tblBorders>
          <w:top w:val="single" w:sz="2" w:space="0" w:color="00B050"/>
          <w:left w:val="single" w:sz="2" w:space="0" w:color="00B050"/>
          <w:bottom w:val="single" w:sz="2" w:space="0" w:color="00B050"/>
          <w:right w:val="single" w:sz="2" w:space="0" w:color="00B050"/>
        </w:tblBorders>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58"/>
      </w:tblGrid>
      <w:tr w:rsidR="000604C1" w14:paraId="12A3E449" w14:textId="77777777" w:rsidTr="001A036B">
        <w:trPr>
          <w:cantSplit/>
        </w:trPr>
        <w:tc>
          <w:tcPr>
            <w:tcW w:w="10658" w:type="dxa"/>
            <w:shd w:val="clear" w:color="auto" w:fill="00B050"/>
            <w:tcMar>
              <w:top w:w="90" w:type="dxa"/>
              <w:left w:w="140" w:type="dxa"/>
              <w:bottom w:w="90" w:type="dxa"/>
              <w:right w:w="140" w:type="dxa"/>
            </w:tcMar>
            <w:vAlign w:val="center"/>
          </w:tcPr>
          <w:p w14:paraId="5BC43EA3" w14:textId="3EBB86E6" w:rsidR="000604C1" w:rsidRDefault="001A036B" w:rsidP="001A036B">
            <w:r w:rsidRPr="001A036B">
              <w:rPr>
                <w:rFonts w:cs="Calibri"/>
                <w:b/>
                <w:color w:val="FFFFFF"/>
                <w:sz w:val="32"/>
              </w:rPr>
              <w:t xml:space="preserve">I. UVODNI DIO – DOŽIVI </w:t>
            </w:r>
            <w:r w:rsidRPr="001A036B">
              <w:rPr>
                <w:rFonts w:cs="Calibri"/>
                <w:color w:val="FFFFFF"/>
                <w:sz w:val="20"/>
              </w:rPr>
              <w:t>(približno 7–10 minuta)</w:t>
            </w:r>
          </w:p>
        </w:tc>
      </w:tr>
    </w:tbl>
    <w:p w14:paraId="34797BAB" w14:textId="77777777" w:rsidR="000604C1" w:rsidRDefault="00BA7675">
      <w:pPr>
        <w:keepNext/>
        <w:spacing w:before="60" w:after="40"/>
        <w:jc w:val="both"/>
      </w:pPr>
      <w:r>
        <w:rPr>
          <w:b/>
          <w:color w:val="C96A00"/>
          <w:sz w:val="26"/>
        </w:rPr>
        <w:t>Uvodna molitva:</w:t>
      </w:r>
    </w:p>
    <w:p w14:paraId="338A1CF9" w14:textId="77777777" w:rsidR="000604C1" w:rsidRDefault="00BA7675">
      <w:pPr>
        <w:spacing w:after="220"/>
      </w:pPr>
      <w:r>
        <w:t>Oče naš…</w:t>
      </w:r>
    </w:p>
    <w:p w14:paraId="54864BBB" w14:textId="77777777" w:rsidR="000604C1" w:rsidRDefault="00BA7675">
      <w:pPr>
        <w:spacing w:after="220"/>
      </w:pPr>
      <w:r>
        <w:t>ili:</w:t>
      </w:r>
    </w:p>
    <w:p w14:paraId="3F142584" w14:textId="77777777" w:rsidR="000604C1" w:rsidRDefault="00BA7675">
      <w:pPr>
        <w:spacing w:after="220"/>
        <w:jc w:val="both"/>
      </w:pPr>
      <w:r>
        <w:rPr>
          <w:sz w:val="48"/>
        </w:rPr>
        <w:t>Isuse, hvala Ti što si ljude različitih zvanja i životnih putova pozvao da budu Tvoji svjedoci. Daj nam hrabrost svetoga Nikole i Marka, milosrdno srce svetoga Leopolda, pravednost blaženoga Alojzija, služenje blažene Marije i ljubav blaženoga Ivana prema mladima. Amen.</w:t>
      </w:r>
    </w:p>
    <w:tbl>
      <w:tblPr>
        <w:tblW w:w="10658" w:type="dxa"/>
        <w:tblLayout w:type="fixed"/>
        <w:tblLook w:val="04A0" w:firstRow="1" w:lastRow="0" w:firstColumn="1" w:lastColumn="0" w:noHBand="0" w:noVBand="1"/>
      </w:tblPr>
      <w:tblGrid>
        <w:gridCol w:w="10658"/>
      </w:tblGrid>
      <w:tr w:rsidR="000604C1" w14:paraId="4FD41E7E" w14:textId="77777777">
        <w:tc>
          <w:tcPr>
            <w:tcW w:w="10658" w:type="dxa"/>
            <w:tcBorders>
              <w:top w:val="single" w:sz="5" w:space="0" w:color="A6A6A6"/>
              <w:left w:val="single" w:sz="5" w:space="0" w:color="A6A6A6"/>
              <w:bottom w:val="single" w:sz="5" w:space="0" w:color="A6A6A6"/>
              <w:right w:val="single" w:sz="5" w:space="0" w:color="A6A6A6"/>
            </w:tcBorders>
            <w:shd w:val="clear" w:color="auto" w:fill="EAF4E2"/>
            <w:tcMar>
              <w:top w:w="100" w:type="dxa"/>
              <w:left w:w="140" w:type="dxa"/>
              <w:bottom w:w="100" w:type="dxa"/>
              <w:right w:w="140" w:type="dxa"/>
            </w:tcMar>
          </w:tcPr>
          <w:p w14:paraId="02F017F7" w14:textId="77777777" w:rsidR="000604C1" w:rsidRDefault="00BA7675">
            <w:pPr>
              <w:jc w:val="both"/>
            </w:pPr>
            <w:r>
              <w:rPr>
                <w:b/>
                <w:color w:val="C96A00"/>
                <w:sz w:val="21"/>
              </w:rPr>
              <w:t xml:space="preserve">Alternativa: </w:t>
            </w:r>
            <w:r>
              <w:rPr>
                <w:sz w:val="21"/>
              </w:rPr>
              <w:t>Učenici će u tišini izabrati jedno ime iz molitve i reći: „Bože, po njegovu ili njezinu primjeru uči me vjernosti.“</w:t>
            </w:r>
          </w:p>
        </w:tc>
      </w:tr>
    </w:tbl>
    <w:p w14:paraId="6562F49C" w14:textId="77777777" w:rsidR="00481118" w:rsidRDefault="00481118">
      <w:pPr>
        <w:keepNext/>
        <w:spacing w:before="60" w:after="40"/>
        <w:jc w:val="both"/>
      </w:pPr>
    </w:p>
    <w:p w14:paraId="586EE68F" w14:textId="60EC5418" w:rsidR="000604C1" w:rsidRDefault="00BA7675">
      <w:pPr>
        <w:keepNext/>
        <w:spacing w:before="60" w:after="40"/>
        <w:jc w:val="both"/>
      </w:pPr>
      <w:r>
        <w:rPr>
          <w:b/>
          <w:color w:val="C96A00"/>
          <w:sz w:val="26"/>
        </w:rPr>
        <w:t>Povezivanje s prethodnim satom / pregled domaće zadaće:</w:t>
      </w:r>
    </w:p>
    <w:p w14:paraId="318FD830" w14:textId="77777777" w:rsidR="000604C1" w:rsidRDefault="00BA7675">
      <w:pPr>
        <w:jc w:val="both"/>
      </w:pPr>
      <w:r>
        <w:t>Učenici daju vjeroučitelju na uvid domaću zadaću od prošloga susreta:</w:t>
      </w:r>
    </w:p>
    <w:p w14:paraId="766573EA" w14:textId="77777777" w:rsidR="000604C1" w:rsidRDefault="00BA7675">
      <w:pPr>
        <w:jc w:val="both"/>
      </w:pPr>
      <w:r>
        <w:t>„Učenici će riješiti, ili dovršiti rješavanje RB, str. 84.“</w:t>
      </w:r>
    </w:p>
    <w:p w14:paraId="2D1CC6FA" w14:textId="77777777" w:rsidR="000604C1" w:rsidRDefault="00BA7675">
      <w:r>
        <w:t>Ili:</w:t>
      </w:r>
    </w:p>
    <w:p w14:paraId="440A3F1C" w14:textId="107C1692" w:rsidR="000604C1" w:rsidRDefault="00BA7675">
      <w:pPr>
        <w:jc w:val="both"/>
      </w:pPr>
      <w:r>
        <w:t>„</w:t>
      </w:r>
      <w:r w:rsidR="00481118" w:rsidRPr="00481118">
        <w:t>Učenici će odabrati jednoga blaženika prikazanoga na str. 58 i napisati naslov te dvije rečenice: što su saznali i na koju ih vrednotu potiče.</w:t>
      </w:r>
      <w:r>
        <w:t>“</w:t>
      </w:r>
    </w:p>
    <w:p w14:paraId="5823EA4A" w14:textId="77777777" w:rsidR="000604C1" w:rsidRDefault="00BA7675">
      <w:pPr>
        <w:keepNext/>
        <w:spacing w:before="60" w:after="40"/>
        <w:jc w:val="both"/>
      </w:pPr>
      <w:r>
        <w:rPr>
          <w:b/>
          <w:color w:val="C96A00"/>
          <w:sz w:val="26"/>
        </w:rPr>
        <w:t>Motivacija:</w:t>
      </w:r>
    </w:p>
    <w:p w14:paraId="74DFFFE8" w14:textId="77777777" w:rsidR="000604C1" w:rsidRDefault="00BA7675">
      <w:pPr>
        <w:jc w:val="both"/>
      </w:pPr>
      <w:r>
        <w:t>Vjeroučitelj će na projekciji prikazati šest riječi bez imena: HRABROST – POMIRENJE – VJERNOST – PRAVEDNOST – MILOSRĐE – MLADI. Učenici u paru biraju dvije riječi koje bi mogle pripadati istoj osobi i obrazlažu pretpostavku. Na kraju sata provjeravaju bi li promijenili par.</w:t>
      </w:r>
    </w:p>
    <w:p w14:paraId="14F7560E" w14:textId="77777777" w:rsidR="00C9073C" w:rsidRDefault="00C9073C">
      <w:pPr>
        <w:jc w:val="both"/>
      </w:pPr>
    </w:p>
    <w:tbl>
      <w:tblPr>
        <w:tblW w:w="10658" w:type="dxa"/>
        <w:tblLayout w:type="fixed"/>
        <w:tblLook w:val="04A0" w:firstRow="1" w:lastRow="0" w:firstColumn="1" w:lastColumn="0" w:noHBand="0" w:noVBand="1"/>
      </w:tblPr>
      <w:tblGrid>
        <w:gridCol w:w="10658"/>
      </w:tblGrid>
      <w:tr w:rsidR="000604C1" w14:paraId="132564A5" w14:textId="77777777">
        <w:tc>
          <w:tcPr>
            <w:tcW w:w="10658" w:type="dxa"/>
            <w:tcBorders>
              <w:top w:val="single" w:sz="5" w:space="0" w:color="A6A6A6"/>
              <w:left w:val="single" w:sz="5" w:space="0" w:color="A6A6A6"/>
              <w:bottom w:val="single" w:sz="5" w:space="0" w:color="A6A6A6"/>
              <w:right w:val="single" w:sz="5" w:space="0" w:color="A6A6A6"/>
            </w:tcBorders>
            <w:shd w:val="clear" w:color="auto" w:fill="F2F2F2"/>
            <w:tcMar>
              <w:top w:w="140" w:type="dxa"/>
              <w:left w:w="160" w:type="dxa"/>
              <w:bottom w:w="140" w:type="dxa"/>
              <w:right w:w="160" w:type="dxa"/>
            </w:tcMar>
          </w:tcPr>
          <w:p w14:paraId="50695E1E" w14:textId="77777777" w:rsidR="000604C1" w:rsidRPr="00266009" w:rsidRDefault="00BA7675">
            <w:pPr>
              <w:spacing w:after="160"/>
              <w:jc w:val="center"/>
              <w:rPr>
                <w:sz w:val="42"/>
                <w:szCs w:val="42"/>
              </w:rPr>
            </w:pPr>
            <w:r w:rsidRPr="00266009">
              <w:rPr>
                <w:b/>
                <w:color w:val="0070C0"/>
                <w:sz w:val="42"/>
                <w:szCs w:val="42"/>
              </w:rPr>
              <w:t>ŠEST RIJEČI – ŠEST PUTOVA</w:t>
            </w:r>
          </w:p>
          <w:p w14:paraId="754C8208" w14:textId="77777777" w:rsidR="000604C1" w:rsidRPr="00266009" w:rsidRDefault="00BA7675" w:rsidP="00481118">
            <w:pPr>
              <w:spacing w:after="40"/>
              <w:jc w:val="center"/>
              <w:rPr>
                <w:sz w:val="40"/>
                <w:szCs w:val="40"/>
              </w:rPr>
            </w:pPr>
            <w:r w:rsidRPr="00266009">
              <w:rPr>
                <w:sz w:val="40"/>
                <w:szCs w:val="40"/>
              </w:rPr>
              <w:t>HRABROST • POMIRENJE • VJERNOST • PRAVEDNOST • MILOSRĐE • MLADI</w:t>
            </w:r>
          </w:p>
        </w:tc>
      </w:tr>
    </w:tbl>
    <w:p w14:paraId="1C92CB9C" w14:textId="77777777" w:rsidR="000604C1" w:rsidRDefault="00BA7675">
      <w:pPr>
        <w:keepNext/>
        <w:spacing w:before="220"/>
        <w:jc w:val="both"/>
      </w:pPr>
      <w:r>
        <w:t>Razgovor:</w:t>
      </w:r>
    </w:p>
    <w:p w14:paraId="4699E5F4" w14:textId="77777777" w:rsidR="000604C1" w:rsidRDefault="00BA7675" w:rsidP="00481118">
      <w:pPr>
        <w:pStyle w:val="Odlomakpopisa"/>
        <w:numPr>
          <w:ilvl w:val="0"/>
          <w:numId w:val="31"/>
        </w:numPr>
        <w:spacing w:after="20"/>
        <w:jc w:val="both"/>
      </w:pPr>
      <w:r>
        <w:t xml:space="preserve">Mora li svaki svetac činiti isto djelo? </w:t>
      </w:r>
      <w:r w:rsidRPr="00481118">
        <w:rPr>
          <w:color w:val="6B6B6B"/>
          <w:sz w:val="18"/>
        </w:rPr>
        <w:t>(Ne; vjernost se živi u različitim zvanjima, potrebama i povijesnim okolnostima.)</w:t>
      </w:r>
    </w:p>
    <w:p w14:paraId="1917AA05" w14:textId="77777777" w:rsidR="000604C1" w:rsidRDefault="00BA7675" w:rsidP="00481118">
      <w:pPr>
        <w:pStyle w:val="Odlomakpopisa"/>
        <w:numPr>
          <w:ilvl w:val="0"/>
          <w:numId w:val="31"/>
        </w:numPr>
        <w:spacing w:after="20"/>
        <w:jc w:val="both"/>
      </w:pPr>
      <w:r>
        <w:t xml:space="preserve">Koja riječ najviše govori o odnosu prema drugima? </w:t>
      </w:r>
      <w:r w:rsidRPr="00481118">
        <w:rPr>
          <w:color w:val="6B6B6B"/>
          <w:sz w:val="18"/>
        </w:rPr>
        <w:t>(Više njih: pomirenje, pravednost, milosrđe i rad s mladima.)</w:t>
      </w:r>
    </w:p>
    <w:p w14:paraId="3BE23644" w14:textId="77777777" w:rsidR="000604C1" w:rsidRDefault="00BA7675" w:rsidP="00481118">
      <w:pPr>
        <w:pStyle w:val="Odlomakpopisa"/>
        <w:numPr>
          <w:ilvl w:val="0"/>
          <w:numId w:val="31"/>
        </w:numPr>
        <w:spacing w:after="20"/>
        <w:jc w:val="both"/>
      </w:pPr>
      <w:r>
        <w:t xml:space="preserve">Koja riječ može tražiti osobitu hrabrost? </w:t>
      </w:r>
      <w:r w:rsidRPr="00481118">
        <w:rPr>
          <w:color w:val="6B6B6B"/>
          <w:sz w:val="18"/>
        </w:rPr>
        <w:t>(Vjernost, pravednost i svjedočenje vjere.)</w:t>
      </w:r>
    </w:p>
    <w:p w14:paraId="7048AE3C" w14:textId="77777777" w:rsidR="000604C1" w:rsidRDefault="00BA7675">
      <w:pPr>
        <w:keepNext/>
        <w:spacing w:before="60" w:after="40"/>
        <w:jc w:val="both"/>
      </w:pPr>
      <w:r>
        <w:rPr>
          <w:b/>
          <w:color w:val="C96A00"/>
          <w:sz w:val="26"/>
        </w:rPr>
        <w:lastRenderedPageBreak/>
        <w:t>Najava teme i središnjega pitanja:</w:t>
      </w:r>
    </w:p>
    <w:p w14:paraId="2F512457" w14:textId="503B83D3" w:rsidR="000604C1" w:rsidRDefault="00BA7675">
      <w:pPr>
        <w:jc w:val="both"/>
      </w:pPr>
      <w:r>
        <w:t>Danas upoznajemo šest hrvatskih svetaca i blaženika sa str. 59</w:t>
      </w:r>
      <w:r w:rsidR="00481118">
        <w:t xml:space="preserve"> u udžbeniku</w:t>
      </w:r>
      <w:r>
        <w:t>. Najprije ćemo uz videozapise upoznati svetoga Nikolu Tavelića, svetoga Leopolda Bogdana Mandića i svetoga Marka Križevčanina, a zatim čitati i povezivati životopise blaženoga Alojzija Stepinca, blažene Marije Propetog Isusa Petković i blaženoga Ivana Merza. Istraživat ćemo: Kako različiti životni putovi hrvatskih svetaca i blaženika pokazuju da se vjernost Isusu može živjeti u različitim zvanjima i okolnostima?</w:t>
      </w:r>
    </w:p>
    <w:p w14:paraId="56EBF0DA" w14:textId="77777777" w:rsidR="000604C1" w:rsidRDefault="000604C1" w:rsidP="00481118"/>
    <w:p w14:paraId="0E9A7519" w14:textId="77777777" w:rsidR="00481118" w:rsidRDefault="00481118" w:rsidP="00481118"/>
    <w:tbl>
      <w:tblPr>
        <w:tblW w:w="10658" w:type="dxa"/>
        <w:tblBorders>
          <w:top w:val="single" w:sz="2" w:space="0" w:color="00B050"/>
          <w:left w:val="single" w:sz="2" w:space="0" w:color="00B050"/>
          <w:bottom w:val="single" w:sz="2" w:space="0" w:color="00B050"/>
          <w:right w:val="single" w:sz="2" w:space="0" w:color="00B050"/>
        </w:tblBorders>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58"/>
      </w:tblGrid>
      <w:tr w:rsidR="000604C1" w14:paraId="3AA29901" w14:textId="77777777" w:rsidTr="001A036B">
        <w:trPr>
          <w:cantSplit/>
        </w:trPr>
        <w:tc>
          <w:tcPr>
            <w:tcW w:w="10658" w:type="dxa"/>
            <w:shd w:val="clear" w:color="auto" w:fill="00B050"/>
            <w:tcMar>
              <w:top w:w="90" w:type="dxa"/>
              <w:left w:w="140" w:type="dxa"/>
              <w:bottom w:w="90" w:type="dxa"/>
              <w:right w:w="140" w:type="dxa"/>
            </w:tcMar>
            <w:vAlign w:val="center"/>
          </w:tcPr>
          <w:p w14:paraId="3483AD78" w14:textId="2DECDDD5" w:rsidR="000604C1" w:rsidRDefault="001A036B" w:rsidP="001A036B">
            <w:r w:rsidRPr="001A036B">
              <w:rPr>
                <w:rFonts w:cs="Calibri"/>
                <w:b/>
                <w:color w:val="FFFFFF"/>
                <w:sz w:val="32"/>
              </w:rPr>
              <w:t xml:space="preserve">II. SREDIŠNJI DIO – OTKRIJ I POVEŽI </w:t>
            </w:r>
            <w:r w:rsidRPr="001A036B">
              <w:rPr>
                <w:rFonts w:cs="Calibri"/>
                <w:color w:val="FFFFFF"/>
                <w:sz w:val="20"/>
              </w:rPr>
              <w:t>(približno 27–30 minuta)</w:t>
            </w:r>
          </w:p>
        </w:tc>
      </w:tr>
    </w:tbl>
    <w:p w14:paraId="0AD48EFD" w14:textId="77777777" w:rsidR="000604C1" w:rsidRDefault="000604C1">
      <w:pPr>
        <w:spacing w:after="220"/>
      </w:pPr>
    </w:p>
    <w:tbl>
      <w:tblPr>
        <w:tblW w:w="10658" w:type="dxa"/>
        <w:tblLayout w:type="fixed"/>
        <w:tblLook w:val="04A0" w:firstRow="1" w:lastRow="0" w:firstColumn="1" w:lastColumn="0" w:noHBand="0" w:noVBand="1"/>
      </w:tblPr>
      <w:tblGrid>
        <w:gridCol w:w="10658"/>
      </w:tblGrid>
      <w:tr w:rsidR="000604C1" w14:paraId="5DDCC1C7" w14:textId="77777777">
        <w:tc>
          <w:tcPr>
            <w:tcW w:w="10658" w:type="dxa"/>
            <w:tcBorders>
              <w:top w:val="single" w:sz="5" w:space="0" w:color="A6A6A6"/>
              <w:left w:val="single" w:sz="5" w:space="0" w:color="A6A6A6"/>
              <w:bottom w:val="single" w:sz="5" w:space="0" w:color="A6A6A6"/>
              <w:right w:val="single" w:sz="5" w:space="0" w:color="A6A6A6"/>
            </w:tcBorders>
            <w:shd w:val="clear" w:color="auto" w:fill="EAF2F8"/>
            <w:tcMar>
              <w:top w:w="100" w:type="dxa"/>
              <w:left w:w="140" w:type="dxa"/>
              <w:bottom w:w="100" w:type="dxa"/>
              <w:right w:w="140" w:type="dxa"/>
            </w:tcMar>
          </w:tcPr>
          <w:p w14:paraId="177E284D" w14:textId="77777777" w:rsidR="000604C1" w:rsidRDefault="00BA7675">
            <w:pPr>
              <w:jc w:val="both"/>
            </w:pPr>
            <w:r>
              <w:rPr>
                <w:b/>
                <w:color w:val="C96A00"/>
                <w:sz w:val="21"/>
              </w:rPr>
              <w:t xml:space="preserve">Napomena o izboru aktivnosti: </w:t>
            </w:r>
            <w:r>
              <w:rPr>
                <w:sz w:val="21"/>
              </w:rPr>
              <w:t>Aktivnosti u nastavku predstavljaju prijedloge i mogućnosti izbora. Nije predviđeno da se sve provedu u jednom nastavnom satu. Vjeroučitelj odabire aktivnosti prema odgojno-obrazovnim ishodima, raspoloživom vremenu, osobitostima razreda, dostupnoj opremi i potrebama učenika.</w:t>
            </w:r>
          </w:p>
        </w:tc>
      </w:tr>
    </w:tbl>
    <w:p w14:paraId="7902C4C8" w14:textId="77777777" w:rsidR="000604C1" w:rsidRDefault="00BA7675">
      <w:pPr>
        <w:keepNext/>
        <w:spacing w:before="100" w:after="40"/>
        <w:jc w:val="both"/>
      </w:pPr>
      <w:r>
        <w:rPr>
          <w:b/>
          <w:color w:val="C96A00"/>
          <w:sz w:val="26"/>
        </w:rPr>
        <w:t xml:space="preserve">Aktivnost 1: Obrada videozapisa i tekstova / sadržaja </w:t>
      </w:r>
      <w:r>
        <w:rPr>
          <w:i/>
          <w:color w:val="6B6B6B"/>
          <w:sz w:val="20"/>
        </w:rPr>
        <w:t>(vođeno gledanje, individualne bilješke, rad u paru i zajednička provjera, 18 minuta)</w:t>
      </w:r>
    </w:p>
    <w:p w14:paraId="7A443685" w14:textId="163D1FAE" w:rsidR="000604C1" w:rsidRDefault="00BA7675">
      <w:pPr>
        <w:jc w:val="both"/>
      </w:pPr>
      <w:r>
        <w:t>Učenici će najprije pogledati tri kratka videozapisa. Svaki video prate s karticom: MJESTO – ZVANJE – GLAVNO DJELO – VREDNOTA. Nakon gledanja čitaju šest sažetih životopisnih tekstova sa str. 59 i dopunjuju podatke koje video nije naglasio. Pitanja su sastavljena prema udžbeničkim tekstovima i provjerenim životopisnim podatcima; vjeroučitelj ih po potrebi prilagođava stvarnome tijeku videozapisa.</w:t>
      </w:r>
    </w:p>
    <w:p w14:paraId="25EC94EA" w14:textId="77777777" w:rsidR="000604C1" w:rsidRDefault="00BA7675">
      <w:pPr>
        <w:spacing w:before="100"/>
      </w:pPr>
      <w:r>
        <w:rPr>
          <w:b/>
        </w:rPr>
        <w:t>Katolički kalendar 14.11.2016. – Sveti Nikola Tavelić; 5:20; Izvor: LaudatoTV; YouTube</w:t>
      </w:r>
    </w:p>
    <w:p w14:paraId="00198D95" w14:textId="1F9DFA82" w:rsidR="000604C1" w:rsidRDefault="00481118">
      <w:pPr>
        <w:spacing w:before="220"/>
      </w:pPr>
      <w:r>
        <w:rPr>
          <w:rFonts w:asciiTheme="minorHAnsi" w:eastAsia="Times New Roman" w:hAnsiTheme="minorHAnsi" w:cstheme="minorHAnsi"/>
          <w:noProof/>
          <w:lang w:eastAsia="hr-HR"/>
        </w:rPr>
        <w:drawing>
          <wp:inline distT="0" distB="0" distL="0" distR="0" wp14:anchorId="0AA014B6" wp14:editId="3A474888">
            <wp:extent cx="2401200" cy="1800000"/>
            <wp:effectExtent l="0" t="0" r="0" b="0"/>
            <wp:docPr id="831104473" name="Videozapis 1" descr="Katolički kalendar 14.11.2016. - Sveti Nikola Tavelić">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104473" name="Videozapis 1" descr="Katolički kalendar 14.11.2016. - Sveti Nikola Tavelić">
                      <a:hlinkClick r:id="rId8"/>
                    </pic:cNvPr>
                    <pic:cNvPicPr/>
                  </pic:nvPicPr>
                  <pic:blipFill>
                    <a:blip r:embed="rId9">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ZG5pR68ntnc?start=23&amp;feature=oembed&quot; frameborder=&quot;0&quot; allow=&quot;accelerometer; autoplay; clipboard-write; encrypted-media; gyroscope; picture-in-picture; web-share&quot; referrerpolicy=&quot;strict-origin-when-cross-origin&quot; allowfullscreen=&quot;&quot; title=&quot;Katolički kalendar 14.11.2016. - Sveti Nikola Tavelić&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hyperlink r:id="rId10"/>
    </w:p>
    <w:p w14:paraId="6F5945EC" w14:textId="77777777" w:rsidR="000604C1" w:rsidRDefault="00BA7675">
      <w:pPr>
        <w:spacing w:before="100"/>
      </w:pPr>
      <w:r>
        <w:rPr>
          <w:b/>
        </w:rPr>
        <w:t>Katolički kalendar 12.5.2016. – Sveti Leopold Bogdan Mandić; 4:30; Izvor: LaudatoTV; YouTube</w:t>
      </w:r>
    </w:p>
    <w:p w14:paraId="4EDC62CD" w14:textId="65AEF128" w:rsidR="000604C1" w:rsidRDefault="00481118">
      <w:pPr>
        <w:spacing w:before="220"/>
      </w:pPr>
      <w:r>
        <w:rPr>
          <w:rFonts w:asciiTheme="minorHAnsi" w:eastAsia="Times New Roman" w:hAnsiTheme="minorHAnsi" w:cstheme="minorHAnsi"/>
          <w:noProof/>
          <w:lang w:eastAsia="hr-HR"/>
        </w:rPr>
        <w:drawing>
          <wp:inline distT="0" distB="0" distL="0" distR="0" wp14:anchorId="03666BE5" wp14:editId="0B45D3F0">
            <wp:extent cx="2401200" cy="1800000"/>
            <wp:effectExtent l="0" t="0" r="0" b="0"/>
            <wp:docPr id="239791450" name="Videozapis 2" descr="Katolički kalendar 12.5.2016. - Sveti Leopold Bogdan Mandić">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91450" name="Videozapis 2" descr="Katolički kalendar 12.5.2016. - Sveti Leopold Bogdan Mandić">
                      <a:hlinkClick r:id="rId11"/>
                    </pic:cNvPr>
                    <pic:cNvPicPr/>
                  </pic:nvPicPr>
                  <pic:blipFill>
                    <a:blip r:embed="rId1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v-gwrJ0KShM?start=20&amp;feature=oembed&quot; frameborder=&quot;0&quot; allow=&quot;accelerometer; autoplay; clipboard-write; encrypted-media; gyroscope; picture-in-picture; web-share&quot; referrerpolicy=&quot;strict-origin-when-cross-origin&quot; allowfullscreen=&quot;&quot; title=&quot;Katolički kalendar 12.5.2016. - Sveti Leopold Bogdan Mandić&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hyperlink r:id="rId13"/>
    </w:p>
    <w:p w14:paraId="77C72185" w14:textId="77777777" w:rsidR="000604C1" w:rsidRDefault="00BA7675">
      <w:pPr>
        <w:spacing w:before="100"/>
      </w:pPr>
      <w:r>
        <w:rPr>
          <w:b/>
        </w:rPr>
        <w:t>Katolički kalendar 7.9.2016. – Sveti Marko Križevčanin; 4:35; Izvor: LaudatoTV; YouTube</w:t>
      </w:r>
    </w:p>
    <w:p w14:paraId="2D5DDD5C" w14:textId="3FA67E32" w:rsidR="000604C1" w:rsidRDefault="00481118">
      <w:pPr>
        <w:spacing w:before="220"/>
      </w:pPr>
      <w:r>
        <w:rPr>
          <w:rFonts w:asciiTheme="minorHAnsi" w:eastAsia="Times New Roman" w:hAnsiTheme="minorHAnsi" w:cstheme="minorHAnsi"/>
          <w:noProof/>
          <w:lang w:eastAsia="hr-HR"/>
        </w:rPr>
        <w:drawing>
          <wp:inline distT="0" distB="0" distL="0" distR="0" wp14:anchorId="71441DA0" wp14:editId="5D317EAE">
            <wp:extent cx="2401200" cy="1800000"/>
            <wp:effectExtent l="0" t="0" r="0" b="0"/>
            <wp:docPr id="95307181" name="Videozapis 3" descr="Katolički kalendar 7.9.2016. - Sveti Marko Križevčani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07181" name="Videozapis 3" descr="Katolički kalendar 7.9.2016. - Sveti Marko Križevčanin">
                      <a:hlinkClick r:id="rId14"/>
                    </pic:cNvPr>
                    <pic:cNvPicPr/>
                  </pic:nvPicPr>
                  <pic:blipFill>
                    <a:blip r:embed="rId15">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MpFJv5ix8Ps?start=20&amp;feature=oembed&quot; frameborder=&quot;0&quot; allow=&quot;accelerometer; autoplay; clipboard-write; encrypted-media; gyroscope; picture-in-picture; web-share&quot; referrerpolicy=&quot;strict-origin-when-cross-origin&quot; allowfullscreen=&quot;&quot; title=&quot;Katolički kalendar 7.9.2016. - Sveti Marko Križevčanin&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hyperlink r:id="rId16"/>
    </w:p>
    <w:p w14:paraId="3FB3BF6B" w14:textId="77777777" w:rsidR="00481118" w:rsidRDefault="00481118">
      <w:pPr>
        <w:spacing w:before="220"/>
      </w:pPr>
    </w:p>
    <w:tbl>
      <w:tblPr>
        <w:tblW w:w="10658" w:type="dxa"/>
        <w:tblLayout w:type="fixed"/>
        <w:tblLook w:val="04A0" w:firstRow="1" w:lastRow="0" w:firstColumn="1" w:lastColumn="0" w:noHBand="0" w:noVBand="1"/>
      </w:tblPr>
      <w:tblGrid>
        <w:gridCol w:w="10658"/>
      </w:tblGrid>
      <w:tr w:rsidR="000604C1" w14:paraId="4A9ACD33" w14:textId="77777777" w:rsidTr="00481118">
        <w:tc>
          <w:tcPr>
            <w:tcW w:w="10658" w:type="dxa"/>
            <w:tcBorders>
              <w:top w:val="single" w:sz="5" w:space="0" w:color="A6A6A6"/>
              <w:left w:val="single" w:sz="5" w:space="0" w:color="A6A6A6"/>
              <w:bottom w:val="single" w:sz="5" w:space="0" w:color="A6A6A6"/>
              <w:right w:val="single" w:sz="5" w:space="0" w:color="A6A6A6"/>
            </w:tcBorders>
            <w:shd w:val="clear" w:color="auto" w:fill="F2F6FB"/>
            <w:tcMar>
              <w:top w:w="140" w:type="dxa"/>
              <w:left w:w="160" w:type="dxa"/>
              <w:bottom w:w="140" w:type="dxa"/>
              <w:right w:w="160" w:type="dxa"/>
            </w:tcMar>
          </w:tcPr>
          <w:p w14:paraId="0501D796" w14:textId="77777777" w:rsidR="000604C1" w:rsidRDefault="00BA7675">
            <w:pPr>
              <w:spacing w:after="160"/>
              <w:jc w:val="center"/>
            </w:pPr>
            <w:r>
              <w:rPr>
                <w:b/>
                <w:color w:val="0070C0"/>
                <w:sz w:val="40"/>
              </w:rPr>
              <w:t>ŠEST SAŽETIH ŽIVOTOPISA SA STR. 59</w:t>
            </w:r>
          </w:p>
          <w:p w14:paraId="32B83BB5" w14:textId="77777777" w:rsidR="000604C1" w:rsidRPr="00266009" w:rsidRDefault="00BA7675">
            <w:pPr>
              <w:spacing w:after="40"/>
              <w:jc w:val="both"/>
              <w:rPr>
                <w:sz w:val="40"/>
                <w:szCs w:val="40"/>
              </w:rPr>
            </w:pPr>
            <w:r w:rsidRPr="00266009">
              <w:rPr>
                <w:color w:val="1F497D" w:themeColor="text2"/>
                <w:sz w:val="40"/>
                <w:szCs w:val="40"/>
              </w:rPr>
              <w:t>SV. NIKOLA TAVELIĆ</w:t>
            </w:r>
            <w:r w:rsidRPr="00266009">
              <w:rPr>
                <w:sz w:val="40"/>
                <w:szCs w:val="40"/>
              </w:rPr>
              <w:t xml:space="preserve"> – rođen oko 1350. u Šibeniku; franjevac; živio i radio u Bosni; u Svetoj zemlji propovijedao; mučenički umro u Jeruzalemu; blagdan 14. studenoga.</w:t>
            </w:r>
          </w:p>
          <w:p w14:paraId="60D75AA8" w14:textId="77777777" w:rsidR="000604C1" w:rsidRPr="00266009" w:rsidRDefault="00BA7675">
            <w:pPr>
              <w:spacing w:after="40"/>
              <w:jc w:val="both"/>
              <w:rPr>
                <w:sz w:val="40"/>
                <w:szCs w:val="40"/>
              </w:rPr>
            </w:pPr>
            <w:r w:rsidRPr="00266009">
              <w:rPr>
                <w:color w:val="1F497D" w:themeColor="text2"/>
                <w:sz w:val="40"/>
                <w:szCs w:val="40"/>
              </w:rPr>
              <w:t>SV. LEOPOLD BOGDAN MANDIĆ</w:t>
            </w:r>
            <w:r w:rsidRPr="00266009">
              <w:rPr>
                <w:sz w:val="40"/>
                <w:szCs w:val="40"/>
              </w:rPr>
              <w:t xml:space="preserve"> – rođen 1866. u Herceg Novom; franjevac kapucin; ispovjednik, „apostol ispovjedaonice“; zalagao se za jedinstvo kršćana; blagdan 12. svibnja.</w:t>
            </w:r>
          </w:p>
          <w:p w14:paraId="40BDB8F2" w14:textId="77777777" w:rsidR="000604C1" w:rsidRPr="00266009" w:rsidRDefault="00BA7675">
            <w:pPr>
              <w:spacing w:after="40"/>
              <w:jc w:val="both"/>
              <w:rPr>
                <w:sz w:val="40"/>
                <w:szCs w:val="40"/>
              </w:rPr>
            </w:pPr>
            <w:r w:rsidRPr="00266009">
              <w:rPr>
                <w:color w:val="1F497D" w:themeColor="text2"/>
                <w:sz w:val="40"/>
                <w:szCs w:val="40"/>
              </w:rPr>
              <w:t xml:space="preserve">SV. MARKO KRIŽEVČANIN </w:t>
            </w:r>
            <w:r w:rsidRPr="00266009">
              <w:rPr>
                <w:sz w:val="40"/>
                <w:szCs w:val="40"/>
              </w:rPr>
              <w:t>– rođen 1589. u Križevcima; svećenik; živio u Košicama; ostao vjeran katoličkoj vjeri i mučenički umro; blagdan 7. rujna.</w:t>
            </w:r>
          </w:p>
          <w:p w14:paraId="496CF48E" w14:textId="77777777" w:rsidR="000604C1" w:rsidRPr="00266009" w:rsidRDefault="00BA7675">
            <w:pPr>
              <w:spacing w:after="40"/>
              <w:jc w:val="both"/>
              <w:rPr>
                <w:sz w:val="40"/>
                <w:szCs w:val="40"/>
              </w:rPr>
            </w:pPr>
            <w:r w:rsidRPr="00266009">
              <w:rPr>
                <w:color w:val="1F497D" w:themeColor="text2"/>
                <w:sz w:val="40"/>
                <w:szCs w:val="40"/>
              </w:rPr>
              <w:t xml:space="preserve">BL. ALOJZIJE STEPINAC </w:t>
            </w:r>
            <w:r w:rsidRPr="00266009">
              <w:rPr>
                <w:sz w:val="40"/>
                <w:szCs w:val="40"/>
              </w:rPr>
              <w:t>– rođen 1898. u Brezariću kod Krašića; zagrebački nadbiskup i kardinal; zauzimao se za žrtve rata; nepravedno osuđen; blagdan 10. veljače.</w:t>
            </w:r>
          </w:p>
          <w:p w14:paraId="73EEC0DA" w14:textId="77777777" w:rsidR="000604C1" w:rsidRPr="00266009" w:rsidRDefault="00BA7675">
            <w:pPr>
              <w:spacing w:after="40"/>
              <w:jc w:val="both"/>
              <w:rPr>
                <w:sz w:val="40"/>
                <w:szCs w:val="40"/>
              </w:rPr>
            </w:pPr>
            <w:r w:rsidRPr="00266009">
              <w:rPr>
                <w:color w:val="1F497D" w:themeColor="text2"/>
                <w:sz w:val="40"/>
                <w:szCs w:val="40"/>
              </w:rPr>
              <w:t>BL. MARIJA PROPETOG ISUSA PETKOVIĆ</w:t>
            </w:r>
            <w:r w:rsidRPr="00266009">
              <w:rPr>
                <w:sz w:val="40"/>
                <w:szCs w:val="40"/>
              </w:rPr>
              <w:t xml:space="preserve"> – rođena 1892. u Blatu na Korčuli; utemeljila Družbu Kćeri Milosrđa; brinula za siromašne, djecu i mlade; blagdan 9. srpnja.</w:t>
            </w:r>
          </w:p>
          <w:p w14:paraId="29696029" w14:textId="77777777" w:rsidR="000604C1" w:rsidRDefault="00BA7675">
            <w:pPr>
              <w:spacing w:after="40"/>
              <w:jc w:val="both"/>
            </w:pPr>
            <w:r w:rsidRPr="00266009">
              <w:rPr>
                <w:color w:val="1F497D" w:themeColor="text2"/>
                <w:sz w:val="40"/>
                <w:szCs w:val="40"/>
              </w:rPr>
              <w:t>BL. IVAN MERZ</w:t>
            </w:r>
            <w:r w:rsidRPr="00266009">
              <w:rPr>
                <w:sz w:val="40"/>
                <w:szCs w:val="40"/>
              </w:rPr>
              <w:t xml:space="preserve"> – rođen 1896. u Banjoj Luci; profesor francuskoga i njemačkoga jezika; posvetio se radu s mladima; uzorni vjernik laik; blagdan 10. svibnja.</w:t>
            </w:r>
          </w:p>
        </w:tc>
      </w:tr>
    </w:tbl>
    <w:p w14:paraId="2FBF023B" w14:textId="77777777" w:rsidR="000604C1" w:rsidRDefault="00BA7675">
      <w:pPr>
        <w:keepNext/>
        <w:spacing w:before="220"/>
        <w:jc w:val="both"/>
      </w:pPr>
      <w:r>
        <w:t>Razgovor:</w:t>
      </w:r>
    </w:p>
    <w:p w14:paraId="4DC57011" w14:textId="77777777" w:rsidR="000604C1" w:rsidRDefault="00BA7675" w:rsidP="00481118">
      <w:pPr>
        <w:pStyle w:val="Odlomakpopisa"/>
        <w:numPr>
          <w:ilvl w:val="0"/>
          <w:numId w:val="32"/>
        </w:numPr>
        <w:spacing w:after="20"/>
        <w:jc w:val="both"/>
      </w:pPr>
      <w:r>
        <w:t xml:space="preserve">Gdje je rođen sveti Nikola Tavelić i kojemu je redu pripadao? </w:t>
      </w:r>
      <w:r w:rsidRPr="00481118">
        <w:rPr>
          <w:color w:val="6B6B6B"/>
          <w:sz w:val="18"/>
        </w:rPr>
        <w:t>(U Šibeniku; bio je franjevac.)</w:t>
      </w:r>
    </w:p>
    <w:p w14:paraId="2A6925D4" w14:textId="77777777" w:rsidR="000604C1" w:rsidRDefault="00BA7675" w:rsidP="00481118">
      <w:pPr>
        <w:pStyle w:val="Odlomakpopisa"/>
        <w:numPr>
          <w:ilvl w:val="0"/>
          <w:numId w:val="32"/>
        </w:numPr>
        <w:spacing w:after="20"/>
        <w:jc w:val="both"/>
      </w:pPr>
      <w:r>
        <w:t xml:space="preserve">Po čemu je sveti Leopold dobio naziv „apostol ispovjedaonice“? </w:t>
      </w:r>
      <w:r w:rsidRPr="00481118">
        <w:rPr>
          <w:color w:val="6B6B6B"/>
          <w:sz w:val="18"/>
        </w:rPr>
        <w:t>(Po dugotrajnoj i milosrdnoj službi ispovjednika.)</w:t>
      </w:r>
    </w:p>
    <w:p w14:paraId="1EDCEDD7" w14:textId="77777777" w:rsidR="000604C1" w:rsidRDefault="00BA7675" w:rsidP="00481118">
      <w:pPr>
        <w:pStyle w:val="Odlomakpopisa"/>
        <w:numPr>
          <w:ilvl w:val="0"/>
          <w:numId w:val="32"/>
        </w:numPr>
        <w:spacing w:after="20"/>
        <w:jc w:val="both"/>
      </w:pPr>
      <w:r>
        <w:t xml:space="preserve">Za što se sveti Leopold posebno zalagao? </w:t>
      </w:r>
      <w:r w:rsidRPr="00481118">
        <w:rPr>
          <w:color w:val="6B6B6B"/>
          <w:sz w:val="18"/>
        </w:rPr>
        <w:t>(Za jedinstvo kršćana.)</w:t>
      </w:r>
    </w:p>
    <w:p w14:paraId="1C9D10F2" w14:textId="77777777" w:rsidR="000604C1" w:rsidRDefault="00BA7675" w:rsidP="00481118">
      <w:pPr>
        <w:pStyle w:val="Odlomakpopisa"/>
        <w:numPr>
          <w:ilvl w:val="0"/>
          <w:numId w:val="32"/>
        </w:numPr>
        <w:spacing w:after="20"/>
        <w:jc w:val="both"/>
      </w:pPr>
      <w:r>
        <w:t xml:space="preserve">Gdje je djelovao sveti Marko Križevčanin? </w:t>
      </w:r>
      <w:r w:rsidRPr="00481118">
        <w:rPr>
          <w:color w:val="6B6B6B"/>
          <w:sz w:val="18"/>
        </w:rPr>
        <w:t>(U Košicama u današnjoj Slovačkoj.)</w:t>
      </w:r>
    </w:p>
    <w:p w14:paraId="509FE476" w14:textId="77777777" w:rsidR="000604C1" w:rsidRDefault="00BA7675" w:rsidP="00481118">
      <w:pPr>
        <w:pStyle w:val="Odlomakpopisa"/>
        <w:numPr>
          <w:ilvl w:val="0"/>
          <w:numId w:val="32"/>
        </w:numPr>
        <w:spacing w:after="20"/>
        <w:jc w:val="both"/>
      </w:pPr>
      <w:r>
        <w:t xml:space="preserve">Što povezuje svetoga Nikolu i svetoga Marka? </w:t>
      </w:r>
      <w:r w:rsidRPr="00481118">
        <w:rPr>
          <w:color w:val="6B6B6B"/>
          <w:sz w:val="18"/>
        </w:rPr>
        <w:t>(Obojica su kao mučenici ostali vjerni vjeri.)</w:t>
      </w:r>
    </w:p>
    <w:p w14:paraId="210C66D3" w14:textId="77777777" w:rsidR="000604C1" w:rsidRDefault="00BA7675" w:rsidP="00481118">
      <w:pPr>
        <w:pStyle w:val="Odlomakpopisa"/>
        <w:numPr>
          <w:ilvl w:val="0"/>
          <w:numId w:val="32"/>
        </w:numPr>
        <w:spacing w:after="20"/>
        <w:jc w:val="both"/>
      </w:pPr>
      <w:r>
        <w:t xml:space="preserve">Po čemu se put svetoga Leopolda razlikuje od njihova? </w:t>
      </w:r>
      <w:r w:rsidRPr="00481118">
        <w:rPr>
          <w:color w:val="6B6B6B"/>
          <w:sz w:val="18"/>
        </w:rPr>
        <w:t>(Svetost je živio dugim služenjem u ispovjedaonici i radom za pomirenje i jedinstvo.)</w:t>
      </w:r>
    </w:p>
    <w:p w14:paraId="73D16BF7" w14:textId="77777777" w:rsidR="000604C1" w:rsidRDefault="00BA7675" w:rsidP="00481118">
      <w:pPr>
        <w:pStyle w:val="Odlomakpopisa"/>
        <w:numPr>
          <w:ilvl w:val="0"/>
          <w:numId w:val="32"/>
        </w:numPr>
        <w:spacing w:after="20"/>
        <w:jc w:val="both"/>
      </w:pPr>
      <w:r>
        <w:t xml:space="preserve">Koje tri službe predstavljaju blaženi Alojzije, blažena Marija i blaženi Ivan? </w:t>
      </w:r>
      <w:r w:rsidRPr="00481118">
        <w:rPr>
          <w:color w:val="6B6B6B"/>
          <w:sz w:val="18"/>
        </w:rPr>
        <w:t>(Biskupsko služenje i zauzimanje za žrtve; redovničko milosrđe prema siromašnima i mladima; laički odgojni rad s mladima.)</w:t>
      </w:r>
    </w:p>
    <w:p w14:paraId="4427CF3A" w14:textId="77777777" w:rsidR="000604C1" w:rsidRDefault="00BA7675">
      <w:pPr>
        <w:spacing w:before="220"/>
      </w:pPr>
      <w:r>
        <w:t>Radni predložak:</w:t>
      </w:r>
    </w:p>
    <w:tbl>
      <w:tblPr>
        <w:tblW w:w="10658" w:type="dxa"/>
        <w:tblLayout w:type="fixed"/>
        <w:tblLook w:val="04A0" w:firstRow="1" w:lastRow="0" w:firstColumn="1" w:lastColumn="0" w:noHBand="0" w:noVBand="1"/>
      </w:tblPr>
      <w:tblGrid>
        <w:gridCol w:w="2268"/>
        <w:gridCol w:w="1700"/>
        <w:gridCol w:w="1700"/>
        <w:gridCol w:w="2831"/>
        <w:gridCol w:w="142"/>
        <w:gridCol w:w="2017"/>
      </w:tblGrid>
      <w:tr w:rsidR="000604C1" w14:paraId="123A62DB" w14:textId="77777777" w:rsidTr="00266009">
        <w:trPr>
          <w:tblHeader/>
        </w:trPr>
        <w:tc>
          <w:tcPr>
            <w:tcW w:w="2268"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4645BE82" w14:textId="77777777" w:rsidR="000604C1" w:rsidRPr="00266009" w:rsidRDefault="00BA7675">
            <w:pPr>
              <w:jc w:val="center"/>
              <w:rPr>
                <w:sz w:val="40"/>
                <w:szCs w:val="40"/>
              </w:rPr>
            </w:pPr>
            <w:r w:rsidRPr="00266009">
              <w:rPr>
                <w:b/>
                <w:color w:val="FFFFFF"/>
                <w:sz w:val="40"/>
                <w:szCs w:val="40"/>
              </w:rPr>
              <w:t>OSOBA</w:t>
            </w:r>
          </w:p>
        </w:tc>
        <w:tc>
          <w:tcPr>
            <w:tcW w:w="1700"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7CAA6447" w14:textId="77777777" w:rsidR="000604C1" w:rsidRPr="00266009" w:rsidRDefault="00BA7675">
            <w:pPr>
              <w:jc w:val="center"/>
              <w:rPr>
                <w:sz w:val="40"/>
                <w:szCs w:val="40"/>
              </w:rPr>
            </w:pPr>
            <w:r w:rsidRPr="00266009">
              <w:rPr>
                <w:b/>
                <w:color w:val="FFFFFF"/>
                <w:sz w:val="40"/>
                <w:szCs w:val="40"/>
              </w:rPr>
              <w:t>MJESTO</w:t>
            </w:r>
          </w:p>
        </w:tc>
        <w:tc>
          <w:tcPr>
            <w:tcW w:w="1700"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2FD5FCF1" w14:textId="77777777" w:rsidR="000604C1" w:rsidRPr="00266009" w:rsidRDefault="00BA7675">
            <w:pPr>
              <w:jc w:val="center"/>
              <w:rPr>
                <w:sz w:val="40"/>
                <w:szCs w:val="40"/>
              </w:rPr>
            </w:pPr>
            <w:r w:rsidRPr="00266009">
              <w:rPr>
                <w:b/>
                <w:color w:val="FFFFFF"/>
                <w:sz w:val="40"/>
                <w:szCs w:val="40"/>
              </w:rPr>
              <w:t>ZVANJE</w:t>
            </w:r>
          </w:p>
        </w:tc>
        <w:tc>
          <w:tcPr>
            <w:tcW w:w="2831"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3F557AD9" w14:textId="0514AD02" w:rsidR="000604C1" w:rsidRPr="00266009" w:rsidRDefault="00BA7675">
            <w:pPr>
              <w:jc w:val="center"/>
              <w:rPr>
                <w:sz w:val="40"/>
                <w:szCs w:val="40"/>
              </w:rPr>
            </w:pPr>
            <w:r w:rsidRPr="00266009">
              <w:rPr>
                <w:b/>
                <w:color w:val="FFFFFF"/>
                <w:sz w:val="40"/>
                <w:szCs w:val="40"/>
              </w:rPr>
              <w:t>D</w:t>
            </w:r>
            <w:r w:rsidR="00481118" w:rsidRPr="00266009">
              <w:rPr>
                <w:b/>
                <w:color w:val="FFFFFF"/>
                <w:sz w:val="40"/>
                <w:szCs w:val="40"/>
              </w:rPr>
              <w:t>JELO</w:t>
            </w:r>
            <w:r w:rsidRPr="00266009">
              <w:rPr>
                <w:b/>
                <w:color w:val="FFFFFF"/>
                <w:sz w:val="40"/>
                <w:szCs w:val="40"/>
              </w:rPr>
              <w:t xml:space="preserve"> / POSLANJE</w:t>
            </w:r>
          </w:p>
        </w:tc>
        <w:tc>
          <w:tcPr>
            <w:tcW w:w="2159" w:type="dxa"/>
            <w:gridSpan w:val="2"/>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4D56B3BE" w14:textId="77777777" w:rsidR="000604C1" w:rsidRPr="00266009" w:rsidRDefault="00BA7675">
            <w:pPr>
              <w:jc w:val="center"/>
              <w:rPr>
                <w:sz w:val="40"/>
                <w:szCs w:val="40"/>
              </w:rPr>
            </w:pPr>
            <w:r w:rsidRPr="00266009">
              <w:rPr>
                <w:b/>
                <w:color w:val="FFFFFF"/>
                <w:sz w:val="40"/>
                <w:szCs w:val="40"/>
              </w:rPr>
              <w:t>VREDNOTA</w:t>
            </w:r>
          </w:p>
        </w:tc>
      </w:tr>
      <w:tr w:rsidR="000604C1" w14:paraId="5A147183" w14:textId="77777777" w:rsidTr="00266009">
        <w:tc>
          <w:tcPr>
            <w:tcW w:w="226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64EF3570" w14:textId="77777777" w:rsidR="000604C1" w:rsidRPr="00266009" w:rsidRDefault="00BA7675" w:rsidP="00481118">
            <w:pPr>
              <w:rPr>
                <w:sz w:val="40"/>
                <w:szCs w:val="40"/>
              </w:rPr>
            </w:pPr>
            <w:r w:rsidRPr="00266009">
              <w:rPr>
                <w:sz w:val="40"/>
                <w:szCs w:val="40"/>
              </w:rPr>
              <w:t>Nikola Tavelić</w:t>
            </w:r>
          </w:p>
        </w:tc>
        <w:tc>
          <w:tcPr>
            <w:tcW w:w="1700"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47E1E746" w14:textId="485EF394" w:rsidR="000604C1" w:rsidRDefault="00BA7675">
            <w:pPr>
              <w:jc w:val="center"/>
            </w:pPr>
            <w:r>
              <w:rPr>
                <w:sz w:val="32"/>
              </w:rPr>
              <w:t>________</w:t>
            </w:r>
          </w:p>
        </w:tc>
        <w:tc>
          <w:tcPr>
            <w:tcW w:w="1700"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40723D40" w14:textId="77777777" w:rsidR="000604C1" w:rsidRDefault="00BA7675">
            <w:pPr>
              <w:jc w:val="center"/>
            </w:pPr>
            <w:r>
              <w:rPr>
                <w:sz w:val="32"/>
              </w:rPr>
              <w:t>________</w:t>
            </w:r>
          </w:p>
        </w:tc>
        <w:tc>
          <w:tcPr>
            <w:tcW w:w="2973" w:type="dxa"/>
            <w:gridSpan w:val="2"/>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79A48B66" w14:textId="77777777" w:rsidR="000604C1" w:rsidRDefault="00BA7675">
            <w:pPr>
              <w:jc w:val="center"/>
            </w:pPr>
            <w:r>
              <w:rPr>
                <w:sz w:val="32"/>
              </w:rPr>
              <w:t>________________</w:t>
            </w:r>
          </w:p>
        </w:tc>
        <w:tc>
          <w:tcPr>
            <w:tcW w:w="2017"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3884CF60" w14:textId="723C43DA" w:rsidR="000604C1" w:rsidRDefault="00BA7675">
            <w:pPr>
              <w:jc w:val="center"/>
            </w:pPr>
            <w:r>
              <w:rPr>
                <w:sz w:val="32"/>
              </w:rPr>
              <w:t>_____</w:t>
            </w:r>
            <w:r w:rsidR="00266009">
              <w:rPr>
                <w:sz w:val="32"/>
              </w:rPr>
              <w:t>__</w:t>
            </w:r>
            <w:r>
              <w:rPr>
                <w:sz w:val="32"/>
              </w:rPr>
              <w:t>___</w:t>
            </w:r>
          </w:p>
        </w:tc>
      </w:tr>
      <w:tr w:rsidR="00266009" w14:paraId="7A9BA4F8" w14:textId="77777777" w:rsidTr="00266009">
        <w:tc>
          <w:tcPr>
            <w:tcW w:w="226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5D538E0C" w14:textId="77777777" w:rsidR="00266009" w:rsidRPr="00266009" w:rsidRDefault="00266009" w:rsidP="00266009">
            <w:pPr>
              <w:rPr>
                <w:sz w:val="40"/>
                <w:szCs w:val="40"/>
              </w:rPr>
            </w:pPr>
            <w:r w:rsidRPr="00266009">
              <w:rPr>
                <w:sz w:val="40"/>
                <w:szCs w:val="40"/>
              </w:rPr>
              <w:t>Leopold B. Mandić</w:t>
            </w:r>
          </w:p>
        </w:tc>
        <w:tc>
          <w:tcPr>
            <w:tcW w:w="1700"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697D4BEE" w14:textId="77777777" w:rsidR="00266009" w:rsidRDefault="00266009" w:rsidP="00266009">
            <w:pPr>
              <w:jc w:val="center"/>
            </w:pPr>
            <w:r>
              <w:rPr>
                <w:sz w:val="32"/>
              </w:rPr>
              <w:t>________</w:t>
            </w:r>
          </w:p>
        </w:tc>
        <w:tc>
          <w:tcPr>
            <w:tcW w:w="1700"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06D6E70B" w14:textId="77777777" w:rsidR="00266009" w:rsidRDefault="00266009" w:rsidP="00266009">
            <w:pPr>
              <w:jc w:val="center"/>
            </w:pPr>
            <w:r>
              <w:rPr>
                <w:sz w:val="32"/>
              </w:rPr>
              <w:t>________</w:t>
            </w:r>
          </w:p>
        </w:tc>
        <w:tc>
          <w:tcPr>
            <w:tcW w:w="2973" w:type="dxa"/>
            <w:gridSpan w:val="2"/>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7D6A54F4" w14:textId="77777777" w:rsidR="00266009" w:rsidRDefault="00266009" w:rsidP="00266009">
            <w:pPr>
              <w:jc w:val="center"/>
            </w:pPr>
            <w:r>
              <w:rPr>
                <w:sz w:val="32"/>
              </w:rPr>
              <w:t>________________</w:t>
            </w:r>
          </w:p>
        </w:tc>
        <w:tc>
          <w:tcPr>
            <w:tcW w:w="2017"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734A0B2D" w14:textId="24FDDC85" w:rsidR="00266009" w:rsidRDefault="00266009" w:rsidP="00266009">
            <w:pPr>
              <w:jc w:val="center"/>
            </w:pPr>
            <w:r w:rsidRPr="000F4DC7">
              <w:rPr>
                <w:sz w:val="32"/>
              </w:rPr>
              <w:t>__________</w:t>
            </w:r>
          </w:p>
        </w:tc>
      </w:tr>
      <w:tr w:rsidR="00266009" w14:paraId="7E4CB647" w14:textId="77777777" w:rsidTr="00266009">
        <w:tc>
          <w:tcPr>
            <w:tcW w:w="226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4014C663" w14:textId="77777777" w:rsidR="00266009" w:rsidRPr="00266009" w:rsidRDefault="00266009" w:rsidP="00266009">
            <w:pPr>
              <w:rPr>
                <w:sz w:val="40"/>
                <w:szCs w:val="40"/>
              </w:rPr>
            </w:pPr>
            <w:r w:rsidRPr="00266009">
              <w:rPr>
                <w:sz w:val="40"/>
                <w:szCs w:val="40"/>
              </w:rPr>
              <w:t>Marko Križevčanin</w:t>
            </w:r>
          </w:p>
        </w:tc>
        <w:tc>
          <w:tcPr>
            <w:tcW w:w="1700"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780BAD63" w14:textId="77777777" w:rsidR="00266009" w:rsidRDefault="00266009" w:rsidP="00266009">
            <w:pPr>
              <w:jc w:val="center"/>
            </w:pPr>
            <w:r>
              <w:rPr>
                <w:sz w:val="32"/>
              </w:rPr>
              <w:t>________</w:t>
            </w:r>
          </w:p>
        </w:tc>
        <w:tc>
          <w:tcPr>
            <w:tcW w:w="1700"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73079E9B" w14:textId="77777777" w:rsidR="00266009" w:rsidRDefault="00266009" w:rsidP="00266009">
            <w:pPr>
              <w:jc w:val="center"/>
            </w:pPr>
            <w:r>
              <w:rPr>
                <w:sz w:val="32"/>
              </w:rPr>
              <w:t>________</w:t>
            </w:r>
          </w:p>
        </w:tc>
        <w:tc>
          <w:tcPr>
            <w:tcW w:w="2973" w:type="dxa"/>
            <w:gridSpan w:val="2"/>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065C9307" w14:textId="77777777" w:rsidR="00266009" w:rsidRDefault="00266009" w:rsidP="00266009">
            <w:pPr>
              <w:jc w:val="center"/>
            </w:pPr>
            <w:r>
              <w:rPr>
                <w:sz w:val="32"/>
              </w:rPr>
              <w:t>________________</w:t>
            </w:r>
          </w:p>
        </w:tc>
        <w:tc>
          <w:tcPr>
            <w:tcW w:w="2017"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28812A9E" w14:textId="6B781616" w:rsidR="00266009" w:rsidRDefault="00266009" w:rsidP="00266009">
            <w:pPr>
              <w:jc w:val="center"/>
            </w:pPr>
            <w:r w:rsidRPr="000F4DC7">
              <w:rPr>
                <w:sz w:val="32"/>
              </w:rPr>
              <w:t>__________</w:t>
            </w:r>
          </w:p>
        </w:tc>
      </w:tr>
      <w:tr w:rsidR="00266009" w14:paraId="70A42F7E" w14:textId="77777777" w:rsidTr="00266009">
        <w:tc>
          <w:tcPr>
            <w:tcW w:w="226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5FF9BB8D" w14:textId="77777777" w:rsidR="00266009" w:rsidRPr="00266009" w:rsidRDefault="00266009" w:rsidP="00266009">
            <w:pPr>
              <w:rPr>
                <w:sz w:val="40"/>
                <w:szCs w:val="40"/>
              </w:rPr>
            </w:pPr>
            <w:r w:rsidRPr="00266009">
              <w:rPr>
                <w:sz w:val="40"/>
                <w:szCs w:val="40"/>
              </w:rPr>
              <w:t>Alojzije Stepinac</w:t>
            </w:r>
          </w:p>
        </w:tc>
        <w:tc>
          <w:tcPr>
            <w:tcW w:w="1700"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0A9CF082" w14:textId="77777777" w:rsidR="00266009" w:rsidRDefault="00266009" w:rsidP="00266009">
            <w:pPr>
              <w:jc w:val="center"/>
            </w:pPr>
            <w:r>
              <w:rPr>
                <w:sz w:val="32"/>
              </w:rPr>
              <w:t>________</w:t>
            </w:r>
          </w:p>
        </w:tc>
        <w:tc>
          <w:tcPr>
            <w:tcW w:w="1700"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41C36E5D" w14:textId="77777777" w:rsidR="00266009" w:rsidRDefault="00266009" w:rsidP="00266009">
            <w:pPr>
              <w:jc w:val="center"/>
            </w:pPr>
            <w:r>
              <w:rPr>
                <w:sz w:val="32"/>
              </w:rPr>
              <w:t>________</w:t>
            </w:r>
          </w:p>
        </w:tc>
        <w:tc>
          <w:tcPr>
            <w:tcW w:w="2973" w:type="dxa"/>
            <w:gridSpan w:val="2"/>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016DB60A" w14:textId="77777777" w:rsidR="00266009" w:rsidRDefault="00266009" w:rsidP="00266009">
            <w:pPr>
              <w:jc w:val="center"/>
            </w:pPr>
            <w:r>
              <w:rPr>
                <w:sz w:val="32"/>
              </w:rPr>
              <w:t>________________</w:t>
            </w:r>
          </w:p>
        </w:tc>
        <w:tc>
          <w:tcPr>
            <w:tcW w:w="2017"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68ED3F59" w14:textId="49D2EB55" w:rsidR="00266009" w:rsidRDefault="00266009" w:rsidP="00266009">
            <w:pPr>
              <w:jc w:val="center"/>
            </w:pPr>
            <w:r w:rsidRPr="000F4DC7">
              <w:rPr>
                <w:sz w:val="32"/>
              </w:rPr>
              <w:t>__________</w:t>
            </w:r>
          </w:p>
        </w:tc>
      </w:tr>
      <w:tr w:rsidR="00266009" w14:paraId="09AB35FC" w14:textId="77777777" w:rsidTr="00266009">
        <w:tc>
          <w:tcPr>
            <w:tcW w:w="226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65BEEB3C" w14:textId="77777777" w:rsidR="00266009" w:rsidRPr="00266009" w:rsidRDefault="00266009" w:rsidP="00266009">
            <w:pPr>
              <w:rPr>
                <w:sz w:val="40"/>
                <w:szCs w:val="40"/>
              </w:rPr>
            </w:pPr>
            <w:r w:rsidRPr="00266009">
              <w:rPr>
                <w:sz w:val="40"/>
                <w:szCs w:val="40"/>
              </w:rPr>
              <w:t>Marija Petković</w:t>
            </w:r>
          </w:p>
        </w:tc>
        <w:tc>
          <w:tcPr>
            <w:tcW w:w="1700"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68533D61" w14:textId="77777777" w:rsidR="00266009" w:rsidRDefault="00266009" w:rsidP="00266009">
            <w:pPr>
              <w:jc w:val="center"/>
            </w:pPr>
            <w:r>
              <w:rPr>
                <w:sz w:val="32"/>
              </w:rPr>
              <w:t>________</w:t>
            </w:r>
          </w:p>
        </w:tc>
        <w:tc>
          <w:tcPr>
            <w:tcW w:w="1700"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5C66913F" w14:textId="77777777" w:rsidR="00266009" w:rsidRDefault="00266009" w:rsidP="00266009">
            <w:pPr>
              <w:jc w:val="center"/>
            </w:pPr>
            <w:r>
              <w:rPr>
                <w:sz w:val="32"/>
              </w:rPr>
              <w:t>________</w:t>
            </w:r>
          </w:p>
        </w:tc>
        <w:tc>
          <w:tcPr>
            <w:tcW w:w="2973" w:type="dxa"/>
            <w:gridSpan w:val="2"/>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65DF0403" w14:textId="77777777" w:rsidR="00266009" w:rsidRDefault="00266009" w:rsidP="00266009">
            <w:pPr>
              <w:jc w:val="center"/>
            </w:pPr>
            <w:r>
              <w:rPr>
                <w:sz w:val="32"/>
              </w:rPr>
              <w:t>________________</w:t>
            </w:r>
          </w:p>
        </w:tc>
        <w:tc>
          <w:tcPr>
            <w:tcW w:w="2017"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37A9D709" w14:textId="420DEE4F" w:rsidR="00266009" w:rsidRDefault="00266009" w:rsidP="00266009">
            <w:pPr>
              <w:jc w:val="center"/>
            </w:pPr>
            <w:r w:rsidRPr="000F4DC7">
              <w:rPr>
                <w:sz w:val="32"/>
              </w:rPr>
              <w:t>__________</w:t>
            </w:r>
          </w:p>
        </w:tc>
      </w:tr>
      <w:tr w:rsidR="00266009" w14:paraId="6176B73E" w14:textId="77777777" w:rsidTr="00192818">
        <w:tc>
          <w:tcPr>
            <w:tcW w:w="226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0842C37E" w14:textId="77777777" w:rsidR="00266009" w:rsidRPr="00266009" w:rsidRDefault="00266009" w:rsidP="00266009">
            <w:pPr>
              <w:rPr>
                <w:sz w:val="40"/>
                <w:szCs w:val="40"/>
              </w:rPr>
            </w:pPr>
            <w:r w:rsidRPr="00266009">
              <w:rPr>
                <w:sz w:val="40"/>
                <w:szCs w:val="40"/>
              </w:rPr>
              <w:t>Ivan Merz</w:t>
            </w:r>
          </w:p>
        </w:tc>
        <w:tc>
          <w:tcPr>
            <w:tcW w:w="1700"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04525C12" w14:textId="77777777" w:rsidR="00266009" w:rsidRDefault="00266009" w:rsidP="00266009">
            <w:pPr>
              <w:jc w:val="center"/>
            </w:pPr>
            <w:r>
              <w:rPr>
                <w:sz w:val="32"/>
              </w:rPr>
              <w:t>________</w:t>
            </w:r>
          </w:p>
        </w:tc>
        <w:tc>
          <w:tcPr>
            <w:tcW w:w="1700"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66A2C0DB" w14:textId="77777777" w:rsidR="00266009" w:rsidRDefault="00266009" w:rsidP="00266009">
            <w:pPr>
              <w:jc w:val="center"/>
            </w:pPr>
            <w:r>
              <w:rPr>
                <w:sz w:val="32"/>
              </w:rPr>
              <w:t>________</w:t>
            </w:r>
          </w:p>
        </w:tc>
        <w:tc>
          <w:tcPr>
            <w:tcW w:w="2973" w:type="dxa"/>
            <w:gridSpan w:val="2"/>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0CCD72BE" w14:textId="77777777" w:rsidR="00266009" w:rsidRDefault="00266009" w:rsidP="00266009">
            <w:pPr>
              <w:jc w:val="center"/>
            </w:pPr>
            <w:r>
              <w:rPr>
                <w:sz w:val="32"/>
              </w:rPr>
              <w:t>________________</w:t>
            </w:r>
          </w:p>
        </w:tc>
        <w:tc>
          <w:tcPr>
            <w:tcW w:w="2017"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40B7AD0E" w14:textId="568E7A68" w:rsidR="00266009" w:rsidRDefault="00266009" w:rsidP="00266009">
            <w:pPr>
              <w:jc w:val="center"/>
            </w:pPr>
            <w:r w:rsidRPr="000F4DC7">
              <w:rPr>
                <w:sz w:val="32"/>
              </w:rPr>
              <w:t>__________</w:t>
            </w:r>
          </w:p>
        </w:tc>
      </w:tr>
    </w:tbl>
    <w:p w14:paraId="2260B877" w14:textId="04CA41D9" w:rsidR="000604C1" w:rsidRDefault="00E23C04">
      <w:pPr>
        <w:spacing w:before="220"/>
        <w:jc w:val="center"/>
      </w:pPr>
      <w:r w:rsidRPr="00E23C04">
        <w:rPr>
          <w:noProof/>
        </w:rPr>
        <w:drawing>
          <wp:inline distT="0" distB="0" distL="0" distR="0" wp14:anchorId="5E4CE5CA" wp14:editId="0F175ADA">
            <wp:extent cx="5079600" cy="7200000"/>
            <wp:effectExtent l="0" t="0" r="6985" b="1270"/>
            <wp:docPr id="92964720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647202" name=""/>
                    <pic:cNvPicPr/>
                  </pic:nvPicPr>
                  <pic:blipFill>
                    <a:blip r:embed="rId17"/>
                    <a:stretch>
                      <a:fillRect/>
                    </a:stretch>
                  </pic:blipFill>
                  <pic:spPr>
                    <a:xfrm>
                      <a:off x="0" y="0"/>
                      <a:ext cx="5079600" cy="7200000"/>
                    </a:xfrm>
                    <a:prstGeom prst="rect">
                      <a:avLst/>
                    </a:prstGeom>
                  </pic:spPr>
                </pic:pic>
              </a:graphicData>
            </a:graphic>
          </wp:inline>
        </w:drawing>
      </w:r>
    </w:p>
    <w:p w14:paraId="73917921" w14:textId="77777777" w:rsidR="000604C1" w:rsidRDefault="00BA7675">
      <w:pPr>
        <w:spacing w:after="80"/>
        <w:jc w:val="center"/>
      </w:pPr>
      <w:r>
        <w:rPr>
          <w:i/>
          <w:color w:val="6B6B6B"/>
          <w:sz w:val="18"/>
        </w:rPr>
        <w:t>Udžbenik, str. 59 – životopisni podatci i portreti za zajedničku provjeru.</w:t>
      </w:r>
    </w:p>
    <w:p w14:paraId="2EE0E744" w14:textId="77777777" w:rsidR="000604C1" w:rsidRDefault="00BA7675">
      <w:pPr>
        <w:spacing w:before="220" w:after="220"/>
        <w:jc w:val="both"/>
      </w:pPr>
      <w:r>
        <w:rPr>
          <w:b/>
          <w:color w:val="5A8F3D"/>
          <w:sz w:val="36"/>
        </w:rPr>
        <w:t xml:space="preserve">Kršćanski naglasak: </w:t>
      </w:r>
      <w:r>
        <w:rPr>
          <w:sz w:val="36"/>
        </w:rPr>
        <w:t>Šest uzora ne živi istu svetost na isti način. Mučenik, ispovjednik, biskup, redovnica i vjernik laik odgovaraju na različite potrebe svojega vremena. Zajedničko im je da vjeru pretvaraju u vjernost, milosrđe, pravdu, pomirenje i služenje.</w:t>
      </w:r>
    </w:p>
    <w:p w14:paraId="0514F459" w14:textId="77777777" w:rsidR="000604C1" w:rsidRDefault="00BA7675">
      <w:pPr>
        <w:keepNext/>
        <w:spacing w:before="100" w:after="40"/>
        <w:jc w:val="both"/>
      </w:pPr>
      <w:r>
        <w:rPr>
          <w:b/>
          <w:color w:val="C96A00"/>
          <w:sz w:val="26"/>
        </w:rPr>
        <w:t xml:space="preserve">Aktivnost 2: Tri videozapisa – dvanaest dokaza </w:t>
      </w:r>
      <w:r>
        <w:rPr>
          <w:i/>
          <w:color w:val="6B6B6B"/>
          <w:sz w:val="20"/>
        </w:rPr>
        <w:t>(individualni rad, 7 minuta)</w:t>
      </w:r>
    </w:p>
    <w:p w14:paraId="0FEEA93E" w14:textId="54AAABE5" w:rsidR="000604C1" w:rsidRDefault="00E23C04">
      <w:pPr>
        <w:jc w:val="both"/>
      </w:pPr>
      <w:r>
        <w:t>Ako nisu radii pod aktivnosti 1, učenici će za svakoga od trojice svetaca zapisati po jednu činjenicu o mjestu, zvanju, djelu i vrednoti. Zatim jednom bojom zaokružuju podatak koji su čuli u videu, a drugom onaj koji su pročitali u udžbeniku.</w:t>
      </w:r>
    </w:p>
    <w:p w14:paraId="51DF57C2" w14:textId="77777777" w:rsidR="000604C1" w:rsidRDefault="00BA7675">
      <w:pPr>
        <w:jc w:val="both"/>
        <w:rPr>
          <w:i/>
          <w:color w:val="6B6B6B"/>
          <w:sz w:val="21"/>
        </w:rPr>
      </w:pPr>
      <w:r>
        <w:rPr>
          <w:i/>
          <w:color w:val="6B6B6B"/>
          <w:sz w:val="21"/>
        </w:rPr>
        <w:t>Rješenje: Nikola – Šibenik, franjevac, propovijedao i svjedočio, hrabrost; Leopold – Herceg Novi, kapucin, ispovijedao i radio za jedinstvo, milosrđe/pomirenje; Marko – Križevci/Košice, svećenik, ostao vjeran, vjernost/hrabrost.</w:t>
      </w:r>
    </w:p>
    <w:p w14:paraId="294DD84B" w14:textId="77777777" w:rsidR="00E23C04" w:rsidRDefault="00E23C04" w:rsidP="00E23C04"/>
    <w:p w14:paraId="0F7BAE19" w14:textId="77777777" w:rsidR="00E23C04" w:rsidRDefault="00E23C04" w:rsidP="00E23C04"/>
    <w:p w14:paraId="6A4A68E3" w14:textId="43A6C660" w:rsidR="00E23C04" w:rsidRDefault="00E23C04" w:rsidP="00E23C04">
      <w:r>
        <w:t>Radni predložak:</w:t>
      </w:r>
    </w:p>
    <w:tbl>
      <w:tblPr>
        <w:tblW w:w="10658" w:type="dxa"/>
        <w:tblLayout w:type="fixed"/>
        <w:tblLook w:val="04A0" w:firstRow="1" w:lastRow="0" w:firstColumn="1" w:lastColumn="0" w:noHBand="0" w:noVBand="1"/>
      </w:tblPr>
      <w:tblGrid>
        <w:gridCol w:w="2267"/>
        <w:gridCol w:w="2097"/>
        <w:gridCol w:w="2098"/>
        <w:gridCol w:w="2098"/>
        <w:gridCol w:w="2098"/>
      </w:tblGrid>
      <w:tr w:rsidR="000604C1" w14:paraId="30BA8716" w14:textId="77777777" w:rsidTr="00E23C04">
        <w:trPr>
          <w:tblHeader/>
        </w:trPr>
        <w:tc>
          <w:tcPr>
            <w:tcW w:w="2267"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00369C13" w14:textId="77777777" w:rsidR="000604C1" w:rsidRPr="00266009" w:rsidRDefault="00BA7675">
            <w:pPr>
              <w:jc w:val="center"/>
              <w:rPr>
                <w:sz w:val="40"/>
                <w:szCs w:val="40"/>
              </w:rPr>
            </w:pPr>
            <w:r w:rsidRPr="00266009">
              <w:rPr>
                <w:b/>
                <w:color w:val="FFFFFF"/>
                <w:sz w:val="40"/>
                <w:szCs w:val="40"/>
              </w:rPr>
              <w:t>IME</w:t>
            </w:r>
          </w:p>
        </w:tc>
        <w:tc>
          <w:tcPr>
            <w:tcW w:w="2097"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4A0E3C46" w14:textId="77777777" w:rsidR="000604C1" w:rsidRPr="00266009" w:rsidRDefault="00BA7675">
            <w:pPr>
              <w:jc w:val="center"/>
              <w:rPr>
                <w:sz w:val="40"/>
                <w:szCs w:val="40"/>
              </w:rPr>
            </w:pPr>
            <w:r w:rsidRPr="00266009">
              <w:rPr>
                <w:b/>
                <w:color w:val="FFFFFF"/>
                <w:sz w:val="40"/>
                <w:szCs w:val="40"/>
              </w:rPr>
              <w:t>MJESTO</w:t>
            </w:r>
          </w:p>
        </w:tc>
        <w:tc>
          <w:tcPr>
            <w:tcW w:w="2098"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1F2B2C30" w14:textId="77777777" w:rsidR="000604C1" w:rsidRPr="00266009" w:rsidRDefault="00BA7675">
            <w:pPr>
              <w:jc w:val="center"/>
              <w:rPr>
                <w:sz w:val="40"/>
                <w:szCs w:val="40"/>
              </w:rPr>
            </w:pPr>
            <w:r w:rsidRPr="00266009">
              <w:rPr>
                <w:b/>
                <w:color w:val="FFFFFF"/>
                <w:sz w:val="40"/>
                <w:szCs w:val="40"/>
              </w:rPr>
              <w:t>ZVANJE</w:t>
            </w:r>
          </w:p>
        </w:tc>
        <w:tc>
          <w:tcPr>
            <w:tcW w:w="2098"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564AFEBC" w14:textId="1F4875C8" w:rsidR="000604C1" w:rsidRPr="00266009" w:rsidRDefault="00BA7675">
            <w:pPr>
              <w:jc w:val="center"/>
              <w:rPr>
                <w:sz w:val="40"/>
                <w:szCs w:val="40"/>
              </w:rPr>
            </w:pPr>
            <w:r w:rsidRPr="00266009">
              <w:rPr>
                <w:b/>
                <w:color w:val="FFFFFF"/>
                <w:sz w:val="40"/>
                <w:szCs w:val="40"/>
              </w:rPr>
              <w:t>DJ</w:t>
            </w:r>
            <w:r w:rsidR="00E23C04" w:rsidRPr="00266009">
              <w:rPr>
                <w:b/>
                <w:color w:val="FFFFFF"/>
                <w:sz w:val="40"/>
                <w:szCs w:val="40"/>
              </w:rPr>
              <w:t>ELO</w:t>
            </w:r>
          </w:p>
        </w:tc>
        <w:tc>
          <w:tcPr>
            <w:tcW w:w="2098"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161B4F36" w14:textId="77777777" w:rsidR="000604C1" w:rsidRPr="00266009" w:rsidRDefault="00BA7675">
            <w:pPr>
              <w:jc w:val="center"/>
              <w:rPr>
                <w:sz w:val="40"/>
                <w:szCs w:val="40"/>
              </w:rPr>
            </w:pPr>
            <w:r w:rsidRPr="00266009">
              <w:rPr>
                <w:b/>
                <w:color w:val="FFFFFF"/>
                <w:sz w:val="40"/>
                <w:szCs w:val="40"/>
              </w:rPr>
              <w:t>VREDNOTA</w:t>
            </w:r>
          </w:p>
        </w:tc>
      </w:tr>
      <w:tr w:rsidR="00E23C04" w14:paraId="4BFB3B54" w14:textId="77777777" w:rsidTr="00E23C04">
        <w:tc>
          <w:tcPr>
            <w:tcW w:w="2267"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7EDD20DE" w14:textId="77777777" w:rsidR="00E23C04" w:rsidRPr="00266009" w:rsidRDefault="00E23C04" w:rsidP="00E23C04">
            <w:pPr>
              <w:jc w:val="both"/>
              <w:rPr>
                <w:sz w:val="40"/>
                <w:szCs w:val="40"/>
              </w:rPr>
            </w:pPr>
            <w:r w:rsidRPr="00266009">
              <w:rPr>
                <w:sz w:val="40"/>
                <w:szCs w:val="40"/>
              </w:rPr>
              <w:t>NIKOLA</w:t>
            </w:r>
          </w:p>
        </w:tc>
        <w:tc>
          <w:tcPr>
            <w:tcW w:w="2097"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tcPr>
          <w:p w14:paraId="0442E89A" w14:textId="776FA8B7" w:rsidR="00E23C04" w:rsidRDefault="00E23C04" w:rsidP="00E23C04">
            <w:pPr>
              <w:jc w:val="center"/>
            </w:pPr>
            <w:r w:rsidRPr="00B519A2">
              <w:rPr>
                <w:sz w:val="34"/>
              </w:rPr>
              <w:t>__________</w:t>
            </w:r>
          </w:p>
        </w:tc>
        <w:tc>
          <w:tcPr>
            <w:tcW w:w="209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tcPr>
          <w:p w14:paraId="15E20A7B" w14:textId="40DB7102" w:rsidR="00E23C04" w:rsidRDefault="00E23C04" w:rsidP="00E23C04">
            <w:pPr>
              <w:jc w:val="center"/>
            </w:pPr>
            <w:r w:rsidRPr="00B519A2">
              <w:rPr>
                <w:sz w:val="34"/>
              </w:rPr>
              <w:t>__________</w:t>
            </w:r>
          </w:p>
        </w:tc>
        <w:tc>
          <w:tcPr>
            <w:tcW w:w="209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tcPr>
          <w:p w14:paraId="1BB8BC72" w14:textId="3E2D823D" w:rsidR="00E23C04" w:rsidRDefault="00E23C04" w:rsidP="00E23C04">
            <w:pPr>
              <w:jc w:val="center"/>
            </w:pPr>
            <w:r w:rsidRPr="00B519A2">
              <w:rPr>
                <w:sz w:val="34"/>
              </w:rPr>
              <w:t>__________</w:t>
            </w:r>
          </w:p>
        </w:tc>
        <w:tc>
          <w:tcPr>
            <w:tcW w:w="209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tcPr>
          <w:p w14:paraId="192217E4" w14:textId="16A0319D" w:rsidR="00E23C04" w:rsidRDefault="00E23C04" w:rsidP="00E23C04">
            <w:pPr>
              <w:jc w:val="center"/>
            </w:pPr>
            <w:r w:rsidRPr="00B519A2">
              <w:rPr>
                <w:sz w:val="34"/>
              </w:rPr>
              <w:t>__________</w:t>
            </w:r>
          </w:p>
        </w:tc>
      </w:tr>
      <w:tr w:rsidR="00E23C04" w14:paraId="5370B00A" w14:textId="77777777" w:rsidTr="00E23C04">
        <w:tc>
          <w:tcPr>
            <w:tcW w:w="2267"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001FD385" w14:textId="77777777" w:rsidR="00E23C04" w:rsidRPr="00266009" w:rsidRDefault="00E23C04" w:rsidP="00E23C04">
            <w:pPr>
              <w:jc w:val="both"/>
              <w:rPr>
                <w:sz w:val="40"/>
                <w:szCs w:val="40"/>
              </w:rPr>
            </w:pPr>
            <w:r w:rsidRPr="00266009">
              <w:rPr>
                <w:sz w:val="40"/>
                <w:szCs w:val="40"/>
              </w:rPr>
              <w:t>LEOPOLD</w:t>
            </w:r>
          </w:p>
        </w:tc>
        <w:tc>
          <w:tcPr>
            <w:tcW w:w="2097"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60024C2A" w14:textId="0449A981" w:rsidR="00E23C04" w:rsidRDefault="00E23C04" w:rsidP="00E23C04">
            <w:pPr>
              <w:jc w:val="center"/>
            </w:pPr>
            <w:r w:rsidRPr="00B519A2">
              <w:rPr>
                <w:sz w:val="34"/>
              </w:rPr>
              <w:t>__________</w:t>
            </w:r>
          </w:p>
        </w:tc>
        <w:tc>
          <w:tcPr>
            <w:tcW w:w="209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5330BF99" w14:textId="21D5A160" w:rsidR="00E23C04" w:rsidRDefault="00E23C04" w:rsidP="00E23C04">
            <w:pPr>
              <w:jc w:val="center"/>
            </w:pPr>
            <w:r w:rsidRPr="00B519A2">
              <w:rPr>
                <w:sz w:val="34"/>
              </w:rPr>
              <w:t>__________</w:t>
            </w:r>
          </w:p>
        </w:tc>
        <w:tc>
          <w:tcPr>
            <w:tcW w:w="209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10333EBB" w14:textId="1E480B9D" w:rsidR="00E23C04" w:rsidRDefault="00E23C04" w:rsidP="00E23C04">
            <w:pPr>
              <w:jc w:val="center"/>
            </w:pPr>
            <w:r w:rsidRPr="00B519A2">
              <w:rPr>
                <w:sz w:val="34"/>
              </w:rPr>
              <w:t>__________</w:t>
            </w:r>
          </w:p>
        </w:tc>
        <w:tc>
          <w:tcPr>
            <w:tcW w:w="209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18FA3FDD" w14:textId="70E9E677" w:rsidR="00E23C04" w:rsidRDefault="00E23C04" w:rsidP="00E23C04">
            <w:pPr>
              <w:jc w:val="center"/>
            </w:pPr>
            <w:r w:rsidRPr="00B519A2">
              <w:rPr>
                <w:sz w:val="34"/>
              </w:rPr>
              <w:t>__________</w:t>
            </w:r>
          </w:p>
        </w:tc>
      </w:tr>
      <w:tr w:rsidR="00E23C04" w14:paraId="67E6D58E" w14:textId="77777777" w:rsidTr="00E23C04">
        <w:tc>
          <w:tcPr>
            <w:tcW w:w="2267"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251E56A9" w14:textId="77777777" w:rsidR="00E23C04" w:rsidRPr="00266009" w:rsidRDefault="00E23C04" w:rsidP="00E23C04">
            <w:pPr>
              <w:jc w:val="both"/>
              <w:rPr>
                <w:sz w:val="40"/>
                <w:szCs w:val="40"/>
              </w:rPr>
            </w:pPr>
            <w:r w:rsidRPr="00266009">
              <w:rPr>
                <w:sz w:val="40"/>
                <w:szCs w:val="40"/>
              </w:rPr>
              <w:t>MARKO</w:t>
            </w:r>
          </w:p>
        </w:tc>
        <w:tc>
          <w:tcPr>
            <w:tcW w:w="2097"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tcPr>
          <w:p w14:paraId="17EF61DF" w14:textId="0C59A1DC" w:rsidR="00E23C04" w:rsidRDefault="00E23C04" w:rsidP="00E23C04">
            <w:pPr>
              <w:jc w:val="center"/>
            </w:pPr>
            <w:r w:rsidRPr="00B519A2">
              <w:rPr>
                <w:sz w:val="34"/>
              </w:rPr>
              <w:t>__________</w:t>
            </w:r>
          </w:p>
        </w:tc>
        <w:tc>
          <w:tcPr>
            <w:tcW w:w="209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tcPr>
          <w:p w14:paraId="558A5EA2" w14:textId="6121119D" w:rsidR="00E23C04" w:rsidRDefault="00E23C04" w:rsidP="00E23C04">
            <w:pPr>
              <w:jc w:val="center"/>
            </w:pPr>
            <w:r w:rsidRPr="00B519A2">
              <w:rPr>
                <w:sz w:val="34"/>
              </w:rPr>
              <w:t>__________</w:t>
            </w:r>
          </w:p>
        </w:tc>
        <w:tc>
          <w:tcPr>
            <w:tcW w:w="209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tcPr>
          <w:p w14:paraId="385D56A7" w14:textId="070A806F" w:rsidR="00E23C04" w:rsidRDefault="00E23C04" w:rsidP="00E23C04">
            <w:pPr>
              <w:jc w:val="center"/>
            </w:pPr>
            <w:r w:rsidRPr="00B519A2">
              <w:rPr>
                <w:sz w:val="34"/>
              </w:rPr>
              <w:t>__________</w:t>
            </w:r>
          </w:p>
        </w:tc>
        <w:tc>
          <w:tcPr>
            <w:tcW w:w="209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tcPr>
          <w:p w14:paraId="6FD20A6C" w14:textId="74EA5E8A" w:rsidR="00E23C04" w:rsidRDefault="00E23C04" w:rsidP="00E23C04">
            <w:pPr>
              <w:jc w:val="center"/>
            </w:pPr>
            <w:r w:rsidRPr="00B519A2">
              <w:rPr>
                <w:sz w:val="34"/>
              </w:rPr>
              <w:t>__________</w:t>
            </w:r>
          </w:p>
        </w:tc>
      </w:tr>
    </w:tbl>
    <w:p w14:paraId="1D9BA066" w14:textId="77777777" w:rsidR="000604C1" w:rsidRDefault="00BA7675">
      <w:pPr>
        <w:keepNext/>
        <w:spacing w:before="100" w:after="40"/>
        <w:jc w:val="both"/>
      </w:pPr>
      <w:r>
        <w:rPr>
          <w:b/>
          <w:color w:val="C96A00"/>
          <w:sz w:val="26"/>
        </w:rPr>
        <w:t xml:space="preserve">Aktivnost 3: Dva mučenika i jedan ispovjednik </w:t>
      </w:r>
      <w:r>
        <w:rPr>
          <w:i/>
          <w:color w:val="6B6B6B"/>
          <w:sz w:val="20"/>
        </w:rPr>
        <w:t>(rad u paru, 7 minuta)</w:t>
      </w:r>
    </w:p>
    <w:p w14:paraId="76652D89" w14:textId="77777777" w:rsidR="000604C1" w:rsidRDefault="00BA7675">
      <w:pPr>
        <w:jc w:val="both"/>
      </w:pPr>
      <w:r>
        <w:t>Rad u paru. Učenici će usporediti svetoga Nikolu, svetoga Marka i svetoga Leopolda. U sredinu upisuju zajedničku vjernost Kristu, a u vanjska polja različite oblike svjedočenja.</w:t>
      </w:r>
    </w:p>
    <w:p w14:paraId="2290E1B9" w14:textId="77777777" w:rsidR="000604C1" w:rsidRDefault="00BA7675">
      <w:pPr>
        <w:jc w:val="both"/>
        <w:rPr>
          <w:i/>
          <w:color w:val="6B6B6B"/>
          <w:sz w:val="21"/>
        </w:rPr>
      </w:pPr>
      <w:r>
        <w:rPr>
          <w:i/>
          <w:color w:val="6B6B6B"/>
          <w:sz w:val="21"/>
        </w:rPr>
        <w:t>Rješenje: Nikola i Marko – mučeničko svjedočanstvo; Leopold – dugotrajno služenje pomirenju u ispovjedaonici; zajedničko – vjera, ustrajnost, služenje Crkvi i ljudima.</w:t>
      </w:r>
    </w:p>
    <w:p w14:paraId="7E134E44" w14:textId="77777777" w:rsidR="00E23C04" w:rsidRDefault="00E23C04">
      <w:pPr>
        <w:jc w:val="both"/>
        <w:rPr>
          <w:i/>
          <w:color w:val="6B6B6B"/>
          <w:sz w:val="21"/>
        </w:rPr>
      </w:pPr>
    </w:p>
    <w:p w14:paraId="53B3C171" w14:textId="77777777" w:rsidR="00E23C04" w:rsidRDefault="00E23C04">
      <w:pPr>
        <w:jc w:val="both"/>
        <w:rPr>
          <w:i/>
          <w:color w:val="6B6B6B"/>
          <w:sz w:val="21"/>
        </w:rPr>
      </w:pPr>
    </w:p>
    <w:p w14:paraId="4D6FCC14" w14:textId="3AFBA864" w:rsidR="00E23C04" w:rsidRDefault="00E23C04" w:rsidP="00E23C04">
      <w:r>
        <w:t>Radni predložak:</w:t>
      </w:r>
    </w:p>
    <w:tbl>
      <w:tblPr>
        <w:tblW w:w="10658" w:type="dxa"/>
        <w:tblLayout w:type="fixed"/>
        <w:tblLook w:val="04A0" w:firstRow="1" w:lastRow="0" w:firstColumn="1" w:lastColumn="0" w:noHBand="0" w:noVBand="1"/>
      </w:tblPr>
      <w:tblGrid>
        <w:gridCol w:w="3459"/>
        <w:gridCol w:w="3741"/>
        <w:gridCol w:w="3458"/>
      </w:tblGrid>
      <w:tr w:rsidR="000604C1" w14:paraId="5C54E2F3" w14:textId="77777777">
        <w:trPr>
          <w:tblHeader/>
        </w:trPr>
        <w:tc>
          <w:tcPr>
            <w:tcW w:w="3458"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2B3040EA" w14:textId="77777777" w:rsidR="000604C1" w:rsidRPr="00266009" w:rsidRDefault="00BA7675">
            <w:pPr>
              <w:jc w:val="center"/>
              <w:rPr>
                <w:sz w:val="40"/>
                <w:szCs w:val="40"/>
              </w:rPr>
            </w:pPr>
            <w:r w:rsidRPr="00266009">
              <w:rPr>
                <w:b/>
                <w:color w:val="FFFFFF"/>
                <w:sz w:val="40"/>
                <w:szCs w:val="40"/>
              </w:rPr>
              <w:t>NIKOLA I MARKO</w:t>
            </w:r>
          </w:p>
        </w:tc>
        <w:tc>
          <w:tcPr>
            <w:tcW w:w="3741"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75370827" w14:textId="77777777" w:rsidR="000604C1" w:rsidRPr="00266009" w:rsidRDefault="00BA7675">
            <w:pPr>
              <w:jc w:val="center"/>
              <w:rPr>
                <w:sz w:val="40"/>
                <w:szCs w:val="40"/>
              </w:rPr>
            </w:pPr>
            <w:r w:rsidRPr="00266009">
              <w:rPr>
                <w:b/>
                <w:color w:val="FFFFFF"/>
                <w:sz w:val="40"/>
                <w:szCs w:val="40"/>
              </w:rPr>
              <w:t>ZAJEDNIČKO</w:t>
            </w:r>
          </w:p>
        </w:tc>
        <w:tc>
          <w:tcPr>
            <w:tcW w:w="3458"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5B40B461" w14:textId="77777777" w:rsidR="000604C1" w:rsidRPr="00266009" w:rsidRDefault="00BA7675">
            <w:pPr>
              <w:jc w:val="center"/>
              <w:rPr>
                <w:sz w:val="40"/>
                <w:szCs w:val="40"/>
              </w:rPr>
            </w:pPr>
            <w:r w:rsidRPr="00266009">
              <w:rPr>
                <w:b/>
                <w:color w:val="FFFFFF"/>
                <w:sz w:val="40"/>
                <w:szCs w:val="40"/>
              </w:rPr>
              <w:t>LEOPOLD</w:t>
            </w:r>
          </w:p>
        </w:tc>
      </w:tr>
      <w:tr w:rsidR="000604C1" w14:paraId="0BDCD74C" w14:textId="77777777">
        <w:tc>
          <w:tcPr>
            <w:tcW w:w="345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3F936BD4" w14:textId="77777777" w:rsidR="000604C1" w:rsidRPr="00266009" w:rsidRDefault="00BA7675" w:rsidP="00E23C04">
            <w:pPr>
              <w:jc w:val="center"/>
              <w:rPr>
                <w:sz w:val="40"/>
                <w:szCs w:val="40"/>
              </w:rPr>
            </w:pPr>
            <w:r w:rsidRPr="00266009">
              <w:rPr>
                <w:sz w:val="40"/>
                <w:szCs w:val="40"/>
              </w:rPr>
              <w:t>mučeništvo</w:t>
            </w:r>
          </w:p>
        </w:tc>
        <w:tc>
          <w:tcPr>
            <w:tcW w:w="3741"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159C7EE8" w14:textId="77777777" w:rsidR="000604C1" w:rsidRDefault="00BA7675">
            <w:pPr>
              <w:jc w:val="center"/>
            </w:pPr>
            <w:r>
              <w:rPr>
                <w:sz w:val="34"/>
              </w:rPr>
              <w:t>________________</w:t>
            </w:r>
          </w:p>
        </w:tc>
        <w:tc>
          <w:tcPr>
            <w:tcW w:w="345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2FBD4A6C" w14:textId="77777777" w:rsidR="000604C1" w:rsidRPr="00266009" w:rsidRDefault="00BA7675" w:rsidP="00E23C04">
            <w:pPr>
              <w:jc w:val="center"/>
              <w:rPr>
                <w:sz w:val="40"/>
                <w:szCs w:val="40"/>
              </w:rPr>
            </w:pPr>
            <w:r w:rsidRPr="00266009">
              <w:rPr>
                <w:sz w:val="40"/>
                <w:szCs w:val="40"/>
              </w:rPr>
              <w:t>ispovijed i pomirenje</w:t>
            </w:r>
          </w:p>
        </w:tc>
      </w:tr>
      <w:tr w:rsidR="000604C1" w14:paraId="1046C4CC" w14:textId="77777777">
        <w:tc>
          <w:tcPr>
            <w:tcW w:w="345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323C2BB8" w14:textId="77777777" w:rsidR="000604C1" w:rsidRDefault="00BA7675">
            <w:pPr>
              <w:jc w:val="center"/>
            </w:pPr>
            <w:r>
              <w:rPr>
                <w:sz w:val="34"/>
              </w:rPr>
              <w:t>________________</w:t>
            </w:r>
          </w:p>
        </w:tc>
        <w:tc>
          <w:tcPr>
            <w:tcW w:w="3741"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4965F2A8" w14:textId="77777777" w:rsidR="000604C1" w:rsidRDefault="00BA7675">
            <w:pPr>
              <w:jc w:val="center"/>
            </w:pPr>
            <w:r>
              <w:rPr>
                <w:sz w:val="34"/>
              </w:rPr>
              <w:t>________________</w:t>
            </w:r>
          </w:p>
        </w:tc>
        <w:tc>
          <w:tcPr>
            <w:tcW w:w="345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671AF570" w14:textId="77777777" w:rsidR="000604C1" w:rsidRDefault="00BA7675">
            <w:pPr>
              <w:jc w:val="center"/>
            </w:pPr>
            <w:r>
              <w:rPr>
                <w:sz w:val="34"/>
              </w:rPr>
              <w:t>________________</w:t>
            </w:r>
          </w:p>
        </w:tc>
      </w:tr>
    </w:tbl>
    <w:p w14:paraId="05F88A4C" w14:textId="77777777" w:rsidR="000604C1" w:rsidRDefault="00BA7675">
      <w:pPr>
        <w:keepNext/>
        <w:spacing w:before="100" w:after="40"/>
        <w:jc w:val="both"/>
      </w:pPr>
      <w:r>
        <w:rPr>
          <w:b/>
          <w:color w:val="C96A00"/>
          <w:sz w:val="26"/>
        </w:rPr>
        <w:t xml:space="preserve">Aktivnost 4: Šest portreta – šest ključeva </w:t>
      </w:r>
      <w:r>
        <w:rPr>
          <w:i/>
          <w:color w:val="6B6B6B"/>
          <w:sz w:val="20"/>
        </w:rPr>
        <w:t>(rad u skupinama, 9 minuta)</w:t>
      </w:r>
    </w:p>
    <w:p w14:paraId="2ADE4453" w14:textId="77777777" w:rsidR="000604C1" w:rsidRDefault="00BA7675">
      <w:pPr>
        <w:jc w:val="both"/>
      </w:pPr>
      <w:r>
        <w:t>Rad u skupinama. Svaka skupina dobiva jedno ime i pet pogrešnih tragova. Treba pronaći jedini točan trag, dodati drugi iz teksta i predstaviti osobu u najviše 30 sekundi.</w:t>
      </w:r>
    </w:p>
    <w:p w14:paraId="2BEFFF44" w14:textId="77777777" w:rsidR="000604C1" w:rsidRDefault="00BA7675">
      <w:pPr>
        <w:jc w:val="both"/>
        <w:rPr>
          <w:i/>
          <w:color w:val="6B6B6B"/>
          <w:sz w:val="21"/>
        </w:rPr>
      </w:pPr>
      <w:r>
        <w:rPr>
          <w:i/>
          <w:color w:val="6B6B6B"/>
          <w:sz w:val="21"/>
        </w:rPr>
        <w:t>Rješenje: Nikola – Šibenik/franjevac; Leopold – ispovjedaonica/jedinstvo; Marko – Križevci/Košice; Alojzije – nadbiskup/žrtve rata; Marija – Kćeri Milosrđa/siromašni i mladi; Ivan – laik/profesor/rad s mladima.</w:t>
      </w:r>
    </w:p>
    <w:p w14:paraId="0252CAB4" w14:textId="77777777" w:rsidR="00E23C04" w:rsidRDefault="00E23C04" w:rsidP="00E23C04"/>
    <w:p w14:paraId="6C480DEE" w14:textId="77777777" w:rsidR="00E23C04" w:rsidRDefault="00E23C04" w:rsidP="00E23C04"/>
    <w:p w14:paraId="1E95CE78" w14:textId="741EA6B6" w:rsidR="00E23C04" w:rsidRDefault="00E23C04" w:rsidP="00E23C04">
      <w:r>
        <w:t>Radni predložak:</w:t>
      </w:r>
    </w:p>
    <w:tbl>
      <w:tblPr>
        <w:tblW w:w="10658" w:type="dxa"/>
        <w:tblLayout w:type="fixed"/>
        <w:tblLook w:val="04A0" w:firstRow="1" w:lastRow="0" w:firstColumn="1" w:lastColumn="0" w:noHBand="0" w:noVBand="1"/>
      </w:tblPr>
      <w:tblGrid>
        <w:gridCol w:w="3402"/>
        <w:gridCol w:w="3628"/>
        <w:gridCol w:w="3628"/>
      </w:tblGrid>
      <w:tr w:rsidR="000604C1" w14:paraId="0DE22A57" w14:textId="77777777" w:rsidTr="00266009">
        <w:tc>
          <w:tcPr>
            <w:tcW w:w="3402"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3120A8BF" w14:textId="77777777" w:rsidR="000604C1" w:rsidRPr="00266009" w:rsidRDefault="00BA7675">
            <w:pPr>
              <w:jc w:val="center"/>
              <w:rPr>
                <w:sz w:val="40"/>
                <w:szCs w:val="40"/>
              </w:rPr>
            </w:pPr>
            <w:r w:rsidRPr="00266009">
              <w:rPr>
                <w:b/>
                <w:color w:val="FFFFFF"/>
                <w:sz w:val="40"/>
                <w:szCs w:val="40"/>
              </w:rPr>
              <w:t>IME</w:t>
            </w:r>
          </w:p>
        </w:tc>
        <w:tc>
          <w:tcPr>
            <w:tcW w:w="3628"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4CF68772" w14:textId="77777777" w:rsidR="000604C1" w:rsidRPr="00266009" w:rsidRDefault="00BA7675">
            <w:pPr>
              <w:jc w:val="center"/>
              <w:rPr>
                <w:sz w:val="40"/>
                <w:szCs w:val="40"/>
              </w:rPr>
            </w:pPr>
            <w:r w:rsidRPr="00266009">
              <w:rPr>
                <w:b/>
                <w:color w:val="FFFFFF"/>
                <w:sz w:val="40"/>
                <w:szCs w:val="40"/>
              </w:rPr>
              <w:t>TOČAN TRAG</w:t>
            </w:r>
          </w:p>
        </w:tc>
        <w:tc>
          <w:tcPr>
            <w:tcW w:w="3628"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28B6F503" w14:textId="77777777" w:rsidR="000604C1" w:rsidRPr="00266009" w:rsidRDefault="00BA7675">
            <w:pPr>
              <w:jc w:val="center"/>
              <w:rPr>
                <w:sz w:val="40"/>
                <w:szCs w:val="40"/>
              </w:rPr>
            </w:pPr>
            <w:r w:rsidRPr="00266009">
              <w:rPr>
                <w:b/>
                <w:color w:val="FFFFFF"/>
                <w:sz w:val="40"/>
                <w:szCs w:val="40"/>
              </w:rPr>
              <w:t>DRUGI DOKAZ</w:t>
            </w:r>
          </w:p>
        </w:tc>
      </w:tr>
      <w:tr w:rsidR="000604C1" w14:paraId="3BC113CE" w14:textId="77777777" w:rsidTr="00266009">
        <w:tc>
          <w:tcPr>
            <w:tcW w:w="3402"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7CA48479" w14:textId="77777777" w:rsidR="000604C1" w:rsidRPr="00266009" w:rsidRDefault="00BA7675">
            <w:pPr>
              <w:jc w:val="both"/>
              <w:rPr>
                <w:sz w:val="40"/>
                <w:szCs w:val="40"/>
              </w:rPr>
            </w:pPr>
            <w:r w:rsidRPr="00266009">
              <w:rPr>
                <w:sz w:val="40"/>
                <w:szCs w:val="40"/>
              </w:rPr>
              <w:t>Nikola Tavelić</w:t>
            </w:r>
          </w:p>
          <w:p w14:paraId="387F1290" w14:textId="189ADBC6" w:rsidR="00B23C3F" w:rsidRPr="00266009" w:rsidRDefault="00B23C3F">
            <w:pPr>
              <w:jc w:val="both"/>
              <w:rPr>
                <w:sz w:val="40"/>
                <w:szCs w:val="40"/>
              </w:rPr>
            </w:pPr>
            <w:r w:rsidRPr="00266009">
              <w:rPr>
                <w:sz w:val="40"/>
                <w:szCs w:val="40"/>
              </w:rPr>
              <w:t>- krojač</w:t>
            </w:r>
          </w:p>
        </w:tc>
        <w:tc>
          <w:tcPr>
            <w:tcW w:w="362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7DF7F8AC" w14:textId="5B52DCAD" w:rsidR="000604C1" w:rsidRDefault="00BA7675">
            <w:pPr>
              <w:jc w:val="center"/>
            </w:pPr>
            <w:r>
              <w:rPr>
                <w:sz w:val="34"/>
              </w:rPr>
              <w:t>______</w:t>
            </w:r>
            <w:r w:rsidR="00266009">
              <w:rPr>
                <w:sz w:val="34"/>
              </w:rPr>
              <w:t>___</w:t>
            </w:r>
            <w:r>
              <w:rPr>
                <w:sz w:val="34"/>
              </w:rPr>
              <w:t>__________</w:t>
            </w:r>
          </w:p>
        </w:tc>
        <w:tc>
          <w:tcPr>
            <w:tcW w:w="362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2D0BE0F0" w14:textId="6EF3B9E5" w:rsidR="000604C1" w:rsidRDefault="00BA7675">
            <w:pPr>
              <w:jc w:val="center"/>
            </w:pPr>
            <w:r>
              <w:rPr>
                <w:sz w:val="34"/>
              </w:rPr>
              <w:t>_______</w:t>
            </w:r>
            <w:r w:rsidR="00266009">
              <w:rPr>
                <w:sz w:val="34"/>
              </w:rPr>
              <w:t>___</w:t>
            </w:r>
            <w:r>
              <w:rPr>
                <w:sz w:val="34"/>
              </w:rPr>
              <w:t>_________</w:t>
            </w:r>
          </w:p>
        </w:tc>
      </w:tr>
      <w:tr w:rsidR="00266009" w14:paraId="5721EC60" w14:textId="77777777" w:rsidTr="00266009">
        <w:tc>
          <w:tcPr>
            <w:tcW w:w="3402"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513B56C9" w14:textId="77777777" w:rsidR="00266009" w:rsidRPr="00266009" w:rsidRDefault="00266009" w:rsidP="00266009">
            <w:pPr>
              <w:jc w:val="both"/>
              <w:rPr>
                <w:sz w:val="40"/>
                <w:szCs w:val="40"/>
              </w:rPr>
            </w:pPr>
            <w:r w:rsidRPr="00266009">
              <w:rPr>
                <w:sz w:val="40"/>
                <w:szCs w:val="40"/>
              </w:rPr>
              <w:t>Leopold B. Mandić</w:t>
            </w:r>
          </w:p>
          <w:p w14:paraId="79219DA6" w14:textId="178ADDEF" w:rsidR="00266009" w:rsidRPr="00266009" w:rsidRDefault="00266009" w:rsidP="00266009">
            <w:pPr>
              <w:jc w:val="both"/>
              <w:rPr>
                <w:sz w:val="40"/>
                <w:szCs w:val="40"/>
              </w:rPr>
            </w:pPr>
            <w:r w:rsidRPr="00266009">
              <w:rPr>
                <w:sz w:val="40"/>
                <w:szCs w:val="40"/>
              </w:rPr>
              <w:t>- palača</w:t>
            </w:r>
          </w:p>
        </w:tc>
        <w:tc>
          <w:tcPr>
            <w:tcW w:w="362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19A9E504" w14:textId="0A0560A1" w:rsidR="00266009" w:rsidRDefault="00266009" w:rsidP="00266009">
            <w:pPr>
              <w:jc w:val="center"/>
            </w:pPr>
            <w:r>
              <w:rPr>
                <w:sz w:val="34"/>
              </w:rPr>
              <w:t>___________________</w:t>
            </w:r>
          </w:p>
        </w:tc>
        <w:tc>
          <w:tcPr>
            <w:tcW w:w="362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25C379BC" w14:textId="66DCE6CE" w:rsidR="00266009" w:rsidRDefault="00266009" w:rsidP="00266009">
            <w:pPr>
              <w:jc w:val="center"/>
            </w:pPr>
            <w:r>
              <w:rPr>
                <w:sz w:val="34"/>
              </w:rPr>
              <w:t>___________________</w:t>
            </w:r>
          </w:p>
        </w:tc>
      </w:tr>
      <w:tr w:rsidR="00266009" w14:paraId="1337AF95" w14:textId="77777777" w:rsidTr="00266009">
        <w:tc>
          <w:tcPr>
            <w:tcW w:w="3402"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151062AC" w14:textId="77777777" w:rsidR="00266009" w:rsidRPr="00266009" w:rsidRDefault="00266009" w:rsidP="00266009">
            <w:pPr>
              <w:jc w:val="both"/>
              <w:rPr>
                <w:sz w:val="40"/>
                <w:szCs w:val="40"/>
              </w:rPr>
            </w:pPr>
            <w:r w:rsidRPr="00266009">
              <w:rPr>
                <w:sz w:val="40"/>
                <w:szCs w:val="40"/>
              </w:rPr>
              <w:t>Marko Križevčanin</w:t>
            </w:r>
          </w:p>
          <w:p w14:paraId="4B75F8DD" w14:textId="7D3BF57E" w:rsidR="00266009" w:rsidRPr="00266009" w:rsidRDefault="00266009" w:rsidP="00266009">
            <w:pPr>
              <w:jc w:val="both"/>
              <w:rPr>
                <w:sz w:val="40"/>
                <w:szCs w:val="40"/>
              </w:rPr>
            </w:pPr>
            <w:r w:rsidRPr="00266009">
              <w:rPr>
                <w:sz w:val="40"/>
                <w:szCs w:val="40"/>
              </w:rPr>
              <w:t>- Split</w:t>
            </w:r>
          </w:p>
        </w:tc>
        <w:tc>
          <w:tcPr>
            <w:tcW w:w="362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07D915E6" w14:textId="6ADF0949" w:rsidR="00266009" w:rsidRDefault="00266009" w:rsidP="00266009">
            <w:pPr>
              <w:jc w:val="center"/>
            </w:pPr>
            <w:r>
              <w:rPr>
                <w:sz w:val="34"/>
              </w:rPr>
              <w:t>___________________</w:t>
            </w:r>
          </w:p>
        </w:tc>
        <w:tc>
          <w:tcPr>
            <w:tcW w:w="362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2E29C357" w14:textId="463B9A33" w:rsidR="00266009" w:rsidRDefault="00266009" w:rsidP="00266009">
            <w:pPr>
              <w:jc w:val="center"/>
            </w:pPr>
            <w:r>
              <w:rPr>
                <w:sz w:val="34"/>
              </w:rPr>
              <w:t>___________________</w:t>
            </w:r>
          </w:p>
        </w:tc>
      </w:tr>
      <w:tr w:rsidR="00266009" w14:paraId="32FD6757" w14:textId="77777777" w:rsidTr="00266009">
        <w:tc>
          <w:tcPr>
            <w:tcW w:w="3402"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1432A1CB" w14:textId="77777777" w:rsidR="00266009" w:rsidRPr="00266009" w:rsidRDefault="00266009" w:rsidP="00266009">
            <w:pPr>
              <w:jc w:val="both"/>
              <w:rPr>
                <w:sz w:val="40"/>
                <w:szCs w:val="40"/>
              </w:rPr>
            </w:pPr>
            <w:r w:rsidRPr="00266009">
              <w:rPr>
                <w:sz w:val="40"/>
                <w:szCs w:val="40"/>
              </w:rPr>
              <w:t>Alojzije Stepinac</w:t>
            </w:r>
          </w:p>
          <w:p w14:paraId="5A57ABD6" w14:textId="0CFBE469" w:rsidR="00266009" w:rsidRPr="00266009" w:rsidRDefault="00266009" w:rsidP="00266009">
            <w:pPr>
              <w:jc w:val="both"/>
              <w:rPr>
                <w:sz w:val="40"/>
                <w:szCs w:val="40"/>
              </w:rPr>
            </w:pPr>
            <w:r w:rsidRPr="00266009">
              <w:rPr>
                <w:sz w:val="40"/>
                <w:szCs w:val="40"/>
              </w:rPr>
              <w:t>- papa</w:t>
            </w:r>
          </w:p>
        </w:tc>
        <w:tc>
          <w:tcPr>
            <w:tcW w:w="362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7068203C" w14:textId="0606CB9C" w:rsidR="00266009" w:rsidRDefault="00266009" w:rsidP="00266009">
            <w:pPr>
              <w:jc w:val="center"/>
            </w:pPr>
            <w:r>
              <w:rPr>
                <w:sz w:val="34"/>
              </w:rPr>
              <w:t>___________________</w:t>
            </w:r>
          </w:p>
        </w:tc>
        <w:tc>
          <w:tcPr>
            <w:tcW w:w="362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65A9826C" w14:textId="08CCCE4A" w:rsidR="00266009" w:rsidRDefault="00266009" w:rsidP="00266009">
            <w:pPr>
              <w:jc w:val="center"/>
            </w:pPr>
            <w:r>
              <w:rPr>
                <w:sz w:val="34"/>
              </w:rPr>
              <w:t>___________________</w:t>
            </w:r>
          </w:p>
        </w:tc>
      </w:tr>
      <w:tr w:rsidR="00266009" w14:paraId="630BE4CD" w14:textId="77777777" w:rsidTr="00266009">
        <w:tc>
          <w:tcPr>
            <w:tcW w:w="3402"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71B3E071" w14:textId="77777777" w:rsidR="00266009" w:rsidRPr="00266009" w:rsidRDefault="00266009" w:rsidP="00266009">
            <w:pPr>
              <w:jc w:val="both"/>
              <w:rPr>
                <w:sz w:val="40"/>
                <w:szCs w:val="40"/>
              </w:rPr>
            </w:pPr>
            <w:r w:rsidRPr="00266009">
              <w:rPr>
                <w:sz w:val="40"/>
                <w:szCs w:val="40"/>
              </w:rPr>
              <w:t>Marija Petković</w:t>
            </w:r>
          </w:p>
          <w:p w14:paraId="3E7242FB" w14:textId="4F366367" w:rsidR="00266009" w:rsidRPr="00266009" w:rsidRDefault="00266009" w:rsidP="00266009">
            <w:pPr>
              <w:jc w:val="both"/>
              <w:rPr>
                <w:sz w:val="40"/>
                <w:szCs w:val="40"/>
              </w:rPr>
            </w:pPr>
            <w:r w:rsidRPr="00266009">
              <w:rPr>
                <w:sz w:val="40"/>
                <w:szCs w:val="40"/>
              </w:rPr>
              <w:t>- ovisnici od droge</w:t>
            </w:r>
          </w:p>
        </w:tc>
        <w:tc>
          <w:tcPr>
            <w:tcW w:w="362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408070E0" w14:textId="4726578C" w:rsidR="00266009" w:rsidRDefault="00266009" w:rsidP="00266009">
            <w:pPr>
              <w:jc w:val="center"/>
            </w:pPr>
            <w:r>
              <w:rPr>
                <w:sz w:val="34"/>
              </w:rPr>
              <w:t>___________________</w:t>
            </w:r>
          </w:p>
        </w:tc>
        <w:tc>
          <w:tcPr>
            <w:tcW w:w="362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1A77051D" w14:textId="0E1150CB" w:rsidR="00266009" w:rsidRDefault="00266009" w:rsidP="00266009">
            <w:pPr>
              <w:jc w:val="center"/>
            </w:pPr>
            <w:r>
              <w:rPr>
                <w:sz w:val="34"/>
              </w:rPr>
              <w:t>___________________</w:t>
            </w:r>
          </w:p>
        </w:tc>
      </w:tr>
      <w:tr w:rsidR="00266009" w14:paraId="5E277185" w14:textId="77777777" w:rsidTr="00266009">
        <w:tc>
          <w:tcPr>
            <w:tcW w:w="3402"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5D992EAA" w14:textId="77777777" w:rsidR="00266009" w:rsidRPr="00266009" w:rsidRDefault="00266009" w:rsidP="00266009">
            <w:pPr>
              <w:jc w:val="both"/>
              <w:rPr>
                <w:sz w:val="40"/>
                <w:szCs w:val="40"/>
              </w:rPr>
            </w:pPr>
            <w:r w:rsidRPr="00266009">
              <w:rPr>
                <w:sz w:val="40"/>
                <w:szCs w:val="40"/>
              </w:rPr>
              <w:t>Ivan Merz</w:t>
            </w:r>
          </w:p>
          <w:p w14:paraId="5A55804F" w14:textId="1B9E9B8A" w:rsidR="00266009" w:rsidRPr="00266009" w:rsidRDefault="00266009" w:rsidP="00266009">
            <w:pPr>
              <w:jc w:val="both"/>
              <w:rPr>
                <w:sz w:val="40"/>
                <w:szCs w:val="40"/>
              </w:rPr>
            </w:pPr>
            <w:r w:rsidRPr="00266009">
              <w:rPr>
                <w:sz w:val="40"/>
                <w:szCs w:val="40"/>
              </w:rPr>
              <w:t>- vozač kamiona</w:t>
            </w:r>
          </w:p>
        </w:tc>
        <w:tc>
          <w:tcPr>
            <w:tcW w:w="362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1D284FDC" w14:textId="63047AC2" w:rsidR="00266009" w:rsidRDefault="00266009" w:rsidP="00266009">
            <w:pPr>
              <w:jc w:val="center"/>
            </w:pPr>
            <w:r>
              <w:rPr>
                <w:sz w:val="34"/>
              </w:rPr>
              <w:t>___________________</w:t>
            </w:r>
          </w:p>
        </w:tc>
        <w:tc>
          <w:tcPr>
            <w:tcW w:w="362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2E8C79BF" w14:textId="477B1DDF" w:rsidR="00266009" w:rsidRDefault="00266009" w:rsidP="00266009">
            <w:pPr>
              <w:jc w:val="center"/>
            </w:pPr>
            <w:r>
              <w:rPr>
                <w:sz w:val="34"/>
              </w:rPr>
              <w:t>___________________</w:t>
            </w:r>
          </w:p>
        </w:tc>
      </w:tr>
    </w:tbl>
    <w:p w14:paraId="2A3AF30E" w14:textId="77777777" w:rsidR="000604C1" w:rsidRDefault="00BA7675">
      <w:pPr>
        <w:keepNext/>
        <w:spacing w:before="100" w:after="40"/>
        <w:jc w:val="both"/>
      </w:pPr>
      <w:r>
        <w:rPr>
          <w:b/>
          <w:color w:val="C96A00"/>
          <w:sz w:val="26"/>
        </w:rPr>
        <w:t xml:space="preserve">Aktivnost 5: Vremenska lenta rođenja </w:t>
      </w:r>
      <w:r>
        <w:rPr>
          <w:i/>
          <w:color w:val="6B6B6B"/>
          <w:sz w:val="20"/>
        </w:rPr>
        <w:t>(individualni rad, 6 minuta)</w:t>
      </w:r>
    </w:p>
    <w:p w14:paraId="328B1D9A" w14:textId="77777777" w:rsidR="000604C1" w:rsidRDefault="00BA7675">
      <w:pPr>
        <w:jc w:val="both"/>
      </w:pPr>
      <w:r>
        <w:t>Učenici će poredati šest osoba prema godini rođenja, od najranije prema najkasnijoj. Uočavaju da svetost obuhvaća mnoga stoljeća.</w:t>
      </w:r>
    </w:p>
    <w:p w14:paraId="1DFB7BA8" w14:textId="77777777" w:rsidR="000604C1" w:rsidRDefault="00BA7675">
      <w:pPr>
        <w:jc w:val="both"/>
        <w:rPr>
          <w:i/>
          <w:color w:val="6B6B6B"/>
          <w:sz w:val="21"/>
        </w:rPr>
      </w:pPr>
      <w:r>
        <w:rPr>
          <w:i/>
          <w:color w:val="6B6B6B"/>
          <w:sz w:val="21"/>
        </w:rPr>
        <w:t>Rješenje: Nikola Tavelić oko 1350. – Marko Križevčanin 1589. – Leopold Bogdan Mandić 1866. – Marija Petković 1892. – Ivan Merz 1896. – Alojzije Stepinac 1898.</w:t>
      </w:r>
    </w:p>
    <w:p w14:paraId="6D1CB94F" w14:textId="77777777" w:rsidR="00E23C04" w:rsidRDefault="00E23C04" w:rsidP="00E23C04"/>
    <w:p w14:paraId="4A82CA19" w14:textId="77777777" w:rsidR="00E23C04" w:rsidRDefault="00E23C04" w:rsidP="00E23C04"/>
    <w:p w14:paraId="2ECD680F" w14:textId="191DDEBE" w:rsidR="00E23C04" w:rsidRDefault="00E23C04" w:rsidP="00E23C04">
      <w:r>
        <w:t>Radni predložak:</w:t>
      </w:r>
    </w:p>
    <w:tbl>
      <w:tblPr>
        <w:tblW w:w="10658" w:type="dxa"/>
        <w:tblLayout w:type="fixed"/>
        <w:tblLook w:val="04A0" w:firstRow="1" w:lastRow="0" w:firstColumn="1" w:lastColumn="0" w:noHBand="0" w:noVBand="1"/>
      </w:tblPr>
      <w:tblGrid>
        <w:gridCol w:w="1777"/>
        <w:gridCol w:w="1777"/>
        <w:gridCol w:w="1776"/>
        <w:gridCol w:w="1776"/>
        <w:gridCol w:w="1776"/>
        <w:gridCol w:w="1776"/>
      </w:tblGrid>
      <w:tr w:rsidR="000604C1" w14:paraId="0DB3DB0D" w14:textId="77777777">
        <w:trPr>
          <w:tblHeader/>
        </w:trPr>
        <w:tc>
          <w:tcPr>
            <w:tcW w:w="1774"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53C3A649" w14:textId="77777777" w:rsidR="000604C1" w:rsidRPr="00266009" w:rsidRDefault="00BA7675">
            <w:pPr>
              <w:jc w:val="center"/>
              <w:rPr>
                <w:sz w:val="40"/>
                <w:szCs w:val="40"/>
              </w:rPr>
            </w:pPr>
            <w:r w:rsidRPr="00266009">
              <w:rPr>
                <w:b/>
                <w:color w:val="FFFFFF"/>
                <w:sz w:val="40"/>
                <w:szCs w:val="40"/>
              </w:rPr>
              <w:t>1.</w:t>
            </w:r>
          </w:p>
        </w:tc>
        <w:tc>
          <w:tcPr>
            <w:tcW w:w="1774"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13CF1896" w14:textId="77777777" w:rsidR="000604C1" w:rsidRPr="00266009" w:rsidRDefault="00BA7675">
            <w:pPr>
              <w:jc w:val="center"/>
              <w:rPr>
                <w:sz w:val="40"/>
                <w:szCs w:val="40"/>
              </w:rPr>
            </w:pPr>
            <w:r w:rsidRPr="00266009">
              <w:rPr>
                <w:b/>
                <w:color w:val="FFFFFF"/>
                <w:sz w:val="40"/>
                <w:szCs w:val="40"/>
              </w:rPr>
              <w:t>2.</w:t>
            </w:r>
          </w:p>
        </w:tc>
        <w:tc>
          <w:tcPr>
            <w:tcW w:w="1774"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0AEEF2B6" w14:textId="77777777" w:rsidR="000604C1" w:rsidRPr="00266009" w:rsidRDefault="00BA7675">
            <w:pPr>
              <w:jc w:val="center"/>
              <w:rPr>
                <w:sz w:val="40"/>
                <w:szCs w:val="40"/>
              </w:rPr>
            </w:pPr>
            <w:r w:rsidRPr="00266009">
              <w:rPr>
                <w:b/>
                <w:color w:val="FFFFFF"/>
                <w:sz w:val="40"/>
                <w:szCs w:val="40"/>
              </w:rPr>
              <w:t>3.</w:t>
            </w:r>
          </w:p>
        </w:tc>
        <w:tc>
          <w:tcPr>
            <w:tcW w:w="1774"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0BE1D6C9" w14:textId="77777777" w:rsidR="000604C1" w:rsidRPr="00266009" w:rsidRDefault="00BA7675">
            <w:pPr>
              <w:jc w:val="center"/>
              <w:rPr>
                <w:sz w:val="40"/>
                <w:szCs w:val="40"/>
              </w:rPr>
            </w:pPr>
            <w:r w:rsidRPr="00266009">
              <w:rPr>
                <w:b/>
                <w:color w:val="FFFFFF"/>
                <w:sz w:val="40"/>
                <w:szCs w:val="40"/>
              </w:rPr>
              <w:t>4.</w:t>
            </w:r>
          </w:p>
        </w:tc>
        <w:tc>
          <w:tcPr>
            <w:tcW w:w="1774"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71F98601" w14:textId="77777777" w:rsidR="000604C1" w:rsidRPr="00266009" w:rsidRDefault="00BA7675">
            <w:pPr>
              <w:jc w:val="center"/>
              <w:rPr>
                <w:sz w:val="40"/>
                <w:szCs w:val="40"/>
              </w:rPr>
            </w:pPr>
            <w:r w:rsidRPr="00266009">
              <w:rPr>
                <w:b/>
                <w:color w:val="FFFFFF"/>
                <w:sz w:val="40"/>
                <w:szCs w:val="40"/>
              </w:rPr>
              <w:t>5.</w:t>
            </w:r>
          </w:p>
        </w:tc>
        <w:tc>
          <w:tcPr>
            <w:tcW w:w="1774"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0C96BBEB" w14:textId="77777777" w:rsidR="000604C1" w:rsidRPr="00266009" w:rsidRDefault="00BA7675">
            <w:pPr>
              <w:jc w:val="center"/>
              <w:rPr>
                <w:sz w:val="40"/>
                <w:szCs w:val="40"/>
              </w:rPr>
            </w:pPr>
            <w:r w:rsidRPr="00266009">
              <w:rPr>
                <w:b/>
                <w:color w:val="FFFFFF"/>
                <w:sz w:val="40"/>
                <w:szCs w:val="40"/>
              </w:rPr>
              <w:t>6.</w:t>
            </w:r>
          </w:p>
        </w:tc>
      </w:tr>
      <w:tr w:rsidR="000604C1" w14:paraId="5865D1FA" w14:textId="77777777">
        <w:tc>
          <w:tcPr>
            <w:tcW w:w="1774"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47E7296F" w14:textId="77777777" w:rsidR="000604C1" w:rsidRDefault="00BA7675">
            <w:pPr>
              <w:jc w:val="center"/>
            </w:pPr>
            <w:r>
              <w:rPr>
                <w:sz w:val="34"/>
              </w:rPr>
              <w:t>________</w:t>
            </w:r>
          </w:p>
        </w:tc>
        <w:tc>
          <w:tcPr>
            <w:tcW w:w="1774"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0A2D6B82" w14:textId="77777777" w:rsidR="000604C1" w:rsidRDefault="00BA7675">
            <w:pPr>
              <w:jc w:val="center"/>
            </w:pPr>
            <w:r>
              <w:rPr>
                <w:sz w:val="34"/>
              </w:rPr>
              <w:t>________</w:t>
            </w:r>
          </w:p>
        </w:tc>
        <w:tc>
          <w:tcPr>
            <w:tcW w:w="1774"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0B820816" w14:textId="77777777" w:rsidR="000604C1" w:rsidRDefault="00BA7675">
            <w:pPr>
              <w:jc w:val="center"/>
            </w:pPr>
            <w:r>
              <w:rPr>
                <w:sz w:val="34"/>
              </w:rPr>
              <w:t>________</w:t>
            </w:r>
          </w:p>
        </w:tc>
        <w:tc>
          <w:tcPr>
            <w:tcW w:w="1774"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167CEDC4" w14:textId="77777777" w:rsidR="000604C1" w:rsidRDefault="00BA7675">
            <w:pPr>
              <w:jc w:val="center"/>
            </w:pPr>
            <w:r>
              <w:rPr>
                <w:sz w:val="34"/>
              </w:rPr>
              <w:t>________</w:t>
            </w:r>
          </w:p>
        </w:tc>
        <w:tc>
          <w:tcPr>
            <w:tcW w:w="1774"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51BA2D67" w14:textId="77777777" w:rsidR="000604C1" w:rsidRDefault="00BA7675">
            <w:pPr>
              <w:jc w:val="center"/>
            </w:pPr>
            <w:r>
              <w:rPr>
                <w:sz w:val="34"/>
              </w:rPr>
              <w:t>________</w:t>
            </w:r>
          </w:p>
        </w:tc>
        <w:tc>
          <w:tcPr>
            <w:tcW w:w="1774"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6E6CA0E8" w14:textId="77777777" w:rsidR="000604C1" w:rsidRDefault="00BA7675">
            <w:pPr>
              <w:jc w:val="center"/>
            </w:pPr>
            <w:r>
              <w:rPr>
                <w:sz w:val="34"/>
              </w:rPr>
              <w:t>________</w:t>
            </w:r>
          </w:p>
        </w:tc>
      </w:tr>
    </w:tbl>
    <w:p w14:paraId="55353AA9" w14:textId="77777777" w:rsidR="000604C1" w:rsidRDefault="00BA7675">
      <w:pPr>
        <w:keepNext/>
        <w:spacing w:before="100" w:after="40"/>
        <w:jc w:val="both"/>
      </w:pPr>
      <w:r>
        <w:rPr>
          <w:b/>
          <w:color w:val="C96A00"/>
          <w:sz w:val="26"/>
        </w:rPr>
        <w:t xml:space="preserve">Aktivnost 6: Blagdani u kalendaru </w:t>
      </w:r>
      <w:r>
        <w:rPr>
          <w:i/>
          <w:color w:val="6B6B6B"/>
          <w:sz w:val="20"/>
        </w:rPr>
        <w:t>(rad u paru, 7 minuta)</w:t>
      </w:r>
    </w:p>
    <w:p w14:paraId="7618533D" w14:textId="77777777" w:rsidR="000604C1" w:rsidRDefault="00BA7675">
      <w:pPr>
        <w:jc w:val="both"/>
      </w:pPr>
      <w:r>
        <w:t>Rad u paru. Učenici će spojiti ime i datum blagdana. Zatim biraju dva uzastopna mjeseca u kojima se spominju osobe sa str. 59 i objašnjavaju kako su ih pronašli.</w:t>
      </w:r>
    </w:p>
    <w:p w14:paraId="1E3E2FF1" w14:textId="77777777" w:rsidR="000604C1" w:rsidRDefault="00BA7675">
      <w:pPr>
        <w:jc w:val="both"/>
        <w:rPr>
          <w:i/>
          <w:color w:val="6B6B6B"/>
          <w:sz w:val="21"/>
        </w:rPr>
      </w:pPr>
      <w:r>
        <w:rPr>
          <w:i/>
          <w:color w:val="6B6B6B"/>
          <w:sz w:val="21"/>
        </w:rPr>
        <w:t>Rješenje: 10. veljače – Alojzije Stepinac; 10. svibnja – Ivan Merz; 12. svibnja – Leopold Mandić; 9. srpnja – Marija Petković; 7. rujna – Marko Križevčanin; 14. studenoga – Nikola Tavelić.</w:t>
      </w:r>
    </w:p>
    <w:p w14:paraId="153039D3" w14:textId="77777777" w:rsidR="00E23C04" w:rsidRDefault="00E23C04" w:rsidP="00E23C04"/>
    <w:p w14:paraId="418BDCFB" w14:textId="77777777" w:rsidR="00E23C04" w:rsidRDefault="00E23C04" w:rsidP="00E23C04"/>
    <w:p w14:paraId="5773A167" w14:textId="0A03BF38" w:rsidR="00E23C04" w:rsidRDefault="00E23C04" w:rsidP="00E23C04">
      <w:r>
        <w:t>Radni predložak:</w:t>
      </w:r>
    </w:p>
    <w:tbl>
      <w:tblPr>
        <w:tblW w:w="10658" w:type="dxa"/>
        <w:tblLayout w:type="fixed"/>
        <w:tblLook w:val="04A0" w:firstRow="1" w:lastRow="0" w:firstColumn="1" w:lastColumn="0" w:noHBand="0" w:noVBand="1"/>
      </w:tblPr>
      <w:tblGrid>
        <w:gridCol w:w="5670"/>
        <w:gridCol w:w="4988"/>
      </w:tblGrid>
      <w:tr w:rsidR="000604C1" w14:paraId="49181C18" w14:textId="77777777" w:rsidTr="00B23C3F">
        <w:tc>
          <w:tcPr>
            <w:tcW w:w="5670"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52C1EFDD" w14:textId="77777777" w:rsidR="000604C1" w:rsidRPr="00266009" w:rsidRDefault="00BA7675">
            <w:pPr>
              <w:jc w:val="center"/>
              <w:rPr>
                <w:sz w:val="40"/>
                <w:szCs w:val="40"/>
              </w:rPr>
            </w:pPr>
            <w:r w:rsidRPr="00266009">
              <w:rPr>
                <w:b/>
                <w:color w:val="FFFFFF"/>
                <w:sz w:val="40"/>
                <w:szCs w:val="40"/>
              </w:rPr>
              <w:t>IME</w:t>
            </w:r>
          </w:p>
        </w:tc>
        <w:tc>
          <w:tcPr>
            <w:tcW w:w="4988"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751BDDC7" w14:textId="77777777" w:rsidR="000604C1" w:rsidRPr="00266009" w:rsidRDefault="00BA7675">
            <w:pPr>
              <w:jc w:val="center"/>
              <w:rPr>
                <w:sz w:val="40"/>
                <w:szCs w:val="40"/>
              </w:rPr>
            </w:pPr>
            <w:r w:rsidRPr="00266009">
              <w:rPr>
                <w:b/>
                <w:color w:val="FFFFFF"/>
                <w:sz w:val="40"/>
                <w:szCs w:val="40"/>
              </w:rPr>
              <w:t>BLAGDAN</w:t>
            </w:r>
          </w:p>
        </w:tc>
      </w:tr>
      <w:tr w:rsidR="000604C1" w14:paraId="3F76E898" w14:textId="77777777" w:rsidTr="00B23C3F">
        <w:tc>
          <w:tcPr>
            <w:tcW w:w="5670"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3CFAA7D9" w14:textId="77777777" w:rsidR="000604C1" w:rsidRPr="00266009" w:rsidRDefault="00BA7675">
            <w:pPr>
              <w:jc w:val="both"/>
              <w:rPr>
                <w:sz w:val="40"/>
                <w:szCs w:val="40"/>
              </w:rPr>
            </w:pPr>
            <w:r w:rsidRPr="00266009">
              <w:rPr>
                <w:sz w:val="40"/>
                <w:szCs w:val="40"/>
              </w:rPr>
              <w:t>Nikola Tavelić</w:t>
            </w:r>
          </w:p>
        </w:tc>
        <w:tc>
          <w:tcPr>
            <w:tcW w:w="498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77061595" w14:textId="40BCC835" w:rsidR="000604C1" w:rsidRDefault="00BA7675">
            <w:pPr>
              <w:jc w:val="center"/>
            </w:pPr>
            <w:r>
              <w:rPr>
                <w:sz w:val="36"/>
              </w:rPr>
              <w:t>___</w:t>
            </w:r>
            <w:r w:rsidR="00B23C3F">
              <w:rPr>
                <w:sz w:val="36"/>
              </w:rPr>
              <w:t>__________</w:t>
            </w:r>
            <w:r>
              <w:rPr>
                <w:sz w:val="36"/>
              </w:rPr>
              <w:t>_</w:t>
            </w:r>
            <w:r w:rsidR="00B23C3F">
              <w:rPr>
                <w:sz w:val="36"/>
              </w:rPr>
              <w:t>____</w:t>
            </w:r>
            <w:r>
              <w:rPr>
                <w:sz w:val="36"/>
              </w:rPr>
              <w:t>________</w:t>
            </w:r>
          </w:p>
        </w:tc>
      </w:tr>
      <w:tr w:rsidR="00B23C3F" w14:paraId="71D295AE" w14:textId="77777777" w:rsidTr="00B23C3F">
        <w:tc>
          <w:tcPr>
            <w:tcW w:w="5670"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4FC5E59C" w14:textId="77777777" w:rsidR="00B23C3F" w:rsidRPr="00266009" w:rsidRDefault="00B23C3F" w:rsidP="00B23C3F">
            <w:pPr>
              <w:jc w:val="both"/>
              <w:rPr>
                <w:sz w:val="40"/>
                <w:szCs w:val="40"/>
              </w:rPr>
            </w:pPr>
            <w:r w:rsidRPr="00266009">
              <w:rPr>
                <w:sz w:val="40"/>
                <w:szCs w:val="40"/>
              </w:rPr>
              <w:t>Leopold B. Mandić</w:t>
            </w:r>
          </w:p>
        </w:tc>
        <w:tc>
          <w:tcPr>
            <w:tcW w:w="498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76067C11" w14:textId="4A6869D9" w:rsidR="00B23C3F" w:rsidRDefault="00B23C3F" w:rsidP="00B23C3F">
            <w:pPr>
              <w:jc w:val="center"/>
            </w:pPr>
            <w:r w:rsidRPr="009A359F">
              <w:rPr>
                <w:sz w:val="36"/>
              </w:rPr>
              <w:t>__________________________</w:t>
            </w:r>
          </w:p>
        </w:tc>
      </w:tr>
      <w:tr w:rsidR="00B23C3F" w14:paraId="31D6FFF5" w14:textId="77777777" w:rsidTr="00B23C3F">
        <w:tc>
          <w:tcPr>
            <w:tcW w:w="5670"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36C517A4" w14:textId="77777777" w:rsidR="00B23C3F" w:rsidRPr="00266009" w:rsidRDefault="00B23C3F" w:rsidP="00B23C3F">
            <w:pPr>
              <w:jc w:val="both"/>
              <w:rPr>
                <w:sz w:val="40"/>
                <w:szCs w:val="40"/>
              </w:rPr>
            </w:pPr>
            <w:r w:rsidRPr="00266009">
              <w:rPr>
                <w:sz w:val="40"/>
                <w:szCs w:val="40"/>
              </w:rPr>
              <w:t>Marko Križevčanin</w:t>
            </w:r>
          </w:p>
        </w:tc>
        <w:tc>
          <w:tcPr>
            <w:tcW w:w="498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tcPr>
          <w:p w14:paraId="4228C9EA" w14:textId="0DEA3C9C" w:rsidR="00B23C3F" w:rsidRDefault="00B23C3F" w:rsidP="00B23C3F">
            <w:pPr>
              <w:jc w:val="center"/>
            </w:pPr>
            <w:r w:rsidRPr="009A359F">
              <w:rPr>
                <w:sz w:val="36"/>
              </w:rPr>
              <w:t>__________________________</w:t>
            </w:r>
          </w:p>
        </w:tc>
      </w:tr>
      <w:tr w:rsidR="00B23C3F" w14:paraId="5BB3CE6F" w14:textId="77777777" w:rsidTr="00B23C3F">
        <w:tc>
          <w:tcPr>
            <w:tcW w:w="5670"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20262DB3" w14:textId="77777777" w:rsidR="00B23C3F" w:rsidRPr="00266009" w:rsidRDefault="00B23C3F" w:rsidP="00B23C3F">
            <w:pPr>
              <w:jc w:val="both"/>
              <w:rPr>
                <w:sz w:val="40"/>
                <w:szCs w:val="40"/>
              </w:rPr>
            </w:pPr>
            <w:r w:rsidRPr="00266009">
              <w:rPr>
                <w:sz w:val="40"/>
                <w:szCs w:val="40"/>
              </w:rPr>
              <w:t>Alojzije Stepinac</w:t>
            </w:r>
          </w:p>
        </w:tc>
        <w:tc>
          <w:tcPr>
            <w:tcW w:w="498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73B401BE" w14:textId="724698DE" w:rsidR="00B23C3F" w:rsidRDefault="00B23C3F" w:rsidP="00B23C3F">
            <w:pPr>
              <w:jc w:val="center"/>
            </w:pPr>
            <w:r w:rsidRPr="009A359F">
              <w:rPr>
                <w:sz w:val="36"/>
              </w:rPr>
              <w:t>__________________________</w:t>
            </w:r>
          </w:p>
        </w:tc>
      </w:tr>
      <w:tr w:rsidR="00B23C3F" w14:paraId="01218F8A" w14:textId="77777777" w:rsidTr="00B23C3F">
        <w:tc>
          <w:tcPr>
            <w:tcW w:w="5670"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1C034E45" w14:textId="77777777" w:rsidR="00B23C3F" w:rsidRPr="00266009" w:rsidRDefault="00B23C3F" w:rsidP="00B23C3F">
            <w:pPr>
              <w:jc w:val="both"/>
              <w:rPr>
                <w:sz w:val="40"/>
                <w:szCs w:val="40"/>
              </w:rPr>
            </w:pPr>
            <w:r w:rsidRPr="00266009">
              <w:rPr>
                <w:sz w:val="40"/>
                <w:szCs w:val="40"/>
              </w:rPr>
              <w:t>Marija Petković</w:t>
            </w:r>
          </w:p>
        </w:tc>
        <w:tc>
          <w:tcPr>
            <w:tcW w:w="498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tcPr>
          <w:p w14:paraId="45DE6DA8" w14:textId="19C1FD0C" w:rsidR="00B23C3F" w:rsidRDefault="00B23C3F" w:rsidP="00B23C3F">
            <w:pPr>
              <w:jc w:val="center"/>
            </w:pPr>
            <w:r w:rsidRPr="009A359F">
              <w:rPr>
                <w:sz w:val="36"/>
              </w:rPr>
              <w:t>__________________________</w:t>
            </w:r>
          </w:p>
        </w:tc>
      </w:tr>
      <w:tr w:rsidR="00B23C3F" w14:paraId="0A8C525F" w14:textId="77777777" w:rsidTr="00B23C3F">
        <w:tc>
          <w:tcPr>
            <w:tcW w:w="5670"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7F8C5BDF" w14:textId="77777777" w:rsidR="00B23C3F" w:rsidRPr="00266009" w:rsidRDefault="00B23C3F" w:rsidP="00B23C3F">
            <w:pPr>
              <w:jc w:val="both"/>
              <w:rPr>
                <w:sz w:val="40"/>
                <w:szCs w:val="40"/>
              </w:rPr>
            </w:pPr>
            <w:r w:rsidRPr="00266009">
              <w:rPr>
                <w:sz w:val="40"/>
                <w:szCs w:val="40"/>
              </w:rPr>
              <w:t>Ivan Merz</w:t>
            </w:r>
          </w:p>
        </w:tc>
        <w:tc>
          <w:tcPr>
            <w:tcW w:w="498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46AD89CD" w14:textId="4C0A3867" w:rsidR="00B23C3F" w:rsidRDefault="00B23C3F" w:rsidP="00B23C3F">
            <w:pPr>
              <w:jc w:val="center"/>
            </w:pPr>
            <w:r w:rsidRPr="009A359F">
              <w:rPr>
                <w:sz w:val="36"/>
              </w:rPr>
              <w:t>__________________________</w:t>
            </w:r>
          </w:p>
        </w:tc>
      </w:tr>
    </w:tbl>
    <w:p w14:paraId="4440B245" w14:textId="77777777" w:rsidR="000604C1" w:rsidRDefault="00BA7675">
      <w:pPr>
        <w:keepNext/>
        <w:spacing w:before="100" w:after="40"/>
        <w:jc w:val="both"/>
      </w:pPr>
      <w:r>
        <w:rPr>
          <w:b/>
          <w:color w:val="C96A00"/>
          <w:sz w:val="26"/>
        </w:rPr>
        <w:t xml:space="preserve">Aktivnost 7: Tri putova služenja </w:t>
      </w:r>
      <w:r>
        <w:rPr>
          <w:i/>
          <w:color w:val="6B6B6B"/>
          <w:sz w:val="20"/>
        </w:rPr>
        <w:t>(rad u skupinama, 8 minuta)</w:t>
      </w:r>
    </w:p>
    <w:p w14:paraId="0103DDE8" w14:textId="77777777" w:rsidR="000604C1" w:rsidRDefault="00BA7675">
      <w:pPr>
        <w:jc w:val="both"/>
      </w:pPr>
      <w:r>
        <w:t>Rad u skupinama. Učenici će šest osoba razvrstati u tri široka puta: SVJEDOČITI U TEŠKIM OKOLNOSTIMA – POMIRIVATI I BRINUTI – ODGAJATI I SLUŽITI ZAJEDNICI. Jedna osoba može biti obrazloženo povezana s više putova.</w:t>
      </w:r>
    </w:p>
    <w:p w14:paraId="0C64C2C9" w14:textId="77777777" w:rsidR="000604C1" w:rsidRDefault="00BA7675">
      <w:pPr>
        <w:jc w:val="both"/>
        <w:rPr>
          <w:i/>
          <w:color w:val="6B6B6B"/>
          <w:sz w:val="21"/>
        </w:rPr>
      </w:pPr>
      <w:r>
        <w:rPr>
          <w:i/>
          <w:color w:val="6B6B6B"/>
          <w:sz w:val="21"/>
        </w:rPr>
        <w:t>Rješenje: Svjedočiti u teškim okolnostima: Nikola, Marko, Alojzije. Pomirivati i brinuti: Leopold, Marija. Odgajati i služiti zajednici: Ivan, Marija, Alojzije. Druga obrazložena rješenja su moguća.</w:t>
      </w:r>
    </w:p>
    <w:p w14:paraId="24F4583B" w14:textId="77777777" w:rsidR="00E23C04" w:rsidRDefault="00E23C04" w:rsidP="00E23C04"/>
    <w:p w14:paraId="44527928" w14:textId="77777777" w:rsidR="00E23C04" w:rsidRDefault="00E23C04" w:rsidP="00E23C04"/>
    <w:p w14:paraId="0DEE121B" w14:textId="01395BA5" w:rsidR="00E23C04" w:rsidRDefault="00E23C04" w:rsidP="00E23C04">
      <w:r>
        <w:t>Radni predložak:</w:t>
      </w:r>
    </w:p>
    <w:tbl>
      <w:tblPr>
        <w:tblW w:w="10658" w:type="dxa"/>
        <w:tblLayout w:type="fixed"/>
        <w:tblLook w:val="04A0" w:firstRow="1" w:lastRow="0" w:firstColumn="1" w:lastColumn="0" w:noHBand="0" w:noVBand="1"/>
      </w:tblPr>
      <w:tblGrid>
        <w:gridCol w:w="3554"/>
        <w:gridCol w:w="3555"/>
        <w:gridCol w:w="3549"/>
      </w:tblGrid>
      <w:tr w:rsidR="000604C1" w14:paraId="4392F043" w14:textId="77777777" w:rsidTr="00C2462A">
        <w:trPr>
          <w:tblHeader/>
        </w:trPr>
        <w:tc>
          <w:tcPr>
            <w:tcW w:w="3554"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109140A9" w14:textId="77777777" w:rsidR="000604C1" w:rsidRPr="00266009" w:rsidRDefault="00BA7675">
            <w:pPr>
              <w:jc w:val="center"/>
              <w:rPr>
                <w:sz w:val="40"/>
                <w:szCs w:val="40"/>
              </w:rPr>
            </w:pPr>
            <w:r w:rsidRPr="00266009">
              <w:rPr>
                <w:b/>
                <w:color w:val="FFFFFF"/>
                <w:sz w:val="40"/>
                <w:szCs w:val="40"/>
              </w:rPr>
              <w:t>SVJEDOČITI</w:t>
            </w:r>
          </w:p>
        </w:tc>
        <w:tc>
          <w:tcPr>
            <w:tcW w:w="3555"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2F6A55BF" w14:textId="77777777" w:rsidR="000604C1" w:rsidRPr="00266009" w:rsidRDefault="00BA7675">
            <w:pPr>
              <w:jc w:val="center"/>
              <w:rPr>
                <w:sz w:val="40"/>
                <w:szCs w:val="40"/>
              </w:rPr>
            </w:pPr>
            <w:r w:rsidRPr="00266009">
              <w:rPr>
                <w:b/>
                <w:color w:val="FFFFFF"/>
                <w:sz w:val="40"/>
                <w:szCs w:val="40"/>
              </w:rPr>
              <w:t>POMIRIVATI I BRINUTI</w:t>
            </w:r>
          </w:p>
        </w:tc>
        <w:tc>
          <w:tcPr>
            <w:tcW w:w="3549"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1D684104" w14:textId="77777777" w:rsidR="000604C1" w:rsidRPr="00266009" w:rsidRDefault="00BA7675">
            <w:pPr>
              <w:jc w:val="center"/>
              <w:rPr>
                <w:sz w:val="40"/>
                <w:szCs w:val="40"/>
              </w:rPr>
            </w:pPr>
            <w:r w:rsidRPr="00266009">
              <w:rPr>
                <w:b/>
                <w:color w:val="FFFFFF"/>
                <w:sz w:val="40"/>
                <w:szCs w:val="40"/>
              </w:rPr>
              <w:t>ODGAJATI I SLUŽITI</w:t>
            </w:r>
          </w:p>
        </w:tc>
      </w:tr>
      <w:tr w:rsidR="00C2462A" w14:paraId="53641772" w14:textId="77777777" w:rsidTr="00C2462A">
        <w:tc>
          <w:tcPr>
            <w:tcW w:w="3554"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tcPr>
          <w:p w14:paraId="77180634" w14:textId="144B6026" w:rsidR="00C2462A" w:rsidRDefault="00C2462A" w:rsidP="00C2462A">
            <w:pPr>
              <w:jc w:val="center"/>
            </w:pPr>
            <w:r w:rsidRPr="000915E1">
              <w:rPr>
                <w:sz w:val="34"/>
              </w:rPr>
              <w:t>___________________</w:t>
            </w:r>
          </w:p>
        </w:tc>
        <w:tc>
          <w:tcPr>
            <w:tcW w:w="3555"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tcPr>
          <w:p w14:paraId="6FB2E289" w14:textId="7953850C" w:rsidR="00C2462A" w:rsidRDefault="00C2462A" w:rsidP="00C2462A">
            <w:pPr>
              <w:jc w:val="center"/>
            </w:pPr>
            <w:r w:rsidRPr="000915E1">
              <w:rPr>
                <w:sz w:val="34"/>
              </w:rPr>
              <w:t>___________________</w:t>
            </w:r>
          </w:p>
        </w:tc>
        <w:tc>
          <w:tcPr>
            <w:tcW w:w="3549"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tcPr>
          <w:p w14:paraId="3CA9A678" w14:textId="1C96345D" w:rsidR="00C2462A" w:rsidRDefault="00C2462A" w:rsidP="00C2462A">
            <w:pPr>
              <w:jc w:val="center"/>
            </w:pPr>
            <w:r w:rsidRPr="000915E1">
              <w:rPr>
                <w:sz w:val="34"/>
              </w:rPr>
              <w:t>___________________</w:t>
            </w:r>
          </w:p>
        </w:tc>
      </w:tr>
      <w:tr w:rsidR="00C2462A" w14:paraId="68304A47" w14:textId="77777777" w:rsidTr="00C2462A">
        <w:tc>
          <w:tcPr>
            <w:tcW w:w="3554"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41E43FB0" w14:textId="636D8ED3" w:rsidR="00C2462A" w:rsidRDefault="00C2462A" w:rsidP="00C2462A">
            <w:pPr>
              <w:jc w:val="center"/>
            </w:pPr>
            <w:r w:rsidRPr="000915E1">
              <w:rPr>
                <w:sz w:val="34"/>
              </w:rPr>
              <w:t>___________________</w:t>
            </w:r>
          </w:p>
        </w:tc>
        <w:tc>
          <w:tcPr>
            <w:tcW w:w="3555"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6C6C2385" w14:textId="44BD9B08" w:rsidR="00C2462A" w:rsidRDefault="00C2462A" w:rsidP="00C2462A">
            <w:pPr>
              <w:jc w:val="center"/>
            </w:pPr>
            <w:r w:rsidRPr="000915E1">
              <w:rPr>
                <w:sz w:val="34"/>
              </w:rPr>
              <w:t>___________________</w:t>
            </w:r>
          </w:p>
        </w:tc>
        <w:tc>
          <w:tcPr>
            <w:tcW w:w="3549"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0B9B8454" w14:textId="0F310E80" w:rsidR="00C2462A" w:rsidRDefault="00C2462A" w:rsidP="00C2462A">
            <w:pPr>
              <w:jc w:val="center"/>
            </w:pPr>
            <w:r w:rsidRPr="000915E1">
              <w:rPr>
                <w:sz w:val="34"/>
              </w:rPr>
              <w:t>___________________</w:t>
            </w:r>
          </w:p>
        </w:tc>
      </w:tr>
    </w:tbl>
    <w:p w14:paraId="1F9E75BD" w14:textId="77777777" w:rsidR="000604C1" w:rsidRDefault="00BA7675">
      <w:pPr>
        <w:keepNext/>
        <w:spacing w:before="100" w:after="40"/>
        <w:jc w:val="both"/>
      </w:pPr>
      <w:r>
        <w:rPr>
          <w:b/>
          <w:color w:val="C96A00"/>
          <w:sz w:val="26"/>
        </w:rPr>
        <w:t xml:space="preserve">Aktivnost 8: Životopis u jednoj rečenici </w:t>
      </w:r>
      <w:r>
        <w:rPr>
          <w:i/>
          <w:color w:val="6B6B6B"/>
          <w:sz w:val="20"/>
        </w:rPr>
        <w:t>(individualni rad, 6 minuta)</w:t>
      </w:r>
    </w:p>
    <w:p w14:paraId="1D179560" w14:textId="77777777" w:rsidR="000604C1" w:rsidRDefault="00BA7675">
      <w:pPr>
        <w:jc w:val="both"/>
      </w:pPr>
      <w:r>
        <w:t>Učenici će odabrati jednu osobu i sastaviti rečenicu od točno četiri dijela: IME – ZVANJE – DJELO – VREDNOTA. Rečenica ne smije imati više od 25 riječi.</w:t>
      </w:r>
    </w:p>
    <w:p w14:paraId="2CCA42D1" w14:textId="77777777" w:rsidR="000604C1" w:rsidRDefault="00BA7675">
      <w:pPr>
        <w:jc w:val="both"/>
        <w:rPr>
          <w:i/>
          <w:color w:val="6B6B6B"/>
          <w:sz w:val="21"/>
        </w:rPr>
      </w:pPr>
      <w:r>
        <w:rPr>
          <w:i/>
          <w:color w:val="6B6B6B"/>
          <w:sz w:val="21"/>
        </w:rPr>
        <w:t>Rješenje: Primjer: „Sveti Leopold Bogdan Mandić bio je kapucin i strpljivi ispovjednik koji je služio pomirenju te svjedočio milosrđe i jedinstvo kršćana.“</w:t>
      </w:r>
    </w:p>
    <w:p w14:paraId="51E22D79" w14:textId="77777777" w:rsidR="00E23C04" w:rsidRDefault="00E23C04" w:rsidP="00E23C04"/>
    <w:p w14:paraId="53B922AB" w14:textId="77777777" w:rsidR="00E23C04" w:rsidRDefault="00E23C04" w:rsidP="00E23C04"/>
    <w:p w14:paraId="7A4ECB3B" w14:textId="3BD780D5" w:rsidR="00E23C04" w:rsidRDefault="00E23C04" w:rsidP="00E23C04">
      <w:r>
        <w:t>Radni predložak:</w:t>
      </w:r>
    </w:p>
    <w:tbl>
      <w:tblPr>
        <w:tblW w:w="10658" w:type="dxa"/>
        <w:tblLayout w:type="fixed"/>
        <w:tblLook w:val="04A0" w:firstRow="1" w:lastRow="0" w:firstColumn="1" w:lastColumn="0" w:noHBand="0" w:noVBand="1"/>
      </w:tblPr>
      <w:tblGrid>
        <w:gridCol w:w="2382"/>
        <w:gridCol w:w="2267"/>
        <w:gridCol w:w="3742"/>
        <w:gridCol w:w="2267"/>
      </w:tblGrid>
      <w:tr w:rsidR="000604C1" w14:paraId="13814804" w14:textId="77777777">
        <w:trPr>
          <w:tblHeader/>
        </w:trPr>
        <w:tc>
          <w:tcPr>
            <w:tcW w:w="2381"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66721594" w14:textId="77777777" w:rsidR="000604C1" w:rsidRPr="00266009" w:rsidRDefault="00BA7675">
            <w:pPr>
              <w:jc w:val="center"/>
              <w:rPr>
                <w:sz w:val="40"/>
                <w:szCs w:val="40"/>
              </w:rPr>
            </w:pPr>
            <w:r w:rsidRPr="00266009">
              <w:rPr>
                <w:b/>
                <w:color w:val="FFFFFF"/>
                <w:sz w:val="40"/>
                <w:szCs w:val="40"/>
              </w:rPr>
              <w:t>IME</w:t>
            </w:r>
          </w:p>
        </w:tc>
        <w:tc>
          <w:tcPr>
            <w:tcW w:w="2267"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41B2BDCF" w14:textId="77777777" w:rsidR="000604C1" w:rsidRPr="00266009" w:rsidRDefault="00BA7675">
            <w:pPr>
              <w:jc w:val="center"/>
              <w:rPr>
                <w:sz w:val="40"/>
                <w:szCs w:val="40"/>
              </w:rPr>
            </w:pPr>
            <w:r w:rsidRPr="00266009">
              <w:rPr>
                <w:b/>
                <w:color w:val="FFFFFF"/>
                <w:sz w:val="40"/>
                <w:szCs w:val="40"/>
              </w:rPr>
              <w:t>ZVANJE</w:t>
            </w:r>
          </w:p>
        </w:tc>
        <w:tc>
          <w:tcPr>
            <w:tcW w:w="3741"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01288F63" w14:textId="48492084" w:rsidR="000604C1" w:rsidRPr="00266009" w:rsidRDefault="00BA7675">
            <w:pPr>
              <w:jc w:val="center"/>
              <w:rPr>
                <w:sz w:val="40"/>
                <w:szCs w:val="40"/>
              </w:rPr>
            </w:pPr>
            <w:r w:rsidRPr="00266009">
              <w:rPr>
                <w:b/>
                <w:color w:val="FFFFFF"/>
                <w:sz w:val="40"/>
                <w:szCs w:val="40"/>
              </w:rPr>
              <w:t>DJ</w:t>
            </w:r>
            <w:r w:rsidR="00C2462A" w:rsidRPr="00266009">
              <w:rPr>
                <w:b/>
                <w:color w:val="FFFFFF"/>
                <w:sz w:val="40"/>
                <w:szCs w:val="40"/>
              </w:rPr>
              <w:t>ELO</w:t>
            </w:r>
          </w:p>
        </w:tc>
        <w:tc>
          <w:tcPr>
            <w:tcW w:w="2267"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0C116CA2" w14:textId="77777777" w:rsidR="000604C1" w:rsidRPr="00266009" w:rsidRDefault="00BA7675">
            <w:pPr>
              <w:jc w:val="center"/>
              <w:rPr>
                <w:sz w:val="40"/>
                <w:szCs w:val="40"/>
              </w:rPr>
            </w:pPr>
            <w:r w:rsidRPr="00266009">
              <w:rPr>
                <w:b/>
                <w:color w:val="FFFFFF"/>
                <w:sz w:val="40"/>
                <w:szCs w:val="40"/>
              </w:rPr>
              <w:t>VREDNOTA</w:t>
            </w:r>
          </w:p>
        </w:tc>
      </w:tr>
      <w:tr w:rsidR="000604C1" w14:paraId="7FD2F6C6" w14:textId="77777777">
        <w:tc>
          <w:tcPr>
            <w:tcW w:w="2381"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61B4732B" w14:textId="78ACB148" w:rsidR="000604C1" w:rsidRDefault="00BA7675">
            <w:pPr>
              <w:jc w:val="center"/>
            </w:pPr>
            <w:r>
              <w:rPr>
                <w:sz w:val="36"/>
              </w:rPr>
              <w:t>____</w:t>
            </w:r>
            <w:r w:rsidR="00C2462A">
              <w:rPr>
                <w:sz w:val="36"/>
              </w:rPr>
              <w:t>___</w:t>
            </w:r>
            <w:r>
              <w:rPr>
                <w:sz w:val="36"/>
              </w:rPr>
              <w:t>____</w:t>
            </w:r>
          </w:p>
        </w:tc>
        <w:tc>
          <w:tcPr>
            <w:tcW w:w="2267"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62B3132C" w14:textId="5BEBE7CC" w:rsidR="000604C1" w:rsidRDefault="00BA7675">
            <w:pPr>
              <w:jc w:val="center"/>
            </w:pPr>
            <w:r>
              <w:rPr>
                <w:sz w:val="36"/>
              </w:rPr>
              <w:t>____</w:t>
            </w:r>
            <w:r w:rsidR="00C2462A">
              <w:rPr>
                <w:sz w:val="36"/>
              </w:rPr>
              <w:t>___</w:t>
            </w:r>
            <w:r>
              <w:rPr>
                <w:sz w:val="36"/>
              </w:rPr>
              <w:t>____</w:t>
            </w:r>
          </w:p>
        </w:tc>
        <w:tc>
          <w:tcPr>
            <w:tcW w:w="3741"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0AF3595A" w14:textId="40F2AAB3" w:rsidR="000604C1" w:rsidRDefault="00BA7675">
            <w:pPr>
              <w:jc w:val="center"/>
            </w:pPr>
            <w:r>
              <w:rPr>
                <w:sz w:val="36"/>
              </w:rPr>
              <w:t>_________</w:t>
            </w:r>
            <w:r w:rsidR="00C2462A">
              <w:rPr>
                <w:sz w:val="36"/>
              </w:rPr>
              <w:t>___</w:t>
            </w:r>
            <w:r>
              <w:rPr>
                <w:sz w:val="36"/>
              </w:rPr>
              <w:t>_______</w:t>
            </w:r>
          </w:p>
        </w:tc>
        <w:tc>
          <w:tcPr>
            <w:tcW w:w="2267"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34B7876B" w14:textId="39E99C49" w:rsidR="000604C1" w:rsidRDefault="00BA7675">
            <w:pPr>
              <w:jc w:val="center"/>
            </w:pPr>
            <w:r>
              <w:rPr>
                <w:sz w:val="36"/>
              </w:rPr>
              <w:t>___</w:t>
            </w:r>
            <w:r w:rsidR="00C2462A">
              <w:rPr>
                <w:sz w:val="36"/>
              </w:rPr>
              <w:t>___</w:t>
            </w:r>
            <w:r>
              <w:rPr>
                <w:sz w:val="36"/>
              </w:rPr>
              <w:t>_____</w:t>
            </w:r>
          </w:p>
        </w:tc>
      </w:tr>
    </w:tbl>
    <w:p w14:paraId="5B520124" w14:textId="77777777" w:rsidR="000604C1" w:rsidRDefault="00BA7675">
      <w:pPr>
        <w:keepNext/>
        <w:spacing w:before="100" w:after="40"/>
        <w:jc w:val="both"/>
      </w:pPr>
      <w:r>
        <w:rPr>
          <w:b/>
          <w:color w:val="C96A00"/>
          <w:sz w:val="26"/>
        </w:rPr>
        <w:t xml:space="preserve">Aktivnost 9: Tko sam? </w:t>
      </w:r>
      <w:r>
        <w:rPr>
          <w:i/>
          <w:color w:val="6B6B6B"/>
          <w:sz w:val="20"/>
        </w:rPr>
        <w:t>(rad u paru, 7 minuta)</w:t>
      </w:r>
    </w:p>
    <w:p w14:paraId="74029B9D" w14:textId="77777777" w:rsidR="000604C1" w:rsidRDefault="00BA7675">
      <w:pPr>
        <w:jc w:val="both"/>
      </w:pPr>
      <w:r>
        <w:t>Rad u paru. Partner A čita tri traga bez imena, partner B pogađa osobu i navodi četvrti trag. Zatim zamijene uloge.</w:t>
      </w:r>
    </w:p>
    <w:p w14:paraId="2318D890" w14:textId="77777777" w:rsidR="000604C1" w:rsidRDefault="00BA7675">
      <w:pPr>
        <w:jc w:val="both"/>
        <w:rPr>
          <w:i/>
          <w:color w:val="6B6B6B"/>
          <w:sz w:val="21"/>
        </w:rPr>
      </w:pPr>
      <w:r>
        <w:rPr>
          <w:i/>
          <w:color w:val="6B6B6B"/>
          <w:sz w:val="21"/>
        </w:rPr>
        <w:t>Rješenje: 1. Šibenik – franjevac – Jeruzalem: Nikola Tavelić. 2. Herceg Novi – kapucin – ispovjedaonica: Leopold Mandić. 3. Križevci – Košice – mučenik: Marko Križevčanin. 4. kardinal – žrtve rata – nepravedna osuda: Alojzije Stepinac. 5. Blato – Kćeri Milosrđa – djeca i siromašni: Marija Petković. 6. Banja Luka – profesor – mladi – laik: Ivan Merz.</w:t>
      </w:r>
    </w:p>
    <w:p w14:paraId="4FAE74F4" w14:textId="77777777" w:rsidR="00C2462A" w:rsidRDefault="00C2462A">
      <w:pPr>
        <w:jc w:val="both"/>
      </w:pPr>
    </w:p>
    <w:tbl>
      <w:tblPr>
        <w:tblW w:w="10658" w:type="dxa"/>
        <w:tblLayout w:type="fixed"/>
        <w:tblLook w:val="04A0" w:firstRow="1" w:lastRow="0" w:firstColumn="1" w:lastColumn="0" w:noHBand="0" w:noVBand="1"/>
      </w:tblPr>
      <w:tblGrid>
        <w:gridCol w:w="10658"/>
      </w:tblGrid>
      <w:tr w:rsidR="000604C1" w14:paraId="5D01265D" w14:textId="77777777" w:rsidTr="00C2462A">
        <w:tc>
          <w:tcPr>
            <w:tcW w:w="10658" w:type="dxa"/>
            <w:tcBorders>
              <w:top w:val="single" w:sz="5" w:space="0" w:color="A6A6A6"/>
              <w:left w:val="single" w:sz="5" w:space="0" w:color="A6A6A6"/>
              <w:bottom w:val="single" w:sz="5" w:space="0" w:color="A6A6A6"/>
              <w:right w:val="single" w:sz="5" w:space="0" w:color="A6A6A6"/>
            </w:tcBorders>
            <w:shd w:val="clear" w:color="auto" w:fill="F2F6FB"/>
            <w:tcMar>
              <w:top w:w="140" w:type="dxa"/>
              <w:left w:w="160" w:type="dxa"/>
              <w:bottom w:w="140" w:type="dxa"/>
              <w:right w:w="160" w:type="dxa"/>
            </w:tcMar>
          </w:tcPr>
          <w:p w14:paraId="0B38CFFA" w14:textId="77777777" w:rsidR="000604C1" w:rsidRPr="00266009" w:rsidRDefault="00BA7675">
            <w:pPr>
              <w:spacing w:after="160"/>
              <w:jc w:val="center"/>
              <w:rPr>
                <w:color w:val="002060"/>
                <w:sz w:val="40"/>
                <w:szCs w:val="40"/>
              </w:rPr>
            </w:pPr>
            <w:r w:rsidRPr="00266009">
              <w:rPr>
                <w:b/>
                <w:color w:val="002060"/>
                <w:sz w:val="40"/>
                <w:szCs w:val="40"/>
              </w:rPr>
              <w:t>TRAGOVI ZA PAROVE</w:t>
            </w:r>
          </w:p>
          <w:p w14:paraId="1D8F5E1F" w14:textId="77777777" w:rsidR="000604C1" w:rsidRPr="00266009" w:rsidRDefault="00BA7675">
            <w:pPr>
              <w:spacing w:after="40"/>
              <w:jc w:val="both"/>
              <w:rPr>
                <w:sz w:val="40"/>
                <w:szCs w:val="40"/>
              </w:rPr>
            </w:pPr>
            <w:r w:rsidRPr="00266009">
              <w:rPr>
                <w:sz w:val="40"/>
                <w:szCs w:val="40"/>
              </w:rPr>
              <w:t>1. Šibenik • franjevac • Jeruzalem</w:t>
            </w:r>
          </w:p>
          <w:p w14:paraId="201A9CDC" w14:textId="77777777" w:rsidR="000604C1" w:rsidRPr="00266009" w:rsidRDefault="00BA7675">
            <w:pPr>
              <w:spacing w:after="40"/>
              <w:jc w:val="both"/>
              <w:rPr>
                <w:sz w:val="40"/>
                <w:szCs w:val="40"/>
              </w:rPr>
            </w:pPr>
            <w:r w:rsidRPr="00266009">
              <w:rPr>
                <w:sz w:val="40"/>
                <w:szCs w:val="40"/>
              </w:rPr>
              <w:t>2. Herceg Novi • kapucin • ispovjedaonica</w:t>
            </w:r>
          </w:p>
          <w:p w14:paraId="38007658" w14:textId="77777777" w:rsidR="000604C1" w:rsidRPr="00266009" w:rsidRDefault="00BA7675">
            <w:pPr>
              <w:spacing w:after="40"/>
              <w:jc w:val="both"/>
              <w:rPr>
                <w:sz w:val="40"/>
                <w:szCs w:val="40"/>
              </w:rPr>
            </w:pPr>
            <w:r w:rsidRPr="00266009">
              <w:rPr>
                <w:sz w:val="40"/>
                <w:szCs w:val="40"/>
              </w:rPr>
              <w:t>3. Križevci • Košice • vjernost</w:t>
            </w:r>
          </w:p>
          <w:p w14:paraId="04C8E052" w14:textId="77777777" w:rsidR="000604C1" w:rsidRPr="00266009" w:rsidRDefault="00BA7675">
            <w:pPr>
              <w:spacing w:after="40"/>
              <w:jc w:val="both"/>
              <w:rPr>
                <w:sz w:val="40"/>
                <w:szCs w:val="40"/>
              </w:rPr>
            </w:pPr>
            <w:r w:rsidRPr="00266009">
              <w:rPr>
                <w:sz w:val="40"/>
                <w:szCs w:val="40"/>
              </w:rPr>
              <w:t>4. kardinal • žrtve rata • nepravedna osuda</w:t>
            </w:r>
          </w:p>
          <w:p w14:paraId="29524ECE" w14:textId="77777777" w:rsidR="000604C1" w:rsidRPr="00266009" w:rsidRDefault="00BA7675">
            <w:pPr>
              <w:spacing w:after="40"/>
              <w:jc w:val="both"/>
              <w:rPr>
                <w:sz w:val="40"/>
                <w:szCs w:val="40"/>
              </w:rPr>
            </w:pPr>
            <w:r w:rsidRPr="00266009">
              <w:rPr>
                <w:sz w:val="40"/>
                <w:szCs w:val="40"/>
              </w:rPr>
              <w:t>5. Blato • Kćeri Milosrđa • djeca i siromašni</w:t>
            </w:r>
          </w:p>
          <w:p w14:paraId="55A60455" w14:textId="77777777" w:rsidR="000604C1" w:rsidRDefault="00BA7675">
            <w:pPr>
              <w:spacing w:after="40"/>
              <w:jc w:val="both"/>
            </w:pPr>
            <w:r w:rsidRPr="00266009">
              <w:rPr>
                <w:sz w:val="40"/>
                <w:szCs w:val="40"/>
              </w:rPr>
              <w:t>6. Banja Luka • profesor • mladi • laik</w:t>
            </w:r>
          </w:p>
        </w:tc>
      </w:tr>
    </w:tbl>
    <w:p w14:paraId="1029B6CC" w14:textId="77777777" w:rsidR="000604C1" w:rsidRDefault="00BA7675">
      <w:pPr>
        <w:keepNext/>
        <w:spacing w:before="100" w:after="40"/>
        <w:jc w:val="both"/>
      </w:pPr>
      <w:r>
        <w:rPr>
          <w:b/>
          <w:color w:val="C96A00"/>
          <w:sz w:val="26"/>
        </w:rPr>
        <w:t xml:space="preserve">Aktivnost 10: Vrednota za današnji slučaj </w:t>
      </w:r>
      <w:r>
        <w:rPr>
          <w:i/>
          <w:color w:val="6B6B6B"/>
          <w:sz w:val="20"/>
        </w:rPr>
        <w:t>(rad u skupinama, 8 minuta)</w:t>
      </w:r>
    </w:p>
    <w:p w14:paraId="2B567100" w14:textId="77777777" w:rsidR="000604C1" w:rsidRDefault="00BA7675">
      <w:pPr>
        <w:jc w:val="both"/>
      </w:pPr>
      <w:r>
        <w:t>Rad u skupinama. Svaka skupina povezuje današnju situaciju s jednim uzorom i jednom vrednotom. Nije cilj tvrditi da bi svetac učinio samo jedno rješenje, nego obrazloženo primijeniti njegov primjer.</w:t>
      </w:r>
    </w:p>
    <w:p w14:paraId="2E39CC04" w14:textId="77777777" w:rsidR="000604C1" w:rsidRDefault="00BA7675">
      <w:pPr>
        <w:jc w:val="both"/>
        <w:rPr>
          <w:i/>
          <w:color w:val="6B6B6B"/>
          <w:sz w:val="21"/>
        </w:rPr>
      </w:pPr>
      <w:r>
        <w:rPr>
          <w:i/>
          <w:color w:val="6B6B6B"/>
          <w:sz w:val="21"/>
        </w:rPr>
        <w:t>Rješenje: Primjeri: sukob – Leopold/pomirenje; nepravda – Alojzije/pravednost; osamljen učenik – Marija ili Ivan/milosrđe i rad s mladima; pritisak da se odreknem dobra – Nikola ili Marko/vjernost i hrabrost.</w:t>
      </w:r>
    </w:p>
    <w:p w14:paraId="08D2B1A8" w14:textId="77777777" w:rsidR="00E23C04" w:rsidRDefault="00E23C04" w:rsidP="00E23C04"/>
    <w:p w14:paraId="2316C50D" w14:textId="77777777" w:rsidR="00E23C04" w:rsidRDefault="00E23C04" w:rsidP="00E23C04"/>
    <w:p w14:paraId="776742A4" w14:textId="6143532C" w:rsidR="00E23C04" w:rsidRDefault="00E23C04" w:rsidP="00E23C04">
      <w:r>
        <w:t>Radni predložak:</w:t>
      </w:r>
    </w:p>
    <w:tbl>
      <w:tblPr>
        <w:tblW w:w="10658" w:type="dxa"/>
        <w:tblLayout w:type="fixed"/>
        <w:tblLook w:val="04A0" w:firstRow="1" w:lastRow="0" w:firstColumn="1" w:lastColumn="0" w:noHBand="0" w:noVBand="1"/>
      </w:tblPr>
      <w:tblGrid>
        <w:gridCol w:w="3963"/>
        <w:gridCol w:w="1985"/>
        <w:gridCol w:w="2159"/>
        <w:gridCol w:w="2551"/>
      </w:tblGrid>
      <w:tr w:rsidR="000604C1" w14:paraId="5AE3676E" w14:textId="77777777" w:rsidTr="00266009">
        <w:trPr>
          <w:tblHeader/>
        </w:trPr>
        <w:tc>
          <w:tcPr>
            <w:tcW w:w="3963"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7A548613" w14:textId="77777777" w:rsidR="000604C1" w:rsidRPr="00266009" w:rsidRDefault="00BA7675">
            <w:pPr>
              <w:jc w:val="center"/>
              <w:rPr>
                <w:sz w:val="40"/>
                <w:szCs w:val="40"/>
              </w:rPr>
            </w:pPr>
            <w:r w:rsidRPr="00266009">
              <w:rPr>
                <w:b/>
                <w:color w:val="FFFFFF"/>
                <w:sz w:val="40"/>
                <w:szCs w:val="40"/>
              </w:rPr>
              <w:t>SITUACIJA</w:t>
            </w:r>
          </w:p>
        </w:tc>
        <w:tc>
          <w:tcPr>
            <w:tcW w:w="1985"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17A871D4" w14:textId="77777777" w:rsidR="000604C1" w:rsidRPr="00266009" w:rsidRDefault="00BA7675">
            <w:pPr>
              <w:jc w:val="center"/>
              <w:rPr>
                <w:sz w:val="40"/>
                <w:szCs w:val="40"/>
              </w:rPr>
            </w:pPr>
            <w:r w:rsidRPr="00266009">
              <w:rPr>
                <w:b/>
                <w:color w:val="FFFFFF"/>
                <w:sz w:val="40"/>
                <w:szCs w:val="40"/>
              </w:rPr>
              <w:t>UZOR</w:t>
            </w:r>
          </w:p>
        </w:tc>
        <w:tc>
          <w:tcPr>
            <w:tcW w:w="2159"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34238D49" w14:textId="77777777" w:rsidR="000604C1" w:rsidRPr="00266009" w:rsidRDefault="00BA7675">
            <w:pPr>
              <w:jc w:val="center"/>
              <w:rPr>
                <w:sz w:val="40"/>
                <w:szCs w:val="40"/>
              </w:rPr>
            </w:pPr>
            <w:r w:rsidRPr="00266009">
              <w:rPr>
                <w:b/>
                <w:color w:val="FFFFFF"/>
                <w:sz w:val="40"/>
                <w:szCs w:val="40"/>
              </w:rPr>
              <w:t>VREDNOTA</w:t>
            </w:r>
          </w:p>
        </w:tc>
        <w:tc>
          <w:tcPr>
            <w:tcW w:w="2551"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52EFF6FF" w14:textId="77777777" w:rsidR="000604C1" w:rsidRPr="00266009" w:rsidRDefault="00BA7675">
            <w:pPr>
              <w:jc w:val="center"/>
              <w:rPr>
                <w:sz w:val="40"/>
                <w:szCs w:val="40"/>
              </w:rPr>
            </w:pPr>
            <w:r w:rsidRPr="00266009">
              <w:rPr>
                <w:b/>
                <w:color w:val="FFFFFF"/>
                <w:sz w:val="40"/>
                <w:szCs w:val="40"/>
              </w:rPr>
              <w:t>POSTUPAK</w:t>
            </w:r>
          </w:p>
        </w:tc>
      </w:tr>
      <w:tr w:rsidR="000604C1" w14:paraId="0270027D" w14:textId="77777777" w:rsidTr="00266009">
        <w:tc>
          <w:tcPr>
            <w:tcW w:w="3963"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6103DC26" w14:textId="77777777" w:rsidR="000604C1" w:rsidRPr="00266009" w:rsidRDefault="00BA7675" w:rsidP="00C2462A">
            <w:pPr>
              <w:rPr>
                <w:sz w:val="40"/>
                <w:szCs w:val="40"/>
              </w:rPr>
            </w:pPr>
            <w:r w:rsidRPr="00266009">
              <w:rPr>
                <w:sz w:val="40"/>
                <w:szCs w:val="40"/>
              </w:rPr>
              <w:t>Dvoje prijatelja ne razgovara.</w:t>
            </w:r>
          </w:p>
        </w:tc>
        <w:tc>
          <w:tcPr>
            <w:tcW w:w="1985"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6C217AF0" w14:textId="59AA12C6" w:rsidR="000604C1" w:rsidRDefault="00BA7675">
            <w:pPr>
              <w:jc w:val="center"/>
            </w:pPr>
            <w:r>
              <w:rPr>
                <w:sz w:val="32"/>
              </w:rPr>
              <w:t>____</w:t>
            </w:r>
            <w:r w:rsidR="00C2462A">
              <w:rPr>
                <w:sz w:val="32"/>
              </w:rPr>
              <w:t>__</w:t>
            </w:r>
            <w:r>
              <w:rPr>
                <w:sz w:val="32"/>
              </w:rPr>
              <w:t>____</w:t>
            </w:r>
          </w:p>
        </w:tc>
        <w:tc>
          <w:tcPr>
            <w:tcW w:w="2159"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5B7640EC" w14:textId="5DC0C96A" w:rsidR="000604C1" w:rsidRDefault="00BA7675">
            <w:pPr>
              <w:jc w:val="center"/>
            </w:pPr>
            <w:r>
              <w:rPr>
                <w:sz w:val="32"/>
              </w:rPr>
              <w:t>____</w:t>
            </w:r>
            <w:r w:rsidR="00C2462A">
              <w:rPr>
                <w:sz w:val="32"/>
              </w:rPr>
              <w:t>__</w:t>
            </w:r>
            <w:r>
              <w:rPr>
                <w:sz w:val="32"/>
              </w:rPr>
              <w:t>____</w:t>
            </w:r>
          </w:p>
        </w:tc>
        <w:tc>
          <w:tcPr>
            <w:tcW w:w="2551"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62A581C3" w14:textId="16A1A5FC" w:rsidR="000604C1" w:rsidRDefault="00BA7675">
            <w:pPr>
              <w:jc w:val="center"/>
            </w:pPr>
            <w:r>
              <w:rPr>
                <w:sz w:val="32"/>
              </w:rPr>
              <w:t>_______________</w:t>
            </w:r>
            <w:r w:rsidR="00C2462A">
              <w:rPr>
                <w:sz w:val="32"/>
              </w:rPr>
              <w:t>____________</w:t>
            </w:r>
            <w:r>
              <w:rPr>
                <w:sz w:val="32"/>
              </w:rPr>
              <w:t>_</w:t>
            </w:r>
          </w:p>
        </w:tc>
      </w:tr>
      <w:tr w:rsidR="00C2462A" w14:paraId="23F9370B" w14:textId="77777777" w:rsidTr="00266009">
        <w:tc>
          <w:tcPr>
            <w:tcW w:w="3963"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1E1C376D" w14:textId="77777777" w:rsidR="00C2462A" w:rsidRPr="00266009" w:rsidRDefault="00C2462A" w:rsidP="00C2462A">
            <w:pPr>
              <w:rPr>
                <w:sz w:val="40"/>
                <w:szCs w:val="40"/>
              </w:rPr>
            </w:pPr>
            <w:r w:rsidRPr="00266009">
              <w:rPr>
                <w:sz w:val="40"/>
                <w:szCs w:val="40"/>
              </w:rPr>
              <w:t>Netko je nepravedno optužen.</w:t>
            </w:r>
          </w:p>
        </w:tc>
        <w:tc>
          <w:tcPr>
            <w:tcW w:w="1985"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3B87050D" w14:textId="19609B15" w:rsidR="00C2462A" w:rsidRDefault="00C2462A" w:rsidP="00C2462A">
            <w:pPr>
              <w:jc w:val="center"/>
            </w:pPr>
            <w:r w:rsidRPr="00051236">
              <w:rPr>
                <w:sz w:val="32"/>
              </w:rPr>
              <w:t>__________</w:t>
            </w:r>
          </w:p>
        </w:tc>
        <w:tc>
          <w:tcPr>
            <w:tcW w:w="2159"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45D993E5" w14:textId="5E5D0ADA" w:rsidR="00C2462A" w:rsidRDefault="00C2462A" w:rsidP="00C2462A">
            <w:pPr>
              <w:jc w:val="center"/>
            </w:pPr>
            <w:r w:rsidRPr="00A43879">
              <w:rPr>
                <w:sz w:val="32"/>
              </w:rPr>
              <w:t>__________</w:t>
            </w:r>
          </w:p>
        </w:tc>
        <w:tc>
          <w:tcPr>
            <w:tcW w:w="2551"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470B9FAB" w14:textId="6A09C702" w:rsidR="00C2462A" w:rsidRDefault="00C2462A" w:rsidP="00C2462A">
            <w:pPr>
              <w:jc w:val="center"/>
            </w:pPr>
            <w:r w:rsidRPr="00787A8F">
              <w:rPr>
                <w:sz w:val="32"/>
              </w:rPr>
              <w:t>____________________________</w:t>
            </w:r>
          </w:p>
        </w:tc>
      </w:tr>
      <w:tr w:rsidR="00C2462A" w14:paraId="41836723" w14:textId="77777777" w:rsidTr="00266009">
        <w:tc>
          <w:tcPr>
            <w:tcW w:w="3963"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2AC16542" w14:textId="77777777" w:rsidR="00C2462A" w:rsidRPr="00266009" w:rsidRDefault="00C2462A" w:rsidP="00C2462A">
            <w:pPr>
              <w:rPr>
                <w:sz w:val="40"/>
                <w:szCs w:val="40"/>
              </w:rPr>
            </w:pPr>
            <w:r w:rsidRPr="00266009">
              <w:rPr>
                <w:sz w:val="40"/>
                <w:szCs w:val="40"/>
              </w:rPr>
              <w:t>Mlađi učenik je osamljen.</w:t>
            </w:r>
          </w:p>
        </w:tc>
        <w:tc>
          <w:tcPr>
            <w:tcW w:w="1985"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tcPr>
          <w:p w14:paraId="58565AA9" w14:textId="2E0988B7" w:rsidR="00C2462A" w:rsidRDefault="00C2462A" w:rsidP="00C2462A">
            <w:pPr>
              <w:jc w:val="center"/>
            </w:pPr>
            <w:r w:rsidRPr="00051236">
              <w:rPr>
                <w:sz w:val="32"/>
              </w:rPr>
              <w:t>__________</w:t>
            </w:r>
          </w:p>
        </w:tc>
        <w:tc>
          <w:tcPr>
            <w:tcW w:w="2159"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tcPr>
          <w:p w14:paraId="03E0DC64" w14:textId="7D760B64" w:rsidR="00C2462A" w:rsidRDefault="00C2462A" w:rsidP="00C2462A">
            <w:pPr>
              <w:jc w:val="center"/>
            </w:pPr>
            <w:r w:rsidRPr="00A43879">
              <w:rPr>
                <w:sz w:val="32"/>
              </w:rPr>
              <w:t>__________</w:t>
            </w:r>
          </w:p>
        </w:tc>
        <w:tc>
          <w:tcPr>
            <w:tcW w:w="2551"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tcPr>
          <w:p w14:paraId="64739762" w14:textId="56B5275F" w:rsidR="00C2462A" w:rsidRDefault="00C2462A" w:rsidP="00C2462A">
            <w:pPr>
              <w:jc w:val="center"/>
            </w:pPr>
            <w:r w:rsidRPr="00787A8F">
              <w:rPr>
                <w:sz w:val="32"/>
              </w:rPr>
              <w:t>____________________________</w:t>
            </w:r>
          </w:p>
        </w:tc>
      </w:tr>
      <w:tr w:rsidR="00C2462A" w14:paraId="25F25640" w14:textId="77777777" w:rsidTr="00266009">
        <w:tc>
          <w:tcPr>
            <w:tcW w:w="3963"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69189011" w14:textId="77777777" w:rsidR="00C2462A" w:rsidRPr="00266009" w:rsidRDefault="00C2462A" w:rsidP="00C2462A">
            <w:pPr>
              <w:rPr>
                <w:sz w:val="40"/>
                <w:szCs w:val="40"/>
              </w:rPr>
            </w:pPr>
            <w:r w:rsidRPr="00266009">
              <w:rPr>
                <w:sz w:val="40"/>
                <w:szCs w:val="40"/>
              </w:rPr>
              <w:t>Skupina traži da učinim nešto pogrešno.</w:t>
            </w:r>
          </w:p>
        </w:tc>
        <w:tc>
          <w:tcPr>
            <w:tcW w:w="1985"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6E5BBAA8" w14:textId="18224710" w:rsidR="00C2462A" w:rsidRDefault="00C2462A" w:rsidP="00C2462A">
            <w:pPr>
              <w:jc w:val="center"/>
            </w:pPr>
            <w:r w:rsidRPr="00051236">
              <w:rPr>
                <w:sz w:val="32"/>
              </w:rPr>
              <w:t>__________</w:t>
            </w:r>
          </w:p>
        </w:tc>
        <w:tc>
          <w:tcPr>
            <w:tcW w:w="2159"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5014C11B" w14:textId="767919A2" w:rsidR="00C2462A" w:rsidRDefault="00C2462A" w:rsidP="00C2462A">
            <w:pPr>
              <w:jc w:val="center"/>
            </w:pPr>
            <w:r w:rsidRPr="00A43879">
              <w:rPr>
                <w:sz w:val="32"/>
              </w:rPr>
              <w:t>__________</w:t>
            </w:r>
          </w:p>
        </w:tc>
        <w:tc>
          <w:tcPr>
            <w:tcW w:w="2551"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tcPr>
          <w:p w14:paraId="47410F3C" w14:textId="648F479D" w:rsidR="00C2462A" w:rsidRDefault="00C2462A" w:rsidP="00C2462A">
            <w:pPr>
              <w:jc w:val="center"/>
            </w:pPr>
            <w:r w:rsidRPr="00787A8F">
              <w:rPr>
                <w:sz w:val="32"/>
              </w:rPr>
              <w:t>____________________________</w:t>
            </w:r>
          </w:p>
        </w:tc>
      </w:tr>
    </w:tbl>
    <w:p w14:paraId="5CE3ACD7" w14:textId="77777777" w:rsidR="000604C1" w:rsidRDefault="00BA7675">
      <w:pPr>
        <w:keepNext/>
        <w:spacing w:before="100" w:after="40"/>
        <w:jc w:val="both"/>
      </w:pPr>
      <w:r>
        <w:rPr>
          <w:b/>
          <w:color w:val="C96A00"/>
          <w:sz w:val="26"/>
        </w:rPr>
        <w:t xml:space="preserve">Aktivnost 11: Svetost u različitim zvanjima </w:t>
      </w:r>
      <w:r>
        <w:rPr>
          <w:i/>
          <w:color w:val="6B6B6B"/>
          <w:sz w:val="20"/>
        </w:rPr>
        <w:t>(individualni rad, 6 minuta)</w:t>
      </w:r>
    </w:p>
    <w:p w14:paraId="256A9AE9" w14:textId="77777777" w:rsidR="000604C1" w:rsidRDefault="00BA7675">
      <w:pPr>
        <w:jc w:val="both"/>
      </w:pPr>
      <w:r>
        <w:t>Učenici će povezati osobu sa zvanjem ili službom te zaključiti da svetost nije vezana uz samo jedan stalež.</w:t>
      </w:r>
    </w:p>
    <w:p w14:paraId="05C59837" w14:textId="77777777" w:rsidR="000604C1" w:rsidRDefault="00BA7675">
      <w:pPr>
        <w:jc w:val="both"/>
        <w:rPr>
          <w:i/>
          <w:color w:val="6B6B6B"/>
          <w:sz w:val="21"/>
        </w:rPr>
      </w:pPr>
      <w:r>
        <w:rPr>
          <w:i/>
          <w:color w:val="6B6B6B"/>
          <w:sz w:val="21"/>
        </w:rPr>
        <w:t>Rješenje: franjevac – Nikola; kapucin i ispovjednik – Leopold; svećenik – Marko; nadbiskup i kardinal – Alojzije; redovnica i utemeljiteljica družbe – Marija; profesor i vjernik laik – Ivan.</w:t>
      </w:r>
    </w:p>
    <w:p w14:paraId="2A5B6833" w14:textId="77777777" w:rsidR="00E23C04" w:rsidRDefault="00E23C04" w:rsidP="00E23C04"/>
    <w:p w14:paraId="28A96B4A" w14:textId="77777777" w:rsidR="00E23C04" w:rsidRDefault="00E23C04" w:rsidP="00E23C04"/>
    <w:p w14:paraId="62015F24" w14:textId="77777777" w:rsidR="00266009" w:rsidRDefault="00266009" w:rsidP="00E23C04"/>
    <w:p w14:paraId="7FEFE6DF" w14:textId="77777777" w:rsidR="00266009" w:rsidRDefault="00266009" w:rsidP="00E23C04"/>
    <w:p w14:paraId="5323448C" w14:textId="69ABD3F9" w:rsidR="00E23C04" w:rsidRDefault="00E23C04" w:rsidP="00E23C04">
      <w:r>
        <w:t>Radni predložak:</w:t>
      </w:r>
    </w:p>
    <w:tbl>
      <w:tblPr>
        <w:tblW w:w="10658" w:type="dxa"/>
        <w:tblLayout w:type="fixed"/>
        <w:tblLook w:val="04A0" w:firstRow="1" w:lastRow="0" w:firstColumn="1" w:lastColumn="0" w:noHBand="0" w:noVBand="1"/>
      </w:tblPr>
      <w:tblGrid>
        <w:gridCol w:w="3968"/>
        <w:gridCol w:w="6690"/>
      </w:tblGrid>
      <w:tr w:rsidR="000604C1" w14:paraId="6D601A1A" w14:textId="77777777" w:rsidTr="00C2462A">
        <w:tc>
          <w:tcPr>
            <w:tcW w:w="3968"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086D38F8" w14:textId="77777777" w:rsidR="000604C1" w:rsidRPr="00266009" w:rsidRDefault="00BA7675">
            <w:pPr>
              <w:jc w:val="center"/>
              <w:rPr>
                <w:sz w:val="40"/>
                <w:szCs w:val="40"/>
              </w:rPr>
            </w:pPr>
            <w:r w:rsidRPr="00266009">
              <w:rPr>
                <w:b/>
                <w:color w:val="FFFFFF"/>
                <w:sz w:val="40"/>
                <w:szCs w:val="40"/>
              </w:rPr>
              <w:t>OSOBA</w:t>
            </w:r>
          </w:p>
        </w:tc>
        <w:tc>
          <w:tcPr>
            <w:tcW w:w="6690" w:type="dxa"/>
            <w:tcBorders>
              <w:top w:val="single" w:sz="5" w:space="0" w:color="A6A6A6"/>
              <w:left w:val="single" w:sz="5" w:space="0" w:color="A6A6A6"/>
              <w:bottom w:val="single" w:sz="5" w:space="0" w:color="A6A6A6"/>
              <w:right w:val="single" w:sz="5" w:space="0" w:color="A6A6A6"/>
            </w:tcBorders>
            <w:shd w:val="clear" w:color="auto" w:fill="0070C0"/>
            <w:tcMar>
              <w:top w:w="100" w:type="dxa"/>
              <w:left w:w="100" w:type="dxa"/>
              <w:bottom w:w="100" w:type="dxa"/>
              <w:right w:w="100" w:type="dxa"/>
            </w:tcMar>
            <w:vAlign w:val="center"/>
          </w:tcPr>
          <w:p w14:paraId="612F4467" w14:textId="77777777" w:rsidR="000604C1" w:rsidRPr="00266009" w:rsidRDefault="00BA7675">
            <w:pPr>
              <w:jc w:val="center"/>
              <w:rPr>
                <w:sz w:val="40"/>
                <w:szCs w:val="40"/>
              </w:rPr>
            </w:pPr>
            <w:r w:rsidRPr="00266009">
              <w:rPr>
                <w:b/>
                <w:color w:val="FFFFFF"/>
                <w:sz w:val="40"/>
                <w:szCs w:val="40"/>
              </w:rPr>
              <w:t>ZVANJE / SLUŽBA</w:t>
            </w:r>
          </w:p>
        </w:tc>
      </w:tr>
      <w:tr w:rsidR="000604C1" w14:paraId="42163BD3" w14:textId="77777777" w:rsidTr="00C2462A">
        <w:tc>
          <w:tcPr>
            <w:tcW w:w="396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1AD64CDC" w14:textId="77777777" w:rsidR="000604C1" w:rsidRPr="00266009" w:rsidRDefault="00BA7675">
            <w:pPr>
              <w:jc w:val="both"/>
              <w:rPr>
                <w:sz w:val="40"/>
                <w:szCs w:val="40"/>
              </w:rPr>
            </w:pPr>
            <w:r w:rsidRPr="00266009">
              <w:rPr>
                <w:sz w:val="40"/>
                <w:szCs w:val="40"/>
              </w:rPr>
              <w:t>Nikola</w:t>
            </w:r>
          </w:p>
        </w:tc>
        <w:tc>
          <w:tcPr>
            <w:tcW w:w="6690"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2A4F5FAD" w14:textId="06B639D9" w:rsidR="000604C1" w:rsidRDefault="00BA7675">
            <w:pPr>
              <w:jc w:val="center"/>
            </w:pPr>
            <w:r>
              <w:rPr>
                <w:sz w:val="36"/>
              </w:rPr>
              <w:t>_________</w:t>
            </w:r>
            <w:r w:rsidR="00C2462A">
              <w:rPr>
                <w:sz w:val="36"/>
              </w:rPr>
              <w:t>___________________</w:t>
            </w:r>
            <w:r>
              <w:rPr>
                <w:sz w:val="36"/>
              </w:rPr>
              <w:t>_______</w:t>
            </w:r>
          </w:p>
        </w:tc>
      </w:tr>
      <w:tr w:rsidR="00C2462A" w14:paraId="24183687" w14:textId="77777777" w:rsidTr="00C2462A">
        <w:tc>
          <w:tcPr>
            <w:tcW w:w="396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6A01EE88" w14:textId="77777777" w:rsidR="00C2462A" w:rsidRPr="00266009" w:rsidRDefault="00C2462A" w:rsidP="00C2462A">
            <w:pPr>
              <w:jc w:val="both"/>
              <w:rPr>
                <w:sz w:val="40"/>
                <w:szCs w:val="40"/>
              </w:rPr>
            </w:pPr>
            <w:r w:rsidRPr="00266009">
              <w:rPr>
                <w:sz w:val="40"/>
                <w:szCs w:val="40"/>
              </w:rPr>
              <w:t>Leopold</w:t>
            </w:r>
          </w:p>
        </w:tc>
        <w:tc>
          <w:tcPr>
            <w:tcW w:w="6690"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6728D249" w14:textId="734D1F2A" w:rsidR="00C2462A" w:rsidRDefault="00C2462A" w:rsidP="00C2462A">
            <w:pPr>
              <w:jc w:val="center"/>
            </w:pPr>
            <w:r>
              <w:rPr>
                <w:sz w:val="36"/>
              </w:rPr>
              <w:t>___________________________________</w:t>
            </w:r>
          </w:p>
        </w:tc>
      </w:tr>
      <w:tr w:rsidR="00C2462A" w14:paraId="52505DDC" w14:textId="77777777" w:rsidTr="00C2462A">
        <w:tc>
          <w:tcPr>
            <w:tcW w:w="396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4FF0A41F" w14:textId="77777777" w:rsidR="00C2462A" w:rsidRPr="00266009" w:rsidRDefault="00C2462A" w:rsidP="00C2462A">
            <w:pPr>
              <w:jc w:val="both"/>
              <w:rPr>
                <w:sz w:val="40"/>
                <w:szCs w:val="40"/>
              </w:rPr>
            </w:pPr>
            <w:r w:rsidRPr="00266009">
              <w:rPr>
                <w:sz w:val="40"/>
                <w:szCs w:val="40"/>
              </w:rPr>
              <w:t>Marko</w:t>
            </w:r>
          </w:p>
        </w:tc>
        <w:tc>
          <w:tcPr>
            <w:tcW w:w="6690"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5DD51340" w14:textId="668DB85E" w:rsidR="00C2462A" w:rsidRDefault="00C2462A" w:rsidP="00C2462A">
            <w:pPr>
              <w:jc w:val="center"/>
            </w:pPr>
            <w:r>
              <w:rPr>
                <w:sz w:val="36"/>
              </w:rPr>
              <w:t>___________________________________</w:t>
            </w:r>
          </w:p>
        </w:tc>
      </w:tr>
      <w:tr w:rsidR="00C2462A" w14:paraId="637A0BCF" w14:textId="77777777" w:rsidTr="00C2462A">
        <w:tc>
          <w:tcPr>
            <w:tcW w:w="396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702D9211" w14:textId="77777777" w:rsidR="00C2462A" w:rsidRPr="00266009" w:rsidRDefault="00C2462A" w:rsidP="00C2462A">
            <w:pPr>
              <w:jc w:val="both"/>
              <w:rPr>
                <w:sz w:val="40"/>
                <w:szCs w:val="40"/>
              </w:rPr>
            </w:pPr>
            <w:r w:rsidRPr="00266009">
              <w:rPr>
                <w:sz w:val="40"/>
                <w:szCs w:val="40"/>
              </w:rPr>
              <w:t>Alojzije</w:t>
            </w:r>
          </w:p>
        </w:tc>
        <w:tc>
          <w:tcPr>
            <w:tcW w:w="6690"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1F498B84" w14:textId="65E2D4EB" w:rsidR="00C2462A" w:rsidRDefault="00C2462A" w:rsidP="00C2462A">
            <w:pPr>
              <w:jc w:val="center"/>
            </w:pPr>
            <w:r>
              <w:rPr>
                <w:sz w:val="36"/>
              </w:rPr>
              <w:t>___________________________________</w:t>
            </w:r>
          </w:p>
        </w:tc>
      </w:tr>
      <w:tr w:rsidR="00C2462A" w14:paraId="2107BECB" w14:textId="77777777" w:rsidTr="00C2462A">
        <w:tc>
          <w:tcPr>
            <w:tcW w:w="3968"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5C2401A1" w14:textId="77777777" w:rsidR="00C2462A" w:rsidRPr="00266009" w:rsidRDefault="00C2462A" w:rsidP="00C2462A">
            <w:pPr>
              <w:jc w:val="both"/>
              <w:rPr>
                <w:sz w:val="40"/>
                <w:szCs w:val="40"/>
              </w:rPr>
            </w:pPr>
            <w:r w:rsidRPr="00266009">
              <w:rPr>
                <w:sz w:val="40"/>
                <w:szCs w:val="40"/>
              </w:rPr>
              <w:t>Marija</w:t>
            </w:r>
          </w:p>
        </w:tc>
        <w:tc>
          <w:tcPr>
            <w:tcW w:w="6690" w:type="dxa"/>
            <w:tcBorders>
              <w:top w:val="single" w:sz="5" w:space="0" w:color="A6A6A6"/>
              <w:left w:val="single" w:sz="5" w:space="0" w:color="A6A6A6"/>
              <w:bottom w:val="single" w:sz="5" w:space="0" w:color="A6A6A6"/>
              <w:right w:val="single" w:sz="5" w:space="0" w:color="A6A6A6"/>
            </w:tcBorders>
            <w:shd w:val="clear" w:color="auto" w:fill="FFFFFF"/>
            <w:tcMar>
              <w:top w:w="120" w:type="dxa"/>
              <w:left w:w="140" w:type="dxa"/>
              <w:bottom w:w="120" w:type="dxa"/>
              <w:right w:w="140" w:type="dxa"/>
            </w:tcMar>
            <w:vAlign w:val="center"/>
          </w:tcPr>
          <w:p w14:paraId="6C5F59DF" w14:textId="43EC1967" w:rsidR="00C2462A" w:rsidRDefault="00C2462A" w:rsidP="00C2462A">
            <w:pPr>
              <w:jc w:val="center"/>
            </w:pPr>
            <w:r>
              <w:rPr>
                <w:sz w:val="36"/>
              </w:rPr>
              <w:t>___________________________________</w:t>
            </w:r>
          </w:p>
        </w:tc>
      </w:tr>
      <w:tr w:rsidR="00C2462A" w14:paraId="4C2A00D2" w14:textId="77777777" w:rsidTr="00C2462A">
        <w:tc>
          <w:tcPr>
            <w:tcW w:w="3968"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412F321C" w14:textId="77777777" w:rsidR="00C2462A" w:rsidRPr="00266009" w:rsidRDefault="00C2462A" w:rsidP="00C2462A">
            <w:pPr>
              <w:jc w:val="both"/>
              <w:rPr>
                <w:sz w:val="40"/>
                <w:szCs w:val="40"/>
              </w:rPr>
            </w:pPr>
            <w:r w:rsidRPr="00266009">
              <w:rPr>
                <w:sz w:val="40"/>
                <w:szCs w:val="40"/>
              </w:rPr>
              <w:t>Ivan</w:t>
            </w:r>
          </w:p>
        </w:tc>
        <w:tc>
          <w:tcPr>
            <w:tcW w:w="6690" w:type="dxa"/>
            <w:tcBorders>
              <w:top w:val="single" w:sz="5" w:space="0" w:color="A6A6A6"/>
              <w:left w:val="single" w:sz="5" w:space="0" w:color="A6A6A6"/>
              <w:bottom w:val="single" w:sz="5" w:space="0" w:color="A6A6A6"/>
              <w:right w:val="single" w:sz="5" w:space="0" w:color="A6A6A6"/>
            </w:tcBorders>
            <w:shd w:val="clear" w:color="auto" w:fill="F5F5F5"/>
            <w:tcMar>
              <w:top w:w="120" w:type="dxa"/>
              <w:left w:w="140" w:type="dxa"/>
              <w:bottom w:w="120" w:type="dxa"/>
              <w:right w:w="140" w:type="dxa"/>
            </w:tcMar>
            <w:vAlign w:val="center"/>
          </w:tcPr>
          <w:p w14:paraId="4AA23722" w14:textId="733B424C" w:rsidR="00C2462A" w:rsidRDefault="00C2462A" w:rsidP="00C2462A">
            <w:pPr>
              <w:jc w:val="center"/>
            </w:pPr>
            <w:r>
              <w:rPr>
                <w:sz w:val="36"/>
              </w:rPr>
              <w:t>___________________________________</w:t>
            </w:r>
          </w:p>
        </w:tc>
      </w:tr>
    </w:tbl>
    <w:p w14:paraId="026E6098" w14:textId="77777777" w:rsidR="000604C1" w:rsidRDefault="00BA7675">
      <w:pPr>
        <w:keepNext/>
        <w:spacing w:before="100" w:after="40"/>
        <w:jc w:val="both"/>
      </w:pPr>
      <w:r>
        <w:rPr>
          <w:b/>
          <w:color w:val="C96A00"/>
          <w:sz w:val="26"/>
        </w:rPr>
        <w:t xml:space="preserve">Aktivnost 12: Šest svjetala hrvatskoga naroda </w:t>
      </w:r>
      <w:r>
        <w:rPr>
          <w:i/>
          <w:color w:val="6B6B6B"/>
          <w:sz w:val="20"/>
        </w:rPr>
        <w:t>(rad u skupinama, 8 minuta)</w:t>
      </w:r>
    </w:p>
    <w:p w14:paraId="5F7C54B3" w14:textId="77777777" w:rsidR="000604C1" w:rsidRDefault="00BA7675">
      <w:pPr>
        <w:jc w:val="both"/>
      </w:pPr>
      <w:r>
        <w:t>Rad u skupinama. Učenici će za svaku osobu odabrati jednu ključnu riječ i rasporediti šest riječi oko središnjega pojma VJERNOST ISUSU. Zatim objašnjavaju zašto različite riječi pripadaju istoj mreži.</w:t>
      </w:r>
    </w:p>
    <w:p w14:paraId="3FCA3AAF" w14:textId="77777777" w:rsidR="000604C1" w:rsidRDefault="00BA7675">
      <w:pPr>
        <w:jc w:val="both"/>
        <w:rPr>
          <w:i/>
          <w:color w:val="6B6B6B"/>
          <w:sz w:val="21"/>
        </w:rPr>
      </w:pPr>
      <w:r>
        <w:rPr>
          <w:i/>
          <w:color w:val="6B6B6B"/>
          <w:sz w:val="21"/>
        </w:rPr>
        <w:t>Rješenje: Mogući izbor: Nikola – hrabrost; Leopold – pomirenje; Marko – vjernost; Alojzije – pravednost; Marija – milosrđe; Ivan – mladi/odgoj. Sve vode prema vjernosti Isusu u različitim okolnostima.</w:t>
      </w:r>
    </w:p>
    <w:p w14:paraId="4DAA2C5D" w14:textId="77777777" w:rsidR="00E23C04" w:rsidRDefault="00E23C04" w:rsidP="00E23C04"/>
    <w:p w14:paraId="15EF7DCA" w14:textId="77777777" w:rsidR="00E23C04" w:rsidRDefault="00E23C04" w:rsidP="00E23C04"/>
    <w:p w14:paraId="1886182D" w14:textId="77777777" w:rsidR="00A46DDA" w:rsidRDefault="00E23C04" w:rsidP="00A46DDA">
      <w:r>
        <w:t>Radni predložak:</w:t>
      </w:r>
    </w:p>
    <w:p w14:paraId="020646A2" w14:textId="77777777" w:rsidR="00A46DDA" w:rsidRDefault="00A46DDA" w:rsidP="00A46DDA"/>
    <w:p w14:paraId="6595C354" w14:textId="6461A78D" w:rsidR="00A46DDA" w:rsidRDefault="00A46DDA" w:rsidP="00A46DDA">
      <w:pPr>
        <w:jc w:val="center"/>
      </w:pPr>
      <w:r w:rsidRPr="00A46DDA">
        <w:rPr>
          <w:noProof/>
        </w:rPr>
        <w:drawing>
          <wp:inline distT="0" distB="0" distL="0" distR="0" wp14:anchorId="1165C349" wp14:editId="7D99FC0B">
            <wp:extent cx="4320000" cy="3240000"/>
            <wp:effectExtent l="0" t="0" r="4445" b="0"/>
            <wp:docPr id="24064863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648632" name=""/>
                    <pic:cNvPicPr/>
                  </pic:nvPicPr>
                  <pic:blipFill>
                    <a:blip r:embed="rId18"/>
                    <a:stretch>
                      <a:fillRect/>
                    </a:stretch>
                  </pic:blipFill>
                  <pic:spPr>
                    <a:xfrm>
                      <a:off x="0" y="0"/>
                      <a:ext cx="4320000" cy="3240000"/>
                    </a:xfrm>
                    <a:prstGeom prst="rect">
                      <a:avLst/>
                    </a:prstGeom>
                  </pic:spPr>
                </pic:pic>
              </a:graphicData>
            </a:graphic>
          </wp:inline>
        </w:drawing>
      </w:r>
    </w:p>
    <w:p w14:paraId="0D50FF88" w14:textId="77777777" w:rsidR="00A46DDA" w:rsidRDefault="00A46DDA" w:rsidP="00A46DDA"/>
    <w:p w14:paraId="5ADEBFBF" w14:textId="6B5A2720" w:rsidR="000604C1" w:rsidRDefault="00BA7675" w:rsidP="00A46DDA">
      <w:r>
        <w:rPr>
          <w:b/>
          <w:color w:val="C96A00"/>
          <w:sz w:val="26"/>
        </w:rPr>
        <w:t xml:space="preserve">Aktivnost 13: Krug šest uzora </w:t>
      </w:r>
      <w:r>
        <w:rPr>
          <w:i/>
          <w:color w:val="6B6B6B"/>
          <w:sz w:val="20"/>
        </w:rPr>
        <w:t>(individualni rad – crtanje bojicama, 8 minuta)</w:t>
      </w:r>
    </w:p>
    <w:p w14:paraId="2E6EEC30" w14:textId="77777777" w:rsidR="000604C1" w:rsidRDefault="00BA7675">
      <w:pPr>
        <w:jc w:val="both"/>
      </w:pPr>
      <w:r>
        <w:t>Učenici će u šest dijelova kruga nacrtati po jedan jednostavan simbol za šest osoba. Simboli trebaju prikazati vrednote, a ne detalje mučeništva. U sredinu upisuju VJERNOST ISUSU.</w:t>
      </w:r>
    </w:p>
    <w:p w14:paraId="73827AB3" w14:textId="77777777" w:rsidR="00E23C04" w:rsidRDefault="00E23C04">
      <w:pPr>
        <w:jc w:val="both"/>
      </w:pPr>
    </w:p>
    <w:p w14:paraId="6DCD7551" w14:textId="7E1AA539" w:rsidR="00E23C04" w:rsidRDefault="00E23C04">
      <w:pPr>
        <w:jc w:val="both"/>
      </w:pPr>
      <w:r>
        <w:t>Radni predložak:</w:t>
      </w:r>
    </w:p>
    <w:p w14:paraId="54B19412" w14:textId="0183842B" w:rsidR="000604C1" w:rsidRDefault="00937297" w:rsidP="00E23C04">
      <w:pPr>
        <w:spacing w:before="220"/>
        <w:jc w:val="center"/>
      </w:pPr>
      <w:r w:rsidRPr="00937297">
        <w:rPr>
          <w:noProof/>
        </w:rPr>
        <w:drawing>
          <wp:inline distT="0" distB="0" distL="0" distR="0" wp14:anchorId="2D722862" wp14:editId="1D2FD965">
            <wp:extent cx="4320000" cy="3240000"/>
            <wp:effectExtent l="0" t="0" r="4445" b="0"/>
            <wp:docPr id="139852644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526442" name=""/>
                    <pic:cNvPicPr/>
                  </pic:nvPicPr>
                  <pic:blipFill>
                    <a:blip r:embed="rId19"/>
                    <a:stretch>
                      <a:fillRect/>
                    </a:stretch>
                  </pic:blipFill>
                  <pic:spPr>
                    <a:xfrm>
                      <a:off x="0" y="0"/>
                      <a:ext cx="4320000" cy="3240000"/>
                    </a:xfrm>
                    <a:prstGeom prst="rect">
                      <a:avLst/>
                    </a:prstGeom>
                  </pic:spPr>
                </pic:pic>
              </a:graphicData>
            </a:graphic>
          </wp:inline>
        </w:drawing>
      </w:r>
    </w:p>
    <w:p w14:paraId="28F6D239" w14:textId="77777777" w:rsidR="00937297" w:rsidRDefault="00937297">
      <w:pPr>
        <w:rPr>
          <w:i/>
          <w:color w:val="6B6B6B"/>
          <w:sz w:val="21"/>
        </w:rPr>
      </w:pPr>
    </w:p>
    <w:p w14:paraId="3B8A6163" w14:textId="2B52F7BD" w:rsidR="000604C1" w:rsidRDefault="00BA7675">
      <w:r>
        <w:rPr>
          <w:i/>
          <w:color w:val="6B6B6B"/>
          <w:sz w:val="21"/>
        </w:rPr>
        <w:t>Mogući primjer rješenja:</w:t>
      </w:r>
    </w:p>
    <w:p w14:paraId="46C6ED8E" w14:textId="777757C8" w:rsidR="000604C1" w:rsidRDefault="00937297">
      <w:pPr>
        <w:spacing w:before="220"/>
        <w:jc w:val="center"/>
      </w:pPr>
      <w:r w:rsidRPr="00937297">
        <w:rPr>
          <w:noProof/>
        </w:rPr>
        <w:drawing>
          <wp:inline distT="0" distB="0" distL="0" distR="0" wp14:anchorId="386F9CB3" wp14:editId="6A6477C0">
            <wp:extent cx="4320000" cy="3240000"/>
            <wp:effectExtent l="0" t="0" r="4445" b="0"/>
            <wp:docPr id="141721567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215672" name=""/>
                    <pic:cNvPicPr/>
                  </pic:nvPicPr>
                  <pic:blipFill>
                    <a:blip r:embed="rId20"/>
                    <a:stretch>
                      <a:fillRect/>
                    </a:stretch>
                  </pic:blipFill>
                  <pic:spPr>
                    <a:xfrm>
                      <a:off x="0" y="0"/>
                      <a:ext cx="4320000" cy="3240000"/>
                    </a:xfrm>
                    <a:prstGeom prst="rect">
                      <a:avLst/>
                    </a:prstGeom>
                  </pic:spPr>
                </pic:pic>
              </a:graphicData>
            </a:graphic>
          </wp:inline>
        </w:drawing>
      </w:r>
    </w:p>
    <w:p w14:paraId="58942B37" w14:textId="77777777" w:rsidR="000604C1" w:rsidRDefault="00BA7675">
      <w:pPr>
        <w:keepNext/>
        <w:spacing w:before="100" w:after="40"/>
        <w:jc w:val="both"/>
      </w:pPr>
      <w:r>
        <w:rPr>
          <w:b/>
          <w:color w:val="C96A00"/>
          <w:sz w:val="26"/>
        </w:rPr>
        <w:t xml:space="preserve">Aktivnost 14: Jedan uzor – jedan prizor </w:t>
      </w:r>
      <w:r>
        <w:rPr>
          <w:i/>
          <w:color w:val="6B6B6B"/>
          <w:sz w:val="20"/>
        </w:rPr>
        <w:t>(individualni rad – crtanje bojicama, 8 minuta)</w:t>
      </w:r>
    </w:p>
    <w:p w14:paraId="474AB386" w14:textId="77777777" w:rsidR="000604C1" w:rsidRDefault="00BA7675">
      <w:pPr>
        <w:jc w:val="both"/>
      </w:pPr>
      <w:r>
        <w:t>Učenici će odabrati jednu osobu, napisati ime i nacrtati miran prizor služenja ili simbol njezina poslanja: propovijedanje, ispovijed i pomirenje, vjernost, pomoć žrtvama, briga za djecu ili rad s mladima. Ne crtaju nasilne pojedinosti.</w:t>
      </w:r>
    </w:p>
    <w:p w14:paraId="18F6E233" w14:textId="77777777" w:rsidR="00E23C04" w:rsidRDefault="00E23C04">
      <w:pPr>
        <w:jc w:val="both"/>
      </w:pPr>
    </w:p>
    <w:p w14:paraId="7285E9CB" w14:textId="1666FB39" w:rsidR="00E23C04" w:rsidRDefault="00E23C04">
      <w:pPr>
        <w:jc w:val="both"/>
      </w:pPr>
      <w:r>
        <w:t>Radni predložak:</w:t>
      </w:r>
    </w:p>
    <w:p w14:paraId="0F6F14C9" w14:textId="00D37CBE" w:rsidR="000604C1" w:rsidRDefault="00937297" w:rsidP="00E23C04">
      <w:pPr>
        <w:spacing w:before="220"/>
        <w:jc w:val="center"/>
      </w:pPr>
      <w:r w:rsidRPr="00937297">
        <w:rPr>
          <w:noProof/>
        </w:rPr>
        <w:drawing>
          <wp:inline distT="0" distB="0" distL="0" distR="0" wp14:anchorId="4C653B59" wp14:editId="755889E2">
            <wp:extent cx="4320000" cy="3240000"/>
            <wp:effectExtent l="0" t="0" r="4445" b="0"/>
            <wp:docPr id="64877408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74085" name=""/>
                    <pic:cNvPicPr/>
                  </pic:nvPicPr>
                  <pic:blipFill>
                    <a:blip r:embed="rId21"/>
                    <a:stretch>
                      <a:fillRect/>
                    </a:stretch>
                  </pic:blipFill>
                  <pic:spPr>
                    <a:xfrm>
                      <a:off x="0" y="0"/>
                      <a:ext cx="4320000" cy="3240000"/>
                    </a:xfrm>
                    <a:prstGeom prst="rect">
                      <a:avLst/>
                    </a:prstGeom>
                  </pic:spPr>
                </pic:pic>
              </a:graphicData>
            </a:graphic>
          </wp:inline>
        </w:drawing>
      </w:r>
    </w:p>
    <w:p w14:paraId="337D09E9" w14:textId="77777777" w:rsidR="000604C1" w:rsidRDefault="00BA7675">
      <w:r>
        <w:rPr>
          <w:i/>
          <w:color w:val="6B6B6B"/>
          <w:sz w:val="21"/>
        </w:rPr>
        <w:t>Mogući primjer rješenja:</w:t>
      </w:r>
    </w:p>
    <w:p w14:paraId="5EF1ED89" w14:textId="1DFD2CBB" w:rsidR="000604C1" w:rsidRDefault="00937297">
      <w:pPr>
        <w:spacing w:before="220"/>
        <w:jc w:val="center"/>
      </w:pPr>
      <w:r w:rsidRPr="00937297">
        <w:rPr>
          <w:noProof/>
        </w:rPr>
        <w:drawing>
          <wp:inline distT="0" distB="0" distL="0" distR="0" wp14:anchorId="14A9B29A" wp14:editId="3627C19B">
            <wp:extent cx="4320000" cy="3240000"/>
            <wp:effectExtent l="0" t="0" r="4445" b="0"/>
            <wp:docPr id="197486321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863210" name=""/>
                    <pic:cNvPicPr/>
                  </pic:nvPicPr>
                  <pic:blipFill>
                    <a:blip r:embed="rId22"/>
                    <a:stretch>
                      <a:fillRect/>
                    </a:stretch>
                  </pic:blipFill>
                  <pic:spPr>
                    <a:xfrm>
                      <a:off x="0" y="0"/>
                      <a:ext cx="4320000" cy="3240000"/>
                    </a:xfrm>
                    <a:prstGeom prst="rect">
                      <a:avLst/>
                    </a:prstGeom>
                  </pic:spPr>
                </pic:pic>
              </a:graphicData>
            </a:graphic>
          </wp:inline>
        </w:drawing>
      </w:r>
    </w:p>
    <w:p w14:paraId="02327BF6" w14:textId="77777777" w:rsidR="000604C1" w:rsidRDefault="00BA7675">
      <w:pPr>
        <w:keepNext/>
        <w:spacing w:before="100" w:after="40"/>
        <w:jc w:val="both"/>
      </w:pPr>
      <w:r>
        <w:rPr>
          <w:b/>
          <w:color w:val="C96A00"/>
          <w:sz w:val="26"/>
        </w:rPr>
        <w:t xml:space="preserve">Aktivnost 15: Poučna priča </w:t>
      </w:r>
      <w:r>
        <w:rPr>
          <w:i/>
          <w:color w:val="6B6B6B"/>
          <w:sz w:val="20"/>
        </w:rPr>
        <w:t>(frontalni rad i razgovor, 7 minuta)</w:t>
      </w:r>
    </w:p>
    <w:p w14:paraId="65CA4204" w14:textId="77777777" w:rsidR="000604C1" w:rsidRDefault="00BA7675">
      <w:pPr>
        <w:spacing w:after="220"/>
        <w:jc w:val="both"/>
      </w:pPr>
      <w:r>
        <w:rPr>
          <w:i/>
        </w:rPr>
        <w:t>Vjeroučitelj će pročitati poučnu priču.</w:t>
      </w:r>
    </w:p>
    <w:p w14:paraId="1B536F65" w14:textId="77777777" w:rsidR="000604C1" w:rsidRDefault="00BA7675">
      <w:pPr>
        <w:keepNext/>
        <w:jc w:val="both"/>
      </w:pPr>
      <w:r>
        <w:rPr>
          <w:b/>
        </w:rPr>
        <w:t>Premalen zadatak?</w:t>
      </w:r>
    </w:p>
    <w:p w14:paraId="6AE53B4C" w14:textId="77777777" w:rsidR="000604C1" w:rsidRDefault="00BA7675">
      <w:pPr>
        <w:jc w:val="both"/>
      </w:pPr>
      <w:r>
        <w:t>Marina je volontirala u gradskome centru za starije osobe. U početku je željela voditi velike radionice, ali je voditelj zamolio da jednom gospodinu samo čita novine jer je slabo vidio. Marina je mislila da je to premalen zadatak. Ipak je sjela i počela čitati. Gospodin ju je zaustavljao, postavljao pitanja i pričao o događajima iz mladosti. Nakon nekoliko susreta Marina je shvatila da mu nije najvažniji sadržaj novina, nego da ga netko strpljivo sluša. Kada ju je prijateljica upitala zašto troši vrijeme na</w:t>
      </w:r>
      <w:r>
        <w:t xml:space="preserve"> „obično čitanje“, odgovorila je: „Nije obično ako nekome vraća osjećaj da je važan.“ Marina nije promijenila cijeli grad, ali je naučila da različita služenja imaju istu vrijednost kada se čine s ljubavlju.</w:t>
      </w:r>
    </w:p>
    <w:p w14:paraId="7720C8FE" w14:textId="77777777" w:rsidR="000604C1" w:rsidRDefault="00BA7675">
      <w:pPr>
        <w:keepNext/>
        <w:spacing w:before="220"/>
        <w:jc w:val="both"/>
      </w:pPr>
      <w:r>
        <w:t>Razgovor:</w:t>
      </w:r>
    </w:p>
    <w:p w14:paraId="3FCBB82D" w14:textId="77777777" w:rsidR="000604C1" w:rsidRDefault="00BA7675" w:rsidP="00C2462A">
      <w:pPr>
        <w:pStyle w:val="Odlomakpopisa"/>
        <w:numPr>
          <w:ilvl w:val="0"/>
          <w:numId w:val="33"/>
        </w:numPr>
        <w:spacing w:after="20"/>
        <w:jc w:val="both"/>
      </w:pPr>
      <w:r>
        <w:t xml:space="preserve">Zašto je Marina u početku podcijenila zadatak? </w:t>
      </w:r>
      <w:r w:rsidRPr="00C2462A">
        <w:rPr>
          <w:color w:val="6B6B6B"/>
          <w:sz w:val="18"/>
        </w:rPr>
        <w:t>(Željela je nešto veće i vidljivije.)</w:t>
      </w:r>
    </w:p>
    <w:p w14:paraId="05657297" w14:textId="77777777" w:rsidR="000604C1" w:rsidRDefault="00BA7675" w:rsidP="00C2462A">
      <w:pPr>
        <w:pStyle w:val="Odlomakpopisa"/>
        <w:numPr>
          <w:ilvl w:val="0"/>
          <w:numId w:val="33"/>
        </w:numPr>
        <w:spacing w:after="20"/>
        <w:jc w:val="both"/>
      </w:pPr>
      <w:r>
        <w:t xml:space="preserve">Što je otkrila o služenju? </w:t>
      </w:r>
      <w:r w:rsidRPr="00C2462A">
        <w:rPr>
          <w:color w:val="6B6B6B"/>
          <w:sz w:val="18"/>
        </w:rPr>
        <w:t>(Da strpljiva prisutnost može biti velika pomoć iako izgleda jednostavno.)</w:t>
      </w:r>
    </w:p>
    <w:p w14:paraId="1FE9AEF9" w14:textId="77777777" w:rsidR="000604C1" w:rsidRDefault="00BA7675">
      <w:pPr>
        <w:spacing w:before="220"/>
        <w:jc w:val="both"/>
      </w:pPr>
      <w:r>
        <w:rPr>
          <w:b/>
        </w:rPr>
        <w:t xml:space="preserve">Pouka: </w:t>
      </w:r>
      <w:r>
        <w:t>Vjernost se ne mjeri veličinom uloge, nego ljubavlju i odgovornošću s kojom čovjek služi u okolnostima koje su mu povjerene.</w:t>
      </w:r>
    </w:p>
    <w:p w14:paraId="62EA4F10" w14:textId="77777777" w:rsidR="000604C1" w:rsidRDefault="00BA7675">
      <w:pPr>
        <w:keepNext/>
        <w:spacing w:before="100" w:after="40"/>
        <w:jc w:val="both"/>
      </w:pPr>
      <w:r>
        <w:rPr>
          <w:b/>
          <w:color w:val="C96A00"/>
          <w:sz w:val="26"/>
        </w:rPr>
        <w:t xml:space="preserve">Aktivnost 16: Zapišimo! </w:t>
      </w:r>
      <w:r>
        <w:rPr>
          <w:i/>
          <w:color w:val="6B6B6B"/>
          <w:sz w:val="20"/>
        </w:rPr>
        <w:t>(individualni rad uz zajedničku provjeru, 7 minuta)</w:t>
      </w:r>
    </w:p>
    <w:p w14:paraId="51E7F307" w14:textId="77777777" w:rsidR="000604C1" w:rsidRDefault="00BA7675">
      <w:pPr>
        <w:jc w:val="both"/>
      </w:pPr>
      <w:r>
        <w:t>Učenici će u bilježnici odgovoriti na četiri kratka pitanja punom rečenicom.</w:t>
      </w:r>
    </w:p>
    <w:p w14:paraId="4A6321B1" w14:textId="77777777" w:rsidR="000604C1" w:rsidRDefault="00BA7675">
      <w:pPr>
        <w:jc w:val="both"/>
      </w:pPr>
      <w:r>
        <w:rPr>
          <w:i/>
          <w:color w:val="6B6B6B"/>
          <w:sz w:val="21"/>
        </w:rPr>
        <w:t>Rješenje: 1. Nikola, Leopold i Marko. 2. Alojzije Stepinac. 3. Marija Petković i Ivan Merz. 4. Svi su različitim zvanjima i djelima ostali vjerni Isusu i služili ljudima.</w:t>
      </w:r>
    </w:p>
    <w:p w14:paraId="58106E72" w14:textId="77777777" w:rsidR="000604C1" w:rsidRDefault="000604C1">
      <w:pPr>
        <w:spacing w:after="220"/>
      </w:pPr>
    </w:p>
    <w:tbl>
      <w:tblPr>
        <w:tblW w:w="10658" w:type="dxa"/>
        <w:tblLayout w:type="fixed"/>
        <w:tblLook w:val="04A0" w:firstRow="1" w:lastRow="0" w:firstColumn="1" w:lastColumn="0" w:noHBand="0" w:noVBand="1"/>
      </w:tblPr>
      <w:tblGrid>
        <w:gridCol w:w="10658"/>
      </w:tblGrid>
      <w:tr w:rsidR="000604C1" w14:paraId="3486C471" w14:textId="77777777" w:rsidTr="00D00579">
        <w:tc>
          <w:tcPr>
            <w:tcW w:w="10658" w:type="dxa"/>
            <w:tcBorders>
              <w:top w:val="single" w:sz="5" w:space="0" w:color="A6A6A6"/>
              <w:left w:val="single" w:sz="5" w:space="0" w:color="A6A6A6"/>
              <w:bottom w:val="single" w:sz="5" w:space="0" w:color="A6A6A6"/>
              <w:right w:val="single" w:sz="5" w:space="0" w:color="A6A6A6"/>
            </w:tcBorders>
            <w:shd w:val="clear" w:color="auto" w:fill="FFF2CC"/>
            <w:tcMar>
              <w:top w:w="150" w:type="dxa"/>
              <w:left w:w="180" w:type="dxa"/>
              <w:bottom w:w="150" w:type="dxa"/>
              <w:right w:w="180" w:type="dxa"/>
            </w:tcMar>
          </w:tcPr>
          <w:p w14:paraId="096A01E1" w14:textId="77777777" w:rsidR="000604C1" w:rsidRDefault="00BA7675">
            <w:pPr>
              <w:spacing w:after="160"/>
              <w:jc w:val="center"/>
            </w:pPr>
            <w:r>
              <w:rPr>
                <w:b/>
                <w:color w:val="C96A00"/>
                <w:sz w:val="48"/>
              </w:rPr>
              <w:t>SVETCI MEĐU NAMA II.</w:t>
            </w:r>
          </w:p>
          <w:p w14:paraId="42D6CEE2" w14:textId="49B8B27F" w:rsidR="000604C1" w:rsidRDefault="00BA7675">
            <w:pPr>
              <w:spacing w:after="60"/>
              <w:jc w:val="both"/>
            </w:pPr>
            <w:r>
              <w:rPr>
                <w:sz w:val="48"/>
              </w:rPr>
              <w:t>1. Ko</w:t>
            </w:r>
            <w:r w:rsidR="00230AE7">
              <w:rPr>
                <w:sz w:val="48"/>
              </w:rPr>
              <w:t>liko ih ima i kako se zovu hrvatski svetci</w:t>
            </w:r>
            <w:r>
              <w:rPr>
                <w:sz w:val="48"/>
              </w:rPr>
              <w:t>?</w:t>
            </w:r>
          </w:p>
          <w:p w14:paraId="45CB8C24" w14:textId="06B66160" w:rsidR="000604C1" w:rsidRDefault="00BA7675">
            <w:pPr>
              <w:spacing w:after="60"/>
              <w:jc w:val="both"/>
            </w:pPr>
            <w:r>
              <w:rPr>
                <w:sz w:val="48"/>
              </w:rPr>
              <w:t xml:space="preserve">2. Tko se </w:t>
            </w:r>
            <w:r w:rsidR="00230AE7">
              <w:rPr>
                <w:sz w:val="48"/>
              </w:rPr>
              <w:t xml:space="preserve">od njih </w:t>
            </w:r>
            <w:r>
              <w:rPr>
                <w:sz w:val="48"/>
              </w:rPr>
              <w:t>zauzimao za žrtve rata?</w:t>
            </w:r>
          </w:p>
          <w:p w14:paraId="2CCC2B54" w14:textId="77777777" w:rsidR="000604C1" w:rsidRDefault="00BA7675">
            <w:pPr>
              <w:spacing w:after="60"/>
              <w:jc w:val="both"/>
            </w:pPr>
            <w:r>
              <w:rPr>
                <w:sz w:val="48"/>
              </w:rPr>
              <w:t>3. Tko je osobito služio djeci i mladima?</w:t>
            </w:r>
          </w:p>
          <w:p w14:paraId="2FA6FEB9" w14:textId="77777777" w:rsidR="000604C1" w:rsidRDefault="00BA7675">
            <w:pPr>
              <w:spacing w:after="60"/>
              <w:jc w:val="both"/>
            </w:pPr>
            <w:r>
              <w:rPr>
                <w:sz w:val="48"/>
              </w:rPr>
              <w:t>4. Što povezuje svih šest životnih putova?</w:t>
            </w:r>
          </w:p>
        </w:tc>
      </w:tr>
    </w:tbl>
    <w:p w14:paraId="312AF699" w14:textId="77777777" w:rsidR="000604C1" w:rsidRDefault="00BA7675">
      <w:pPr>
        <w:keepNext/>
        <w:spacing w:before="100" w:after="40"/>
        <w:jc w:val="both"/>
      </w:pPr>
      <w:r>
        <w:rPr>
          <w:b/>
          <w:color w:val="C96A00"/>
          <w:sz w:val="26"/>
        </w:rPr>
        <w:t xml:space="preserve">Aktivnost 17: Radna bilježnica </w:t>
      </w:r>
      <w:r>
        <w:rPr>
          <w:i/>
          <w:color w:val="6B6B6B"/>
          <w:sz w:val="20"/>
        </w:rPr>
        <w:t>(individualni rad uz zajedničku provjeru, približno 10 minuta)</w:t>
      </w:r>
    </w:p>
    <w:p w14:paraId="5843135D" w14:textId="77777777" w:rsidR="000604C1" w:rsidRDefault="00BA7675">
      <w:pPr>
        <w:jc w:val="both"/>
      </w:pPr>
      <w:r>
        <w:t>Učenici će uz pomoć vjeroučitelja rješavati RB, str. 85–86 (mogu biti i odabrani zadatci po želji).</w:t>
      </w:r>
    </w:p>
    <w:p w14:paraId="204AB113" w14:textId="77777777" w:rsidR="000604C1" w:rsidRDefault="00BA7675">
      <w:pPr>
        <w:keepNext/>
        <w:spacing w:before="100" w:after="40"/>
        <w:jc w:val="both"/>
      </w:pPr>
      <w:r>
        <w:rPr>
          <w:b/>
          <w:color w:val="C96A00"/>
          <w:sz w:val="26"/>
        </w:rPr>
        <w:t xml:space="preserve">Aktivnost 18: Formativna provjera </w:t>
      </w:r>
      <w:r>
        <w:rPr>
          <w:i/>
          <w:color w:val="6B6B6B"/>
          <w:sz w:val="20"/>
        </w:rPr>
        <w:t>(individualni rad i kratka zajednička provjera, 5 minuta)</w:t>
      </w:r>
    </w:p>
    <w:p w14:paraId="6C77FB05" w14:textId="40030062" w:rsidR="000604C1" w:rsidRDefault="00BA7675">
      <w:pPr>
        <w:jc w:val="both"/>
      </w:pPr>
      <w:r>
        <w:t xml:space="preserve">Učenici će uz svako ime </w:t>
      </w:r>
      <w:r w:rsidR="00230AE7">
        <w:t>izreć</w:t>
      </w:r>
      <w:r>
        <w:t>i samo jednu ključnu riječ. Zatim vjeroučitelj čita rješenja.</w:t>
      </w:r>
    </w:p>
    <w:p w14:paraId="51E5D5D8" w14:textId="77777777" w:rsidR="000604C1" w:rsidRDefault="00BA7675">
      <w:pPr>
        <w:keepNext/>
        <w:jc w:val="both"/>
      </w:pPr>
      <w:r>
        <w:t>Razgovor:</w:t>
      </w:r>
    </w:p>
    <w:p w14:paraId="79499003" w14:textId="77777777" w:rsidR="000604C1" w:rsidRDefault="00BA7675">
      <w:pPr>
        <w:pStyle w:val="Odlomakpopisa"/>
        <w:numPr>
          <w:ilvl w:val="0"/>
          <w:numId w:val="14"/>
        </w:numPr>
        <w:spacing w:after="20"/>
        <w:ind w:left="442" w:hanging="283"/>
        <w:jc w:val="both"/>
      </w:pPr>
      <w:r>
        <w:t xml:space="preserve">Nikola Tavelić </w:t>
      </w:r>
      <w:r>
        <w:rPr>
          <w:color w:val="6B6B6B"/>
          <w:sz w:val="18"/>
        </w:rPr>
        <w:t>(hrabrost / mučenik / franjevac.)</w:t>
      </w:r>
    </w:p>
    <w:p w14:paraId="1626CD69" w14:textId="77777777" w:rsidR="000604C1" w:rsidRDefault="00BA7675">
      <w:pPr>
        <w:pStyle w:val="Odlomakpopisa"/>
        <w:numPr>
          <w:ilvl w:val="0"/>
          <w:numId w:val="14"/>
        </w:numPr>
        <w:spacing w:after="20"/>
        <w:ind w:left="442" w:hanging="283"/>
        <w:jc w:val="both"/>
      </w:pPr>
      <w:r>
        <w:t xml:space="preserve">Leopold Bogdan Mandić </w:t>
      </w:r>
      <w:r>
        <w:rPr>
          <w:color w:val="6B6B6B"/>
          <w:sz w:val="18"/>
        </w:rPr>
        <w:t>(ispovijed / pomirenje / jedinstvo.)</w:t>
      </w:r>
    </w:p>
    <w:p w14:paraId="69A2F49B" w14:textId="77777777" w:rsidR="000604C1" w:rsidRDefault="00BA7675">
      <w:pPr>
        <w:pStyle w:val="Odlomakpopisa"/>
        <w:numPr>
          <w:ilvl w:val="0"/>
          <w:numId w:val="14"/>
        </w:numPr>
        <w:spacing w:after="20"/>
        <w:ind w:left="442" w:hanging="283"/>
        <w:jc w:val="both"/>
      </w:pPr>
      <w:r>
        <w:t xml:space="preserve">Marko Križevčanin </w:t>
      </w:r>
      <w:r>
        <w:rPr>
          <w:color w:val="6B6B6B"/>
          <w:sz w:val="18"/>
        </w:rPr>
        <w:t>(vjernost / mučenik.)</w:t>
      </w:r>
    </w:p>
    <w:p w14:paraId="2B8ED8BE" w14:textId="77777777" w:rsidR="000604C1" w:rsidRDefault="00BA7675">
      <w:pPr>
        <w:pStyle w:val="Odlomakpopisa"/>
        <w:numPr>
          <w:ilvl w:val="0"/>
          <w:numId w:val="14"/>
        </w:numPr>
        <w:spacing w:after="20"/>
        <w:ind w:left="442" w:hanging="283"/>
        <w:jc w:val="both"/>
      </w:pPr>
      <w:r>
        <w:t xml:space="preserve">Alojzije Stepinac </w:t>
      </w:r>
      <w:r>
        <w:rPr>
          <w:color w:val="6B6B6B"/>
          <w:sz w:val="18"/>
        </w:rPr>
        <w:t>(pravednost / žrtve rata.)</w:t>
      </w:r>
    </w:p>
    <w:p w14:paraId="221DC339" w14:textId="77777777" w:rsidR="000604C1" w:rsidRDefault="00BA7675">
      <w:pPr>
        <w:pStyle w:val="Odlomakpopisa"/>
        <w:numPr>
          <w:ilvl w:val="0"/>
          <w:numId w:val="14"/>
        </w:numPr>
        <w:spacing w:after="20"/>
        <w:ind w:left="442" w:hanging="283"/>
        <w:jc w:val="both"/>
      </w:pPr>
      <w:r>
        <w:t xml:space="preserve">Marija Petković </w:t>
      </w:r>
      <w:r>
        <w:rPr>
          <w:color w:val="6B6B6B"/>
          <w:sz w:val="18"/>
        </w:rPr>
        <w:t>(milosrđe / siromašni / djeca.)</w:t>
      </w:r>
    </w:p>
    <w:p w14:paraId="6AD71F25" w14:textId="77777777" w:rsidR="000604C1" w:rsidRDefault="00BA7675">
      <w:pPr>
        <w:pStyle w:val="Odlomakpopisa"/>
        <w:numPr>
          <w:ilvl w:val="0"/>
          <w:numId w:val="14"/>
        </w:numPr>
        <w:spacing w:after="20"/>
        <w:ind w:left="442" w:hanging="283"/>
        <w:jc w:val="both"/>
      </w:pPr>
      <w:r>
        <w:t xml:space="preserve">Ivan Merz </w:t>
      </w:r>
      <w:r>
        <w:rPr>
          <w:color w:val="6B6B6B"/>
          <w:sz w:val="18"/>
        </w:rPr>
        <w:t>(mladi / profesor / laik.)</w:t>
      </w:r>
    </w:p>
    <w:p w14:paraId="59D2CC8B" w14:textId="77777777" w:rsidR="000604C1" w:rsidRDefault="00BA7675">
      <w:pPr>
        <w:keepNext/>
        <w:spacing w:before="100" w:after="40"/>
        <w:jc w:val="both"/>
      </w:pPr>
      <w:r>
        <w:rPr>
          <w:b/>
          <w:color w:val="C96A00"/>
          <w:sz w:val="26"/>
        </w:rPr>
        <w:t xml:space="preserve">Aktivnost 19: Digitalni zadatci </w:t>
      </w:r>
      <w:r>
        <w:rPr>
          <w:i/>
          <w:color w:val="6B6B6B"/>
          <w:sz w:val="20"/>
        </w:rPr>
        <w:t>(individualni rad ili rad u paru, 10 minuta)</w:t>
      </w:r>
    </w:p>
    <w:p w14:paraId="06FDE550" w14:textId="77777777" w:rsidR="000604C1" w:rsidRDefault="00BA7675">
      <w:pPr>
        <w:jc w:val="both"/>
      </w:pPr>
      <w:r>
        <w:t>Učenici će u paru odabrati jedan od triju videozapisa iz Aktivnosti 1. Nakon ponovnoga gledanja izdvajaju 3 činjenice, 2 vrednote i 1 pitanje koje bi postavili prikazanoj osobi. Izvještavaju u najviše jednoj minuti.</w:t>
      </w:r>
    </w:p>
    <w:p w14:paraId="5552E85B" w14:textId="77777777" w:rsidR="000604C1" w:rsidRDefault="00BA7675">
      <w:pPr>
        <w:spacing w:before="100"/>
      </w:pPr>
      <w:r>
        <w:rPr>
          <w:b/>
        </w:rPr>
        <w:t>sv. Nikola Tavelić</w:t>
      </w:r>
    </w:p>
    <w:p w14:paraId="68A8D109" w14:textId="1271AE42" w:rsidR="000604C1" w:rsidRDefault="00230AE7">
      <w:pPr>
        <w:spacing w:before="220"/>
      </w:pPr>
      <w:r>
        <w:rPr>
          <w:rFonts w:asciiTheme="minorHAnsi" w:eastAsia="Times New Roman" w:hAnsiTheme="minorHAnsi" w:cstheme="minorHAnsi"/>
          <w:noProof/>
          <w:lang w:eastAsia="hr-HR"/>
        </w:rPr>
        <w:drawing>
          <wp:inline distT="0" distB="0" distL="0" distR="0" wp14:anchorId="2E36CECD" wp14:editId="07A86A7D">
            <wp:extent cx="2401200" cy="1800000"/>
            <wp:effectExtent l="0" t="0" r="0" b="0"/>
            <wp:docPr id="65461154" name="Videozapis 1" descr="Katolički kalendar 14.11.2016. - Sveti Nikola Tavelić">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104473" name="Videozapis 1" descr="Katolički kalendar 14.11.2016. - Sveti Nikola Tavelić">
                      <a:hlinkClick r:id="rId8"/>
                    </pic:cNvPr>
                    <pic:cNvPicPr/>
                  </pic:nvPicPr>
                  <pic:blipFill>
                    <a:blip r:embed="rId9">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ZG5pR68ntnc?start=23&amp;feature=oembed&quot; frameborder=&quot;0&quot; allow=&quot;accelerometer; autoplay; clipboard-write; encrypted-media; gyroscope; picture-in-picture; web-share&quot; referrerpolicy=&quot;strict-origin-when-cross-origin&quot; allowfullscreen=&quot;&quot; title=&quot;Katolički kalendar 14.11.2016. - Sveti Nikola Tavelić&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hyperlink r:id="rId23"/>
    </w:p>
    <w:p w14:paraId="2F682847" w14:textId="77777777" w:rsidR="000604C1" w:rsidRDefault="00BA7675">
      <w:pPr>
        <w:spacing w:before="100"/>
      </w:pPr>
      <w:r>
        <w:rPr>
          <w:b/>
        </w:rPr>
        <w:t>sv. Leopold Bogdan Mandić</w:t>
      </w:r>
    </w:p>
    <w:p w14:paraId="49DDF5BF" w14:textId="535DEE2D" w:rsidR="000604C1" w:rsidRDefault="00230AE7">
      <w:pPr>
        <w:spacing w:before="220"/>
      </w:pPr>
      <w:r>
        <w:rPr>
          <w:rFonts w:asciiTheme="minorHAnsi" w:eastAsia="Times New Roman" w:hAnsiTheme="minorHAnsi" w:cstheme="minorHAnsi"/>
          <w:noProof/>
          <w:lang w:eastAsia="hr-HR"/>
        </w:rPr>
        <w:drawing>
          <wp:inline distT="0" distB="0" distL="0" distR="0" wp14:anchorId="55872244" wp14:editId="3C3A7673">
            <wp:extent cx="2401200" cy="1800000"/>
            <wp:effectExtent l="0" t="0" r="0" b="0"/>
            <wp:docPr id="1834435784" name="Videozapis 2" descr="Katolički kalendar 12.5.2016. - Sveti Leopold Bogdan Mandić">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91450" name="Videozapis 2" descr="Katolički kalendar 12.5.2016. - Sveti Leopold Bogdan Mandić">
                      <a:hlinkClick r:id="rId11"/>
                    </pic:cNvPr>
                    <pic:cNvPicPr/>
                  </pic:nvPicPr>
                  <pic:blipFill>
                    <a:blip r:embed="rId1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v-gwrJ0KShM?start=20&amp;feature=oembed&quot; frameborder=&quot;0&quot; allow=&quot;accelerometer; autoplay; clipboard-write; encrypted-media; gyroscope; picture-in-picture; web-share&quot; referrerpolicy=&quot;strict-origin-when-cross-origin&quot; allowfullscreen=&quot;&quot; title=&quot;Katolički kalendar 12.5.2016. - Sveti Leopold Bogdan Mandić&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hyperlink r:id="rId24"/>
    </w:p>
    <w:p w14:paraId="632984F0" w14:textId="77777777" w:rsidR="000604C1" w:rsidRDefault="00BA7675">
      <w:pPr>
        <w:spacing w:before="100"/>
      </w:pPr>
      <w:r>
        <w:rPr>
          <w:b/>
        </w:rPr>
        <w:t>sv. Marko Križevčanin</w:t>
      </w:r>
    </w:p>
    <w:p w14:paraId="4ADDE240" w14:textId="2470084C" w:rsidR="000604C1" w:rsidRDefault="00230AE7">
      <w:pPr>
        <w:spacing w:before="220"/>
      </w:pPr>
      <w:r>
        <w:rPr>
          <w:rFonts w:asciiTheme="minorHAnsi" w:eastAsia="Times New Roman" w:hAnsiTheme="minorHAnsi" w:cstheme="minorHAnsi"/>
          <w:noProof/>
          <w:lang w:eastAsia="hr-HR"/>
        </w:rPr>
        <w:drawing>
          <wp:inline distT="0" distB="0" distL="0" distR="0" wp14:anchorId="78FB14A9" wp14:editId="53549B6B">
            <wp:extent cx="2401200" cy="1800000"/>
            <wp:effectExtent l="0" t="0" r="0" b="0"/>
            <wp:docPr id="1474388626" name="Videozapis 3" descr="Katolički kalendar 7.9.2016. - Sveti Marko Križevčani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07181" name="Videozapis 3" descr="Katolički kalendar 7.9.2016. - Sveti Marko Križevčanin">
                      <a:hlinkClick r:id="rId14"/>
                    </pic:cNvPr>
                    <pic:cNvPicPr/>
                  </pic:nvPicPr>
                  <pic:blipFill>
                    <a:blip r:embed="rId15">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MpFJv5ix8Ps?start=20&amp;feature=oembed&quot; frameborder=&quot;0&quot; allow=&quot;accelerometer; autoplay; clipboard-write; encrypted-media; gyroscope; picture-in-picture; web-share&quot; referrerpolicy=&quot;strict-origin-when-cross-origin&quot; allowfullscreen=&quot;&quot; title=&quot;Katolički kalendar 7.9.2016. - Sveti Marko Križevčanin&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hyperlink r:id="rId25"/>
    </w:p>
    <w:p w14:paraId="3D3D7CC7" w14:textId="77777777" w:rsidR="000604C1" w:rsidRDefault="00BA7675">
      <w:pPr>
        <w:spacing w:before="220"/>
        <w:jc w:val="both"/>
      </w:pPr>
      <w:r>
        <w:rPr>
          <w:b/>
        </w:rPr>
        <w:t xml:space="preserve">Nedigitalna alternativa: </w:t>
      </w:r>
      <w:r>
        <w:t>Parovi će iz šest životopisnih tekstova sa str. 59 odabrati jednu osobu i izraditi bilješku 3 činjenice – 2 vrednote – 1 pitanje. Svi potrebni tekstovi nalaze se u Aktivnosti 1.</w:t>
      </w:r>
    </w:p>
    <w:p w14:paraId="7AE8BBBA" w14:textId="77777777" w:rsidR="000604C1" w:rsidRDefault="00BA7675">
      <w:pPr>
        <w:keepNext/>
        <w:spacing w:before="100" w:after="40"/>
        <w:jc w:val="both"/>
      </w:pPr>
      <w:r>
        <w:rPr>
          <w:b/>
          <w:color w:val="C96A00"/>
          <w:sz w:val="26"/>
        </w:rPr>
        <w:t xml:space="preserve">Aktivnost 20: Mikropauza </w:t>
      </w:r>
      <w:r>
        <w:rPr>
          <w:i/>
          <w:color w:val="6B6B6B"/>
          <w:sz w:val="20"/>
        </w:rPr>
        <w:t>(frontalni rad, 2 minute)</w:t>
      </w:r>
    </w:p>
    <w:p w14:paraId="4D76BBD1" w14:textId="77777777" w:rsidR="000604C1" w:rsidRDefault="00BA7675">
      <w:pPr>
        <w:jc w:val="both"/>
      </w:pPr>
      <w:r>
        <w:t>Vjeroučitelj je koristi po želji u bilo kojem trenutku sata kada opadne koncentracija učenika. To može biti vic, zagonetka, pitalica, kratka šetnja po razredu, pokret ili druga pristojna aktivnost nevezana uz vjeronaučno gradivo.</w:t>
      </w:r>
    </w:p>
    <w:p w14:paraId="5F101478" w14:textId="77777777" w:rsidR="000604C1" w:rsidRDefault="000604C1" w:rsidP="00A46DDA"/>
    <w:p w14:paraId="06EE2DBE" w14:textId="77777777" w:rsidR="000604C1" w:rsidRDefault="00BA7675">
      <w:r>
        <w:rPr>
          <w:color w:val="7030A0"/>
        </w:rPr>
        <w:t>Učenici će u tišini pronaći pravilo niza i na prste pokazati broj koji nedostaje. Nakon zajedničke provjere svi spuste ruke i mirno nastave rad.</w:t>
      </w:r>
    </w:p>
    <w:p w14:paraId="7A5D85F2" w14:textId="77777777" w:rsidR="000604C1" w:rsidRDefault="00BA7675">
      <w:pPr>
        <w:spacing w:before="220"/>
        <w:jc w:val="center"/>
      </w:pPr>
      <w:r>
        <w:rPr>
          <w:noProof/>
        </w:rPr>
        <w:drawing>
          <wp:inline distT="0" distB="0" distL="0" distR="0" wp14:anchorId="0C54A3AD" wp14:editId="2617CE8F">
            <wp:extent cx="5940000" cy="198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kro59.png"/>
                    <pic:cNvPicPr/>
                  </pic:nvPicPr>
                  <pic:blipFill>
                    <a:blip r:embed="rId26"/>
                    <a:stretch>
                      <a:fillRect/>
                    </a:stretch>
                  </pic:blipFill>
                  <pic:spPr>
                    <a:xfrm>
                      <a:off x="0" y="0"/>
                      <a:ext cx="5940000" cy="1980000"/>
                    </a:xfrm>
                    <a:prstGeom prst="rect">
                      <a:avLst/>
                    </a:prstGeom>
                  </pic:spPr>
                </pic:pic>
              </a:graphicData>
            </a:graphic>
          </wp:inline>
        </w:drawing>
      </w:r>
    </w:p>
    <w:p w14:paraId="70E89065" w14:textId="77777777" w:rsidR="000604C1" w:rsidRDefault="000604C1">
      <w:pPr>
        <w:spacing w:after="440"/>
      </w:pPr>
    </w:p>
    <w:tbl>
      <w:tblPr>
        <w:tblW w:w="10658" w:type="dxa"/>
        <w:tblBorders>
          <w:top w:val="single" w:sz="2" w:space="0" w:color="00B050"/>
          <w:left w:val="single" w:sz="2" w:space="0" w:color="00B050"/>
          <w:bottom w:val="single" w:sz="2" w:space="0" w:color="00B050"/>
          <w:right w:val="single" w:sz="2" w:space="0" w:color="00B050"/>
        </w:tblBorders>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58"/>
      </w:tblGrid>
      <w:tr w:rsidR="000604C1" w14:paraId="6696B864" w14:textId="77777777" w:rsidTr="001A036B">
        <w:trPr>
          <w:cantSplit/>
        </w:trPr>
        <w:tc>
          <w:tcPr>
            <w:tcW w:w="10658" w:type="dxa"/>
            <w:shd w:val="clear" w:color="auto" w:fill="00B050"/>
            <w:tcMar>
              <w:top w:w="90" w:type="dxa"/>
              <w:left w:w="140" w:type="dxa"/>
              <w:bottom w:w="90" w:type="dxa"/>
              <w:right w:w="140" w:type="dxa"/>
            </w:tcMar>
            <w:vAlign w:val="center"/>
          </w:tcPr>
          <w:p w14:paraId="24F859B8" w14:textId="6D0A766F" w:rsidR="000604C1" w:rsidRDefault="001A036B" w:rsidP="001A036B">
            <w:r w:rsidRPr="001A036B">
              <w:rPr>
                <w:rFonts w:cs="Calibri"/>
                <w:b/>
                <w:color w:val="FFFFFF"/>
                <w:sz w:val="32"/>
              </w:rPr>
              <w:t xml:space="preserve">III. ZAVRŠNI DIO – IZRAZI </w:t>
            </w:r>
            <w:r w:rsidRPr="001A036B">
              <w:rPr>
                <w:rFonts w:cs="Calibri"/>
                <w:color w:val="FFFFFF"/>
                <w:sz w:val="20"/>
              </w:rPr>
              <w:t>(približno 7–10 minuta)</w:t>
            </w:r>
          </w:p>
        </w:tc>
      </w:tr>
    </w:tbl>
    <w:p w14:paraId="3F2CB848" w14:textId="77777777" w:rsidR="000604C1" w:rsidRDefault="00BA7675">
      <w:pPr>
        <w:keepNext/>
        <w:spacing w:before="60" w:after="40"/>
        <w:jc w:val="both"/>
      </w:pPr>
      <w:r>
        <w:rPr>
          <w:b/>
          <w:color w:val="C96A00"/>
          <w:sz w:val="26"/>
        </w:rPr>
        <w:t>Aktualizacija:</w:t>
      </w:r>
    </w:p>
    <w:p w14:paraId="31A687D6" w14:textId="77777777" w:rsidR="000604C1" w:rsidRDefault="00BA7675">
      <w:pPr>
        <w:keepNext/>
        <w:jc w:val="both"/>
      </w:pPr>
      <w:r>
        <w:t>Razgovor:</w:t>
      </w:r>
    </w:p>
    <w:p w14:paraId="5CB5E2E0" w14:textId="77777777" w:rsidR="000604C1" w:rsidRDefault="00BA7675" w:rsidP="00937297">
      <w:pPr>
        <w:pStyle w:val="Odlomakpopisa"/>
        <w:numPr>
          <w:ilvl w:val="0"/>
          <w:numId w:val="34"/>
        </w:numPr>
        <w:spacing w:after="20"/>
        <w:jc w:val="both"/>
      </w:pPr>
      <w:r>
        <w:t xml:space="preserve">Koji od šest putova najjasnije pokazuje da laik može biti svet? </w:t>
      </w:r>
      <w:r w:rsidRPr="00937297">
        <w:rPr>
          <w:color w:val="6B6B6B"/>
          <w:sz w:val="18"/>
        </w:rPr>
        <w:t>(Život blaženoga Ivana Merza, profesora i vjernika laika.)</w:t>
      </w:r>
    </w:p>
    <w:p w14:paraId="48CD85D0" w14:textId="77777777" w:rsidR="000604C1" w:rsidRDefault="00BA7675" w:rsidP="00937297">
      <w:pPr>
        <w:pStyle w:val="Odlomakpopisa"/>
        <w:numPr>
          <w:ilvl w:val="0"/>
          <w:numId w:val="34"/>
        </w:numPr>
        <w:spacing w:after="20"/>
        <w:jc w:val="both"/>
      </w:pPr>
      <w:r>
        <w:t xml:space="preserve">Kako se vjernost može pokazati bez velikih i javnih djela? </w:t>
      </w:r>
      <w:r w:rsidRPr="00937297">
        <w:rPr>
          <w:color w:val="6B6B6B"/>
          <w:sz w:val="18"/>
        </w:rPr>
        <w:t>(Strpljivim služenjem, poštenim radom, brigom za potrebne i hrabrim izborom dobra.)</w:t>
      </w:r>
    </w:p>
    <w:p w14:paraId="0F935F9F" w14:textId="77777777" w:rsidR="000604C1" w:rsidRDefault="00BA7675" w:rsidP="00937297">
      <w:pPr>
        <w:pStyle w:val="Odlomakpopisa"/>
        <w:numPr>
          <w:ilvl w:val="0"/>
          <w:numId w:val="34"/>
        </w:numPr>
        <w:spacing w:after="20"/>
        <w:jc w:val="both"/>
      </w:pPr>
      <w:r>
        <w:t xml:space="preserve">Koju vrednotu jednoga uzora možemo prenijeti u razred ili obitelj? </w:t>
      </w:r>
      <w:r w:rsidRPr="00937297">
        <w:rPr>
          <w:color w:val="6B6B6B"/>
          <w:sz w:val="18"/>
        </w:rPr>
        <w:t>(Pomirenje, milosrđe, pravednost, hrabrost, vjernost ili brigu za mlade.)</w:t>
      </w:r>
    </w:p>
    <w:p w14:paraId="23C80F2F" w14:textId="77777777" w:rsidR="000604C1" w:rsidRDefault="00BA7675">
      <w:pPr>
        <w:keepNext/>
        <w:spacing w:before="60" w:after="40"/>
        <w:jc w:val="both"/>
      </w:pPr>
      <w:r>
        <w:rPr>
          <w:b/>
          <w:color w:val="C96A00"/>
          <w:sz w:val="26"/>
        </w:rPr>
        <w:t>Sinteza:</w:t>
      </w:r>
    </w:p>
    <w:p w14:paraId="4CFB4F4C" w14:textId="77777777" w:rsidR="000604C1" w:rsidRDefault="00BA7675">
      <w:pPr>
        <w:jc w:val="both"/>
      </w:pPr>
      <w:r>
        <w:t>Učenici će oblikovati „šesterokraki odgovor“: svaki krak nosi jedno ime, jednu vrednotu i jedan glagol. Završavaju zajedničkom rečenicom: „Različiti putovi – ista vjernost Isusu.“</w:t>
      </w:r>
    </w:p>
    <w:p w14:paraId="46B48B7E" w14:textId="77777777" w:rsidR="00937297" w:rsidRDefault="00937297">
      <w:pPr>
        <w:jc w:val="both"/>
      </w:pPr>
    </w:p>
    <w:tbl>
      <w:tblPr>
        <w:tblW w:w="10658" w:type="dxa"/>
        <w:tblLayout w:type="fixed"/>
        <w:tblLook w:val="04A0" w:firstRow="1" w:lastRow="0" w:firstColumn="1" w:lastColumn="0" w:noHBand="0" w:noVBand="1"/>
      </w:tblPr>
      <w:tblGrid>
        <w:gridCol w:w="10658"/>
      </w:tblGrid>
      <w:tr w:rsidR="000604C1" w14:paraId="7708C42C" w14:textId="77777777">
        <w:tc>
          <w:tcPr>
            <w:tcW w:w="10658" w:type="dxa"/>
            <w:tcBorders>
              <w:top w:val="single" w:sz="5" w:space="0" w:color="A6A6A6"/>
              <w:left w:val="single" w:sz="5" w:space="0" w:color="A6A6A6"/>
              <w:bottom w:val="single" w:sz="5" w:space="0" w:color="A6A6A6"/>
              <w:right w:val="single" w:sz="5" w:space="0" w:color="A6A6A6"/>
            </w:tcBorders>
            <w:shd w:val="clear" w:color="auto" w:fill="F1ECF7"/>
            <w:tcMar>
              <w:top w:w="100" w:type="dxa"/>
              <w:left w:w="140" w:type="dxa"/>
              <w:bottom w:w="100" w:type="dxa"/>
              <w:right w:w="140" w:type="dxa"/>
            </w:tcMar>
          </w:tcPr>
          <w:p w14:paraId="601DEC8D" w14:textId="77777777" w:rsidR="000604C1" w:rsidRDefault="00BA7675">
            <w:pPr>
              <w:jc w:val="both"/>
            </w:pPr>
            <w:r>
              <w:rPr>
                <w:b/>
                <w:color w:val="C96A00"/>
                <w:sz w:val="21"/>
              </w:rPr>
              <w:t xml:space="preserve">Zaključak vjeroučitelja: </w:t>
            </w:r>
            <w:r>
              <w:rPr>
                <w:sz w:val="21"/>
              </w:rPr>
              <w:t>Različiti životni putovi hrvatskih svetaca i blaženika pokazuju da se vjernost Isusu živi kao hrabrost, pomirenje, pravednost, milosrđe i odgojni rad. Zato na pitanje „Kako različiti životni putovi hrvatskih svetaca i blaženika pokazuju da se vjernost Isusu može živjeti u različitim zvanjima i okolnostima?“ odgovaramo: svetost nije jedna profesija ili okolnost, nego vjeran odgovor Kristu ondje gdje je čovjek pozvan služiti.</w:t>
            </w:r>
          </w:p>
        </w:tc>
      </w:tr>
    </w:tbl>
    <w:p w14:paraId="265ABBDB" w14:textId="77777777" w:rsidR="000604C1" w:rsidRDefault="00BA7675">
      <w:pPr>
        <w:keepNext/>
        <w:spacing w:before="60" w:after="40"/>
        <w:jc w:val="both"/>
      </w:pPr>
      <w:r>
        <w:rPr>
          <w:b/>
          <w:color w:val="C96A00"/>
          <w:sz w:val="26"/>
        </w:rPr>
        <w:t>Samovrednovanje:</w:t>
      </w:r>
    </w:p>
    <w:p w14:paraId="01E57B62" w14:textId="77777777" w:rsidR="000604C1" w:rsidRDefault="00BA7675">
      <w:pPr>
        <w:jc w:val="both"/>
      </w:pPr>
      <w:r>
        <w:t>Učenici će odabrati putokaz koji najbolje opisuje njihovo razumijevanje šest osoba i zajedničke poruke. Izbor mogu pokazati diskretno znakovima ?, → ili ✓ na papiriću ili prstima 1, 2 ili 3.</w:t>
      </w:r>
    </w:p>
    <w:p w14:paraId="5BBB0244" w14:textId="1C3C80DD" w:rsidR="000604C1" w:rsidRDefault="00937297" w:rsidP="00937297">
      <w:pPr>
        <w:spacing w:before="220"/>
      </w:pPr>
      <w:r w:rsidRPr="00937297">
        <w:rPr>
          <w:noProof/>
        </w:rPr>
        <w:drawing>
          <wp:inline distT="0" distB="0" distL="0" distR="0" wp14:anchorId="58286444" wp14:editId="6FCF701F">
            <wp:extent cx="3603600" cy="2520000"/>
            <wp:effectExtent l="0" t="0" r="0" b="0"/>
            <wp:docPr id="166007758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077585" name=""/>
                    <pic:cNvPicPr/>
                  </pic:nvPicPr>
                  <pic:blipFill rotWithShape="1">
                    <a:blip r:embed="rId27"/>
                    <a:srcRect b="6753"/>
                    <a:stretch>
                      <a:fillRect/>
                    </a:stretch>
                  </pic:blipFill>
                  <pic:spPr bwMode="auto">
                    <a:xfrm>
                      <a:off x="0" y="0"/>
                      <a:ext cx="3603600" cy="2520000"/>
                    </a:xfrm>
                    <a:prstGeom prst="rect">
                      <a:avLst/>
                    </a:prstGeom>
                    <a:ln>
                      <a:noFill/>
                    </a:ln>
                    <a:extLst>
                      <a:ext uri="{53640926-AAD7-44D8-BBD7-CCE9431645EC}">
                        <a14:shadowObscured xmlns:a14="http://schemas.microsoft.com/office/drawing/2010/main"/>
                      </a:ext>
                    </a:extLst>
                  </pic:spPr>
                </pic:pic>
              </a:graphicData>
            </a:graphic>
          </wp:inline>
        </w:drawing>
      </w:r>
    </w:p>
    <w:p w14:paraId="3052D63B" w14:textId="77777777" w:rsidR="000604C1" w:rsidRDefault="00BA7675">
      <w:pPr>
        <w:keepNext/>
        <w:spacing w:before="60" w:after="40"/>
        <w:jc w:val="both"/>
      </w:pPr>
      <w:r>
        <w:rPr>
          <w:b/>
          <w:color w:val="C96A00"/>
          <w:sz w:val="26"/>
        </w:rPr>
        <w:t>Domaća zadaća:</w:t>
      </w:r>
    </w:p>
    <w:p w14:paraId="74F152A6" w14:textId="77777777" w:rsidR="000604C1" w:rsidRDefault="00BA7675">
      <w:pPr>
        <w:jc w:val="both"/>
      </w:pPr>
      <w:r>
        <w:t>Učenici će riješiti, ili dovršiti rješavanje RB, str. 85–86.</w:t>
      </w:r>
    </w:p>
    <w:p w14:paraId="67E6D480" w14:textId="77777777" w:rsidR="00A46DDA" w:rsidRDefault="00A46DDA">
      <w:pPr>
        <w:spacing w:before="220"/>
        <w:jc w:val="both"/>
        <w:rPr>
          <w:bCs/>
        </w:rPr>
      </w:pPr>
      <w:r>
        <w:rPr>
          <w:bCs/>
        </w:rPr>
        <w:t>Ili:</w:t>
      </w:r>
    </w:p>
    <w:p w14:paraId="68FC9380" w14:textId="1951884E" w:rsidR="000604C1" w:rsidRDefault="00BA7675">
      <w:pPr>
        <w:spacing w:before="220"/>
        <w:jc w:val="both"/>
      </w:pPr>
      <w:r>
        <w:t>Učenici će odabrati jednu osobu sa str. 59 i izraditi karticu: IME – ZVANJE – DJELO – VREDNOTA – BLAGDAN.</w:t>
      </w:r>
    </w:p>
    <w:p w14:paraId="3CB3969A" w14:textId="77777777" w:rsidR="000604C1" w:rsidRDefault="00BA7675">
      <w:pPr>
        <w:spacing w:before="220" w:after="220"/>
        <w:jc w:val="both"/>
      </w:pPr>
      <w:r>
        <w:rPr>
          <w:b/>
        </w:rPr>
        <w:t xml:space="preserve">Izborna domaća zadaća: </w:t>
      </w:r>
      <w:r>
        <w:t>Učenici će napisati kratko zamišljeno pitanje jednome od šest uzora i jednu moguću rečenicu odgovora utemeljenu samo na udžbeničkim podatcima.</w:t>
      </w:r>
    </w:p>
    <w:p w14:paraId="50A56A83" w14:textId="77777777" w:rsidR="000604C1" w:rsidRDefault="00BA7675">
      <w:pPr>
        <w:keepNext/>
        <w:spacing w:before="60" w:after="40"/>
        <w:jc w:val="both"/>
      </w:pPr>
      <w:r>
        <w:rPr>
          <w:b/>
          <w:color w:val="C96A00"/>
          <w:sz w:val="26"/>
        </w:rPr>
        <w:t>Završna molitva:</w:t>
      </w:r>
    </w:p>
    <w:p w14:paraId="74F3F1E3" w14:textId="77777777" w:rsidR="000604C1" w:rsidRDefault="00BA7675">
      <w:pPr>
        <w:spacing w:after="220"/>
        <w:jc w:val="both"/>
      </w:pPr>
      <w:r>
        <w:rPr>
          <w:sz w:val="48"/>
        </w:rPr>
        <w:t>Bože, hvala Ti za Nikolu, Leopolda, Marka, Alojzija, Mariju i Ivana. Pomozi nam poput njih vjerno služiti Isusu i ljudima, hrabro, milosrdno i ustrajno. Amen.</w:t>
      </w:r>
    </w:p>
    <w:p w14:paraId="4D938A8C" w14:textId="77777777" w:rsidR="000604C1" w:rsidRDefault="00BA7675">
      <w:pPr>
        <w:spacing w:after="220"/>
      </w:pPr>
      <w:r>
        <w:t>ili:</w:t>
      </w:r>
    </w:p>
    <w:p w14:paraId="30370B15" w14:textId="77777777" w:rsidR="000604C1" w:rsidRDefault="00BA7675">
      <w:pPr>
        <w:spacing w:after="220"/>
      </w:pPr>
      <w:r>
        <w:t>Anđele, čuvaru mili…</w:t>
      </w:r>
    </w:p>
    <w:p w14:paraId="4AB0DF86" w14:textId="77777777" w:rsidR="000604C1" w:rsidRDefault="00BA7675">
      <w:pPr>
        <w:spacing w:after="220"/>
      </w:pPr>
      <w:r>
        <w:t>ili:</w:t>
      </w:r>
    </w:p>
    <w:p w14:paraId="7E7BE8AC" w14:textId="77777777" w:rsidR="000604C1" w:rsidRDefault="00BA7675">
      <w:pPr>
        <w:jc w:val="both"/>
      </w:pPr>
      <w:r>
        <w:t>Učenici će poslušati pjesmu „Anđele, čuvaru mili…“; 3:36; Autor: Marinko Grubešić; Izvor: YouTube</w:t>
      </w:r>
    </w:p>
    <w:p w14:paraId="729A1C3F" w14:textId="17C0B2CE" w:rsidR="000604C1" w:rsidRDefault="00A46DDA">
      <w:pPr>
        <w:spacing w:before="220"/>
      </w:pPr>
      <w:r>
        <w:rPr>
          <w:rFonts w:cs="Calibri"/>
          <w:noProof/>
          <w:lang w:eastAsia="hr-HR"/>
        </w:rPr>
        <w:drawing>
          <wp:inline distT="0" distB="0" distL="0" distR="0" wp14:anchorId="569844B4" wp14:editId="2A908C40">
            <wp:extent cx="2401200" cy="1800000"/>
            <wp:effectExtent l="0" t="0" r="0" b="0"/>
            <wp:docPr id="1537486908" name="Videozapis 1" descr="Anđele čuvaru - Marinko Grubešić">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86908" name="Videozapis 1" descr="Anđele čuvaru - Marinko Grubešić">
                      <a:hlinkClick r:id="rId28"/>
                    </pic:cNvPr>
                    <pic:cNvPicPr/>
                  </pic:nvPicPr>
                  <pic:blipFill>
                    <a:blip r:embed="rId29">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PixLa1QlpZA?feature=oembed&quot; frameborder=&quot;0&quot; allow=&quot;accelerometer; autoplay; clipboard-write; encrypted-media; gyroscope; picture-in-picture; web-share&quot; referrerpolicy=&quot;strict-origin-when-cross-origin&quot; allowfullscreen=&quot;&quot; title=&quot;Anđele čuvaru - Marinko Grubešić&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hyperlink r:id="rId30"/>
    </w:p>
    <w:p w14:paraId="1D3A9034" w14:textId="77777777" w:rsidR="000604C1" w:rsidRDefault="000604C1">
      <w:pPr>
        <w:spacing w:after="660"/>
      </w:pPr>
    </w:p>
    <w:tbl>
      <w:tblPr>
        <w:tblW w:w="10658" w:type="dxa"/>
        <w:tblLayout w:type="fixed"/>
        <w:tblLook w:val="04A0" w:firstRow="1" w:lastRow="0" w:firstColumn="1" w:lastColumn="0" w:noHBand="0" w:noVBand="1"/>
      </w:tblPr>
      <w:tblGrid>
        <w:gridCol w:w="10658"/>
      </w:tblGrid>
      <w:tr w:rsidR="000604C1" w14:paraId="1EB0999D" w14:textId="77777777">
        <w:tc>
          <w:tcPr>
            <w:tcW w:w="10658" w:type="dxa"/>
            <w:tcBorders>
              <w:top w:val="single" w:sz="0" w:space="0" w:color="C96A00"/>
              <w:left w:val="single" w:sz="0" w:space="0" w:color="C96A00"/>
              <w:bottom w:val="single" w:sz="0" w:space="0" w:color="C96A00"/>
              <w:right w:val="single" w:sz="0" w:space="0" w:color="C96A00"/>
            </w:tcBorders>
            <w:shd w:val="clear" w:color="auto" w:fill="C96A00"/>
            <w:tcMar>
              <w:top w:w="90" w:type="dxa"/>
              <w:left w:w="140" w:type="dxa"/>
              <w:bottom w:w="90" w:type="dxa"/>
              <w:right w:w="140" w:type="dxa"/>
            </w:tcMar>
            <w:vAlign w:val="center"/>
          </w:tcPr>
          <w:p w14:paraId="6ABAE358" w14:textId="77777777" w:rsidR="000604C1" w:rsidRDefault="00BA7675" w:rsidP="00A46DDA">
            <w:pPr>
              <w:jc w:val="center"/>
            </w:pPr>
            <w:r>
              <w:rPr>
                <w:b/>
                <w:color w:val="FFFFFF"/>
                <w:sz w:val="26"/>
              </w:rPr>
              <w:t>PREPORUČENI ODABIR ZA 45 MINUTA</w:t>
            </w:r>
          </w:p>
        </w:tc>
      </w:tr>
    </w:tbl>
    <w:p w14:paraId="7801CC10" w14:textId="77777777" w:rsidR="000604C1" w:rsidRDefault="000604C1" w:rsidP="00A46DDA"/>
    <w:tbl>
      <w:tblPr>
        <w:tblW w:w="10658" w:type="dxa"/>
        <w:tblLayout w:type="fixed"/>
        <w:tblLook w:val="04A0" w:firstRow="1" w:lastRow="0" w:firstColumn="1" w:lastColumn="0" w:noHBand="0" w:noVBand="1"/>
      </w:tblPr>
      <w:tblGrid>
        <w:gridCol w:w="8533"/>
        <w:gridCol w:w="2125"/>
      </w:tblGrid>
      <w:tr w:rsidR="000604C1" w14:paraId="2D9737E8" w14:textId="77777777" w:rsidTr="00937297">
        <w:tc>
          <w:tcPr>
            <w:tcW w:w="8533" w:type="dxa"/>
            <w:tcBorders>
              <w:top w:val="single" w:sz="5" w:space="0" w:color="595959"/>
              <w:left w:val="single" w:sz="5" w:space="0" w:color="595959"/>
              <w:bottom w:val="single" w:sz="5" w:space="0" w:color="595959"/>
              <w:right w:val="single" w:sz="5" w:space="0" w:color="595959"/>
            </w:tcBorders>
            <w:shd w:val="clear" w:color="auto" w:fill="595959"/>
            <w:tcMar>
              <w:top w:w="100" w:type="dxa"/>
              <w:left w:w="120" w:type="dxa"/>
              <w:bottom w:w="100" w:type="dxa"/>
              <w:right w:w="120" w:type="dxa"/>
            </w:tcMar>
          </w:tcPr>
          <w:p w14:paraId="77FE6C35" w14:textId="77777777" w:rsidR="000604C1" w:rsidRDefault="00BA7675" w:rsidP="00A46DDA">
            <w:r>
              <w:rPr>
                <w:b/>
                <w:color w:val="FFFFFF"/>
              </w:rPr>
              <w:t>Dio sata / odabrana aktivnost</w:t>
            </w:r>
          </w:p>
        </w:tc>
        <w:tc>
          <w:tcPr>
            <w:tcW w:w="2125" w:type="dxa"/>
            <w:tcBorders>
              <w:top w:val="single" w:sz="5" w:space="0" w:color="595959"/>
              <w:left w:val="single" w:sz="5" w:space="0" w:color="595959"/>
              <w:bottom w:val="single" w:sz="5" w:space="0" w:color="595959"/>
              <w:right w:val="single" w:sz="5" w:space="0" w:color="595959"/>
            </w:tcBorders>
            <w:shd w:val="clear" w:color="auto" w:fill="595959"/>
            <w:tcMar>
              <w:top w:w="100" w:type="dxa"/>
              <w:left w:w="120" w:type="dxa"/>
              <w:bottom w:w="100" w:type="dxa"/>
              <w:right w:w="120" w:type="dxa"/>
            </w:tcMar>
          </w:tcPr>
          <w:p w14:paraId="768A2AC1" w14:textId="77777777" w:rsidR="000604C1" w:rsidRDefault="00BA7675">
            <w:pPr>
              <w:jc w:val="center"/>
            </w:pPr>
            <w:r>
              <w:rPr>
                <w:b/>
                <w:color w:val="FFFFFF"/>
              </w:rPr>
              <w:t>Vrijeme</w:t>
            </w:r>
          </w:p>
        </w:tc>
      </w:tr>
      <w:tr w:rsidR="000604C1" w14:paraId="6381EF06" w14:textId="77777777" w:rsidTr="00937297">
        <w:tc>
          <w:tcPr>
            <w:tcW w:w="8533" w:type="dxa"/>
            <w:tcBorders>
              <w:top w:val="single" w:sz="5" w:space="0" w:color="A6A6A6"/>
              <w:left w:val="single" w:sz="5" w:space="0" w:color="A6A6A6"/>
              <w:bottom w:val="single" w:sz="5" w:space="0" w:color="A6A6A6"/>
              <w:right w:val="single" w:sz="5" w:space="0" w:color="A6A6A6"/>
            </w:tcBorders>
            <w:shd w:val="clear" w:color="auto" w:fill="FFFFFF"/>
            <w:tcMar>
              <w:top w:w="80" w:type="dxa"/>
              <w:left w:w="120" w:type="dxa"/>
              <w:bottom w:w="80" w:type="dxa"/>
              <w:right w:w="120" w:type="dxa"/>
            </w:tcMar>
          </w:tcPr>
          <w:p w14:paraId="1D489A9F" w14:textId="77777777" w:rsidR="000604C1" w:rsidRDefault="00BA7675">
            <w:pPr>
              <w:jc w:val="both"/>
            </w:pPr>
            <w:r>
              <w:t>Uvodna molitva, motivacija i najava</w:t>
            </w:r>
          </w:p>
        </w:tc>
        <w:tc>
          <w:tcPr>
            <w:tcW w:w="2125" w:type="dxa"/>
            <w:tcBorders>
              <w:top w:val="single" w:sz="5" w:space="0" w:color="A6A6A6"/>
              <w:left w:val="single" w:sz="5" w:space="0" w:color="A6A6A6"/>
              <w:bottom w:val="single" w:sz="5" w:space="0" w:color="A6A6A6"/>
              <w:right w:val="single" w:sz="5" w:space="0" w:color="A6A6A6"/>
            </w:tcBorders>
            <w:shd w:val="clear" w:color="auto" w:fill="FFFFFF"/>
            <w:tcMar>
              <w:top w:w="80" w:type="dxa"/>
              <w:left w:w="120" w:type="dxa"/>
              <w:bottom w:w="80" w:type="dxa"/>
              <w:right w:w="120" w:type="dxa"/>
            </w:tcMar>
          </w:tcPr>
          <w:p w14:paraId="0560895A" w14:textId="77777777" w:rsidR="000604C1" w:rsidRDefault="00BA7675">
            <w:pPr>
              <w:jc w:val="center"/>
            </w:pPr>
            <w:r>
              <w:t>7 min</w:t>
            </w:r>
          </w:p>
        </w:tc>
      </w:tr>
      <w:tr w:rsidR="000604C1" w14:paraId="6413B4D5" w14:textId="77777777" w:rsidTr="00937297">
        <w:tc>
          <w:tcPr>
            <w:tcW w:w="8533" w:type="dxa"/>
            <w:tcBorders>
              <w:top w:val="single" w:sz="5" w:space="0" w:color="A6A6A6"/>
              <w:left w:val="single" w:sz="5" w:space="0" w:color="A6A6A6"/>
              <w:bottom w:val="single" w:sz="5" w:space="0" w:color="A6A6A6"/>
              <w:right w:val="single" w:sz="5" w:space="0" w:color="A6A6A6"/>
            </w:tcBorders>
            <w:shd w:val="clear" w:color="auto" w:fill="F2F2F2"/>
            <w:tcMar>
              <w:top w:w="80" w:type="dxa"/>
              <w:left w:w="120" w:type="dxa"/>
              <w:bottom w:w="80" w:type="dxa"/>
              <w:right w:w="120" w:type="dxa"/>
            </w:tcMar>
          </w:tcPr>
          <w:p w14:paraId="0ABBB544" w14:textId="77777777" w:rsidR="000604C1" w:rsidRDefault="00BA7675">
            <w:pPr>
              <w:jc w:val="both"/>
            </w:pPr>
            <w:r>
              <w:t>Aktivnost 1 – Obrada videozapisa i tekstova / sadržaja</w:t>
            </w:r>
          </w:p>
        </w:tc>
        <w:tc>
          <w:tcPr>
            <w:tcW w:w="2125" w:type="dxa"/>
            <w:tcBorders>
              <w:top w:val="single" w:sz="5" w:space="0" w:color="A6A6A6"/>
              <w:left w:val="single" w:sz="5" w:space="0" w:color="A6A6A6"/>
              <w:bottom w:val="single" w:sz="5" w:space="0" w:color="A6A6A6"/>
              <w:right w:val="single" w:sz="5" w:space="0" w:color="A6A6A6"/>
            </w:tcBorders>
            <w:shd w:val="clear" w:color="auto" w:fill="F2F2F2"/>
            <w:tcMar>
              <w:top w:w="80" w:type="dxa"/>
              <w:left w:w="120" w:type="dxa"/>
              <w:bottom w:w="80" w:type="dxa"/>
              <w:right w:w="120" w:type="dxa"/>
            </w:tcMar>
          </w:tcPr>
          <w:p w14:paraId="5E259D63" w14:textId="77777777" w:rsidR="000604C1" w:rsidRDefault="00BA7675">
            <w:pPr>
              <w:jc w:val="center"/>
            </w:pPr>
            <w:r>
              <w:t>18 min</w:t>
            </w:r>
          </w:p>
        </w:tc>
      </w:tr>
      <w:tr w:rsidR="000604C1" w14:paraId="7DEE2CE0" w14:textId="77777777" w:rsidTr="00937297">
        <w:tc>
          <w:tcPr>
            <w:tcW w:w="8533" w:type="dxa"/>
            <w:tcBorders>
              <w:top w:val="single" w:sz="5" w:space="0" w:color="A6A6A6"/>
              <w:left w:val="single" w:sz="5" w:space="0" w:color="A6A6A6"/>
              <w:bottom w:val="single" w:sz="5" w:space="0" w:color="A6A6A6"/>
              <w:right w:val="single" w:sz="5" w:space="0" w:color="A6A6A6"/>
            </w:tcBorders>
            <w:shd w:val="clear" w:color="auto" w:fill="FFFFFF"/>
            <w:tcMar>
              <w:top w:w="80" w:type="dxa"/>
              <w:left w:w="120" w:type="dxa"/>
              <w:bottom w:w="80" w:type="dxa"/>
              <w:right w:w="120" w:type="dxa"/>
            </w:tcMar>
          </w:tcPr>
          <w:p w14:paraId="630D2F5C" w14:textId="77777777" w:rsidR="000604C1" w:rsidRDefault="00BA7675">
            <w:pPr>
              <w:jc w:val="both"/>
            </w:pPr>
            <w:r>
              <w:t>Aktivnost 3 – Dva mučenika i jedan ispovjednik</w:t>
            </w:r>
          </w:p>
        </w:tc>
        <w:tc>
          <w:tcPr>
            <w:tcW w:w="2125" w:type="dxa"/>
            <w:tcBorders>
              <w:top w:val="single" w:sz="5" w:space="0" w:color="A6A6A6"/>
              <w:left w:val="single" w:sz="5" w:space="0" w:color="A6A6A6"/>
              <w:bottom w:val="single" w:sz="5" w:space="0" w:color="A6A6A6"/>
              <w:right w:val="single" w:sz="5" w:space="0" w:color="A6A6A6"/>
            </w:tcBorders>
            <w:shd w:val="clear" w:color="auto" w:fill="FFFFFF"/>
            <w:tcMar>
              <w:top w:w="80" w:type="dxa"/>
              <w:left w:w="120" w:type="dxa"/>
              <w:bottom w:w="80" w:type="dxa"/>
              <w:right w:w="120" w:type="dxa"/>
            </w:tcMar>
          </w:tcPr>
          <w:p w14:paraId="0BDED06A" w14:textId="77777777" w:rsidR="000604C1" w:rsidRDefault="00BA7675">
            <w:pPr>
              <w:jc w:val="center"/>
            </w:pPr>
            <w:r>
              <w:t>7 min</w:t>
            </w:r>
          </w:p>
        </w:tc>
      </w:tr>
      <w:tr w:rsidR="000604C1" w14:paraId="27A76BEB" w14:textId="77777777" w:rsidTr="00937297">
        <w:tc>
          <w:tcPr>
            <w:tcW w:w="8533" w:type="dxa"/>
            <w:tcBorders>
              <w:top w:val="single" w:sz="5" w:space="0" w:color="A6A6A6"/>
              <w:left w:val="single" w:sz="5" w:space="0" w:color="A6A6A6"/>
              <w:bottom w:val="single" w:sz="5" w:space="0" w:color="A6A6A6"/>
              <w:right w:val="single" w:sz="5" w:space="0" w:color="A6A6A6"/>
            </w:tcBorders>
            <w:shd w:val="clear" w:color="auto" w:fill="F2F2F2"/>
            <w:tcMar>
              <w:top w:w="80" w:type="dxa"/>
              <w:left w:w="120" w:type="dxa"/>
              <w:bottom w:w="80" w:type="dxa"/>
              <w:right w:w="120" w:type="dxa"/>
            </w:tcMar>
          </w:tcPr>
          <w:p w14:paraId="353C7A52" w14:textId="77777777" w:rsidR="000604C1" w:rsidRDefault="00BA7675">
            <w:pPr>
              <w:jc w:val="both"/>
            </w:pPr>
            <w:r>
              <w:t>Aktivnost 12 – Šest svjetala hrvatskoga naroda</w:t>
            </w:r>
          </w:p>
        </w:tc>
        <w:tc>
          <w:tcPr>
            <w:tcW w:w="2125" w:type="dxa"/>
            <w:tcBorders>
              <w:top w:val="single" w:sz="5" w:space="0" w:color="A6A6A6"/>
              <w:left w:val="single" w:sz="5" w:space="0" w:color="A6A6A6"/>
              <w:bottom w:val="single" w:sz="5" w:space="0" w:color="A6A6A6"/>
              <w:right w:val="single" w:sz="5" w:space="0" w:color="A6A6A6"/>
            </w:tcBorders>
            <w:shd w:val="clear" w:color="auto" w:fill="F2F2F2"/>
            <w:tcMar>
              <w:top w:w="80" w:type="dxa"/>
              <w:left w:w="120" w:type="dxa"/>
              <w:bottom w:w="80" w:type="dxa"/>
              <w:right w:w="120" w:type="dxa"/>
            </w:tcMar>
          </w:tcPr>
          <w:p w14:paraId="6C2D79D2" w14:textId="77777777" w:rsidR="000604C1" w:rsidRDefault="00BA7675">
            <w:pPr>
              <w:jc w:val="center"/>
            </w:pPr>
            <w:r>
              <w:t>6 min</w:t>
            </w:r>
          </w:p>
        </w:tc>
      </w:tr>
      <w:tr w:rsidR="000604C1" w14:paraId="28210E96" w14:textId="77777777" w:rsidTr="00937297">
        <w:tc>
          <w:tcPr>
            <w:tcW w:w="8533" w:type="dxa"/>
            <w:tcBorders>
              <w:top w:val="single" w:sz="5" w:space="0" w:color="A6A6A6"/>
              <w:left w:val="single" w:sz="5" w:space="0" w:color="A6A6A6"/>
              <w:bottom w:val="single" w:sz="5" w:space="0" w:color="A6A6A6"/>
              <w:right w:val="single" w:sz="5" w:space="0" w:color="A6A6A6"/>
            </w:tcBorders>
            <w:shd w:val="clear" w:color="auto" w:fill="FFFFFF"/>
            <w:tcMar>
              <w:top w:w="80" w:type="dxa"/>
              <w:left w:w="120" w:type="dxa"/>
              <w:bottom w:w="80" w:type="dxa"/>
              <w:right w:w="120" w:type="dxa"/>
            </w:tcMar>
          </w:tcPr>
          <w:p w14:paraId="5CE3EF4F" w14:textId="77777777" w:rsidR="000604C1" w:rsidRDefault="00BA7675">
            <w:pPr>
              <w:jc w:val="both"/>
            </w:pPr>
            <w:r>
              <w:t>Sinteza, samovrednovanje i završna molitva</w:t>
            </w:r>
          </w:p>
        </w:tc>
        <w:tc>
          <w:tcPr>
            <w:tcW w:w="2125" w:type="dxa"/>
            <w:tcBorders>
              <w:top w:val="single" w:sz="5" w:space="0" w:color="A6A6A6"/>
              <w:left w:val="single" w:sz="5" w:space="0" w:color="A6A6A6"/>
              <w:bottom w:val="single" w:sz="5" w:space="0" w:color="A6A6A6"/>
              <w:right w:val="single" w:sz="5" w:space="0" w:color="A6A6A6"/>
            </w:tcBorders>
            <w:shd w:val="clear" w:color="auto" w:fill="FFFFFF"/>
            <w:tcMar>
              <w:top w:w="80" w:type="dxa"/>
              <w:left w:w="120" w:type="dxa"/>
              <w:bottom w:w="80" w:type="dxa"/>
              <w:right w:w="120" w:type="dxa"/>
            </w:tcMar>
          </w:tcPr>
          <w:p w14:paraId="2F609AD8" w14:textId="77777777" w:rsidR="000604C1" w:rsidRDefault="00BA7675">
            <w:pPr>
              <w:jc w:val="center"/>
            </w:pPr>
            <w:r>
              <w:t>7 min</w:t>
            </w:r>
          </w:p>
        </w:tc>
      </w:tr>
    </w:tbl>
    <w:p w14:paraId="17395A39" w14:textId="40A16E0A" w:rsidR="000604C1" w:rsidRDefault="00937297">
      <w:pPr>
        <w:spacing w:after="260"/>
        <w:jc w:val="both"/>
      </w:pPr>
      <w:r>
        <w:rPr>
          <w:i/>
          <w:color w:val="6B6B6B"/>
        </w:rPr>
        <w:t>Ukupno: 45 minuta. Mikropauza se koristi samo po potrebi; tada se skraćuje predstavljanje skupina ili završna rasprava.</w:t>
      </w:r>
    </w:p>
    <w:p w14:paraId="0E470C5C" w14:textId="77777777" w:rsidR="000604C1" w:rsidRDefault="00BA7675">
      <w:pPr>
        <w:keepNext/>
        <w:spacing w:after="40"/>
        <w:jc w:val="both"/>
      </w:pPr>
      <w:r>
        <w:rPr>
          <w:b/>
          <w:color w:val="C96A00"/>
          <w:sz w:val="26"/>
        </w:rPr>
        <w:t>PRILOZI ZA BRZU UPORABU</w:t>
      </w:r>
    </w:p>
    <w:p w14:paraId="56B1DC1E" w14:textId="77777777" w:rsidR="000604C1" w:rsidRDefault="00BA7675">
      <w:r>
        <w:rPr>
          <w:b/>
        </w:rPr>
        <w:t>Prilog 1: Kratka kontrolna lista za vjeroučitelja</w:t>
      </w:r>
    </w:p>
    <w:p w14:paraId="00565BAB" w14:textId="77777777" w:rsidR="000604C1" w:rsidRDefault="00BA7675">
      <w:r>
        <w:t>□ Mogu li učenici povezati sva šest imena s barem jednim točnim podatkom?</w:t>
      </w:r>
    </w:p>
    <w:p w14:paraId="0C0770C3" w14:textId="77777777" w:rsidR="000604C1" w:rsidRDefault="00BA7675">
      <w:r>
        <w:t>□ Mogu li objasniti razliku između mučeničkoga svjedočanstva i dugotrajnoga služenja u ispovjedaonici?</w:t>
      </w:r>
    </w:p>
    <w:p w14:paraId="147DA0D1" w14:textId="77777777" w:rsidR="000604C1" w:rsidRDefault="00BA7675">
      <w:r>
        <w:t>□ Mogu li navesti zvanje ili službu svakoga od šest uzora?</w:t>
      </w:r>
    </w:p>
    <w:p w14:paraId="328F27B7" w14:textId="77777777" w:rsidR="000604C1" w:rsidRDefault="00BA7675">
      <w:r>
        <w:t>□ Mogu li povezati uzore s vrednotama hrabrosti, pomirenja, pravednosti, milosrđa i rada s mladima?</w:t>
      </w:r>
    </w:p>
    <w:p w14:paraId="38F3721B" w14:textId="77777777" w:rsidR="000604C1" w:rsidRDefault="00BA7675">
      <w:r>
        <w:t>□ Mogu li objasniti kako različita zvanja mogu voditi prema istoj vjernosti Isusu?</w:t>
      </w:r>
    </w:p>
    <w:sectPr w:rsidR="000604C1">
      <w:headerReference w:type="default" r:id="rId31"/>
      <w:footerReference w:type="default" r:id="rId32"/>
      <w:pgSz w:w="12240" w:h="15840"/>
      <w:pgMar w:top="709" w:right="709" w:bottom="709" w:left="850"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C7DDA" w14:textId="77777777" w:rsidR="00BA7675" w:rsidRDefault="00BA7675">
      <w:r>
        <w:separator/>
      </w:r>
    </w:p>
  </w:endnote>
  <w:endnote w:type="continuationSeparator" w:id="0">
    <w:p w14:paraId="191748C7" w14:textId="77777777" w:rsidR="00BA7675" w:rsidRDefault="00BA7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D348B" w14:textId="77777777" w:rsidR="00D077D7" w:rsidRDefault="00D077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31176" w14:textId="77777777" w:rsidR="00BA7675" w:rsidRDefault="00BA7675">
      <w:r>
        <w:separator/>
      </w:r>
    </w:p>
  </w:footnote>
  <w:footnote w:type="continuationSeparator" w:id="0">
    <w:p w14:paraId="539BD27F" w14:textId="77777777" w:rsidR="00BA7675" w:rsidRDefault="00BA7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3565D" w14:textId="77777777" w:rsidR="00D077D7" w:rsidRDefault="00D077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A0E043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890DC1"/>
    <w:multiLevelType w:val="hybridMultilevel"/>
    <w:tmpl w:val="B9CA1F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28B4D88"/>
    <w:multiLevelType w:val="hybridMultilevel"/>
    <w:tmpl w:val="525AAFF8"/>
    <w:lvl w:ilvl="0" w:tplc="B352C65C">
      <w:numFmt w:val="bullet"/>
      <w:lvlText w:val="•"/>
      <w:lvlJc w:val="left"/>
      <w:pPr>
        <w:ind w:left="720" w:hanging="360"/>
      </w:pPr>
      <w:rPr>
        <w:rFonts w:ascii="Calibri" w:eastAsia="Calibri" w:hAnsi="Calibri" w:cs="Calibri" w:hint="default"/>
        <w:b/>
        <w:color w:val="C96A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45F6EB1"/>
    <w:multiLevelType w:val="hybridMultilevel"/>
    <w:tmpl w:val="B60435E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51D5321"/>
    <w:multiLevelType w:val="hybridMultilevel"/>
    <w:tmpl w:val="B100D6DC"/>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13" w15:restartNumberingAfterBreak="0">
    <w:nsid w:val="095F3C82"/>
    <w:multiLevelType w:val="hybridMultilevel"/>
    <w:tmpl w:val="3510F168"/>
    <w:lvl w:ilvl="0" w:tplc="5F20DDCC">
      <w:start w:val="1"/>
      <w:numFmt w:val="bullet"/>
      <w:lvlText w:val="-"/>
      <w:lvlJc w:val="left"/>
      <w:pPr>
        <w:ind w:left="891" w:hanging="360"/>
      </w:pPr>
      <w:rPr>
        <w:rFonts w:ascii="Calibri" w:hAnsi="Calibri" w:hint="default"/>
      </w:rPr>
    </w:lvl>
    <w:lvl w:ilvl="1" w:tplc="041A0003" w:tentative="1">
      <w:start w:val="1"/>
      <w:numFmt w:val="bullet"/>
      <w:lvlText w:val="o"/>
      <w:lvlJc w:val="left"/>
      <w:pPr>
        <w:ind w:left="1611" w:hanging="360"/>
      </w:pPr>
      <w:rPr>
        <w:rFonts w:ascii="Courier New" w:hAnsi="Courier New" w:cs="Courier New" w:hint="default"/>
      </w:rPr>
    </w:lvl>
    <w:lvl w:ilvl="2" w:tplc="041A0005" w:tentative="1">
      <w:start w:val="1"/>
      <w:numFmt w:val="bullet"/>
      <w:lvlText w:val=""/>
      <w:lvlJc w:val="left"/>
      <w:pPr>
        <w:ind w:left="2331" w:hanging="360"/>
      </w:pPr>
      <w:rPr>
        <w:rFonts w:ascii="Wingdings" w:hAnsi="Wingdings" w:hint="default"/>
      </w:rPr>
    </w:lvl>
    <w:lvl w:ilvl="3" w:tplc="041A0001" w:tentative="1">
      <w:start w:val="1"/>
      <w:numFmt w:val="bullet"/>
      <w:lvlText w:val=""/>
      <w:lvlJc w:val="left"/>
      <w:pPr>
        <w:ind w:left="3051" w:hanging="360"/>
      </w:pPr>
      <w:rPr>
        <w:rFonts w:ascii="Symbol" w:hAnsi="Symbol" w:hint="default"/>
      </w:rPr>
    </w:lvl>
    <w:lvl w:ilvl="4" w:tplc="041A0003" w:tentative="1">
      <w:start w:val="1"/>
      <w:numFmt w:val="bullet"/>
      <w:lvlText w:val="o"/>
      <w:lvlJc w:val="left"/>
      <w:pPr>
        <w:ind w:left="3771" w:hanging="360"/>
      </w:pPr>
      <w:rPr>
        <w:rFonts w:ascii="Courier New" w:hAnsi="Courier New" w:cs="Courier New" w:hint="default"/>
      </w:rPr>
    </w:lvl>
    <w:lvl w:ilvl="5" w:tplc="041A0005" w:tentative="1">
      <w:start w:val="1"/>
      <w:numFmt w:val="bullet"/>
      <w:lvlText w:val=""/>
      <w:lvlJc w:val="left"/>
      <w:pPr>
        <w:ind w:left="4491" w:hanging="360"/>
      </w:pPr>
      <w:rPr>
        <w:rFonts w:ascii="Wingdings" w:hAnsi="Wingdings" w:hint="default"/>
      </w:rPr>
    </w:lvl>
    <w:lvl w:ilvl="6" w:tplc="041A0001" w:tentative="1">
      <w:start w:val="1"/>
      <w:numFmt w:val="bullet"/>
      <w:lvlText w:val=""/>
      <w:lvlJc w:val="left"/>
      <w:pPr>
        <w:ind w:left="5211" w:hanging="360"/>
      </w:pPr>
      <w:rPr>
        <w:rFonts w:ascii="Symbol" w:hAnsi="Symbol" w:hint="default"/>
      </w:rPr>
    </w:lvl>
    <w:lvl w:ilvl="7" w:tplc="041A0003" w:tentative="1">
      <w:start w:val="1"/>
      <w:numFmt w:val="bullet"/>
      <w:lvlText w:val="o"/>
      <w:lvlJc w:val="left"/>
      <w:pPr>
        <w:ind w:left="5931" w:hanging="360"/>
      </w:pPr>
      <w:rPr>
        <w:rFonts w:ascii="Courier New" w:hAnsi="Courier New" w:cs="Courier New" w:hint="default"/>
      </w:rPr>
    </w:lvl>
    <w:lvl w:ilvl="8" w:tplc="041A0005" w:tentative="1">
      <w:start w:val="1"/>
      <w:numFmt w:val="bullet"/>
      <w:lvlText w:val=""/>
      <w:lvlJc w:val="left"/>
      <w:pPr>
        <w:ind w:left="6651" w:hanging="360"/>
      </w:pPr>
      <w:rPr>
        <w:rFonts w:ascii="Wingdings" w:hAnsi="Wingdings" w:hint="default"/>
      </w:rPr>
    </w:lvl>
  </w:abstractNum>
  <w:abstractNum w:abstractNumId="14" w15:restartNumberingAfterBreak="0">
    <w:nsid w:val="0C664813"/>
    <w:multiLevelType w:val="hybridMultilevel"/>
    <w:tmpl w:val="A2D09F94"/>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15" w15:restartNumberingAfterBreak="0">
    <w:nsid w:val="0D227894"/>
    <w:multiLevelType w:val="hybridMultilevel"/>
    <w:tmpl w:val="2ECCC95E"/>
    <w:lvl w:ilvl="0" w:tplc="5F20DDCC">
      <w:start w:val="1"/>
      <w:numFmt w:val="bullet"/>
      <w:lvlText w:val="-"/>
      <w:lvlJc w:val="left"/>
      <w:pPr>
        <w:ind w:left="891" w:hanging="360"/>
      </w:pPr>
      <w:rPr>
        <w:rFonts w:ascii="Calibri" w:hAnsi="Calibri" w:hint="default"/>
      </w:rPr>
    </w:lvl>
    <w:lvl w:ilvl="1" w:tplc="041A0003" w:tentative="1">
      <w:start w:val="1"/>
      <w:numFmt w:val="bullet"/>
      <w:lvlText w:val="o"/>
      <w:lvlJc w:val="left"/>
      <w:pPr>
        <w:ind w:left="1611" w:hanging="360"/>
      </w:pPr>
      <w:rPr>
        <w:rFonts w:ascii="Courier New" w:hAnsi="Courier New" w:cs="Courier New" w:hint="default"/>
      </w:rPr>
    </w:lvl>
    <w:lvl w:ilvl="2" w:tplc="041A0005" w:tentative="1">
      <w:start w:val="1"/>
      <w:numFmt w:val="bullet"/>
      <w:lvlText w:val=""/>
      <w:lvlJc w:val="left"/>
      <w:pPr>
        <w:ind w:left="2331" w:hanging="360"/>
      </w:pPr>
      <w:rPr>
        <w:rFonts w:ascii="Wingdings" w:hAnsi="Wingdings" w:hint="default"/>
      </w:rPr>
    </w:lvl>
    <w:lvl w:ilvl="3" w:tplc="041A0001" w:tentative="1">
      <w:start w:val="1"/>
      <w:numFmt w:val="bullet"/>
      <w:lvlText w:val=""/>
      <w:lvlJc w:val="left"/>
      <w:pPr>
        <w:ind w:left="3051" w:hanging="360"/>
      </w:pPr>
      <w:rPr>
        <w:rFonts w:ascii="Symbol" w:hAnsi="Symbol" w:hint="default"/>
      </w:rPr>
    </w:lvl>
    <w:lvl w:ilvl="4" w:tplc="041A0003" w:tentative="1">
      <w:start w:val="1"/>
      <w:numFmt w:val="bullet"/>
      <w:lvlText w:val="o"/>
      <w:lvlJc w:val="left"/>
      <w:pPr>
        <w:ind w:left="3771" w:hanging="360"/>
      </w:pPr>
      <w:rPr>
        <w:rFonts w:ascii="Courier New" w:hAnsi="Courier New" w:cs="Courier New" w:hint="default"/>
      </w:rPr>
    </w:lvl>
    <w:lvl w:ilvl="5" w:tplc="041A0005" w:tentative="1">
      <w:start w:val="1"/>
      <w:numFmt w:val="bullet"/>
      <w:lvlText w:val=""/>
      <w:lvlJc w:val="left"/>
      <w:pPr>
        <w:ind w:left="4491" w:hanging="360"/>
      </w:pPr>
      <w:rPr>
        <w:rFonts w:ascii="Wingdings" w:hAnsi="Wingdings" w:hint="default"/>
      </w:rPr>
    </w:lvl>
    <w:lvl w:ilvl="6" w:tplc="041A0001" w:tentative="1">
      <w:start w:val="1"/>
      <w:numFmt w:val="bullet"/>
      <w:lvlText w:val=""/>
      <w:lvlJc w:val="left"/>
      <w:pPr>
        <w:ind w:left="5211" w:hanging="360"/>
      </w:pPr>
      <w:rPr>
        <w:rFonts w:ascii="Symbol" w:hAnsi="Symbol" w:hint="default"/>
      </w:rPr>
    </w:lvl>
    <w:lvl w:ilvl="7" w:tplc="041A0003" w:tentative="1">
      <w:start w:val="1"/>
      <w:numFmt w:val="bullet"/>
      <w:lvlText w:val="o"/>
      <w:lvlJc w:val="left"/>
      <w:pPr>
        <w:ind w:left="5931" w:hanging="360"/>
      </w:pPr>
      <w:rPr>
        <w:rFonts w:ascii="Courier New" w:hAnsi="Courier New" w:cs="Courier New" w:hint="default"/>
      </w:rPr>
    </w:lvl>
    <w:lvl w:ilvl="8" w:tplc="041A0005" w:tentative="1">
      <w:start w:val="1"/>
      <w:numFmt w:val="bullet"/>
      <w:lvlText w:val=""/>
      <w:lvlJc w:val="left"/>
      <w:pPr>
        <w:ind w:left="6651" w:hanging="360"/>
      </w:pPr>
      <w:rPr>
        <w:rFonts w:ascii="Wingdings" w:hAnsi="Wingdings" w:hint="default"/>
      </w:rPr>
    </w:lvl>
  </w:abstractNum>
  <w:abstractNum w:abstractNumId="16" w15:restartNumberingAfterBreak="0">
    <w:nsid w:val="0D6050B9"/>
    <w:multiLevelType w:val="hybridMultilevel"/>
    <w:tmpl w:val="27483F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0E8D6DF8"/>
    <w:multiLevelType w:val="hybridMultilevel"/>
    <w:tmpl w:val="3748549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0F0F71DB"/>
    <w:multiLevelType w:val="hybridMultilevel"/>
    <w:tmpl w:val="5CD0F5D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12377EEB"/>
    <w:multiLevelType w:val="multilevel"/>
    <w:tmpl w:val="9012812C"/>
    <w:lvl w:ilvl="0">
      <w:start w:val="1"/>
      <w:numFmt w:val="bullet"/>
      <w:lvlText w:val="-"/>
      <w:lvlJc w:val="left"/>
      <w:pPr>
        <w:ind w:left="720" w:hanging="360"/>
      </w:pPr>
      <w:rPr>
        <w:rFonts w:ascii="Calibri"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2406186"/>
    <w:multiLevelType w:val="hybridMultilevel"/>
    <w:tmpl w:val="2744DCD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24D58FB"/>
    <w:multiLevelType w:val="hybridMultilevel"/>
    <w:tmpl w:val="C6AE9428"/>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22" w15:restartNumberingAfterBreak="0">
    <w:nsid w:val="135F4CAA"/>
    <w:multiLevelType w:val="hybridMultilevel"/>
    <w:tmpl w:val="8FA2BB7A"/>
    <w:lvl w:ilvl="0" w:tplc="B352C65C">
      <w:numFmt w:val="bullet"/>
      <w:lvlText w:val="•"/>
      <w:lvlJc w:val="left"/>
      <w:pPr>
        <w:ind w:left="720" w:hanging="360"/>
      </w:pPr>
      <w:rPr>
        <w:rFonts w:ascii="Calibri" w:eastAsia="Calibri" w:hAnsi="Calibri" w:cs="Calibri" w:hint="default"/>
        <w:b/>
        <w:color w:val="C96A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14C33FC5"/>
    <w:multiLevelType w:val="hybridMultilevel"/>
    <w:tmpl w:val="39FA8AFA"/>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24" w15:restartNumberingAfterBreak="0">
    <w:nsid w:val="186346B2"/>
    <w:multiLevelType w:val="hybridMultilevel"/>
    <w:tmpl w:val="14C8C3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18EE085D"/>
    <w:multiLevelType w:val="hybridMultilevel"/>
    <w:tmpl w:val="8B8E3454"/>
    <w:lvl w:ilvl="0" w:tplc="FC921F7E">
      <w:numFmt w:val="bullet"/>
      <w:lvlText w:val="•"/>
      <w:lvlJc w:val="left"/>
      <w:pPr>
        <w:ind w:left="720" w:hanging="360"/>
      </w:pPr>
      <w:rPr>
        <w:rFonts w:ascii="Aptos" w:eastAsia="Calibri" w:hAnsi="Aptos" w:cstheme="minorBidi"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1B012D16"/>
    <w:multiLevelType w:val="hybridMultilevel"/>
    <w:tmpl w:val="A35EC1D2"/>
    <w:lvl w:ilvl="0" w:tplc="A282D6DE">
      <w:numFmt w:val="bullet"/>
      <w:lvlText w:val="–"/>
      <w:lvlJc w:val="left"/>
      <w:pPr>
        <w:ind w:left="531" w:hanging="360"/>
      </w:pPr>
      <w:rPr>
        <w:rFonts w:ascii="Calibri" w:eastAsia="Calibri" w:hAnsi="Calibri" w:cs="Calibri" w:hint="default"/>
      </w:rPr>
    </w:lvl>
    <w:lvl w:ilvl="1" w:tplc="041A0003" w:tentative="1">
      <w:start w:val="1"/>
      <w:numFmt w:val="bullet"/>
      <w:lvlText w:val="o"/>
      <w:lvlJc w:val="left"/>
      <w:pPr>
        <w:ind w:left="1251" w:hanging="360"/>
      </w:pPr>
      <w:rPr>
        <w:rFonts w:ascii="Courier New" w:hAnsi="Courier New" w:cs="Courier New" w:hint="default"/>
      </w:rPr>
    </w:lvl>
    <w:lvl w:ilvl="2" w:tplc="041A0005" w:tentative="1">
      <w:start w:val="1"/>
      <w:numFmt w:val="bullet"/>
      <w:lvlText w:val=""/>
      <w:lvlJc w:val="left"/>
      <w:pPr>
        <w:ind w:left="1971" w:hanging="360"/>
      </w:pPr>
      <w:rPr>
        <w:rFonts w:ascii="Wingdings" w:hAnsi="Wingdings" w:hint="default"/>
      </w:rPr>
    </w:lvl>
    <w:lvl w:ilvl="3" w:tplc="041A0001" w:tentative="1">
      <w:start w:val="1"/>
      <w:numFmt w:val="bullet"/>
      <w:lvlText w:val=""/>
      <w:lvlJc w:val="left"/>
      <w:pPr>
        <w:ind w:left="2691" w:hanging="360"/>
      </w:pPr>
      <w:rPr>
        <w:rFonts w:ascii="Symbol" w:hAnsi="Symbol" w:hint="default"/>
      </w:rPr>
    </w:lvl>
    <w:lvl w:ilvl="4" w:tplc="041A0003" w:tentative="1">
      <w:start w:val="1"/>
      <w:numFmt w:val="bullet"/>
      <w:lvlText w:val="o"/>
      <w:lvlJc w:val="left"/>
      <w:pPr>
        <w:ind w:left="3411" w:hanging="360"/>
      </w:pPr>
      <w:rPr>
        <w:rFonts w:ascii="Courier New" w:hAnsi="Courier New" w:cs="Courier New" w:hint="default"/>
      </w:rPr>
    </w:lvl>
    <w:lvl w:ilvl="5" w:tplc="041A0005" w:tentative="1">
      <w:start w:val="1"/>
      <w:numFmt w:val="bullet"/>
      <w:lvlText w:val=""/>
      <w:lvlJc w:val="left"/>
      <w:pPr>
        <w:ind w:left="4131" w:hanging="360"/>
      </w:pPr>
      <w:rPr>
        <w:rFonts w:ascii="Wingdings" w:hAnsi="Wingdings" w:hint="default"/>
      </w:rPr>
    </w:lvl>
    <w:lvl w:ilvl="6" w:tplc="041A0001" w:tentative="1">
      <w:start w:val="1"/>
      <w:numFmt w:val="bullet"/>
      <w:lvlText w:val=""/>
      <w:lvlJc w:val="left"/>
      <w:pPr>
        <w:ind w:left="4851" w:hanging="360"/>
      </w:pPr>
      <w:rPr>
        <w:rFonts w:ascii="Symbol" w:hAnsi="Symbol" w:hint="default"/>
      </w:rPr>
    </w:lvl>
    <w:lvl w:ilvl="7" w:tplc="041A0003" w:tentative="1">
      <w:start w:val="1"/>
      <w:numFmt w:val="bullet"/>
      <w:lvlText w:val="o"/>
      <w:lvlJc w:val="left"/>
      <w:pPr>
        <w:ind w:left="5571" w:hanging="360"/>
      </w:pPr>
      <w:rPr>
        <w:rFonts w:ascii="Courier New" w:hAnsi="Courier New" w:cs="Courier New" w:hint="default"/>
      </w:rPr>
    </w:lvl>
    <w:lvl w:ilvl="8" w:tplc="041A0005" w:tentative="1">
      <w:start w:val="1"/>
      <w:numFmt w:val="bullet"/>
      <w:lvlText w:val=""/>
      <w:lvlJc w:val="left"/>
      <w:pPr>
        <w:ind w:left="6291" w:hanging="360"/>
      </w:pPr>
      <w:rPr>
        <w:rFonts w:ascii="Wingdings" w:hAnsi="Wingdings" w:hint="default"/>
      </w:rPr>
    </w:lvl>
  </w:abstractNum>
  <w:abstractNum w:abstractNumId="27" w15:restartNumberingAfterBreak="0">
    <w:nsid w:val="1FE55DB8"/>
    <w:multiLevelType w:val="hybridMultilevel"/>
    <w:tmpl w:val="2F16A86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222057B8"/>
    <w:multiLevelType w:val="multilevel"/>
    <w:tmpl w:val="D4FA03C6"/>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7AB7DB1"/>
    <w:multiLevelType w:val="hybridMultilevel"/>
    <w:tmpl w:val="4AF027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283F2A92"/>
    <w:multiLevelType w:val="hybridMultilevel"/>
    <w:tmpl w:val="B3D813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2C7B1C08"/>
    <w:multiLevelType w:val="hybridMultilevel"/>
    <w:tmpl w:val="121C31BE"/>
    <w:lvl w:ilvl="0" w:tplc="5F20DDCC">
      <w:start w:val="1"/>
      <w:numFmt w:val="bullet"/>
      <w:lvlText w:val="-"/>
      <w:lvlJc w:val="left"/>
      <w:pPr>
        <w:ind w:left="834" w:hanging="360"/>
      </w:pPr>
      <w:rPr>
        <w:rFonts w:ascii="Calibri" w:hAnsi="Calibri" w:hint="default"/>
      </w:rPr>
    </w:lvl>
    <w:lvl w:ilvl="1" w:tplc="041A0003" w:tentative="1">
      <w:start w:val="1"/>
      <w:numFmt w:val="bullet"/>
      <w:lvlText w:val="o"/>
      <w:lvlJc w:val="left"/>
      <w:pPr>
        <w:ind w:left="1554" w:hanging="360"/>
      </w:pPr>
      <w:rPr>
        <w:rFonts w:ascii="Courier New" w:hAnsi="Courier New" w:cs="Courier New" w:hint="default"/>
      </w:rPr>
    </w:lvl>
    <w:lvl w:ilvl="2" w:tplc="041A0005" w:tentative="1">
      <w:start w:val="1"/>
      <w:numFmt w:val="bullet"/>
      <w:lvlText w:val=""/>
      <w:lvlJc w:val="left"/>
      <w:pPr>
        <w:ind w:left="2274" w:hanging="360"/>
      </w:pPr>
      <w:rPr>
        <w:rFonts w:ascii="Wingdings" w:hAnsi="Wingdings" w:hint="default"/>
      </w:rPr>
    </w:lvl>
    <w:lvl w:ilvl="3" w:tplc="041A0001" w:tentative="1">
      <w:start w:val="1"/>
      <w:numFmt w:val="bullet"/>
      <w:lvlText w:val=""/>
      <w:lvlJc w:val="left"/>
      <w:pPr>
        <w:ind w:left="2994" w:hanging="360"/>
      </w:pPr>
      <w:rPr>
        <w:rFonts w:ascii="Symbol" w:hAnsi="Symbol" w:hint="default"/>
      </w:rPr>
    </w:lvl>
    <w:lvl w:ilvl="4" w:tplc="041A0003" w:tentative="1">
      <w:start w:val="1"/>
      <w:numFmt w:val="bullet"/>
      <w:lvlText w:val="o"/>
      <w:lvlJc w:val="left"/>
      <w:pPr>
        <w:ind w:left="3714" w:hanging="360"/>
      </w:pPr>
      <w:rPr>
        <w:rFonts w:ascii="Courier New" w:hAnsi="Courier New" w:cs="Courier New" w:hint="default"/>
      </w:rPr>
    </w:lvl>
    <w:lvl w:ilvl="5" w:tplc="041A0005" w:tentative="1">
      <w:start w:val="1"/>
      <w:numFmt w:val="bullet"/>
      <w:lvlText w:val=""/>
      <w:lvlJc w:val="left"/>
      <w:pPr>
        <w:ind w:left="4434" w:hanging="360"/>
      </w:pPr>
      <w:rPr>
        <w:rFonts w:ascii="Wingdings" w:hAnsi="Wingdings" w:hint="default"/>
      </w:rPr>
    </w:lvl>
    <w:lvl w:ilvl="6" w:tplc="041A0001" w:tentative="1">
      <w:start w:val="1"/>
      <w:numFmt w:val="bullet"/>
      <w:lvlText w:val=""/>
      <w:lvlJc w:val="left"/>
      <w:pPr>
        <w:ind w:left="5154" w:hanging="360"/>
      </w:pPr>
      <w:rPr>
        <w:rFonts w:ascii="Symbol" w:hAnsi="Symbol" w:hint="default"/>
      </w:rPr>
    </w:lvl>
    <w:lvl w:ilvl="7" w:tplc="041A0003" w:tentative="1">
      <w:start w:val="1"/>
      <w:numFmt w:val="bullet"/>
      <w:lvlText w:val="o"/>
      <w:lvlJc w:val="left"/>
      <w:pPr>
        <w:ind w:left="5874" w:hanging="360"/>
      </w:pPr>
      <w:rPr>
        <w:rFonts w:ascii="Courier New" w:hAnsi="Courier New" w:cs="Courier New" w:hint="default"/>
      </w:rPr>
    </w:lvl>
    <w:lvl w:ilvl="8" w:tplc="041A0005" w:tentative="1">
      <w:start w:val="1"/>
      <w:numFmt w:val="bullet"/>
      <w:lvlText w:val=""/>
      <w:lvlJc w:val="left"/>
      <w:pPr>
        <w:ind w:left="6594" w:hanging="360"/>
      </w:pPr>
      <w:rPr>
        <w:rFonts w:ascii="Wingdings" w:hAnsi="Wingdings" w:hint="default"/>
      </w:rPr>
    </w:lvl>
  </w:abstractNum>
  <w:abstractNum w:abstractNumId="32" w15:restartNumberingAfterBreak="0">
    <w:nsid w:val="2DBB08A3"/>
    <w:multiLevelType w:val="hybridMultilevel"/>
    <w:tmpl w:val="F73E9CE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2E1402DC"/>
    <w:multiLevelType w:val="multilevel"/>
    <w:tmpl w:val="B798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F64AFE"/>
    <w:multiLevelType w:val="hybridMultilevel"/>
    <w:tmpl w:val="F9F4CBD2"/>
    <w:lvl w:ilvl="0" w:tplc="F1141B92">
      <w:numFmt w:val="bullet"/>
      <w:lvlText w:val="–"/>
      <w:lvlJc w:val="left"/>
      <w:pPr>
        <w:ind w:left="531" w:hanging="360"/>
      </w:pPr>
      <w:rPr>
        <w:rFonts w:ascii="Calibri" w:eastAsia="Calibri" w:hAnsi="Calibri" w:cs="Calibri" w:hint="default"/>
      </w:rPr>
    </w:lvl>
    <w:lvl w:ilvl="1" w:tplc="041A0003" w:tentative="1">
      <w:start w:val="1"/>
      <w:numFmt w:val="bullet"/>
      <w:lvlText w:val="o"/>
      <w:lvlJc w:val="left"/>
      <w:pPr>
        <w:ind w:left="1251" w:hanging="360"/>
      </w:pPr>
      <w:rPr>
        <w:rFonts w:ascii="Courier New" w:hAnsi="Courier New" w:cs="Courier New" w:hint="default"/>
      </w:rPr>
    </w:lvl>
    <w:lvl w:ilvl="2" w:tplc="041A0005" w:tentative="1">
      <w:start w:val="1"/>
      <w:numFmt w:val="bullet"/>
      <w:lvlText w:val=""/>
      <w:lvlJc w:val="left"/>
      <w:pPr>
        <w:ind w:left="1971" w:hanging="360"/>
      </w:pPr>
      <w:rPr>
        <w:rFonts w:ascii="Wingdings" w:hAnsi="Wingdings" w:hint="default"/>
      </w:rPr>
    </w:lvl>
    <w:lvl w:ilvl="3" w:tplc="041A0001" w:tentative="1">
      <w:start w:val="1"/>
      <w:numFmt w:val="bullet"/>
      <w:lvlText w:val=""/>
      <w:lvlJc w:val="left"/>
      <w:pPr>
        <w:ind w:left="2691" w:hanging="360"/>
      </w:pPr>
      <w:rPr>
        <w:rFonts w:ascii="Symbol" w:hAnsi="Symbol" w:hint="default"/>
      </w:rPr>
    </w:lvl>
    <w:lvl w:ilvl="4" w:tplc="041A0003" w:tentative="1">
      <w:start w:val="1"/>
      <w:numFmt w:val="bullet"/>
      <w:lvlText w:val="o"/>
      <w:lvlJc w:val="left"/>
      <w:pPr>
        <w:ind w:left="3411" w:hanging="360"/>
      </w:pPr>
      <w:rPr>
        <w:rFonts w:ascii="Courier New" w:hAnsi="Courier New" w:cs="Courier New" w:hint="default"/>
      </w:rPr>
    </w:lvl>
    <w:lvl w:ilvl="5" w:tplc="041A0005" w:tentative="1">
      <w:start w:val="1"/>
      <w:numFmt w:val="bullet"/>
      <w:lvlText w:val=""/>
      <w:lvlJc w:val="left"/>
      <w:pPr>
        <w:ind w:left="4131" w:hanging="360"/>
      </w:pPr>
      <w:rPr>
        <w:rFonts w:ascii="Wingdings" w:hAnsi="Wingdings" w:hint="default"/>
      </w:rPr>
    </w:lvl>
    <w:lvl w:ilvl="6" w:tplc="041A0001" w:tentative="1">
      <w:start w:val="1"/>
      <w:numFmt w:val="bullet"/>
      <w:lvlText w:val=""/>
      <w:lvlJc w:val="left"/>
      <w:pPr>
        <w:ind w:left="4851" w:hanging="360"/>
      </w:pPr>
      <w:rPr>
        <w:rFonts w:ascii="Symbol" w:hAnsi="Symbol" w:hint="default"/>
      </w:rPr>
    </w:lvl>
    <w:lvl w:ilvl="7" w:tplc="041A0003" w:tentative="1">
      <w:start w:val="1"/>
      <w:numFmt w:val="bullet"/>
      <w:lvlText w:val="o"/>
      <w:lvlJc w:val="left"/>
      <w:pPr>
        <w:ind w:left="5571" w:hanging="360"/>
      </w:pPr>
      <w:rPr>
        <w:rFonts w:ascii="Courier New" w:hAnsi="Courier New" w:cs="Courier New" w:hint="default"/>
      </w:rPr>
    </w:lvl>
    <w:lvl w:ilvl="8" w:tplc="041A0005" w:tentative="1">
      <w:start w:val="1"/>
      <w:numFmt w:val="bullet"/>
      <w:lvlText w:val=""/>
      <w:lvlJc w:val="left"/>
      <w:pPr>
        <w:ind w:left="6291" w:hanging="360"/>
      </w:pPr>
      <w:rPr>
        <w:rFonts w:ascii="Wingdings" w:hAnsi="Wingdings" w:hint="default"/>
      </w:rPr>
    </w:lvl>
  </w:abstractNum>
  <w:abstractNum w:abstractNumId="35" w15:restartNumberingAfterBreak="0">
    <w:nsid w:val="2FDA0500"/>
    <w:multiLevelType w:val="hybridMultilevel"/>
    <w:tmpl w:val="F4A894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301128E7"/>
    <w:multiLevelType w:val="hybridMultilevel"/>
    <w:tmpl w:val="9C68D8D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303225AE"/>
    <w:multiLevelType w:val="hybridMultilevel"/>
    <w:tmpl w:val="7480DA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30F74396"/>
    <w:multiLevelType w:val="hybridMultilevel"/>
    <w:tmpl w:val="13AC3474"/>
    <w:lvl w:ilvl="0" w:tplc="90F21C10">
      <w:start w:val="1"/>
      <w:numFmt w:val="bullet"/>
      <w:lvlText w:val=""/>
      <w:lvlJc w:val="left"/>
      <w:pPr>
        <w:ind w:left="720" w:hanging="360"/>
      </w:pPr>
      <w:rPr>
        <w:rFonts w:ascii="Wingdings" w:hAnsi="Wingdings"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34960A22"/>
    <w:multiLevelType w:val="hybridMultilevel"/>
    <w:tmpl w:val="C608D94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3D547251"/>
    <w:multiLevelType w:val="hybridMultilevel"/>
    <w:tmpl w:val="D6DE92CC"/>
    <w:lvl w:ilvl="0" w:tplc="5F20DDCC">
      <w:start w:val="1"/>
      <w:numFmt w:val="bullet"/>
      <w:lvlText w:val="-"/>
      <w:lvlJc w:val="left"/>
      <w:pPr>
        <w:ind w:left="891" w:hanging="360"/>
      </w:pPr>
      <w:rPr>
        <w:rFonts w:ascii="Calibri" w:hAnsi="Calibri" w:hint="default"/>
      </w:rPr>
    </w:lvl>
    <w:lvl w:ilvl="1" w:tplc="041A0003" w:tentative="1">
      <w:start w:val="1"/>
      <w:numFmt w:val="bullet"/>
      <w:lvlText w:val="o"/>
      <w:lvlJc w:val="left"/>
      <w:pPr>
        <w:ind w:left="1611" w:hanging="360"/>
      </w:pPr>
      <w:rPr>
        <w:rFonts w:ascii="Courier New" w:hAnsi="Courier New" w:cs="Courier New" w:hint="default"/>
      </w:rPr>
    </w:lvl>
    <w:lvl w:ilvl="2" w:tplc="041A0005" w:tentative="1">
      <w:start w:val="1"/>
      <w:numFmt w:val="bullet"/>
      <w:lvlText w:val=""/>
      <w:lvlJc w:val="left"/>
      <w:pPr>
        <w:ind w:left="2331" w:hanging="360"/>
      </w:pPr>
      <w:rPr>
        <w:rFonts w:ascii="Wingdings" w:hAnsi="Wingdings" w:hint="default"/>
      </w:rPr>
    </w:lvl>
    <w:lvl w:ilvl="3" w:tplc="041A0001" w:tentative="1">
      <w:start w:val="1"/>
      <w:numFmt w:val="bullet"/>
      <w:lvlText w:val=""/>
      <w:lvlJc w:val="left"/>
      <w:pPr>
        <w:ind w:left="3051" w:hanging="360"/>
      </w:pPr>
      <w:rPr>
        <w:rFonts w:ascii="Symbol" w:hAnsi="Symbol" w:hint="default"/>
      </w:rPr>
    </w:lvl>
    <w:lvl w:ilvl="4" w:tplc="041A0003" w:tentative="1">
      <w:start w:val="1"/>
      <w:numFmt w:val="bullet"/>
      <w:lvlText w:val="o"/>
      <w:lvlJc w:val="left"/>
      <w:pPr>
        <w:ind w:left="3771" w:hanging="360"/>
      </w:pPr>
      <w:rPr>
        <w:rFonts w:ascii="Courier New" w:hAnsi="Courier New" w:cs="Courier New" w:hint="default"/>
      </w:rPr>
    </w:lvl>
    <w:lvl w:ilvl="5" w:tplc="041A0005" w:tentative="1">
      <w:start w:val="1"/>
      <w:numFmt w:val="bullet"/>
      <w:lvlText w:val=""/>
      <w:lvlJc w:val="left"/>
      <w:pPr>
        <w:ind w:left="4491" w:hanging="360"/>
      </w:pPr>
      <w:rPr>
        <w:rFonts w:ascii="Wingdings" w:hAnsi="Wingdings" w:hint="default"/>
      </w:rPr>
    </w:lvl>
    <w:lvl w:ilvl="6" w:tplc="041A0001" w:tentative="1">
      <w:start w:val="1"/>
      <w:numFmt w:val="bullet"/>
      <w:lvlText w:val=""/>
      <w:lvlJc w:val="left"/>
      <w:pPr>
        <w:ind w:left="5211" w:hanging="360"/>
      </w:pPr>
      <w:rPr>
        <w:rFonts w:ascii="Symbol" w:hAnsi="Symbol" w:hint="default"/>
      </w:rPr>
    </w:lvl>
    <w:lvl w:ilvl="7" w:tplc="041A0003" w:tentative="1">
      <w:start w:val="1"/>
      <w:numFmt w:val="bullet"/>
      <w:lvlText w:val="o"/>
      <w:lvlJc w:val="left"/>
      <w:pPr>
        <w:ind w:left="5931" w:hanging="360"/>
      </w:pPr>
      <w:rPr>
        <w:rFonts w:ascii="Courier New" w:hAnsi="Courier New" w:cs="Courier New" w:hint="default"/>
      </w:rPr>
    </w:lvl>
    <w:lvl w:ilvl="8" w:tplc="041A0005" w:tentative="1">
      <w:start w:val="1"/>
      <w:numFmt w:val="bullet"/>
      <w:lvlText w:val=""/>
      <w:lvlJc w:val="left"/>
      <w:pPr>
        <w:ind w:left="6651" w:hanging="360"/>
      </w:pPr>
      <w:rPr>
        <w:rFonts w:ascii="Wingdings" w:hAnsi="Wingdings" w:hint="default"/>
      </w:rPr>
    </w:lvl>
  </w:abstractNum>
  <w:abstractNum w:abstractNumId="41" w15:restartNumberingAfterBreak="0">
    <w:nsid w:val="3FD46F9E"/>
    <w:multiLevelType w:val="hybridMultilevel"/>
    <w:tmpl w:val="2B5A8A42"/>
    <w:lvl w:ilvl="0" w:tplc="B352C65C">
      <w:numFmt w:val="bullet"/>
      <w:lvlText w:val="•"/>
      <w:lvlJc w:val="left"/>
      <w:pPr>
        <w:ind w:left="445" w:hanging="360"/>
      </w:pPr>
      <w:rPr>
        <w:rFonts w:ascii="Calibri" w:eastAsia="Calibri" w:hAnsi="Calibri" w:cs="Calibri" w:hint="default"/>
        <w:b/>
        <w:color w:val="C96A00"/>
      </w:rPr>
    </w:lvl>
    <w:lvl w:ilvl="1" w:tplc="041A0003" w:tentative="1">
      <w:start w:val="1"/>
      <w:numFmt w:val="bullet"/>
      <w:lvlText w:val="o"/>
      <w:lvlJc w:val="left"/>
      <w:pPr>
        <w:ind w:left="1165" w:hanging="360"/>
      </w:pPr>
      <w:rPr>
        <w:rFonts w:ascii="Courier New" w:hAnsi="Courier New" w:cs="Courier New" w:hint="default"/>
      </w:rPr>
    </w:lvl>
    <w:lvl w:ilvl="2" w:tplc="041A0005" w:tentative="1">
      <w:start w:val="1"/>
      <w:numFmt w:val="bullet"/>
      <w:lvlText w:val=""/>
      <w:lvlJc w:val="left"/>
      <w:pPr>
        <w:ind w:left="1885" w:hanging="360"/>
      </w:pPr>
      <w:rPr>
        <w:rFonts w:ascii="Wingdings" w:hAnsi="Wingdings" w:hint="default"/>
      </w:rPr>
    </w:lvl>
    <w:lvl w:ilvl="3" w:tplc="041A0001" w:tentative="1">
      <w:start w:val="1"/>
      <w:numFmt w:val="bullet"/>
      <w:lvlText w:val=""/>
      <w:lvlJc w:val="left"/>
      <w:pPr>
        <w:ind w:left="2605" w:hanging="360"/>
      </w:pPr>
      <w:rPr>
        <w:rFonts w:ascii="Symbol" w:hAnsi="Symbol" w:hint="default"/>
      </w:rPr>
    </w:lvl>
    <w:lvl w:ilvl="4" w:tplc="041A0003" w:tentative="1">
      <w:start w:val="1"/>
      <w:numFmt w:val="bullet"/>
      <w:lvlText w:val="o"/>
      <w:lvlJc w:val="left"/>
      <w:pPr>
        <w:ind w:left="3325" w:hanging="360"/>
      </w:pPr>
      <w:rPr>
        <w:rFonts w:ascii="Courier New" w:hAnsi="Courier New" w:cs="Courier New" w:hint="default"/>
      </w:rPr>
    </w:lvl>
    <w:lvl w:ilvl="5" w:tplc="041A0005" w:tentative="1">
      <w:start w:val="1"/>
      <w:numFmt w:val="bullet"/>
      <w:lvlText w:val=""/>
      <w:lvlJc w:val="left"/>
      <w:pPr>
        <w:ind w:left="4045" w:hanging="360"/>
      </w:pPr>
      <w:rPr>
        <w:rFonts w:ascii="Wingdings" w:hAnsi="Wingdings" w:hint="default"/>
      </w:rPr>
    </w:lvl>
    <w:lvl w:ilvl="6" w:tplc="041A0001" w:tentative="1">
      <w:start w:val="1"/>
      <w:numFmt w:val="bullet"/>
      <w:lvlText w:val=""/>
      <w:lvlJc w:val="left"/>
      <w:pPr>
        <w:ind w:left="4765" w:hanging="360"/>
      </w:pPr>
      <w:rPr>
        <w:rFonts w:ascii="Symbol" w:hAnsi="Symbol" w:hint="default"/>
      </w:rPr>
    </w:lvl>
    <w:lvl w:ilvl="7" w:tplc="041A0003" w:tentative="1">
      <w:start w:val="1"/>
      <w:numFmt w:val="bullet"/>
      <w:lvlText w:val="o"/>
      <w:lvlJc w:val="left"/>
      <w:pPr>
        <w:ind w:left="5485" w:hanging="360"/>
      </w:pPr>
      <w:rPr>
        <w:rFonts w:ascii="Courier New" w:hAnsi="Courier New" w:cs="Courier New" w:hint="default"/>
      </w:rPr>
    </w:lvl>
    <w:lvl w:ilvl="8" w:tplc="041A0005" w:tentative="1">
      <w:start w:val="1"/>
      <w:numFmt w:val="bullet"/>
      <w:lvlText w:val=""/>
      <w:lvlJc w:val="left"/>
      <w:pPr>
        <w:ind w:left="6205" w:hanging="360"/>
      </w:pPr>
      <w:rPr>
        <w:rFonts w:ascii="Wingdings" w:hAnsi="Wingdings" w:hint="default"/>
      </w:rPr>
    </w:lvl>
  </w:abstractNum>
  <w:abstractNum w:abstractNumId="42" w15:restartNumberingAfterBreak="0">
    <w:nsid w:val="452A2D8B"/>
    <w:multiLevelType w:val="hybridMultilevel"/>
    <w:tmpl w:val="CB76F6E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455D3808"/>
    <w:multiLevelType w:val="singleLevel"/>
    <w:tmpl w:val="9F7A8E0C"/>
    <w:lvl w:ilvl="0">
      <w:start w:val="1"/>
      <w:numFmt w:val="bullet"/>
      <w:lvlText w:val="-"/>
      <w:lvlJc w:val="left"/>
      <w:pPr>
        <w:ind w:left="720" w:hanging="360"/>
      </w:pPr>
    </w:lvl>
  </w:abstractNum>
  <w:abstractNum w:abstractNumId="44" w15:restartNumberingAfterBreak="0">
    <w:nsid w:val="466F5A25"/>
    <w:multiLevelType w:val="hybridMultilevel"/>
    <w:tmpl w:val="28EA0E4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4C23118F"/>
    <w:multiLevelType w:val="hybridMultilevel"/>
    <w:tmpl w:val="977883DA"/>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4CAC38C1"/>
    <w:multiLevelType w:val="hybridMultilevel"/>
    <w:tmpl w:val="15AAA21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5044166D"/>
    <w:multiLevelType w:val="hybridMultilevel"/>
    <w:tmpl w:val="E2F6B716"/>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05D4C3C"/>
    <w:multiLevelType w:val="hybridMultilevel"/>
    <w:tmpl w:val="DAE2B0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50AF164C"/>
    <w:multiLevelType w:val="hybridMultilevel"/>
    <w:tmpl w:val="F9CA4EE6"/>
    <w:lvl w:ilvl="0" w:tplc="89AAE21C">
      <w:numFmt w:val="bullet"/>
      <w:lvlText w:val="–"/>
      <w:lvlJc w:val="left"/>
      <w:pPr>
        <w:ind w:left="531" w:hanging="360"/>
      </w:pPr>
      <w:rPr>
        <w:rFonts w:ascii="Calibri" w:eastAsia="Calibri" w:hAnsi="Calibri" w:cs="Calibri" w:hint="default"/>
      </w:rPr>
    </w:lvl>
    <w:lvl w:ilvl="1" w:tplc="041A0003" w:tentative="1">
      <w:start w:val="1"/>
      <w:numFmt w:val="bullet"/>
      <w:lvlText w:val="o"/>
      <w:lvlJc w:val="left"/>
      <w:pPr>
        <w:ind w:left="1251" w:hanging="360"/>
      </w:pPr>
      <w:rPr>
        <w:rFonts w:ascii="Courier New" w:hAnsi="Courier New" w:cs="Courier New" w:hint="default"/>
      </w:rPr>
    </w:lvl>
    <w:lvl w:ilvl="2" w:tplc="041A0005" w:tentative="1">
      <w:start w:val="1"/>
      <w:numFmt w:val="bullet"/>
      <w:lvlText w:val=""/>
      <w:lvlJc w:val="left"/>
      <w:pPr>
        <w:ind w:left="1971" w:hanging="360"/>
      </w:pPr>
      <w:rPr>
        <w:rFonts w:ascii="Wingdings" w:hAnsi="Wingdings" w:hint="default"/>
      </w:rPr>
    </w:lvl>
    <w:lvl w:ilvl="3" w:tplc="041A0001" w:tentative="1">
      <w:start w:val="1"/>
      <w:numFmt w:val="bullet"/>
      <w:lvlText w:val=""/>
      <w:lvlJc w:val="left"/>
      <w:pPr>
        <w:ind w:left="2691" w:hanging="360"/>
      </w:pPr>
      <w:rPr>
        <w:rFonts w:ascii="Symbol" w:hAnsi="Symbol" w:hint="default"/>
      </w:rPr>
    </w:lvl>
    <w:lvl w:ilvl="4" w:tplc="041A0003" w:tentative="1">
      <w:start w:val="1"/>
      <w:numFmt w:val="bullet"/>
      <w:lvlText w:val="o"/>
      <w:lvlJc w:val="left"/>
      <w:pPr>
        <w:ind w:left="3411" w:hanging="360"/>
      </w:pPr>
      <w:rPr>
        <w:rFonts w:ascii="Courier New" w:hAnsi="Courier New" w:cs="Courier New" w:hint="default"/>
      </w:rPr>
    </w:lvl>
    <w:lvl w:ilvl="5" w:tplc="041A0005" w:tentative="1">
      <w:start w:val="1"/>
      <w:numFmt w:val="bullet"/>
      <w:lvlText w:val=""/>
      <w:lvlJc w:val="left"/>
      <w:pPr>
        <w:ind w:left="4131" w:hanging="360"/>
      </w:pPr>
      <w:rPr>
        <w:rFonts w:ascii="Wingdings" w:hAnsi="Wingdings" w:hint="default"/>
      </w:rPr>
    </w:lvl>
    <w:lvl w:ilvl="6" w:tplc="041A0001" w:tentative="1">
      <w:start w:val="1"/>
      <w:numFmt w:val="bullet"/>
      <w:lvlText w:val=""/>
      <w:lvlJc w:val="left"/>
      <w:pPr>
        <w:ind w:left="4851" w:hanging="360"/>
      </w:pPr>
      <w:rPr>
        <w:rFonts w:ascii="Symbol" w:hAnsi="Symbol" w:hint="default"/>
      </w:rPr>
    </w:lvl>
    <w:lvl w:ilvl="7" w:tplc="041A0003" w:tentative="1">
      <w:start w:val="1"/>
      <w:numFmt w:val="bullet"/>
      <w:lvlText w:val="o"/>
      <w:lvlJc w:val="left"/>
      <w:pPr>
        <w:ind w:left="5571" w:hanging="360"/>
      </w:pPr>
      <w:rPr>
        <w:rFonts w:ascii="Courier New" w:hAnsi="Courier New" w:cs="Courier New" w:hint="default"/>
      </w:rPr>
    </w:lvl>
    <w:lvl w:ilvl="8" w:tplc="041A0005" w:tentative="1">
      <w:start w:val="1"/>
      <w:numFmt w:val="bullet"/>
      <w:lvlText w:val=""/>
      <w:lvlJc w:val="left"/>
      <w:pPr>
        <w:ind w:left="6291" w:hanging="360"/>
      </w:pPr>
      <w:rPr>
        <w:rFonts w:ascii="Wingdings" w:hAnsi="Wingdings" w:hint="default"/>
      </w:rPr>
    </w:lvl>
  </w:abstractNum>
  <w:abstractNum w:abstractNumId="50" w15:restartNumberingAfterBreak="0">
    <w:nsid w:val="557B11B4"/>
    <w:multiLevelType w:val="hybridMultilevel"/>
    <w:tmpl w:val="2ABCE64E"/>
    <w:lvl w:ilvl="0" w:tplc="23A85036">
      <w:start w:val="12"/>
      <w:numFmt w:val="bullet"/>
      <w:lvlText w:val="-"/>
      <w:lvlJc w:val="left"/>
      <w:pPr>
        <w:ind w:left="720" w:hanging="360"/>
      </w:pPr>
      <w:rPr>
        <w:rFonts w:ascii="Times New Roman" w:eastAsia="Times New Roman" w:hAnsi="Times New Roman" w:cs="Times New Roman"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565673BC"/>
    <w:multiLevelType w:val="hybridMultilevel"/>
    <w:tmpl w:val="A15605C6"/>
    <w:lvl w:ilvl="0" w:tplc="5F20DDCC">
      <w:start w:val="1"/>
      <w:numFmt w:val="bullet"/>
      <w:lvlText w:val="-"/>
      <w:lvlJc w:val="left"/>
      <w:pPr>
        <w:ind w:left="519" w:hanging="360"/>
      </w:pPr>
      <w:rPr>
        <w:rFonts w:ascii="Calibri" w:hAnsi="Calibri" w:hint="default"/>
      </w:rPr>
    </w:lvl>
    <w:lvl w:ilvl="1" w:tplc="041A0003" w:tentative="1">
      <w:start w:val="1"/>
      <w:numFmt w:val="bullet"/>
      <w:lvlText w:val="o"/>
      <w:lvlJc w:val="left"/>
      <w:pPr>
        <w:ind w:left="1239" w:hanging="360"/>
      </w:pPr>
      <w:rPr>
        <w:rFonts w:ascii="Courier New" w:hAnsi="Courier New" w:cs="Courier New" w:hint="default"/>
      </w:rPr>
    </w:lvl>
    <w:lvl w:ilvl="2" w:tplc="041A0005" w:tentative="1">
      <w:start w:val="1"/>
      <w:numFmt w:val="bullet"/>
      <w:lvlText w:val=""/>
      <w:lvlJc w:val="left"/>
      <w:pPr>
        <w:ind w:left="1959" w:hanging="360"/>
      </w:pPr>
      <w:rPr>
        <w:rFonts w:ascii="Wingdings" w:hAnsi="Wingdings" w:hint="default"/>
      </w:rPr>
    </w:lvl>
    <w:lvl w:ilvl="3" w:tplc="041A0001" w:tentative="1">
      <w:start w:val="1"/>
      <w:numFmt w:val="bullet"/>
      <w:lvlText w:val=""/>
      <w:lvlJc w:val="left"/>
      <w:pPr>
        <w:ind w:left="2679" w:hanging="360"/>
      </w:pPr>
      <w:rPr>
        <w:rFonts w:ascii="Symbol" w:hAnsi="Symbol" w:hint="default"/>
      </w:rPr>
    </w:lvl>
    <w:lvl w:ilvl="4" w:tplc="041A0003" w:tentative="1">
      <w:start w:val="1"/>
      <w:numFmt w:val="bullet"/>
      <w:lvlText w:val="o"/>
      <w:lvlJc w:val="left"/>
      <w:pPr>
        <w:ind w:left="3399" w:hanging="360"/>
      </w:pPr>
      <w:rPr>
        <w:rFonts w:ascii="Courier New" w:hAnsi="Courier New" w:cs="Courier New" w:hint="default"/>
      </w:rPr>
    </w:lvl>
    <w:lvl w:ilvl="5" w:tplc="041A0005" w:tentative="1">
      <w:start w:val="1"/>
      <w:numFmt w:val="bullet"/>
      <w:lvlText w:val=""/>
      <w:lvlJc w:val="left"/>
      <w:pPr>
        <w:ind w:left="4119" w:hanging="360"/>
      </w:pPr>
      <w:rPr>
        <w:rFonts w:ascii="Wingdings" w:hAnsi="Wingdings" w:hint="default"/>
      </w:rPr>
    </w:lvl>
    <w:lvl w:ilvl="6" w:tplc="041A0001" w:tentative="1">
      <w:start w:val="1"/>
      <w:numFmt w:val="bullet"/>
      <w:lvlText w:val=""/>
      <w:lvlJc w:val="left"/>
      <w:pPr>
        <w:ind w:left="4839" w:hanging="360"/>
      </w:pPr>
      <w:rPr>
        <w:rFonts w:ascii="Symbol" w:hAnsi="Symbol" w:hint="default"/>
      </w:rPr>
    </w:lvl>
    <w:lvl w:ilvl="7" w:tplc="041A0003" w:tentative="1">
      <w:start w:val="1"/>
      <w:numFmt w:val="bullet"/>
      <w:lvlText w:val="o"/>
      <w:lvlJc w:val="left"/>
      <w:pPr>
        <w:ind w:left="5559" w:hanging="360"/>
      </w:pPr>
      <w:rPr>
        <w:rFonts w:ascii="Courier New" w:hAnsi="Courier New" w:cs="Courier New" w:hint="default"/>
      </w:rPr>
    </w:lvl>
    <w:lvl w:ilvl="8" w:tplc="041A0005" w:tentative="1">
      <w:start w:val="1"/>
      <w:numFmt w:val="bullet"/>
      <w:lvlText w:val=""/>
      <w:lvlJc w:val="left"/>
      <w:pPr>
        <w:ind w:left="6279" w:hanging="360"/>
      </w:pPr>
      <w:rPr>
        <w:rFonts w:ascii="Wingdings" w:hAnsi="Wingdings" w:hint="default"/>
      </w:rPr>
    </w:lvl>
  </w:abstractNum>
  <w:abstractNum w:abstractNumId="52" w15:restartNumberingAfterBreak="0">
    <w:nsid w:val="56A257D5"/>
    <w:multiLevelType w:val="multilevel"/>
    <w:tmpl w:val="783AE79A"/>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9A97F56"/>
    <w:multiLevelType w:val="hybridMultilevel"/>
    <w:tmpl w:val="BF32620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5A9C4EF6"/>
    <w:multiLevelType w:val="hybridMultilevel"/>
    <w:tmpl w:val="CFBAA50E"/>
    <w:lvl w:ilvl="0" w:tplc="180A91F4">
      <w:numFmt w:val="bullet"/>
      <w:lvlText w:val="–"/>
      <w:lvlJc w:val="left"/>
      <w:pPr>
        <w:ind w:left="531" w:hanging="360"/>
      </w:pPr>
      <w:rPr>
        <w:rFonts w:ascii="Calibri" w:eastAsia="Calibri" w:hAnsi="Calibri" w:cs="Calibri" w:hint="default"/>
      </w:rPr>
    </w:lvl>
    <w:lvl w:ilvl="1" w:tplc="041A0003" w:tentative="1">
      <w:start w:val="1"/>
      <w:numFmt w:val="bullet"/>
      <w:lvlText w:val="o"/>
      <w:lvlJc w:val="left"/>
      <w:pPr>
        <w:ind w:left="1251" w:hanging="360"/>
      </w:pPr>
      <w:rPr>
        <w:rFonts w:ascii="Courier New" w:hAnsi="Courier New" w:cs="Courier New" w:hint="default"/>
      </w:rPr>
    </w:lvl>
    <w:lvl w:ilvl="2" w:tplc="041A0005" w:tentative="1">
      <w:start w:val="1"/>
      <w:numFmt w:val="bullet"/>
      <w:lvlText w:val=""/>
      <w:lvlJc w:val="left"/>
      <w:pPr>
        <w:ind w:left="1971" w:hanging="360"/>
      </w:pPr>
      <w:rPr>
        <w:rFonts w:ascii="Wingdings" w:hAnsi="Wingdings" w:hint="default"/>
      </w:rPr>
    </w:lvl>
    <w:lvl w:ilvl="3" w:tplc="041A0001" w:tentative="1">
      <w:start w:val="1"/>
      <w:numFmt w:val="bullet"/>
      <w:lvlText w:val=""/>
      <w:lvlJc w:val="left"/>
      <w:pPr>
        <w:ind w:left="2691" w:hanging="360"/>
      </w:pPr>
      <w:rPr>
        <w:rFonts w:ascii="Symbol" w:hAnsi="Symbol" w:hint="default"/>
      </w:rPr>
    </w:lvl>
    <w:lvl w:ilvl="4" w:tplc="041A0003" w:tentative="1">
      <w:start w:val="1"/>
      <w:numFmt w:val="bullet"/>
      <w:lvlText w:val="o"/>
      <w:lvlJc w:val="left"/>
      <w:pPr>
        <w:ind w:left="3411" w:hanging="360"/>
      </w:pPr>
      <w:rPr>
        <w:rFonts w:ascii="Courier New" w:hAnsi="Courier New" w:cs="Courier New" w:hint="default"/>
      </w:rPr>
    </w:lvl>
    <w:lvl w:ilvl="5" w:tplc="041A0005" w:tentative="1">
      <w:start w:val="1"/>
      <w:numFmt w:val="bullet"/>
      <w:lvlText w:val=""/>
      <w:lvlJc w:val="left"/>
      <w:pPr>
        <w:ind w:left="4131" w:hanging="360"/>
      </w:pPr>
      <w:rPr>
        <w:rFonts w:ascii="Wingdings" w:hAnsi="Wingdings" w:hint="default"/>
      </w:rPr>
    </w:lvl>
    <w:lvl w:ilvl="6" w:tplc="041A0001" w:tentative="1">
      <w:start w:val="1"/>
      <w:numFmt w:val="bullet"/>
      <w:lvlText w:val=""/>
      <w:lvlJc w:val="left"/>
      <w:pPr>
        <w:ind w:left="4851" w:hanging="360"/>
      </w:pPr>
      <w:rPr>
        <w:rFonts w:ascii="Symbol" w:hAnsi="Symbol" w:hint="default"/>
      </w:rPr>
    </w:lvl>
    <w:lvl w:ilvl="7" w:tplc="041A0003" w:tentative="1">
      <w:start w:val="1"/>
      <w:numFmt w:val="bullet"/>
      <w:lvlText w:val="o"/>
      <w:lvlJc w:val="left"/>
      <w:pPr>
        <w:ind w:left="5571" w:hanging="360"/>
      </w:pPr>
      <w:rPr>
        <w:rFonts w:ascii="Courier New" w:hAnsi="Courier New" w:cs="Courier New" w:hint="default"/>
      </w:rPr>
    </w:lvl>
    <w:lvl w:ilvl="8" w:tplc="041A0005" w:tentative="1">
      <w:start w:val="1"/>
      <w:numFmt w:val="bullet"/>
      <w:lvlText w:val=""/>
      <w:lvlJc w:val="left"/>
      <w:pPr>
        <w:ind w:left="6291" w:hanging="360"/>
      </w:pPr>
      <w:rPr>
        <w:rFonts w:ascii="Wingdings" w:hAnsi="Wingdings" w:hint="default"/>
      </w:rPr>
    </w:lvl>
  </w:abstractNum>
  <w:abstractNum w:abstractNumId="55" w15:restartNumberingAfterBreak="0">
    <w:nsid w:val="5B6D32E2"/>
    <w:multiLevelType w:val="hybridMultilevel"/>
    <w:tmpl w:val="65C6C3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5CD17A54"/>
    <w:multiLevelType w:val="hybridMultilevel"/>
    <w:tmpl w:val="889C4D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5D4B46AF"/>
    <w:multiLevelType w:val="hybridMultilevel"/>
    <w:tmpl w:val="FEFCA5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5FC43048"/>
    <w:multiLevelType w:val="hybridMultilevel"/>
    <w:tmpl w:val="D94245F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62C6136A"/>
    <w:multiLevelType w:val="hybridMultilevel"/>
    <w:tmpl w:val="DBC24A1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63E9209A"/>
    <w:multiLevelType w:val="hybridMultilevel"/>
    <w:tmpl w:val="92A2D786"/>
    <w:lvl w:ilvl="0" w:tplc="A110931E">
      <w:numFmt w:val="bullet"/>
      <w:lvlText w:val="–"/>
      <w:lvlJc w:val="left"/>
      <w:pPr>
        <w:ind w:left="531" w:hanging="360"/>
      </w:pPr>
      <w:rPr>
        <w:rFonts w:ascii="Calibri" w:eastAsia="Calibri" w:hAnsi="Calibri" w:cs="Calibri" w:hint="default"/>
      </w:rPr>
    </w:lvl>
    <w:lvl w:ilvl="1" w:tplc="041A0003" w:tentative="1">
      <w:start w:val="1"/>
      <w:numFmt w:val="bullet"/>
      <w:lvlText w:val="o"/>
      <w:lvlJc w:val="left"/>
      <w:pPr>
        <w:ind w:left="1251" w:hanging="360"/>
      </w:pPr>
      <w:rPr>
        <w:rFonts w:ascii="Courier New" w:hAnsi="Courier New" w:cs="Courier New" w:hint="default"/>
      </w:rPr>
    </w:lvl>
    <w:lvl w:ilvl="2" w:tplc="041A0005" w:tentative="1">
      <w:start w:val="1"/>
      <w:numFmt w:val="bullet"/>
      <w:lvlText w:val=""/>
      <w:lvlJc w:val="left"/>
      <w:pPr>
        <w:ind w:left="1971" w:hanging="360"/>
      </w:pPr>
      <w:rPr>
        <w:rFonts w:ascii="Wingdings" w:hAnsi="Wingdings" w:hint="default"/>
      </w:rPr>
    </w:lvl>
    <w:lvl w:ilvl="3" w:tplc="041A0001" w:tentative="1">
      <w:start w:val="1"/>
      <w:numFmt w:val="bullet"/>
      <w:lvlText w:val=""/>
      <w:lvlJc w:val="left"/>
      <w:pPr>
        <w:ind w:left="2691" w:hanging="360"/>
      </w:pPr>
      <w:rPr>
        <w:rFonts w:ascii="Symbol" w:hAnsi="Symbol" w:hint="default"/>
      </w:rPr>
    </w:lvl>
    <w:lvl w:ilvl="4" w:tplc="041A0003" w:tentative="1">
      <w:start w:val="1"/>
      <w:numFmt w:val="bullet"/>
      <w:lvlText w:val="o"/>
      <w:lvlJc w:val="left"/>
      <w:pPr>
        <w:ind w:left="3411" w:hanging="360"/>
      </w:pPr>
      <w:rPr>
        <w:rFonts w:ascii="Courier New" w:hAnsi="Courier New" w:cs="Courier New" w:hint="default"/>
      </w:rPr>
    </w:lvl>
    <w:lvl w:ilvl="5" w:tplc="041A0005" w:tentative="1">
      <w:start w:val="1"/>
      <w:numFmt w:val="bullet"/>
      <w:lvlText w:val=""/>
      <w:lvlJc w:val="left"/>
      <w:pPr>
        <w:ind w:left="4131" w:hanging="360"/>
      </w:pPr>
      <w:rPr>
        <w:rFonts w:ascii="Wingdings" w:hAnsi="Wingdings" w:hint="default"/>
      </w:rPr>
    </w:lvl>
    <w:lvl w:ilvl="6" w:tplc="041A0001" w:tentative="1">
      <w:start w:val="1"/>
      <w:numFmt w:val="bullet"/>
      <w:lvlText w:val=""/>
      <w:lvlJc w:val="left"/>
      <w:pPr>
        <w:ind w:left="4851" w:hanging="360"/>
      </w:pPr>
      <w:rPr>
        <w:rFonts w:ascii="Symbol" w:hAnsi="Symbol" w:hint="default"/>
      </w:rPr>
    </w:lvl>
    <w:lvl w:ilvl="7" w:tplc="041A0003" w:tentative="1">
      <w:start w:val="1"/>
      <w:numFmt w:val="bullet"/>
      <w:lvlText w:val="o"/>
      <w:lvlJc w:val="left"/>
      <w:pPr>
        <w:ind w:left="5571" w:hanging="360"/>
      </w:pPr>
      <w:rPr>
        <w:rFonts w:ascii="Courier New" w:hAnsi="Courier New" w:cs="Courier New" w:hint="default"/>
      </w:rPr>
    </w:lvl>
    <w:lvl w:ilvl="8" w:tplc="041A0005" w:tentative="1">
      <w:start w:val="1"/>
      <w:numFmt w:val="bullet"/>
      <w:lvlText w:val=""/>
      <w:lvlJc w:val="left"/>
      <w:pPr>
        <w:ind w:left="6291" w:hanging="360"/>
      </w:pPr>
      <w:rPr>
        <w:rFonts w:ascii="Wingdings" w:hAnsi="Wingdings" w:hint="default"/>
      </w:rPr>
    </w:lvl>
  </w:abstractNum>
  <w:abstractNum w:abstractNumId="61" w15:restartNumberingAfterBreak="0">
    <w:nsid w:val="63EB7456"/>
    <w:multiLevelType w:val="hybridMultilevel"/>
    <w:tmpl w:val="9746BC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64224209"/>
    <w:multiLevelType w:val="hybridMultilevel"/>
    <w:tmpl w:val="33A0C7D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65A836E5"/>
    <w:multiLevelType w:val="hybridMultilevel"/>
    <w:tmpl w:val="64F68FF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65AE2255"/>
    <w:multiLevelType w:val="hybridMultilevel"/>
    <w:tmpl w:val="A684C0F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5" w15:restartNumberingAfterBreak="0">
    <w:nsid w:val="6A323E52"/>
    <w:multiLevelType w:val="hybridMultilevel"/>
    <w:tmpl w:val="1930B22E"/>
    <w:lvl w:ilvl="0" w:tplc="5F20DDCC">
      <w:start w:val="1"/>
      <w:numFmt w:val="bullet"/>
      <w:lvlText w:val="-"/>
      <w:lvlJc w:val="left"/>
      <w:pPr>
        <w:ind w:left="891" w:hanging="360"/>
      </w:pPr>
      <w:rPr>
        <w:rFonts w:ascii="Calibri" w:hAnsi="Calibri" w:hint="default"/>
      </w:rPr>
    </w:lvl>
    <w:lvl w:ilvl="1" w:tplc="041A0003" w:tentative="1">
      <w:start w:val="1"/>
      <w:numFmt w:val="bullet"/>
      <w:lvlText w:val="o"/>
      <w:lvlJc w:val="left"/>
      <w:pPr>
        <w:ind w:left="1611" w:hanging="360"/>
      </w:pPr>
      <w:rPr>
        <w:rFonts w:ascii="Courier New" w:hAnsi="Courier New" w:cs="Courier New" w:hint="default"/>
      </w:rPr>
    </w:lvl>
    <w:lvl w:ilvl="2" w:tplc="041A0005" w:tentative="1">
      <w:start w:val="1"/>
      <w:numFmt w:val="bullet"/>
      <w:lvlText w:val=""/>
      <w:lvlJc w:val="left"/>
      <w:pPr>
        <w:ind w:left="2331" w:hanging="360"/>
      </w:pPr>
      <w:rPr>
        <w:rFonts w:ascii="Wingdings" w:hAnsi="Wingdings" w:hint="default"/>
      </w:rPr>
    </w:lvl>
    <w:lvl w:ilvl="3" w:tplc="041A0001" w:tentative="1">
      <w:start w:val="1"/>
      <w:numFmt w:val="bullet"/>
      <w:lvlText w:val=""/>
      <w:lvlJc w:val="left"/>
      <w:pPr>
        <w:ind w:left="3051" w:hanging="360"/>
      </w:pPr>
      <w:rPr>
        <w:rFonts w:ascii="Symbol" w:hAnsi="Symbol" w:hint="default"/>
      </w:rPr>
    </w:lvl>
    <w:lvl w:ilvl="4" w:tplc="041A0003" w:tentative="1">
      <w:start w:val="1"/>
      <w:numFmt w:val="bullet"/>
      <w:lvlText w:val="o"/>
      <w:lvlJc w:val="left"/>
      <w:pPr>
        <w:ind w:left="3771" w:hanging="360"/>
      </w:pPr>
      <w:rPr>
        <w:rFonts w:ascii="Courier New" w:hAnsi="Courier New" w:cs="Courier New" w:hint="default"/>
      </w:rPr>
    </w:lvl>
    <w:lvl w:ilvl="5" w:tplc="041A0005" w:tentative="1">
      <w:start w:val="1"/>
      <w:numFmt w:val="bullet"/>
      <w:lvlText w:val=""/>
      <w:lvlJc w:val="left"/>
      <w:pPr>
        <w:ind w:left="4491" w:hanging="360"/>
      </w:pPr>
      <w:rPr>
        <w:rFonts w:ascii="Wingdings" w:hAnsi="Wingdings" w:hint="default"/>
      </w:rPr>
    </w:lvl>
    <w:lvl w:ilvl="6" w:tplc="041A0001" w:tentative="1">
      <w:start w:val="1"/>
      <w:numFmt w:val="bullet"/>
      <w:lvlText w:val=""/>
      <w:lvlJc w:val="left"/>
      <w:pPr>
        <w:ind w:left="5211" w:hanging="360"/>
      </w:pPr>
      <w:rPr>
        <w:rFonts w:ascii="Symbol" w:hAnsi="Symbol" w:hint="default"/>
      </w:rPr>
    </w:lvl>
    <w:lvl w:ilvl="7" w:tplc="041A0003" w:tentative="1">
      <w:start w:val="1"/>
      <w:numFmt w:val="bullet"/>
      <w:lvlText w:val="o"/>
      <w:lvlJc w:val="left"/>
      <w:pPr>
        <w:ind w:left="5931" w:hanging="360"/>
      </w:pPr>
      <w:rPr>
        <w:rFonts w:ascii="Courier New" w:hAnsi="Courier New" w:cs="Courier New" w:hint="default"/>
      </w:rPr>
    </w:lvl>
    <w:lvl w:ilvl="8" w:tplc="041A0005" w:tentative="1">
      <w:start w:val="1"/>
      <w:numFmt w:val="bullet"/>
      <w:lvlText w:val=""/>
      <w:lvlJc w:val="left"/>
      <w:pPr>
        <w:ind w:left="6651" w:hanging="360"/>
      </w:pPr>
      <w:rPr>
        <w:rFonts w:ascii="Wingdings" w:hAnsi="Wingdings" w:hint="default"/>
      </w:rPr>
    </w:lvl>
  </w:abstractNum>
  <w:abstractNum w:abstractNumId="66" w15:restartNumberingAfterBreak="0">
    <w:nsid w:val="6C3A303D"/>
    <w:multiLevelType w:val="hybridMultilevel"/>
    <w:tmpl w:val="B4721F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6E3A7F11"/>
    <w:multiLevelType w:val="singleLevel"/>
    <w:tmpl w:val="1F3A750E"/>
    <w:lvl w:ilvl="0">
      <w:start w:val="1"/>
      <w:numFmt w:val="bullet"/>
      <w:pStyle w:val="Grafikeoznake"/>
      <w:lvlText w:val="–"/>
      <w:lvlJc w:val="left"/>
      <w:pPr>
        <w:tabs>
          <w:tab w:val="num" w:pos="442"/>
        </w:tabs>
        <w:ind w:left="442" w:hanging="283"/>
      </w:pPr>
      <w:rPr>
        <w:rFonts w:ascii="Calibri" w:hAnsi="Calibri"/>
      </w:rPr>
    </w:lvl>
  </w:abstractNum>
  <w:abstractNum w:abstractNumId="68" w15:restartNumberingAfterBreak="0">
    <w:nsid w:val="6F1A77B6"/>
    <w:multiLevelType w:val="hybridMultilevel"/>
    <w:tmpl w:val="98CC68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71215571"/>
    <w:multiLevelType w:val="hybridMultilevel"/>
    <w:tmpl w:val="3188B8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72545DEF"/>
    <w:multiLevelType w:val="hybridMultilevel"/>
    <w:tmpl w:val="7EDA07BA"/>
    <w:lvl w:ilvl="0" w:tplc="0EA05872">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732401B5"/>
    <w:multiLevelType w:val="multilevel"/>
    <w:tmpl w:val="767A8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3420420"/>
    <w:multiLevelType w:val="hybridMultilevel"/>
    <w:tmpl w:val="DC261E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747B6FD7"/>
    <w:multiLevelType w:val="hybridMultilevel"/>
    <w:tmpl w:val="A53C6F3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79713807"/>
    <w:multiLevelType w:val="hybridMultilevel"/>
    <w:tmpl w:val="2CF2A83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79BC6191"/>
    <w:multiLevelType w:val="multilevel"/>
    <w:tmpl w:val="F71EF44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b/>
      </w:rPr>
    </w:lvl>
    <w:lvl w:ilvl="2">
      <w:start w:va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B222888"/>
    <w:multiLevelType w:val="hybridMultilevel"/>
    <w:tmpl w:val="239A3832"/>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7C4960C5"/>
    <w:multiLevelType w:val="hybridMultilevel"/>
    <w:tmpl w:val="7A047F22"/>
    <w:lvl w:ilvl="0" w:tplc="5F20DDCC">
      <w:start w:val="1"/>
      <w:numFmt w:val="bullet"/>
      <w:lvlText w:val="-"/>
      <w:lvlJc w:val="left"/>
      <w:pPr>
        <w:ind w:left="891" w:hanging="360"/>
      </w:pPr>
      <w:rPr>
        <w:rFonts w:ascii="Calibri" w:hAnsi="Calibri" w:hint="default"/>
      </w:rPr>
    </w:lvl>
    <w:lvl w:ilvl="1" w:tplc="041A0003" w:tentative="1">
      <w:start w:val="1"/>
      <w:numFmt w:val="bullet"/>
      <w:lvlText w:val="o"/>
      <w:lvlJc w:val="left"/>
      <w:pPr>
        <w:ind w:left="1611" w:hanging="360"/>
      </w:pPr>
      <w:rPr>
        <w:rFonts w:ascii="Courier New" w:hAnsi="Courier New" w:cs="Courier New" w:hint="default"/>
      </w:rPr>
    </w:lvl>
    <w:lvl w:ilvl="2" w:tplc="041A0005" w:tentative="1">
      <w:start w:val="1"/>
      <w:numFmt w:val="bullet"/>
      <w:lvlText w:val=""/>
      <w:lvlJc w:val="left"/>
      <w:pPr>
        <w:ind w:left="2331" w:hanging="360"/>
      </w:pPr>
      <w:rPr>
        <w:rFonts w:ascii="Wingdings" w:hAnsi="Wingdings" w:hint="default"/>
      </w:rPr>
    </w:lvl>
    <w:lvl w:ilvl="3" w:tplc="041A0001" w:tentative="1">
      <w:start w:val="1"/>
      <w:numFmt w:val="bullet"/>
      <w:lvlText w:val=""/>
      <w:lvlJc w:val="left"/>
      <w:pPr>
        <w:ind w:left="3051" w:hanging="360"/>
      </w:pPr>
      <w:rPr>
        <w:rFonts w:ascii="Symbol" w:hAnsi="Symbol" w:hint="default"/>
      </w:rPr>
    </w:lvl>
    <w:lvl w:ilvl="4" w:tplc="041A0003" w:tentative="1">
      <w:start w:val="1"/>
      <w:numFmt w:val="bullet"/>
      <w:lvlText w:val="o"/>
      <w:lvlJc w:val="left"/>
      <w:pPr>
        <w:ind w:left="3771" w:hanging="360"/>
      </w:pPr>
      <w:rPr>
        <w:rFonts w:ascii="Courier New" w:hAnsi="Courier New" w:cs="Courier New" w:hint="default"/>
      </w:rPr>
    </w:lvl>
    <w:lvl w:ilvl="5" w:tplc="041A0005" w:tentative="1">
      <w:start w:val="1"/>
      <w:numFmt w:val="bullet"/>
      <w:lvlText w:val=""/>
      <w:lvlJc w:val="left"/>
      <w:pPr>
        <w:ind w:left="4491" w:hanging="360"/>
      </w:pPr>
      <w:rPr>
        <w:rFonts w:ascii="Wingdings" w:hAnsi="Wingdings" w:hint="default"/>
      </w:rPr>
    </w:lvl>
    <w:lvl w:ilvl="6" w:tplc="041A0001" w:tentative="1">
      <w:start w:val="1"/>
      <w:numFmt w:val="bullet"/>
      <w:lvlText w:val=""/>
      <w:lvlJc w:val="left"/>
      <w:pPr>
        <w:ind w:left="5211" w:hanging="360"/>
      </w:pPr>
      <w:rPr>
        <w:rFonts w:ascii="Symbol" w:hAnsi="Symbol" w:hint="default"/>
      </w:rPr>
    </w:lvl>
    <w:lvl w:ilvl="7" w:tplc="041A0003" w:tentative="1">
      <w:start w:val="1"/>
      <w:numFmt w:val="bullet"/>
      <w:lvlText w:val="o"/>
      <w:lvlJc w:val="left"/>
      <w:pPr>
        <w:ind w:left="5931" w:hanging="360"/>
      </w:pPr>
      <w:rPr>
        <w:rFonts w:ascii="Courier New" w:hAnsi="Courier New" w:cs="Courier New" w:hint="default"/>
      </w:rPr>
    </w:lvl>
    <w:lvl w:ilvl="8" w:tplc="041A0005" w:tentative="1">
      <w:start w:val="1"/>
      <w:numFmt w:val="bullet"/>
      <w:lvlText w:val=""/>
      <w:lvlJc w:val="left"/>
      <w:pPr>
        <w:ind w:left="6651" w:hanging="360"/>
      </w:pPr>
      <w:rPr>
        <w:rFonts w:ascii="Wingdings" w:hAnsi="Wingdings" w:hint="default"/>
      </w:rPr>
    </w:lvl>
  </w:abstractNum>
  <w:abstractNum w:abstractNumId="78" w15:restartNumberingAfterBreak="0">
    <w:nsid w:val="7CEF2C07"/>
    <w:multiLevelType w:val="hybridMultilevel"/>
    <w:tmpl w:val="75E0AC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9" w15:restartNumberingAfterBreak="0">
    <w:nsid w:val="7DBC6CCA"/>
    <w:multiLevelType w:val="hybridMultilevel"/>
    <w:tmpl w:val="A4B06C2C"/>
    <w:lvl w:ilvl="0" w:tplc="041A0001">
      <w:start w:val="1"/>
      <w:numFmt w:val="bullet"/>
      <w:lvlText w:val=""/>
      <w:lvlJc w:val="left"/>
      <w:pPr>
        <w:ind w:left="805" w:hanging="360"/>
      </w:pPr>
      <w:rPr>
        <w:rFonts w:ascii="Symbol" w:hAnsi="Symbol" w:hint="default"/>
      </w:rPr>
    </w:lvl>
    <w:lvl w:ilvl="1" w:tplc="041A0003" w:tentative="1">
      <w:start w:val="1"/>
      <w:numFmt w:val="bullet"/>
      <w:lvlText w:val="o"/>
      <w:lvlJc w:val="left"/>
      <w:pPr>
        <w:ind w:left="1525" w:hanging="360"/>
      </w:pPr>
      <w:rPr>
        <w:rFonts w:ascii="Courier New" w:hAnsi="Courier New" w:cs="Courier New" w:hint="default"/>
      </w:rPr>
    </w:lvl>
    <w:lvl w:ilvl="2" w:tplc="041A0005" w:tentative="1">
      <w:start w:val="1"/>
      <w:numFmt w:val="bullet"/>
      <w:lvlText w:val=""/>
      <w:lvlJc w:val="left"/>
      <w:pPr>
        <w:ind w:left="2245" w:hanging="360"/>
      </w:pPr>
      <w:rPr>
        <w:rFonts w:ascii="Wingdings" w:hAnsi="Wingdings" w:hint="default"/>
      </w:rPr>
    </w:lvl>
    <w:lvl w:ilvl="3" w:tplc="041A0001" w:tentative="1">
      <w:start w:val="1"/>
      <w:numFmt w:val="bullet"/>
      <w:lvlText w:val=""/>
      <w:lvlJc w:val="left"/>
      <w:pPr>
        <w:ind w:left="2965" w:hanging="360"/>
      </w:pPr>
      <w:rPr>
        <w:rFonts w:ascii="Symbol" w:hAnsi="Symbol" w:hint="default"/>
      </w:rPr>
    </w:lvl>
    <w:lvl w:ilvl="4" w:tplc="041A0003" w:tentative="1">
      <w:start w:val="1"/>
      <w:numFmt w:val="bullet"/>
      <w:lvlText w:val="o"/>
      <w:lvlJc w:val="left"/>
      <w:pPr>
        <w:ind w:left="3685" w:hanging="360"/>
      </w:pPr>
      <w:rPr>
        <w:rFonts w:ascii="Courier New" w:hAnsi="Courier New" w:cs="Courier New" w:hint="default"/>
      </w:rPr>
    </w:lvl>
    <w:lvl w:ilvl="5" w:tplc="041A0005" w:tentative="1">
      <w:start w:val="1"/>
      <w:numFmt w:val="bullet"/>
      <w:lvlText w:val=""/>
      <w:lvlJc w:val="left"/>
      <w:pPr>
        <w:ind w:left="4405" w:hanging="360"/>
      </w:pPr>
      <w:rPr>
        <w:rFonts w:ascii="Wingdings" w:hAnsi="Wingdings" w:hint="default"/>
      </w:rPr>
    </w:lvl>
    <w:lvl w:ilvl="6" w:tplc="041A0001" w:tentative="1">
      <w:start w:val="1"/>
      <w:numFmt w:val="bullet"/>
      <w:lvlText w:val=""/>
      <w:lvlJc w:val="left"/>
      <w:pPr>
        <w:ind w:left="5125" w:hanging="360"/>
      </w:pPr>
      <w:rPr>
        <w:rFonts w:ascii="Symbol" w:hAnsi="Symbol" w:hint="default"/>
      </w:rPr>
    </w:lvl>
    <w:lvl w:ilvl="7" w:tplc="041A0003" w:tentative="1">
      <w:start w:val="1"/>
      <w:numFmt w:val="bullet"/>
      <w:lvlText w:val="o"/>
      <w:lvlJc w:val="left"/>
      <w:pPr>
        <w:ind w:left="5845" w:hanging="360"/>
      </w:pPr>
      <w:rPr>
        <w:rFonts w:ascii="Courier New" w:hAnsi="Courier New" w:cs="Courier New" w:hint="default"/>
      </w:rPr>
    </w:lvl>
    <w:lvl w:ilvl="8" w:tplc="041A0005" w:tentative="1">
      <w:start w:val="1"/>
      <w:numFmt w:val="bullet"/>
      <w:lvlText w:val=""/>
      <w:lvlJc w:val="left"/>
      <w:pPr>
        <w:ind w:left="6565" w:hanging="360"/>
      </w:pPr>
      <w:rPr>
        <w:rFonts w:ascii="Wingdings" w:hAnsi="Wingdings" w:hint="default"/>
      </w:rPr>
    </w:lvl>
  </w:abstractNum>
  <w:num w:numId="1" w16cid:durableId="953638800">
    <w:abstractNumId w:val="67"/>
  </w:num>
  <w:num w:numId="2" w16cid:durableId="1878350540">
    <w:abstractNumId w:val="11"/>
  </w:num>
  <w:num w:numId="3" w16cid:durableId="212736871">
    <w:abstractNumId w:val="9"/>
  </w:num>
  <w:num w:numId="4" w16cid:durableId="1392269903">
    <w:abstractNumId w:val="51"/>
  </w:num>
  <w:num w:numId="5" w16cid:durableId="580943624">
    <w:abstractNumId w:val="24"/>
  </w:num>
  <w:num w:numId="6" w16cid:durableId="384529873">
    <w:abstractNumId w:val="23"/>
  </w:num>
  <w:num w:numId="7" w16cid:durableId="905534893">
    <w:abstractNumId w:val="14"/>
  </w:num>
  <w:num w:numId="8" w16cid:durableId="103425796">
    <w:abstractNumId w:val="12"/>
  </w:num>
  <w:num w:numId="9" w16cid:durableId="12658613">
    <w:abstractNumId w:val="21"/>
  </w:num>
  <w:num w:numId="10" w16cid:durableId="2030910854">
    <w:abstractNumId w:val="17"/>
  </w:num>
  <w:num w:numId="11" w16cid:durableId="1972203856">
    <w:abstractNumId w:val="64"/>
  </w:num>
  <w:num w:numId="12" w16cid:durableId="2020229029">
    <w:abstractNumId w:val="59"/>
  </w:num>
  <w:num w:numId="13" w16cid:durableId="131485874">
    <w:abstractNumId w:val="73"/>
  </w:num>
  <w:num w:numId="14" w16cid:durableId="252594102">
    <w:abstractNumId w:val="45"/>
  </w:num>
  <w:num w:numId="15" w16cid:durableId="147748241">
    <w:abstractNumId w:val="70"/>
  </w:num>
  <w:num w:numId="16" w16cid:durableId="1153450142">
    <w:abstractNumId w:val="40"/>
  </w:num>
  <w:num w:numId="17" w16cid:durableId="581724507">
    <w:abstractNumId w:val="54"/>
  </w:num>
  <w:num w:numId="18" w16cid:durableId="977612247">
    <w:abstractNumId w:val="46"/>
  </w:num>
  <w:num w:numId="19" w16cid:durableId="1424717621">
    <w:abstractNumId w:val="15"/>
  </w:num>
  <w:num w:numId="20" w16cid:durableId="2104838465">
    <w:abstractNumId w:val="34"/>
  </w:num>
  <w:num w:numId="21" w16cid:durableId="1148782471">
    <w:abstractNumId w:val="76"/>
  </w:num>
  <w:num w:numId="22" w16cid:durableId="118032704">
    <w:abstractNumId w:val="77"/>
  </w:num>
  <w:num w:numId="23" w16cid:durableId="1912227642">
    <w:abstractNumId w:val="49"/>
  </w:num>
  <w:num w:numId="24" w16cid:durableId="966472388">
    <w:abstractNumId w:val="39"/>
  </w:num>
  <w:num w:numId="25" w16cid:durableId="1878741346">
    <w:abstractNumId w:val="65"/>
  </w:num>
  <w:num w:numId="26" w16cid:durableId="1701280451">
    <w:abstractNumId w:val="26"/>
  </w:num>
  <w:num w:numId="27" w16cid:durableId="1113014858">
    <w:abstractNumId w:val="63"/>
  </w:num>
  <w:num w:numId="28" w16cid:durableId="842933386">
    <w:abstractNumId w:val="13"/>
  </w:num>
  <w:num w:numId="29" w16cid:durableId="1327270">
    <w:abstractNumId w:val="60"/>
  </w:num>
  <w:num w:numId="30" w16cid:durableId="588928147">
    <w:abstractNumId w:val="62"/>
  </w:num>
  <w:num w:numId="31" w16cid:durableId="1761293707">
    <w:abstractNumId w:val="58"/>
  </w:num>
  <w:num w:numId="32" w16cid:durableId="353506043">
    <w:abstractNumId w:val="53"/>
  </w:num>
  <w:num w:numId="33" w16cid:durableId="922763922">
    <w:abstractNumId w:val="36"/>
  </w:num>
  <w:num w:numId="34" w16cid:durableId="83476260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B73"/>
    <w:rsid w:val="00021F55"/>
    <w:rsid w:val="0002282C"/>
    <w:rsid w:val="000311CB"/>
    <w:rsid w:val="00034616"/>
    <w:rsid w:val="0003703C"/>
    <w:rsid w:val="00057764"/>
    <w:rsid w:val="000604C1"/>
    <w:rsid w:val="0006063C"/>
    <w:rsid w:val="000618B5"/>
    <w:rsid w:val="00072BA7"/>
    <w:rsid w:val="000B6A93"/>
    <w:rsid w:val="000C29D8"/>
    <w:rsid w:val="000D5C0E"/>
    <w:rsid w:val="00101A46"/>
    <w:rsid w:val="001106A2"/>
    <w:rsid w:val="00134E35"/>
    <w:rsid w:val="001365AF"/>
    <w:rsid w:val="00141C68"/>
    <w:rsid w:val="0015074B"/>
    <w:rsid w:val="00153B07"/>
    <w:rsid w:val="00156D3E"/>
    <w:rsid w:val="0016319A"/>
    <w:rsid w:val="00163A5E"/>
    <w:rsid w:val="00172E15"/>
    <w:rsid w:val="00181A65"/>
    <w:rsid w:val="00195197"/>
    <w:rsid w:val="001A036B"/>
    <w:rsid w:val="001C4469"/>
    <w:rsid w:val="001D6E47"/>
    <w:rsid w:val="001E6F01"/>
    <w:rsid w:val="002155CD"/>
    <w:rsid w:val="00230AE7"/>
    <w:rsid w:val="00237952"/>
    <w:rsid w:val="002412C3"/>
    <w:rsid w:val="00264272"/>
    <w:rsid w:val="00266009"/>
    <w:rsid w:val="00287219"/>
    <w:rsid w:val="0029639D"/>
    <w:rsid w:val="002A64BE"/>
    <w:rsid w:val="002B78F2"/>
    <w:rsid w:val="002C1C97"/>
    <w:rsid w:val="002D65D4"/>
    <w:rsid w:val="002D6C46"/>
    <w:rsid w:val="002E06D4"/>
    <w:rsid w:val="002E2040"/>
    <w:rsid w:val="002F06D2"/>
    <w:rsid w:val="002F7FDF"/>
    <w:rsid w:val="003054B1"/>
    <w:rsid w:val="00326F90"/>
    <w:rsid w:val="00384458"/>
    <w:rsid w:val="003978CD"/>
    <w:rsid w:val="003C290B"/>
    <w:rsid w:val="003F4C18"/>
    <w:rsid w:val="003F61B2"/>
    <w:rsid w:val="00421F3F"/>
    <w:rsid w:val="00452889"/>
    <w:rsid w:val="00457C7D"/>
    <w:rsid w:val="00481118"/>
    <w:rsid w:val="004A6842"/>
    <w:rsid w:val="004B2C41"/>
    <w:rsid w:val="004B4883"/>
    <w:rsid w:val="004B6390"/>
    <w:rsid w:val="004C07E1"/>
    <w:rsid w:val="004C47DB"/>
    <w:rsid w:val="004D114B"/>
    <w:rsid w:val="004E6D6E"/>
    <w:rsid w:val="004F07BF"/>
    <w:rsid w:val="00526A4F"/>
    <w:rsid w:val="00571A66"/>
    <w:rsid w:val="005806C7"/>
    <w:rsid w:val="00597EDA"/>
    <w:rsid w:val="005A0974"/>
    <w:rsid w:val="005B302E"/>
    <w:rsid w:val="005B422B"/>
    <w:rsid w:val="005B5DBA"/>
    <w:rsid w:val="005F00CE"/>
    <w:rsid w:val="005F1EDE"/>
    <w:rsid w:val="00600F65"/>
    <w:rsid w:val="00613BE8"/>
    <w:rsid w:val="00654B43"/>
    <w:rsid w:val="00671A8C"/>
    <w:rsid w:val="006C0FE8"/>
    <w:rsid w:val="006C2795"/>
    <w:rsid w:val="006C4531"/>
    <w:rsid w:val="006E41ED"/>
    <w:rsid w:val="006E742B"/>
    <w:rsid w:val="007119DF"/>
    <w:rsid w:val="00737B27"/>
    <w:rsid w:val="00737DD5"/>
    <w:rsid w:val="00783A9F"/>
    <w:rsid w:val="007A0686"/>
    <w:rsid w:val="007A28E8"/>
    <w:rsid w:val="007D66EA"/>
    <w:rsid w:val="00807731"/>
    <w:rsid w:val="0082258F"/>
    <w:rsid w:val="00831545"/>
    <w:rsid w:val="0084345C"/>
    <w:rsid w:val="008644DA"/>
    <w:rsid w:val="00872494"/>
    <w:rsid w:val="008727BC"/>
    <w:rsid w:val="00876DB2"/>
    <w:rsid w:val="00877E95"/>
    <w:rsid w:val="00897EB4"/>
    <w:rsid w:val="008A6992"/>
    <w:rsid w:val="008C1468"/>
    <w:rsid w:val="008D3151"/>
    <w:rsid w:val="00937297"/>
    <w:rsid w:val="00945FE0"/>
    <w:rsid w:val="00987367"/>
    <w:rsid w:val="00994CA8"/>
    <w:rsid w:val="009A7762"/>
    <w:rsid w:val="009B45D9"/>
    <w:rsid w:val="009D666C"/>
    <w:rsid w:val="00A46DDA"/>
    <w:rsid w:val="00A476E9"/>
    <w:rsid w:val="00A50D2F"/>
    <w:rsid w:val="00A53BFA"/>
    <w:rsid w:val="00A53D80"/>
    <w:rsid w:val="00AA1D8D"/>
    <w:rsid w:val="00AA7DFD"/>
    <w:rsid w:val="00AB35EE"/>
    <w:rsid w:val="00AB5BCB"/>
    <w:rsid w:val="00AE6BFF"/>
    <w:rsid w:val="00AF17DD"/>
    <w:rsid w:val="00B23C3F"/>
    <w:rsid w:val="00B35905"/>
    <w:rsid w:val="00B36E72"/>
    <w:rsid w:val="00B47730"/>
    <w:rsid w:val="00B53B3A"/>
    <w:rsid w:val="00B71E20"/>
    <w:rsid w:val="00B748D0"/>
    <w:rsid w:val="00B83CB4"/>
    <w:rsid w:val="00B87DEC"/>
    <w:rsid w:val="00B97AC4"/>
    <w:rsid w:val="00BA7675"/>
    <w:rsid w:val="00BB5485"/>
    <w:rsid w:val="00BF2A1F"/>
    <w:rsid w:val="00C17DC9"/>
    <w:rsid w:val="00C20BA0"/>
    <w:rsid w:val="00C2462A"/>
    <w:rsid w:val="00C44F92"/>
    <w:rsid w:val="00C52104"/>
    <w:rsid w:val="00C53C0A"/>
    <w:rsid w:val="00C707AF"/>
    <w:rsid w:val="00C842FA"/>
    <w:rsid w:val="00C9073C"/>
    <w:rsid w:val="00CA2B5E"/>
    <w:rsid w:val="00CB0664"/>
    <w:rsid w:val="00CB110A"/>
    <w:rsid w:val="00D00579"/>
    <w:rsid w:val="00D077D7"/>
    <w:rsid w:val="00D1726F"/>
    <w:rsid w:val="00D30258"/>
    <w:rsid w:val="00D75EB7"/>
    <w:rsid w:val="00D81ECB"/>
    <w:rsid w:val="00DB2E26"/>
    <w:rsid w:val="00DE589F"/>
    <w:rsid w:val="00DF1E8F"/>
    <w:rsid w:val="00E06754"/>
    <w:rsid w:val="00E23C04"/>
    <w:rsid w:val="00E321EB"/>
    <w:rsid w:val="00E34F34"/>
    <w:rsid w:val="00E42B38"/>
    <w:rsid w:val="00E60547"/>
    <w:rsid w:val="00E83EDE"/>
    <w:rsid w:val="00EA0A2A"/>
    <w:rsid w:val="00EC06B6"/>
    <w:rsid w:val="00F17631"/>
    <w:rsid w:val="00F20013"/>
    <w:rsid w:val="00F266AE"/>
    <w:rsid w:val="00F32E6A"/>
    <w:rsid w:val="00F3471C"/>
    <w:rsid w:val="00F503CA"/>
    <w:rsid w:val="00F63CE7"/>
    <w:rsid w:val="00FC27A3"/>
    <w:rsid w:val="00FC693F"/>
    <w:rsid w:val="00FD7C22"/>
    <w:rsid w:val="00FE1EFD"/>
    <w:rsid w:val="00FF5F20"/>
    <w:rsid w:val="00FF7A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1D67BA"/>
  <w14:defaultImageDpi w14:val="330"/>
  <w15:docId w15:val="{3B90058D-FCED-445E-8AB8-EA337A7A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Calibri" w:eastAsia="Calibri" w:hAnsi="Calibri"/>
      <w:color w:val="000000"/>
    </w:rPr>
  </w:style>
  <w:style w:type="paragraph" w:styleId="Naslov1">
    <w:name w:val="heading 1"/>
    <w:basedOn w:val="Normal"/>
    <w:next w:val="Normal"/>
    <w:link w:val="Naslov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tabs>
        <w:tab w:val="num" w:pos="360"/>
      </w:tabs>
      <w:contextualSpacing/>
    </w:pPr>
  </w:style>
  <w:style w:type="paragraph" w:styleId="Grafikeoznake3">
    <w:name w:val="List Bullet 3"/>
    <w:basedOn w:val="Normal"/>
    <w:uiPriority w:val="99"/>
    <w:unhideWhenUsed/>
    <w:rsid w:val="00326F90"/>
    <w:pPr>
      <w:tabs>
        <w:tab w:val="num" w:pos="360"/>
      </w:tabs>
      <w:contextualSpacing/>
    </w:pPr>
  </w:style>
  <w:style w:type="paragraph" w:styleId="Brojevi">
    <w:name w:val="List Number"/>
    <w:basedOn w:val="Normal"/>
    <w:uiPriority w:val="99"/>
    <w:unhideWhenUsed/>
    <w:rsid w:val="00326F90"/>
    <w:pPr>
      <w:tabs>
        <w:tab w:val="num" w:pos="360"/>
      </w:tabs>
      <w:contextualSpacing/>
    </w:pPr>
  </w:style>
  <w:style w:type="paragraph" w:styleId="Brojevi2">
    <w:name w:val="List Number 2"/>
    <w:basedOn w:val="Normal"/>
    <w:uiPriority w:val="99"/>
    <w:unhideWhenUsed/>
    <w:rsid w:val="0029639D"/>
    <w:pPr>
      <w:tabs>
        <w:tab w:val="num" w:pos="360"/>
      </w:tabs>
      <w:contextualSpacing/>
    </w:pPr>
  </w:style>
  <w:style w:type="paragraph" w:styleId="Brojevi3">
    <w:name w:val="List Number 3"/>
    <w:basedOn w:val="Normal"/>
    <w:uiPriority w:val="99"/>
    <w:unhideWhenUsed/>
    <w:rsid w:val="0029639D"/>
    <w:pPr>
      <w:tabs>
        <w:tab w:val="num" w:pos="360"/>
      </w:tabs>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eza">
    <w:name w:val="Hyperlink"/>
    <w:basedOn w:val="Zadanifontodlomka"/>
    <w:uiPriority w:val="99"/>
    <w:unhideWhenUsed/>
    <w:rsid w:val="00737DD5"/>
    <w:rPr>
      <w:color w:val="0000FF"/>
      <w:u w:val="single"/>
    </w:rPr>
  </w:style>
  <w:style w:type="paragraph" w:styleId="StandardWeb">
    <w:name w:val="Normal (Web)"/>
    <w:basedOn w:val="Normal"/>
    <w:uiPriority w:val="99"/>
    <w:semiHidden/>
    <w:unhideWhenUsed/>
    <w:rsid w:val="00876DB2"/>
    <w:pPr>
      <w:spacing w:before="100" w:beforeAutospacing="1" w:after="100" w:afterAutospacing="1"/>
    </w:pPr>
    <w:rPr>
      <w:rFonts w:ascii="Times New Roman" w:eastAsia="Times New Roman" w:hAnsi="Times New Roman" w:cs="Times New Roman"/>
      <w:sz w:val="24"/>
      <w:szCs w:val="24"/>
      <w:lang w:val="hr-HR" w:eastAsia="hr-HR"/>
    </w:rPr>
  </w:style>
  <w:style w:type="character" w:styleId="SlijeenaHiperveza">
    <w:name w:val="FollowedHyperlink"/>
    <w:basedOn w:val="Zadanifontodlomka"/>
    <w:uiPriority w:val="99"/>
    <w:semiHidden/>
    <w:unhideWhenUsed/>
    <w:rsid w:val="00C53C0A"/>
    <w:rPr>
      <w:color w:val="800080" w:themeColor="followedHyperlink"/>
      <w:u w:val="single"/>
    </w:rPr>
  </w:style>
  <w:style w:type="character" w:styleId="Nerijeenospominjanje">
    <w:name w:val="Unresolved Mention"/>
    <w:basedOn w:val="Zadanifontodlomka"/>
    <w:uiPriority w:val="99"/>
    <w:semiHidden/>
    <w:unhideWhenUsed/>
    <w:rsid w:val="00D75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v-gwrJ0KShM" TargetMode="External"/><Relationship Id="rId18" Type="http://schemas.openxmlformats.org/officeDocument/2006/relationships/image" Target="media/image5.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4.png"/><Relationship Id="rId25" Type="http://schemas.openxmlformats.org/officeDocument/2006/relationships/hyperlink" Target="https://www.youtube.com/watch?v=MpFJv5ix8P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MpFJv5ix8Ps" TargetMode="External"/><Relationship Id="rId20" Type="http://schemas.openxmlformats.org/officeDocument/2006/relationships/image" Target="media/image7.png"/><Relationship Id="rId29"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embed/v-gwrJ0KShM?start=20&amp;feature=oembed" TargetMode="External"/><Relationship Id="rId24" Type="http://schemas.openxmlformats.org/officeDocument/2006/relationships/hyperlink" Target="https://www.youtube.com/watch?v=v-gwrJ0KSh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hyperlink" Target="https://www.youtube.com/watch?v=ZG5pR68ntnc" TargetMode="External"/><Relationship Id="rId28" Type="http://schemas.openxmlformats.org/officeDocument/2006/relationships/hyperlink" Target="https://www.youtube.com/embed/PixLa1QlpZA?feature=oembed" TargetMode="External"/><Relationship Id="rId10" Type="http://schemas.openxmlformats.org/officeDocument/2006/relationships/hyperlink" Target="https://www.youtube.com/watch?v=ZG5pR68ntnc" TargetMode="External"/><Relationship Id="rId19" Type="http://schemas.openxmlformats.org/officeDocument/2006/relationships/image" Target="media/image6.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www.youtube.com/embed/MpFJv5ix8Ps?start=20&amp;feature=oembed" TargetMode="External"/><Relationship Id="rId22" Type="http://schemas.openxmlformats.org/officeDocument/2006/relationships/image" Target="media/image9.png"/><Relationship Id="rId27" Type="http://schemas.openxmlformats.org/officeDocument/2006/relationships/image" Target="media/image11.png"/><Relationship Id="rId30" Type="http://schemas.openxmlformats.org/officeDocument/2006/relationships/hyperlink" Target="https://www.youtube.com/watch?v=PixLa1QlpZA" TargetMode="External"/><Relationship Id="rId8" Type="http://schemas.openxmlformats.org/officeDocument/2006/relationships/hyperlink" Target="https://www.youtube.com/embed/ZG5pR68ntnc?start=23&amp;feature=oemb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1652</TotalTime>
  <Pages>3</Pages>
  <Words>3450</Words>
  <Characters>19666</Characters>
  <Application>Microsoft Office Word</Application>
  <DocSecurity>0</DocSecurity>
  <Lines>163</Lines>
  <Paragraphs>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59. Svetci među nama II.</vt:lpstr>
      <vt:lpstr/>
    </vt:vector>
  </TitlesOfParts>
  <Manager/>
  <Company/>
  <LinksUpToDate>false</LinksUpToDate>
  <CharactersWithSpaces>23070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Katolički vjeronauk – 5. razred</dc:subject>
  <dc:creator>Josip Kunac</dc:creator>
  <cp:keywords/>
  <dc:description/>
  <cp:lastModifiedBy>Josip Kunac</cp:lastModifiedBy>
  <cp:revision>48</cp:revision>
  <dcterms:created xsi:type="dcterms:W3CDTF">2026-07-13T15:42:00Z</dcterms:created>
  <dcterms:modified xsi:type="dcterms:W3CDTF">2026-08-05T10:56:00Z</dcterms:modified>
  <cp:category/>
  <dc:identifier/>
  <cp:contentStatus/>
  <dc:language/>
  <cp:version/>
</cp:coreProperties>
</file>