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C7693A" w14:paraId="5633A15F" w14:textId="77777777">
        <w:tc>
          <w:tcPr>
            <w:tcW w:w="3901" w:type="dxa"/>
            <w:shd w:val="clear" w:color="auto" w:fill="F2F2F2"/>
            <w:vAlign w:val="center"/>
          </w:tcPr>
          <w:p w14:paraId="09D806AA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3F846C18" w14:textId="77777777" w:rsidR="00C7693A" w:rsidRDefault="0052026B">
            <w:pPr>
              <w:spacing w:before="60" w:after="60"/>
              <w:ind w:left="108" w:right="108"/>
            </w:pPr>
            <w:r>
              <w:t>Klinča Sela</w:t>
            </w:r>
          </w:p>
        </w:tc>
      </w:tr>
      <w:tr w:rsidR="00C7693A" w14:paraId="34F538B5" w14:textId="77777777">
        <w:tc>
          <w:tcPr>
            <w:tcW w:w="3901" w:type="dxa"/>
            <w:shd w:val="clear" w:color="auto" w:fill="F2F2F2"/>
            <w:vAlign w:val="center"/>
          </w:tcPr>
          <w:p w14:paraId="15C28C63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63906165" w14:textId="77777777" w:rsidR="00C7693A" w:rsidRDefault="0052026B">
            <w:pPr>
              <w:spacing w:before="60" w:after="60"/>
              <w:ind w:left="108" w:right="108"/>
            </w:pPr>
            <w:r>
              <w:t>Katolički vjeronauk</w:t>
            </w:r>
          </w:p>
        </w:tc>
      </w:tr>
      <w:tr w:rsidR="00C7693A" w14:paraId="1ABA2907" w14:textId="77777777">
        <w:tc>
          <w:tcPr>
            <w:tcW w:w="3901" w:type="dxa"/>
            <w:shd w:val="clear" w:color="auto" w:fill="F2F2F2"/>
            <w:vAlign w:val="center"/>
          </w:tcPr>
          <w:p w14:paraId="3E8D4980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Vjeroučitelj</w:t>
            </w:r>
          </w:p>
        </w:tc>
        <w:tc>
          <w:tcPr>
            <w:tcW w:w="6780" w:type="dxa"/>
            <w:vAlign w:val="center"/>
          </w:tcPr>
          <w:p w14:paraId="4D4993DB" w14:textId="77777777" w:rsidR="00C7693A" w:rsidRDefault="0052026B">
            <w:pPr>
              <w:spacing w:before="60" w:after="60"/>
              <w:ind w:left="108" w:right="108"/>
            </w:pPr>
            <w:r>
              <w:t xml:space="preserve">Josip Kunac, </w:t>
            </w:r>
            <w:r>
              <w:rPr>
                <w:i/>
              </w:rPr>
              <w:t>prof.</w:t>
            </w:r>
          </w:p>
        </w:tc>
      </w:tr>
      <w:tr w:rsidR="00C7693A" w14:paraId="1047E4E8" w14:textId="77777777">
        <w:tc>
          <w:tcPr>
            <w:tcW w:w="3901" w:type="dxa"/>
            <w:shd w:val="clear" w:color="auto" w:fill="F2F2F2"/>
            <w:vAlign w:val="center"/>
          </w:tcPr>
          <w:p w14:paraId="72C4BDAB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00AD37F2" w14:textId="77777777" w:rsidR="00C7693A" w:rsidRDefault="0052026B">
            <w:pPr>
              <w:spacing w:before="60" w:after="60"/>
              <w:ind w:left="108" w:right="108"/>
            </w:pPr>
            <w:r>
              <w:t>5. razred</w:t>
            </w:r>
          </w:p>
        </w:tc>
      </w:tr>
      <w:tr w:rsidR="00C7693A" w14:paraId="056FEF35" w14:textId="77777777">
        <w:tc>
          <w:tcPr>
            <w:tcW w:w="3901" w:type="dxa"/>
            <w:shd w:val="clear" w:color="auto" w:fill="F2F2F2"/>
            <w:vAlign w:val="center"/>
          </w:tcPr>
          <w:p w14:paraId="31254F48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7F5F4891" w14:textId="2D5EE0F6" w:rsidR="00C7693A" w:rsidRDefault="0052026B">
            <w:pPr>
              <w:spacing w:before="60" w:after="60"/>
              <w:ind w:left="108" w:right="108"/>
            </w:pPr>
            <w:r>
              <w:t>5</w:t>
            </w:r>
            <w:r w:rsidR="00274CFC">
              <w:t>7</w:t>
            </w:r>
            <w:r>
              <w:t>.</w:t>
            </w:r>
          </w:p>
        </w:tc>
      </w:tr>
      <w:tr w:rsidR="00C7693A" w14:paraId="7BBC304B" w14:textId="77777777">
        <w:tc>
          <w:tcPr>
            <w:tcW w:w="3901" w:type="dxa"/>
            <w:shd w:val="clear" w:color="auto" w:fill="F2F2F2"/>
            <w:vAlign w:val="center"/>
          </w:tcPr>
          <w:p w14:paraId="32387E2D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3C4D477C" w14:textId="77777777" w:rsidR="00C7693A" w:rsidRDefault="0052026B">
            <w:pPr>
              <w:spacing w:before="60" w:after="60"/>
              <w:ind w:left="108" w:right="108"/>
            </w:pPr>
            <w:r>
              <w:t>IV. ŠIRENJE ISUSOVE PORUKE</w:t>
            </w:r>
          </w:p>
        </w:tc>
      </w:tr>
      <w:tr w:rsidR="00C7693A" w14:paraId="020A5AE6" w14:textId="77777777">
        <w:tc>
          <w:tcPr>
            <w:tcW w:w="3901" w:type="dxa"/>
            <w:shd w:val="clear" w:color="auto" w:fill="F2F2F2"/>
            <w:vAlign w:val="center"/>
          </w:tcPr>
          <w:p w14:paraId="7D959BB0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6F82A53F" w14:textId="77777777" w:rsidR="00C7693A" w:rsidRDefault="0052026B">
            <w:pPr>
              <w:spacing w:before="60" w:after="60"/>
              <w:ind w:left="108" w:right="108"/>
            </w:pPr>
            <w:r>
              <w:t>10. Svetci među nama I.</w:t>
            </w:r>
          </w:p>
        </w:tc>
      </w:tr>
    </w:tbl>
    <w:p w14:paraId="624DEA84" w14:textId="77777777" w:rsidR="00C7693A" w:rsidRDefault="0052026B">
      <w:pPr>
        <w:keepNext/>
        <w:spacing w:before="220" w:after="40"/>
        <w:jc w:val="both"/>
      </w:pPr>
      <w:r>
        <w:rPr>
          <w:b/>
          <w:color w:val="C96A00"/>
          <w:sz w:val="26"/>
        </w:rPr>
        <w:t>Odgojno-obrazovni ishodi učenja:</w:t>
      </w:r>
    </w:p>
    <w:p w14:paraId="622AB64D" w14:textId="77777777" w:rsidR="00C7693A" w:rsidRDefault="0052026B">
      <w:pPr>
        <w:jc w:val="both"/>
      </w:pPr>
      <w:r>
        <w:t>OŠ KV B.5.3. Učenik obrazlaže važnost molitve za osobni odnos s Bogom.</w:t>
      </w:r>
    </w:p>
    <w:p w14:paraId="1BA08B7B" w14:textId="77777777" w:rsidR="00C7693A" w:rsidRDefault="0052026B">
      <w:pPr>
        <w:jc w:val="both"/>
      </w:pPr>
      <w:r>
        <w:t>OŠ KV B.5.3. Učenik uočava razlike u molitvama ljudi vjere (Marija, svetci i blaženici i drugi uzori vjere) od vlastite molitve.</w:t>
      </w:r>
    </w:p>
    <w:p w14:paraId="7913A98C" w14:textId="77777777" w:rsidR="00C7693A" w:rsidRDefault="0052026B">
      <w:pPr>
        <w:jc w:val="both"/>
      </w:pPr>
      <w:r>
        <w:t>OŠ KV C.5.1. Učenik navodi i objašnjava vrednote kraljevstva Božjega.</w:t>
      </w:r>
    </w:p>
    <w:p w14:paraId="025C6516" w14:textId="77777777" w:rsidR="00C7693A" w:rsidRDefault="0052026B">
      <w:pPr>
        <w:jc w:val="both"/>
      </w:pPr>
      <w:r>
        <w:t>OŠ KV C.5.1. Učenik navodi primjere životnih situacija u kojima je moguće ostvariti vrednote kraljevstva Božjega.</w:t>
      </w:r>
    </w:p>
    <w:p w14:paraId="2D9EAEF9" w14:textId="77777777" w:rsidR="00C7693A" w:rsidRDefault="0052026B">
      <w:pPr>
        <w:jc w:val="both"/>
      </w:pPr>
      <w:r>
        <w:t>OŠ KV C.5.1. Učenik predlaže konkretne postupke prema onima koji su u različitim potrebama.</w:t>
      </w:r>
    </w:p>
    <w:p w14:paraId="3BAB3FDB" w14:textId="77777777" w:rsidR="00C7693A" w:rsidRDefault="0052026B">
      <w:pPr>
        <w:jc w:val="both"/>
      </w:pPr>
      <w:r>
        <w:t>OŠ KV D.5.1. Učenik prepoznaje prisutnost temeljnih vrednota kraljevstva Božjega u životima nekih hrvatskih svetaca i blaženika i važnost njihova životnog primjera za nas danas.</w:t>
      </w:r>
    </w:p>
    <w:p w14:paraId="33BD8449" w14:textId="77777777" w:rsidR="00C7693A" w:rsidRDefault="0052026B">
      <w:pPr>
        <w:jc w:val="both"/>
      </w:pPr>
      <w:r>
        <w:t>OŠ KV D.5.1. Učenik predlaže načine kako prema njihovu primjeru djelovati danas.</w:t>
      </w:r>
    </w:p>
    <w:p w14:paraId="0888A230" w14:textId="77777777" w:rsidR="00C7693A" w:rsidRDefault="0052026B">
      <w:pPr>
        <w:spacing w:after="220"/>
        <w:jc w:val="both"/>
      </w:pPr>
      <w:r>
        <w:t>OŠ KV D.5.2. Učenik izražava svoj unutarnji doživljaj vjere kroz različite oblike izražavanja.</w:t>
      </w:r>
    </w:p>
    <w:tbl>
      <w:tblPr>
        <w:tblStyle w:val="Reetkatablic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C7693A" w14:paraId="334F073C" w14:textId="77777777">
        <w:tc>
          <w:tcPr>
            <w:tcW w:w="3901" w:type="dxa"/>
            <w:shd w:val="clear" w:color="auto" w:fill="F2F2F2"/>
            <w:vAlign w:val="center"/>
          </w:tcPr>
          <w:p w14:paraId="7CC2D1B8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58F46838" w14:textId="77777777" w:rsidR="00C7693A" w:rsidRDefault="0052026B">
            <w:pPr>
              <w:spacing w:before="60" w:after="60"/>
              <w:ind w:left="108" w:right="108"/>
              <w:jc w:val="both"/>
            </w:pPr>
            <w:r>
              <w:t>hrvatski svetci i blaženici, svjedočanstvo, čašćenje, nasljedovanje, molitva, rad, ljubav, mučenik, uzor, zagovor</w:t>
            </w:r>
          </w:p>
        </w:tc>
      </w:tr>
      <w:tr w:rsidR="00C7693A" w14:paraId="0E76756F" w14:textId="77777777">
        <w:tc>
          <w:tcPr>
            <w:tcW w:w="3901" w:type="dxa"/>
            <w:shd w:val="clear" w:color="auto" w:fill="F2F2F2"/>
            <w:vAlign w:val="center"/>
          </w:tcPr>
          <w:p w14:paraId="79D548EF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Središnje / problemsko pitanje</w:t>
            </w:r>
          </w:p>
        </w:tc>
        <w:tc>
          <w:tcPr>
            <w:tcW w:w="6780" w:type="dxa"/>
            <w:vAlign w:val="center"/>
          </w:tcPr>
          <w:p w14:paraId="065BE540" w14:textId="77777777" w:rsidR="00C7693A" w:rsidRDefault="0052026B">
            <w:pPr>
              <w:spacing w:before="60" w:after="60"/>
              <w:ind w:left="108" w:right="108"/>
              <w:jc w:val="both"/>
            </w:pPr>
            <w:r>
              <w:t>Kako hrvatski svetci i blaženici svjedoče da se svetost gradi molitvom, radom i ljubavlju prema ljudima?</w:t>
            </w:r>
          </w:p>
        </w:tc>
      </w:tr>
      <w:tr w:rsidR="00C7693A" w14:paraId="4C6AA546" w14:textId="77777777">
        <w:tc>
          <w:tcPr>
            <w:tcW w:w="3901" w:type="dxa"/>
            <w:shd w:val="clear" w:color="auto" w:fill="F2F2F2"/>
            <w:vAlign w:val="center"/>
          </w:tcPr>
          <w:p w14:paraId="7183EB1A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6CDF4518" w14:textId="77777777" w:rsidR="00C7693A" w:rsidRDefault="0052026B">
            <w:pPr>
              <w:spacing w:before="60" w:after="60"/>
              <w:ind w:left="108" w:right="108"/>
              <w:jc w:val="both"/>
            </w:pPr>
            <w:r>
              <w:t>razgovor, lov na dokaz, čitanje u paru, analiza portreta, rad na poučnome tekstu, uspoređivanje, problemsko i suradničko učenje, vizualno organiziranje, likovno izražavanje, formativna provjera</w:t>
            </w:r>
          </w:p>
        </w:tc>
      </w:tr>
      <w:tr w:rsidR="00C7693A" w14:paraId="6851EA87" w14:textId="77777777">
        <w:tc>
          <w:tcPr>
            <w:tcW w:w="3901" w:type="dxa"/>
            <w:shd w:val="clear" w:color="auto" w:fill="F2F2F2"/>
            <w:vAlign w:val="center"/>
          </w:tcPr>
          <w:p w14:paraId="32535C80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43106DD2" w14:textId="77777777" w:rsidR="00C7693A" w:rsidRDefault="0052026B">
            <w:pPr>
              <w:spacing w:before="60" w:after="60"/>
              <w:ind w:left="108" w:right="108"/>
              <w:jc w:val="both"/>
            </w:pPr>
            <w:r>
              <w:t>frontalni rad, individualni rad, rad u paru, rad u skupinama</w:t>
            </w:r>
          </w:p>
        </w:tc>
      </w:tr>
      <w:tr w:rsidR="00C7693A" w14:paraId="1D4919A0" w14:textId="77777777">
        <w:tc>
          <w:tcPr>
            <w:tcW w:w="3901" w:type="dxa"/>
            <w:shd w:val="clear" w:color="auto" w:fill="F2F2F2"/>
            <w:vAlign w:val="center"/>
          </w:tcPr>
          <w:p w14:paraId="299F23B2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592937A8" w14:textId="18EC0A9B" w:rsidR="00C7693A" w:rsidRDefault="0052026B">
            <w:pPr>
              <w:spacing w:before="60" w:after="60"/>
              <w:ind w:left="108" w:right="108"/>
              <w:jc w:val="both"/>
            </w:pPr>
            <w:r>
              <w:t xml:space="preserve">udžbenik, </w:t>
            </w:r>
            <w:r w:rsidR="004A6FE2">
              <w:t>radna bilježnica</w:t>
            </w:r>
            <w:r>
              <w:t>, digitalni udžbenik, galerija portreta, tekst „Kamen mudraca“, bilježnica, papir, bojice, radni predlošci, QR-kodovi, računalo ili tablet (po izboru)</w:t>
            </w:r>
          </w:p>
        </w:tc>
      </w:tr>
      <w:tr w:rsidR="00C7693A" w14:paraId="065CCD3D" w14:textId="77777777">
        <w:tc>
          <w:tcPr>
            <w:tcW w:w="3901" w:type="dxa"/>
            <w:shd w:val="clear" w:color="auto" w:fill="F2F2F2"/>
            <w:vAlign w:val="center"/>
          </w:tcPr>
          <w:p w14:paraId="1868D0B1" w14:textId="77777777" w:rsidR="00C7693A" w:rsidRDefault="0052026B">
            <w:pPr>
              <w:spacing w:before="60" w:after="60"/>
              <w:ind w:left="108" w:right="108"/>
            </w:pPr>
            <w:r>
              <w:rPr>
                <w:b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081AC74F" w14:textId="77777777" w:rsidR="00C7693A" w:rsidRDefault="0052026B">
            <w:pPr>
              <w:spacing w:before="60" w:after="60"/>
              <w:ind w:left="108" w:right="108"/>
              <w:jc w:val="both"/>
            </w:pPr>
            <w:r>
              <w:t>Hrvatski jezik – čitanje, sažimanje i obrazlaganje poruke; Likovna kultura – opažanje portreta i likovno izražavanje; Osobni i socijalni razvoj – uzori, odgovornost, solidarnost i ustrajnost; Učiti kako učiti – lov na dokaz, suradničko učenje i samovrednovanje; Uporaba IKT-a – memorijska igra i digitalna vježba</w:t>
            </w:r>
          </w:p>
        </w:tc>
      </w:tr>
    </w:tbl>
    <w:p w14:paraId="313A3EBB" w14:textId="77777777" w:rsidR="00C7693A" w:rsidRDefault="0052026B">
      <w:pPr>
        <w:keepNext/>
        <w:spacing w:before="120" w:after="40"/>
        <w:jc w:val="both"/>
      </w:pPr>
      <w:r>
        <w:rPr>
          <w:b/>
          <w:color w:val="C96A00"/>
          <w:sz w:val="26"/>
        </w:rPr>
        <w:t>Vrednovanje:</w:t>
      </w:r>
    </w:p>
    <w:p w14:paraId="22854DCC" w14:textId="77777777" w:rsidR="00C7693A" w:rsidRDefault="0052026B">
      <w:pPr>
        <w:jc w:val="both"/>
      </w:pPr>
      <w:r>
        <w:rPr>
          <w:b/>
        </w:rPr>
        <w:t xml:space="preserve">Vrednovanje za učenje: </w:t>
      </w:r>
      <w:r>
        <w:t>odgovori tijekom obrade str. 58, pronalaženje dokaza u tekstu, tumačenje najboljega načina čašćenja, povezivanje portreta i imena, obrada poruke „Kamen mudraca“ i formativna provjera.</w:t>
      </w:r>
    </w:p>
    <w:p w14:paraId="6F0657FC" w14:textId="77777777" w:rsidR="00C7693A" w:rsidRDefault="0052026B">
      <w:pPr>
        <w:jc w:val="both"/>
      </w:pPr>
      <w:r>
        <w:rPr>
          <w:b/>
        </w:rPr>
        <w:t xml:space="preserve">Vrednovanje kao učenje: </w:t>
      </w:r>
      <w:r>
        <w:t>samovrednovanje metodom „Mozaik razumijevanja“.</w:t>
      </w:r>
    </w:p>
    <w:p w14:paraId="616A4652" w14:textId="77777777" w:rsidR="00C7693A" w:rsidRDefault="0052026B">
      <w:pPr>
        <w:jc w:val="both"/>
      </w:pPr>
      <w:r>
        <w:rPr>
          <w:b/>
        </w:rPr>
        <w:t xml:space="preserve">Vrednovanje naučenoga: </w:t>
      </w:r>
      <w:r>
        <w:t>formalno brojčano vrednovanje nije predviđeno.</w:t>
      </w:r>
    </w:p>
    <w:p w14:paraId="4518A7A8" w14:textId="77777777" w:rsidR="00C7693A" w:rsidRDefault="0052026B">
      <w:pPr>
        <w:keepNext/>
        <w:pageBreakBefore/>
        <w:spacing w:after="28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C7693A" w14:paraId="2A9F5D24" w14:textId="77777777" w:rsidTr="00556D87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DE4B923" w14:textId="35E1ABE0" w:rsidR="00C7693A" w:rsidRDefault="00556D87" w:rsidP="00556D87">
            <w:r w:rsidRPr="00556D87">
              <w:rPr>
                <w:rFonts w:cs="Calibri"/>
                <w:b/>
                <w:color w:val="FFFFFF"/>
                <w:sz w:val="32"/>
              </w:rPr>
              <w:t xml:space="preserve">I. UVODNI DIO – DOŽIVI </w:t>
            </w:r>
            <w:r w:rsidRPr="00556D87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3EC4F75C" w14:textId="77777777" w:rsidR="00C7693A" w:rsidRDefault="0052026B">
      <w:pPr>
        <w:keepNext/>
        <w:spacing w:before="60" w:after="40"/>
        <w:jc w:val="both"/>
      </w:pPr>
      <w:r>
        <w:rPr>
          <w:b/>
          <w:color w:val="C96A00"/>
          <w:sz w:val="26"/>
        </w:rPr>
        <w:t>Uvodna molitva:</w:t>
      </w:r>
    </w:p>
    <w:p w14:paraId="255250A0" w14:textId="77777777" w:rsidR="00C7693A" w:rsidRDefault="0052026B">
      <w:pPr>
        <w:spacing w:after="220"/>
      </w:pPr>
      <w:r>
        <w:t>Oče naš…</w:t>
      </w:r>
    </w:p>
    <w:p w14:paraId="61EBD98C" w14:textId="77777777" w:rsidR="00C7693A" w:rsidRDefault="0052026B">
      <w:pPr>
        <w:spacing w:after="220"/>
      </w:pPr>
      <w:r>
        <w:t>ili:</w:t>
      </w:r>
    </w:p>
    <w:p w14:paraId="3005BE61" w14:textId="77777777" w:rsidR="00C7693A" w:rsidRDefault="0052026B">
      <w:pPr>
        <w:spacing w:after="220"/>
        <w:jc w:val="both"/>
      </w:pPr>
      <w:r>
        <w:rPr>
          <w:sz w:val="48"/>
        </w:rPr>
        <w:t>Isuse, hvala Ti za ljude iz našega naroda koji su Te slijedili molitvom, radom, hrabrošću i ljubavlju. Daj nam mudrost da ih ne promatramo samo kao slike iz prošlosti, nego da prepoznamo što njihov primjer znači za naše današnje odluke. Amen.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C7693A" w14:paraId="38071B3E" w14:textId="77777777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EAF4E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7656601" w14:textId="77777777" w:rsidR="00C7693A" w:rsidRDefault="0052026B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sz w:val="21"/>
              </w:rPr>
              <w:t>Vjeroučitelj će pročitati: „Budite dakle savršeni kao što je savršen Otac vaš nebeski.“ (Mt 5,48). Učenici će u tišini izreći: „Bože, pomozi mi danas rasti u ljubavi.“</w:t>
            </w:r>
          </w:p>
        </w:tc>
      </w:tr>
    </w:tbl>
    <w:p w14:paraId="03ACDC10" w14:textId="77777777" w:rsidR="00C7693A" w:rsidRDefault="00C7693A">
      <w:pPr>
        <w:spacing w:after="220"/>
      </w:pPr>
    </w:p>
    <w:p w14:paraId="198310AE" w14:textId="77777777" w:rsidR="00C7693A" w:rsidRDefault="0052026B">
      <w:pPr>
        <w:keepNext/>
        <w:spacing w:before="60" w:after="40"/>
        <w:jc w:val="both"/>
      </w:pPr>
      <w:r>
        <w:rPr>
          <w:b/>
          <w:color w:val="C96A00"/>
          <w:sz w:val="26"/>
        </w:rPr>
        <w:t>Povezivanje s prethodnim satom / pregled domaće zadaće:</w:t>
      </w:r>
    </w:p>
    <w:p w14:paraId="5423A5E5" w14:textId="77777777" w:rsidR="00C7693A" w:rsidRDefault="0052026B">
      <w:pPr>
        <w:jc w:val="both"/>
      </w:pPr>
      <w:r>
        <w:t>Učenici daju vjeroučitelju na uvid domaću zadaću od prošloga susreta:</w:t>
      </w:r>
    </w:p>
    <w:p w14:paraId="76A0355A" w14:textId="77777777" w:rsidR="00C7693A" w:rsidRDefault="0052026B">
      <w:pPr>
        <w:jc w:val="both"/>
      </w:pPr>
      <w:r>
        <w:t>„Učenici će riješiti, ili dovršiti rješavanje RB, str. 82–83.“</w:t>
      </w:r>
    </w:p>
    <w:p w14:paraId="7B2BC4DD" w14:textId="77777777" w:rsidR="00C7693A" w:rsidRDefault="0052026B">
      <w:r>
        <w:t>Ili:</w:t>
      </w:r>
    </w:p>
    <w:p w14:paraId="592C4633" w14:textId="6C7895C7" w:rsidR="00C7693A" w:rsidRDefault="0052026B">
      <w:pPr>
        <w:jc w:val="both"/>
      </w:pPr>
      <w:r>
        <w:t>„</w:t>
      </w:r>
      <w:r w:rsidR="000078CE" w:rsidRPr="000078CE">
        <w:t>Učenici će napisati tri rečenice: „Svetost nije…“, „Svetost jest…“ i „Moj mali sveti korak može biti…“</w:t>
      </w:r>
      <w:r>
        <w:t>“</w:t>
      </w:r>
    </w:p>
    <w:p w14:paraId="128DEC5F" w14:textId="77777777" w:rsidR="00C7693A" w:rsidRDefault="0052026B">
      <w:pPr>
        <w:keepNext/>
        <w:spacing w:before="60" w:after="40"/>
        <w:jc w:val="both"/>
      </w:pPr>
      <w:r>
        <w:rPr>
          <w:b/>
          <w:color w:val="C96A00"/>
          <w:sz w:val="26"/>
        </w:rPr>
        <w:t>Motivacija:</w:t>
      </w:r>
    </w:p>
    <w:p w14:paraId="69B1A3D1" w14:textId="77777777" w:rsidR="00C7693A" w:rsidRDefault="0052026B">
      <w:pPr>
        <w:jc w:val="both"/>
      </w:pPr>
      <w:r>
        <w:t>Vjeroučitelj će prikazati samo galeriju lica sa str. 58 bez naslova. Učenici će pojedinačno zapisati jednu riječ koja povezuje sve prikazane osobe, a zatim u paru odabrati najbolju zajedničku riječ i obrazložiti je.</w:t>
      </w:r>
    </w:p>
    <w:p w14:paraId="5EE688AD" w14:textId="30A15DC5" w:rsidR="00C7693A" w:rsidRDefault="000078CE">
      <w:pPr>
        <w:spacing w:before="220"/>
        <w:jc w:val="center"/>
      </w:pPr>
      <w:r w:rsidRPr="000078CE">
        <w:rPr>
          <w:noProof/>
        </w:rPr>
        <w:drawing>
          <wp:inline distT="0" distB="0" distL="0" distR="0" wp14:anchorId="39970BA2" wp14:editId="03EC0AD7">
            <wp:extent cx="5810400" cy="2880000"/>
            <wp:effectExtent l="0" t="0" r="0" b="0"/>
            <wp:docPr id="19809408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9408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0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4970" w14:textId="77777777" w:rsidR="00C7693A" w:rsidRDefault="0052026B">
      <w:pPr>
        <w:keepNext/>
        <w:spacing w:before="220"/>
        <w:jc w:val="both"/>
      </w:pPr>
      <w:r>
        <w:lastRenderedPageBreak/>
        <w:t>Razgovor:</w:t>
      </w:r>
    </w:p>
    <w:p w14:paraId="6B0C1970" w14:textId="77777777" w:rsidR="00C7693A" w:rsidRDefault="0052026B" w:rsidP="000078CE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Što je zajedničko osobama na različitim portretima? </w:t>
      </w:r>
      <w:r w:rsidRPr="000078CE">
        <w:rPr>
          <w:color w:val="6B6B6B"/>
          <w:sz w:val="18"/>
        </w:rPr>
        <w:t>(Pripadaju hrvatskomu narodu i Crkva ih ističe kao uzore vjere i svetosti.)</w:t>
      </w:r>
    </w:p>
    <w:p w14:paraId="4A38D007" w14:textId="77777777" w:rsidR="00C7693A" w:rsidRDefault="0052026B" w:rsidP="000078CE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Zašto su portreti različiti? </w:t>
      </w:r>
      <w:r w:rsidRPr="000078CE">
        <w:rPr>
          <w:color w:val="6B6B6B"/>
          <w:sz w:val="18"/>
        </w:rPr>
        <w:t>(Osobe su živjele u različitim vremenima, mjestima, zvanjima i okolnostima.)</w:t>
      </w:r>
    </w:p>
    <w:p w14:paraId="00917D94" w14:textId="77777777" w:rsidR="00C7693A" w:rsidRDefault="0052026B" w:rsidP="000078CE">
      <w:pPr>
        <w:pStyle w:val="Odlomakpopisa"/>
        <w:numPr>
          <w:ilvl w:val="0"/>
          <w:numId w:val="31"/>
        </w:numPr>
        <w:spacing w:after="20"/>
        <w:jc w:val="both"/>
      </w:pPr>
      <w:r>
        <w:t xml:space="preserve">Je li dovoljno znati njihova imena? </w:t>
      </w:r>
      <w:r w:rsidRPr="000078CE">
        <w:rPr>
          <w:color w:val="6B6B6B"/>
          <w:sz w:val="18"/>
        </w:rPr>
        <w:t>(Nije; najvažnije je upoznati njihove vrednote i nasljedovati dobro.)</w:t>
      </w:r>
    </w:p>
    <w:p w14:paraId="688B52DB" w14:textId="77777777" w:rsidR="00C7693A" w:rsidRDefault="0052026B">
      <w:pPr>
        <w:keepNext/>
        <w:spacing w:before="60" w:after="40"/>
        <w:jc w:val="both"/>
      </w:pPr>
      <w:r>
        <w:rPr>
          <w:b/>
          <w:color w:val="C96A00"/>
          <w:sz w:val="26"/>
        </w:rPr>
        <w:t>Najava teme i središnjega pitanja:</w:t>
      </w:r>
    </w:p>
    <w:p w14:paraId="43F68F53" w14:textId="77777777" w:rsidR="00C7693A" w:rsidRDefault="0052026B">
      <w:pPr>
        <w:jc w:val="both"/>
      </w:pPr>
      <w:r>
        <w:t>Danas upoznajemo hrvatske svetce i blaženike predstavljene na str. 58 te poruku da ih najbolje častimo nasljedujući njihov put prema Kristu. Posebno ćemo povezati molitvu, rad, ljubav i ustrajnost. Istraživat ćemo: Kako hrvatski svetci i blaženici svjedoče da se svetost gradi molitvom, radom i ljubavlju prema ljudima?</w:t>
      </w:r>
    </w:p>
    <w:p w14:paraId="64E53A71" w14:textId="77777777" w:rsidR="00C7693A" w:rsidRDefault="00C7693A" w:rsidP="000078CE"/>
    <w:p w14:paraId="3E2D59BC" w14:textId="77777777" w:rsidR="005C7EF2" w:rsidRDefault="005C7EF2" w:rsidP="000078CE"/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C7693A" w14:paraId="1E00E606" w14:textId="77777777" w:rsidTr="00556D87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8FFF258" w14:textId="598D9C54" w:rsidR="00C7693A" w:rsidRDefault="00556D87" w:rsidP="00556D87">
            <w:r w:rsidRPr="00556D87">
              <w:rPr>
                <w:rFonts w:cs="Calibri"/>
                <w:b/>
                <w:color w:val="FFFFFF"/>
                <w:sz w:val="32"/>
              </w:rPr>
              <w:t xml:space="preserve">II. SREDIŠNJI DIO – OTKRIJ I POVEŽI </w:t>
            </w:r>
            <w:r w:rsidRPr="00556D87">
              <w:rPr>
                <w:rFonts w:cs="Calibri"/>
                <w:color w:val="FFFFFF"/>
                <w:sz w:val="20"/>
              </w:rPr>
              <w:t>(približno 27–30 minuta)</w:t>
            </w:r>
          </w:p>
        </w:tc>
      </w:tr>
    </w:tbl>
    <w:p w14:paraId="238535AB" w14:textId="77777777" w:rsidR="00C7693A" w:rsidRDefault="00C7693A">
      <w:pPr>
        <w:spacing w:after="220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C7693A" w14:paraId="736F1155" w14:textId="77777777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EA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68B185" w14:textId="77777777" w:rsidR="00C7693A" w:rsidRDefault="0052026B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Napomena o izboru aktivnosti: </w:t>
            </w:r>
            <w:r>
              <w:rPr>
                <w:sz w:val="21"/>
              </w:rPr>
              <w:t>Aktivnosti u nastavku predstavljaju prijedloge i mogućnosti izbora. Nije predviđeno da se 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06F8D7CD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1: Obrada teksta / sadržaja </w:t>
      </w:r>
      <w:r>
        <w:rPr>
          <w:i/>
          <w:color w:val="6B6B6B"/>
          <w:sz w:val="20"/>
        </w:rPr>
        <w:t>(individualni rad, rad u paru i zajednička provjera, 15 minuta)</w:t>
      </w:r>
    </w:p>
    <w:p w14:paraId="137B98EF" w14:textId="77777777" w:rsidR="00C7693A" w:rsidRDefault="0052026B">
      <w:pPr>
        <w:jc w:val="both"/>
      </w:pPr>
      <w:r>
        <w:t>Učenici će tiho pročitati tekst „Svetci među nama“, udžbenik, str. 58. Tijekom čitanja traže dokaz za četiri tvrdnje: svetost se pojavljuje u svim vremenima i narodima; svetci su živjeli iz ljubavi prema Bogu i čovjeku; Crkva ih časti; najbolje ih štujemo nasljedovanjem. U paru uspoređuju dokaze i sažimaju tekst jednom rečenicom.</w:t>
      </w:r>
    </w:p>
    <w:p w14:paraId="07A6CAEA" w14:textId="77777777" w:rsidR="00C7693A" w:rsidRDefault="0052026B">
      <w:pPr>
        <w:jc w:val="both"/>
      </w:pPr>
      <w:r>
        <w:rPr>
          <w:i/>
          <w:color w:val="6B6B6B"/>
          <w:sz w:val="21"/>
        </w:rPr>
        <w:t>Rješenje: Dokazi: u svakome vremenu i narodu pojavljuju se osobe koje slijede Krista; njihov život bio je prožet ljubavlju prema Bogu i čovjeku; Crkva ih je proglasila blaženima ili svetima i časti ih na oltarima; najbolje ih štujemo tako da ih slijedimo na putu do Krista.</w:t>
      </w:r>
    </w:p>
    <w:p w14:paraId="193E7FAB" w14:textId="77777777" w:rsidR="005C7EF2" w:rsidRDefault="005C7EF2" w:rsidP="005C7EF2"/>
    <w:p w14:paraId="263A67DF" w14:textId="77777777" w:rsidR="005C7EF2" w:rsidRDefault="005C7EF2" w:rsidP="005C7EF2"/>
    <w:p w14:paraId="24C32E6E" w14:textId="4D2F2F67" w:rsidR="00C7693A" w:rsidRDefault="0052026B" w:rsidP="005C7EF2"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5783"/>
        <w:gridCol w:w="4875"/>
      </w:tblGrid>
      <w:tr w:rsidR="00C7693A" w14:paraId="69DB1197" w14:textId="77777777" w:rsidTr="005C7EF2">
        <w:trPr>
          <w:tblHeader/>
        </w:trPr>
        <w:tc>
          <w:tcPr>
            <w:tcW w:w="578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D8E702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TVRDNJA</w:t>
            </w:r>
          </w:p>
        </w:tc>
        <w:tc>
          <w:tcPr>
            <w:tcW w:w="487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2328A6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DOKAZ IZ TEKSTA</w:t>
            </w:r>
          </w:p>
        </w:tc>
      </w:tr>
      <w:tr w:rsidR="00C7693A" w14:paraId="1A766AEF" w14:textId="77777777" w:rsidTr="005C7EF2">
        <w:tc>
          <w:tcPr>
            <w:tcW w:w="578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43EAAEB" w14:textId="77777777" w:rsidR="00C7693A" w:rsidRPr="005B07CD" w:rsidRDefault="0052026B" w:rsidP="005C7EF2">
            <w:pPr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Svetost nije vezana samo uz jedno vrijeme ili narod.</w:t>
            </w:r>
          </w:p>
        </w:tc>
        <w:tc>
          <w:tcPr>
            <w:tcW w:w="487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32FC3C6" w14:textId="3276A80C" w:rsidR="00C7693A" w:rsidRDefault="0052026B">
            <w:pPr>
              <w:jc w:val="center"/>
            </w:pPr>
            <w:r>
              <w:rPr>
                <w:sz w:val="34"/>
              </w:rPr>
              <w:t>______________________________</w:t>
            </w:r>
            <w:r w:rsidR="005C7EF2">
              <w:rPr>
                <w:sz w:val="34"/>
              </w:rPr>
              <w:t>______________________</w:t>
            </w:r>
            <w:r>
              <w:rPr>
                <w:sz w:val="34"/>
              </w:rPr>
              <w:t>__</w:t>
            </w:r>
          </w:p>
        </w:tc>
      </w:tr>
      <w:tr w:rsidR="005C7EF2" w14:paraId="74AD29C5" w14:textId="77777777" w:rsidTr="005C7EF2">
        <w:tc>
          <w:tcPr>
            <w:tcW w:w="578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BF10ACC" w14:textId="77777777" w:rsidR="005C7EF2" w:rsidRPr="005B07CD" w:rsidRDefault="005C7EF2" w:rsidP="005C7EF2">
            <w:pPr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Ljubav prema Bogu povezana je s ljubavlju prema čovjeku.</w:t>
            </w:r>
          </w:p>
        </w:tc>
        <w:tc>
          <w:tcPr>
            <w:tcW w:w="487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93801E2" w14:textId="5186BDEA" w:rsidR="005C7EF2" w:rsidRDefault="005C7EF2" w:rsidP="005C7EF2">
            <w:pPr>
              <w:jc w:val="center"/>
            </w:pPr>
            <w:r w:rsidRPr="004061A9">
              <w:rPr>
                <w:sz w:val="34"/>
              </w:rPr>
              <w:t>______________________________________________________</w:t>
            </w:r>
          </w:p>
        </w:tc>
      </w:tr>
      <w:tr w:rsidR="005C7EF2" w14:paraId="67B64E6F" w14:textId="77777777" w:rsidTr="005C7EF2">
        <w:tc>
          <w:tcPr>
            <w:tcW w:w="578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2284F59" w14:textId="77777777" w:rsidR="005C7EF2" w:rsidRPr="005B07CD" w:rsidRDefault="005C7EF2" w:rsidP="005C7EF2">
            <w:pPr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Crkva časti svetce i blaženike.</w:t>
            </w:r>
          </w:p>
        </w:tc>
        <w:tc>
          <w:tcPr>
            <w:tcW w:w="487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F78C8A5" w14:textId="16B6283E" w:rsidR="005C7EF2" w:rsidRDefault="005C7EF2" w:rsidP="005C7EF2">
            <w:pPr>
              <w:jc w:val="center"/>
            </w:pPr>
            <w:r w:rsidRPr="004061A9">
              <w:rPr>
                <w:sz w:val="34"/>
              </w:rPr>
              <w:t>______________________________________________________</w:t>
            </w:r>
          </w:p>
        </w:tc>
      </w:tr>
      <w:tr w:rsidR="005C7EF2" w14:paraId="1682A900" w14:textId="77777777" w:rsidTr="005C7EF2">
        <w:tc>
          <w:tcPr>
            <w:tcW w:w="578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7EBF920" w14:textId="77777777" w:rsidR="005C7EF2" w:rsidRPr="005B07CD" w:rsidRDefault="005C7EF2" w:rsidP="005C7EF2">
            <w:pPr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Najbolji način čašćenja jest nasljedovanje.</w:t>
            </w:r>
          </w:p>
        </w:tc>
        <w:tc>
          <w:tcPr>
            <w:tcW w:w="487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2C123AF" w14:textId="5DBEA602" w:rsidR="005C7EF2" w:rsidRDefault="005C7EF2" w:rsidP="005C7EF2">
            <w:pPr>
              <w:jc w:val="center"/>
            </w:pPr>
            <w:r w:rsidRPr="004061A9">
              <w:rPr>
                <w:sz w:val="34"/>
              </w:rPr>
              <w:t>______________________________________________________</w:t>
            </w:r>
          </w:p>
        </w:tc>
      </w:tr>
    </w:tbl>
    <w:p w14:paraId="2D9A0FDC" w14:textId="77777777" w:rsidR="00C7693A" w:rsidRDefault="0052026B">
      <w:pPr>
        <w:spacing w:before="220"/>
      </w:pPr>
      <w:r>
        <w:t>Ili:</w:t>
      </w:r>
    </w:p>
    <w:p w14:paraId="0A5F40DE" w14:textId="45F0668E" w:rsidR="00C7693A" w:rsidRDefault="0052026B">
      <w:pPr>
        <w:jc w:val="both"/>
      </w:pPr>
      <w:r>
        <w:t xml:space="preserve">Učenici će </w:t>
      </w:r>
      <w:r w:rsidR="005C7EF2">
        <w:t>po odlomcima pročitati tekst „Svetci među nama“, udžbenik, str. 58, te</w:t>
      </w:r>
      <w:r>
        <w:t xml:space="preserve"> odgovoriti na pitanja i u bilježnici zapisati četiri glagola: SLIJEDITI – SVJEDOČITI – ČASTITI – NASLJEDOVATI.</w:t>
      </w:r>
    </w:p>
    <w:p w14:paraId="0348453E" w14:textId="77777777" w:rsidR="00C7693A" w:rsidRDefault="0052026B">
      <w:pPr>
        <w:keepNext/>
        <w:spacing w:before="220"/>
        <w:jc w:val="both"/>
      </w:pPr>
      <w:r>
        <w:t>Razgovor:</w:t>
      </w:r>
    </w:p>
    <w:p w14:paraId="0694FEAB" w14:textId="77777777" w:rsidR="00C7693A" w:rsidRDefault="0052026B" w:rsidP="005C7EF2">
      <w:pPr>
        <w:pStyle w:val="Odlomakpopisa"/>
        <w:numPr>
          <w:ilvl w:val="0"/>
          <w:numId w:val="32"/>
        </w:numPr>
        <w:spacing w:after="20"/>
        <w:jc w:val="both"/>
      </w:pPr>
      <w:r>
        <w:t xml:space="preserve">Što oduševljenje apostola nastavlja kroz sva vremena? </w:t>
      </w:r>
      <w:r w:rsidRPr="005C7EF2">
        <w:rPr>
          <w:color w:val="6B6B6B"/>
          <w:sz w:val="18"/>
        </w:rPr>
        <w:t>(Život ljudi koji slijede Krista i svjedoče vjeru.)</w:t>
      </w:r>
    </w:p>
    <w:p w14:paraId="1CFAA0DF" w14:textId="77777777" w:rsidR="00C7693A" w:rsidRDefault="0052026B" w:rsidP="005C7EF2">
      <w:pPr>
        <w:pStyle w:val="Odlomakpopisa"/>
        <w:numPr>
          <w:ilvl w:val="0"/>
          <w:numId w:val="32"/>
        </w:numPr>
        <w:spacing w:after="20"/>
        <w:jc w:val="both"/>
      </w:pPr>
      <w:r>
        <w:t xml:space="preserve">Po čemu se svetci razlikuju od ljudi koji samo govore o dobru? </w:t>
      </w:r>
      <w:r w:rsidRPr="005C7EF2">
        <w:rPr>
          <w:color w:val="6B6B6B"/>
          <w:sz w:val="18"/>
        </w:rPr>
        <w:t>(Svojim su životom i djelima svjedočili vjeru.)</w:t>
      </w:r>
    </w:p>
    <w:p w14:paraId="55FA3EB4" w14:textId="77777777" w:rsidR="00C7693A" w:rsidRDefault="0052026B" w:rsidP="005C7EF2">
      <w:pPr>
        <w:pStyle w:val="Odlomakpopisa"/>
        <w:numPr>
          <w:ilvl w:val="0"/>
          <w:numId w:val="32"/>
        </w:numPr>
        <w:spacing w:after="20"/>
        <w:jc w:val="both"/>
      </w:pPr>
      <w:r>
        <w:t xml:space="preserve">Kako Crkva časti svetce i blaženike? </w:t>
      </w:r>
      <w:r w:rsidRPr="005C7EF2">
        <w:rPr>
          <w:color w:val="6B6B6B"/>
          <w:sz w:val="18"/>
        </w:rPr>
        <w:t>(Spominje ih, slavi njihove blagdane, moli njihov zagovor i stavlja ih kao uzore.)</w:t>
      </w:r>
    </w:p>
    <w:p w14:paraId="7C4456B7" w14:textId="77777777" w:rsidR="00C7693A" w:rsidRPr="005C7EF2" w:rsidRDefault="0052026B" w:rsidP="005C7EF2">
      <w:pPr>
        <w:pStyle w:val="Odlomakpopisa"/>
        <w:numPr>
          <w:ilvl w:val="0"/>
          <w:numId w:val="32"/>
        </w:numPr>
        <w:spacing w:after="20"/>
        <w:jc w:val="both"/>
      </w:pPr>
      <w:r>
        <w:t xml:space="preserve">Koji je najbolji način njihova štovanja? </w:t>
      </w:r>
      <w:r w:rsidRPr="005C7EF2">
        <w:rPr>
          <w:color w:val="6B6B6B"/>
          <w:sz w:val="18"/>
        </w:rPr>
        <w:t>(Nasljedovati njihov put prema Kristu.)</w:t>
      </w:r>
    </w:p>
    <w:p w14:paraId="07CD4AE2" w14:textId="77777777" w:rsidR="005C7EF2" w:rsidRDefault="005C7EF2" w:rsidP="005C7EF2">
      <w:pPr>
        <w:spacing w:after="20"/>
        <w:jc w:val="both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C7693A" w14:paraId="13401DC2" w14:textId="77777777" w:rsidTr="005C7EF2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6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92BE014" w14:textId="77777777" w:rsidR="00C7693A" w:rsidRDefault="0052026B" w:rsidP="005C7EF2">
            <w:pPr>
              <w:spacing w:after="40"/>
              <w:jc w:val="center"/>
            </w:pPr>
            <w:r w:rsidRPr="005B07CD">
              <w:rPr>
                <w:sz w:val="40"/>
                <w:szCs w:val="40"/>
              </w:rPr>
              <w:t>SLIJEDITI  →  SVJEDOČITI  →  ČASTITI  →  NASLJEDOVATI</w:t>
            </w:r>
          </w:p>
        </w:tc>
      </w:tr>
    </w:tbl>
    <w:p w14:paraId="1DC261B0" w14:textId="77777777" w:rsidR="00C7693A" w:rsidRDefault="0052026B">
      <w:pPr>
        <w:spacing w:before="220" w:after="220"/>
        <w:jc w:val="both"/>
      </w:pPr>
      <w:r>
        <w:rPr>
          <w:b/>
          <w:color w:val="5A8F3D"/>
          <w:sz w:val="36"/>
        </w:rPr>
        <w:t xml:space="preserve">Kršćanski naglasak: </w:t>
      </w:r>
      <w:r>
        <w:rPr>
          <w:sz w:val="36"/>
        </w:rPr>
        <w:t>Svetci i blaženici nisu zamjena za Boga. Kršćani ih časte kao prijatelje i uzore koji upućuju na Krista. Njihov se primjer poštuje najdublje kada molitva postane ljubav, a ljubav konkretno djelo.</w:t>
      </w:r>
    </w:p>
    <w:p w14:paraId="452A57FB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2: Najbolji način čašćenja </w:t>
      </w:r>
      <w:r>
        <w:rPr>
          <w:i/>
          <w:color w:val="6B6B6B"/>
          <w:sz w:val="20"/>
        </w:rPr>
        <w:t>(individualni rad, 6 minuta)</w:t>
      </w:r>
    </w:p>
    <w:p w14:paraId="047E171F" w14:textId="77777777" w:rsidR="00C7693A" w:rsidRDefault="0052026B">
      <w:pPr>
        <w:jc w:val="both"/>
      </w:pPr>
      <w:r>
        <w:t>Učenici će rangirati pet postupaka od 1 – najviše pokazuje nasljedovanje do 5 – najmanje pokazuje nasljedovanje. Dva prva izbora obrazlažu.</w:t>
      </w:r>
    </w:p>
    <w:p w14:paraId="7449B90E" w14:textId="77777777" w:rsidR="00C7693A" w:rsidRDefault="0052026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Najvažniji su konkretno činiti dobro, moliti i učiti iz njihova primjera. Vanjski znakovi imaju smisla kada vode prema vjeri i životu.</w:t>
      </w:r>
    </w:p>
    <w:p w14:paraId="44A148D2" w14:textId="77777777" w:rsidR="005C7EF2" w:rsidRDefault="005C7EF2">
      <w:pPr>
        <w:jc w:val="both"/>
        <w:rPr>
          <w:i/>
          <w:color w:val="6B6B6B"/>
          <w:sz w:val="21"/>
        </w:rPr>
      </w:pPr>
    </w:p>
    <w:p w14:paraId="3DD8B65D" w14:textId="77777777" w:rsidR="005C7EF2" w:rsidRDefault="005C7EF2">
      <w:pPr>
        <w:jc w:val="both"/>
        <w:rPr>
          <w:i/>
          <w:color w:val="6B6B6B"/>
          <w:sz w:val="21"/>
        </w:rPr>
      </w:pPr>
    </w:p>
    <w:p w14:paraId="452F3750" w14:textId="5794AF5B" w:rsidR="005C7EF2" w:rsidRDefault="005C7EF2" w:rsidP="005C7EF2"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8358"/>
        <w:gridCol w:w="2300"/>
      </w:tblGrid>
      <w:tr w:rsidR="00C7693A" w14:paraId="1AFD8490" w14:textId="77777777" w:rsidTr="005C7EF2">
        <w:trPr>
          <w:tblHeader/>
        </w:trPr>
        <w:tc>
          <w:tcPr>
            <w:tcW w:w="83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4D4226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POSTUPAK</w:t>
            </w:r>
          </w:p>
        </w:tc>
        <w:tc>
          <w:tcPr>
            <w:tcW w:w="23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EF9394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RANG</w:t>
            </w:r>
          </w:p>
        </w:tc>
      </w:tr>
      <w:tr w:rsidR="00C7693A" w14:paraId="0FA2480B" w14:textId="77777777" w:rsidTr="005C7EF2">
        <w:tc>
          <w:tcPr>
            <w:tcW w:w="83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AD33C17" w14:textId="77777777" w:rsidR="00C7693A" w:rsidRPr="005B07CD" w:rsidRDefault="0052026B">
            <w:pPr>
              <w:jc w:val="both"/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Upoznati život i izabrati jednu vrednotu.</w:t>
            </w:r>
          </w:p>
        </w:tc>
        <w:tc>
          <w:tcPr>
            <w:tcW w:w="23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4B50589" w14:textId="4C2FDBBB" w:rsidR="00C7693A" w:rsidRDefault="0052026B">
            <w:pPr>
              <w:jc w:val="center"/>
            </w:pPr>
            <w:r>
              <w:rPr>
                <w:sz w:val="36"/>
              </w:rPr>
              <w:t>_</w:t>
            </w:r>
            <w:r w:rsidR="005C7EF2">
              <w:rPr>
                <w:sz w:val="36"/>
              </w:rPr>
              <w:t>___</w:t>
            </w:r>
            <w:r>
              <w:rPr>
                <w:sz w:val="36"/>
              </w:rPr>
              <w:t>_</w:t>
            </w:r>
          </w:p>
        </w:tc>
      </w:tr>
      <w:tr w:rsidR="005C7EF2" w14:paraId="11B7B2A4" w14:textId="77777777" w:rsidTr="0001343F">
        <w:tc>
          <w:tcPr>
            <w:tcW w:w="83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FB2775B" w14:textId="77777777" w:rsidR="005C7EF2" w:rsidRPr="005B07CD" w:rsidRDefault="005C7EF2" w:rsidP="005C7EF2">
            <w:pPr>
              <w:jc w:val="both"/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Moliti njihov zagovor.</w:t>
            </w:r>
          </w:p>
        </w:tc>
        <w:tc>
          <w:tcPr>
            <w:tcW w:w="23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C99C216" w14:textId="5FA5C88D" w:rsidR="005C7EF2" w:rsidRDefault="005C7EF2" w:rsidP="005C7EF2">
            <w:pPr>
              <w:jc w:val="center"/>
            </w:pPr>
            <w:r w:rsidRPr="006C449D">
              <w:rPr>
                <w:sz w:val="36"/>
              </w:rPr>
              <w:t>_____</w:t>
            </w:r>
          </w:p>
        </w:tc>
      </w:tr>
      <w:tr w:rsidR="005C7EF2" w14:paraId="180365A8" w14:textId="77777777" w:rsidTr="0001343F">
        <w:tc>
          <w:tcPr>
            <w:tcW w:w="83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F4CFF97" w14:textId="77777777" w:rsidR="005C7EF2" w:rsidRPr="005B07CD" w:rsidRDefault="005C7EF2" w:rsidP="005C7EF2">
            <w:pPr>
              <w:jc w:val="both"/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Činiti dobro po njihovu primjeru.</w:t>
            </w:r>
          </w:p>
        </w:tc>
        <w:tc>
          <w:tcPr>
            <w:tcW w:w="23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7F61EAB" w14:textId="3BD3DC70" w:rsidR="005C7EF2" w:rsidRDefault="005C7EF2" w:rsidP="005C7EF2">
            <w:pPr>
              <w:jc w:val="center"/>
            </w:pPr>
            <w:r w:rsidRPr="006C449D">
              <w:rPr>
                <w:sz w:val="36"/>
              </w:rPr>
              <w:t>_____</w:t>
            </w:r>
          </w:p>
        </w:tc>
      </w:tr>
      <w:tr w:rsidR="005C7EF2" w14:paraId="0BA01AD2" w14:textId="77777777" w:rsidTr="0001343F">
        <w:tc>
          <w:tcPr>
            <w:tcW w:w="83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55FA836" w14:textId="77777777" w:rsidR="005C7EF2" w:rsidRPr="005B07CD" w:rsidRDefault="005C7EF2" w:rsidP="005C7EF2">
            <w:pPr>
              <w:jc w:val="both"/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Znati samo datum blagdana.</w:t>
            </w:r>
          </w:p>
        </w:tc>
        <w:tc>
          <w:tcPr>
            <w:tcW w:w="23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1C4F2B6" w14:textId="5E5C0941" w:rsidR="005C7EF2" w:rsidRDefault="005C7EF2" w:rsidP="005C7EF2">
            <w:pPr>
              <w:jc w:val="center"/>
            </w:pPr>
            <w:r w:rsidRPr="006C449D">
              <w:rPr>
                <w:sz w:val="36"/>
              </w:rPr>
              <w:t>_____</w:t>
            </w:r>
          </w:p>
        </w:tc>
      </w:tr>
      <w:tr w:rsidR="005C7EF2" w14:paraId="2F165302" w14:textId="77777777" w:rsidTr="0001343F">
        <w:tc>
          <w:tcPr>
            <w:tcW w:w="83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8319095" w14:textId="77777777" w:rsidR="005C7EF2" w:rsidRPr="005B07CD" w:rsidRDefault="005C7EF2" w:rsidP="005C7EF2">
            <w:pPr>
              <w:jc w:val="both"/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Promatrati sliku bez zanimanja za poruku.</w:t>
            </w:r>
          </w:p>
        </w:tc>
        <w:tc>
          <w:tcPr>
            <w:tcW w:w="230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08450A3" w14:textId="0CA51FD1" w:rsidR="005C7EF2" w:rsidRDefault="005C7EF2" w:rsidP="005C7EF2">
            <w:pPr>
              <w:jc w:val="center"/>
            </w:pPr>
            <w:r w:rsidRPr="006C449D">
              <w:rPr>
                <w:sz w:val="36"/>
              </w:rPr>
              <w:t>_____</w:t>
            </w:r>
          </w:p>
        </w:tc>
      </w:tr>
    </w:tbl>
    <w:p w14:paraId="067B4CBF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3: Častiti i nasljedovati </w:t>
      </w:r>
      <w:r>
        <w:rPr>
          <w:i/>
          <w:color w:val="6B6B6B"/>
          <w:sz w:val="20"/>
        </w:rPr>
        <w:t>(rad u paru, 7 minuta)</w:t>
      </w:r>
    </w:p>
    <w:p w14:paraId="433BE6C5" w14:textId="77777777" w:rsidR="00C7693A" w:rsidRDefault="0052026B">
      <w:pPr>
        <w:jc w:val="both"/>
      </w:pPr>
      <w:r>
        <w:t>Rad u paru. Učenici će u lijevi stupac navesti dva oblika čašćenja, a u desni dva načina nasljedovanja. Zatim povezuju po jedan par i objašnjavaju kako vanjski znak može postati životna odluka.</w:t>
      </w:r>
    </w:p>
    <w:p w14:paraId="6C10F3EC" w14:textId="77777777" w:rsidR="00C7693A" w:rsidRDefault="0052026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Čašćenje: blagdan, molitva zagovora, slika ili kip, crkva posvećena svetcu. Nasljedovanje: molitva, rad, pomoć siromašnima, hrabrost, opraštanje, služenje.</w:t>
      </w:r>
    </w:p>
    <w:p w14:paraId="794F29DD" w14:textId="77777777" w:rsidR="005C7EF2" w:rsidRDefault="005C7EF2" w:rsidP="005C7EF2"/>
    <w:p w14:paraId="647577A8" w14:textId="77777777" w:rsidR="005C7EF2" w:rsidRDefault="005C7EF2" w:rsidP="005C7EF2"/>
    <w:p w14:paraId="56474407" w14:textId="77777777" w:rsidR="005C7EF2" w:rsidRDefault="005C7EF2" w:rsidP="005C7EF2"/>
    <w:p w14:paraId="19966F32" w14:textId="77777777" w:rsidR="005C7EF2" w:rsidRDefault="005C7EF2" w:rsidP="005C7EF2"/>
    <w:p w14:paraId="68EB3815" w14:textId="77777777" w:rsidR="005C7EF2" w:rsidRDefault="005C7EF2" w:rsidP="005C7EF2"/>
    <w:p w14:paraId="26AEC4A1" w14:textId="77777777" w:rsidR="005C7EF2" w:rsidRDefault="005C7EF2" w:rsidP="005C7EF2"/>
    <w:p w14:paraId="15738AFE" w14:textId="77777777" w:rsidR="005C7EF2" w:rsidRDefault="005C7EF2" w:rsidP="005C7EF2"/>
    <w:p w14:paraId="0133DFF4" w14:textId="4E44A3BF" w:rsidR="005C7EF2" w:rsidRDefault="005C7EF2" w:rsidP="005C7EF2"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C7693A" w14:paraId="57A54024" w14:textId="77777777">
        <w:trPr>
          <w:tblHeader/>
        </w:trPr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A9533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ČASTITI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AB818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NASLJEDOVATI</w:t>
            </w:r>
          </w:p>
        </w:tc>
      </w:tr>
      <w:tr w:rsidR="005C7EF2" w14:paraId="0C14DC5D" w14:textId="77777777" w:rsidTr="00F652B4"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99A9398" w14:textId="5E497E1A" w:rsidR="005C7EF2" w:rsidRDefault="005C7EF2" w:rsidP="005C7EF2">
            <w:pPr>
              <w:jc w:val="center"/>
            </w:pPr>
            <w:r w:rsidRPr="00F6177A">
              <w:rPr>
                <w:sz w:val="36"/>
              </w:rPr>
              <w:t>____________________________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A1D2B5A" w14:textId="3027A3B4" w:rsidR="005C7EF2" w:rsidRDefault="005C7EF2" w:rsidP="005C7EF2">
            <w:pPr>
              <w:jc w:val="center"/>
            </w:pPr>
            <w:r w:rsidRPr="00F6177A">
              <w:rPr>
                <w:sz w:val="36"/>
              </w:rPr>
              <w:t>____________________________</w:t>
            </w:r>
          </w:p>
        </w:tc>
      </w:tr>
      <w:tr w:rsidR="005C7EF2" w14:paraId="6A2ACB25" w14:textId="77777777" w:rsidTr="00F652B4"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75685E6" w14:textId="38918F92" w:rsidR="005C7EF2" w:rsidRDefault="005C7EF2" w:rsidP="005C7EF2">
            <w:pPr>
              <w:jc w:val="center"/>
            </w:pPr>
            <w:r w:rsidRPr="00F6177A">
              <w:rPr>
                <w:sz w:val="36"/>
              </w:rPr>
              <w:t>____________________________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D5B7F2D" w14:textId="11B146F8" w:rsidR="005C7EF2" w:rsidRDefault="005C7EF2" w:rsidP="005C7EF2">
            <w:pPr>
              <w:jc w:val="center"/>
            </w:pPr>
            <w:r w:rsidRPr="00F6177A">
              <w:rPr>
                <w:sz w:val="36"/>
              </w:rPr>
              <w:t>____________________________</w:t>
            </w:r>
          </w:p>
        </w:tc>
      </w:tr>
    </w:tbl>
    <w:p w14:paraId="06C03691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4: Galerija uzora </w:t>
      </w:r>
      <w:r>
        <w:rPr>
          <w:i/>
          <w:color w:val="6B6B6B"/>
          <w:sz w:val="20"/>
        </w:rPr>
        <w:t>(rad u skupinama, 9 minuta)</w:t>
      </w:r>
    </w:p>
    <w:p w14:paraId="16FA1047" w14:textId="77777777" w:rsidR="00C7693A" w:rsidRDefault="0052026B">
      <w:pPr>
        <w:jc w:val="both"/>
      </w:pPr>
      <w:r>
        <w:t>Rad u skupinama. Uloge: promatrač, čitač, zapisničar i izvjestitelj. Svaka skupina odabire dva portreta sa str. 58, pravilno čita imena i uz svaki navodi jednu opću vrijednost koju bi život uzora mogao potaknuti: molitva, hrabrost, milosrđe, služenje, ustrajnost ili svjedočenje.</w:t>
      </w:r>
    </w:p>
    <w:p w14:paraId="124F1EBB" w14:textId="77777777" w:rsidR="00C7693A" w:rsidRDefault="0052026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Prihvaćaju se obrazložene vrijednosti. Udžbenik prikazuje: bl. Augustina Kažotića, bl. Julijana iz Bala, bl. Jakova Zadranina, bl. Graciju iz Mula, bl. Ozanu Kotorsku, bl. Miroslava Bulešića i bl. Drinske mučenice.</w:t>
      </w:r>
    </w:p>
    <w:p w14:paraId="7EFFD2EF" w14:textId="77777777" w:rsidR="00A67186" w:rsidRDefault="00A67186" w:rsidP="00A67186"/>
    <w:p w14:paraId="50BC854C" w14:textId="76A50B2A" w:rsidR="005C7EF2" w:rsidRDefault="00A67186" w:rsidP="00A67186">
      <w:r>
        <w:t>Radni predložak:</w:t>
      </w:r>
    </w:p>
    <w:p w14:paraId="005AA27C" w14:textId="5CBFB125" w:rsidR="00C7693A" w:rsidRDefault="005C7EF2">
      <w:pPr>
        <w:spacing w:before="220"/>
        <w:jc w:val="center"/>
      </w:pPr>
      <w:r w:rsidRPr="000078CE">
        <w:rPr>
          <w:noProof/>
        </w:rPr>
        <w:drawing>
          <wp:inline distT="0" distB="0" distL="0" distR="0" wp14:anchorId="40FBB7E6" wp14:editId="5859043D">
            <wp:extent cx="5810400" cy="2880000"/>
            <wp:effectExtent l="0" t="0" r="0" b="0"/>
            <wp:docPr id="106546475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9408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0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9B432" w14:textId="77777777" w:rsidR="005C7EF2" w:rsidRDefault="005C7EF2">
      <w:pPr>
        <w:spacing w:before="220"/>
        <w:jc w:val="center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3572"/>
        <w:gridCol w:w="2376"/>
        <w:gridCol w:w="4710"/>
      </w:tblGrid>
      <w:tr w:rsidR="00C7693A" w14:paraId="6BFE17B7" w14:textId="77777777" w:rsidTr="005B07CD">
        <w:trPr>
          <w:tblHeader/>
        </w:trPr>
        <w:tc>
          <w:tcPr>
            <w:tcW w:w="357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82B84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IME / SKUPINA</w:t>
            </w:r>
          </w:p>
        </w:tc>
        <w:tc>
          <w:tcPr>
            <w:tcW w:w="237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4A30D6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VRIJEDNOST</w:t>
            </w:r>
          </w:p>
        </w:tc>
        <w:tc>
          <w:tcPr>
            <w:tcW w:w="471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404759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ZAŠTO?</w:t>
            </w:r>
          </w:p>
        </w:tc>
      </w:tr>
      <w:tr w:rsidR="00C7693A" w14:paraId="61E40319" w14:textId="77777777" w:rsidTr="005B07CD">
        <w:tc>
          <w:tcPr>
            <w:tcW w:w="357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DE0C763" w14:textId="241B43D3" w:rsidR="00C7693A" w:rsidRDefault="0052026B">
            <w:pPr>
              <w:jc w:val="center"/>
            </w:pPr>
            <w:r>
              <w:rPr>
                <w:sz w:val="34"/>
              </w:rPr>
              <w:t>___________</w:t>
            </w:r>
            <w:r w:rsidR="005B07CD">
              <w:rPr>
                <w:sz w:val="34"/>
              </w:rPr>
              <w:t>___</w:t>
            </w:r>
            <w:r>
              <w:rPr>
                <w:sz w:val="34"/>
              </w:rPr>
              <w:t>_____</w:t>
            </w:r>
          </w:p>
        </w:tc>
        <w:tc>
          <w:tcPr>
            <w:tcW w:w="237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34DD6D8" w14:textId="4505B15F" w:rsidR="00C7693A" w:rsidRDefault="0052026B">
            <w:pPr>
              <w:jc w:val="center"/>
            </w:pPr>
            <w:r>
              <w:rPr>
                <w:sz w:val="34"/>
              </w:rPr>
              <w:t>______</w:t>
            </w:r>
            <w:r w:rsidR="005B07CD">
              <w:rPr>
                <w:sz w:val="34"/>
              </w:rPr>
              <w:t>_</w:t>
            </w:r>
            <w:r>
              <w:rPr>
                <w:sz w:val="34"/>
              </w:rPr>
              <w:t>_____</w:t>
            </w:r>
          </w:p>
        </w:tc>
        <w:tc>
          <w:tcPr>
            <w:tcW w:w="471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C37C095" w14:textId="66BC3460" w:rsidR="00C7693A" w:rsidRDefault="0052026B">
            <w:pPr>
              <w:jc w:val="center"/>
            </w:pPr>
            <w:r>
              <w:rPr>
                <w:sz w:val="34"/>
              </w:rPr>
              <w:t>______________</w:t>
            </w:r>
            <w:r w:rsidR="005B07CD">
              <w:rPr>
                <w:sz w:val="34"/>
              </w:rPr>
              <w:t>__</w:t>
            </w:r>
            <w:r>
              <w:rPr>
                <w:sz w:val="34"/>
              </w:rPr>
              <w:t>__________</w:t>
            </w:r>
          </w:p>
        </w:tc>
      </w:tr>
      <w:tr w:rsidR="005B07CD" w14:paraId="7CD9CA78" w14:textId="77777777" w:rsidTr="005B07CD">
        <w:tc>
          <w:tcPr>
            <w:tcW w:w="3572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357C74D" w14:textId="0CC659E3" w:rsidR="005B07CD" w:rsidRDefault="005B07CD" w:rsidP="005B07CD">
            <w:pPr>
              <w:jc w:val="center"/>
            </w:pPr>
            <w:r>
              <w:rPr>
                <w:sz w:val="34"/>
              </w:rPr>
              <w:t>___________________</w:t>
            </w:r>
          </w:p>
        </w:tc>
        <w:tc>
          <w:tcPr>
            <w:tcW w:w="237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9859A0E" w14:textId="478DD931" w:rsidR="005B07CD" w:rsidRDefault="005B07CD" w:rsidP="005B07CD">
            <w:pPr>
              <w:jc w:val="center"/>
            </w:pPr>
            <w:r>
              <w:rPr>
                <w:sz w:val="34"/>
              </w:rPr>
              <w:t>____________</w:t>
            </w:r>
          </w:p>
        </w:tc>
        <w:tc>
          <w:tcPr>
            <w:tcW w:w="471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573F70E" w14:textId="3CF9EE69" w:rsidR="005B07CD" w:rsidRDefault="005B07CD" w:rsidP="005B07CD">
            <w:pPr>
              <w:jc w:val="center"/>
            </w:pPr>
            <w:r>
              <w:rPr>
                <w:sz w:val="34"/>
              </w:rPr>
              <w:t>__________________________</w:t>
            </w:r>
          </w:p>
        </w:tc>
      </w:tr>
    </w:tbl>
    <w:p w14:paraId="4A395D7F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5: Imena koja treba čitati pažljivo </w:t>
      </w:r>
      <w:r>
        <w:rPr>
          <w:i/>
          <w:color w:val="6B6B6B"/>
          <w:sz w:val="20"/>
        </w:rPr>
        <w:t>(individualni rad, 6 minuta)</w:t>
      </w:r>
    </w:p>
    <w:p w14:paraId="15C4AD60" w14:textId="77777777" w:rsidR="00C7693A" w:rsidRDefault="0052026B">
      <w:pPr>
        <w:jc w:val="both"/>
      </w:pPr>
      <w:r>
        <w:t>Učenici će iz galerije prepisati četiri puna imena s oznakom bl. i provjeriti velika početna slova. Zatim uz jedno ime dodaju mjesto ili opis koji je sadržan u imenu, primjerice Zadranin, iz Bala ili iz Mula.</w:t>
      </w:r>
    </w:p>
    <w:p w14:paraId="353C065B" w14:textId="77777777" w:rsidR="00C7693A" w:rsidRDefault="0052026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Mogući izbor: bl. Augustin Kažotić; bl. Julijan iz Bala; bl. Jakov Zadranin; bl. Gracija iz Mula; bl. Ozana Kotorska; bl. Miroslav Bulešić; bl. Drinske mučenice.</w:t>
      </w:r>
    </w:p>
    <w:p w14:paraId="019E9DB9" w14:textId="77777777" w:rsidR="00A67186" w:rsidRDefault="00A67186">
      <w:pPr>
        <w:jc w:val="both"/>
        <w:rPr>
          <w:i/>
          <w:color w:val="6B6B6B"/>
          <w:sz w:val="21"/>
        </w:rPr>
      </w:pPr>
    </w:p>
    <w:p w14:paraId="7A2E394E" w14:textId="77777777" w:rsidR="00A67186" w:rsidRDefault="00A67186" w:rsidP="00A67186"/>
    <w:p w14:paraId="336267D4" w14:textId="77777777" w:rsidR="00A67186" w:rsidRDefault="00A67186" w:rsidP="00A67186"/>
    <w:p w14:paraId="091370BC" w14:textId="2E073881" w:rsidR="00A67186" w:rsidRDefault="00A67186" w:rsidP="00A67186"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C7693A" w14:paraId="2709669C" w14:textId="77777777">
        <w:trPr>
          <w:tblHeader/>
        </w:trPr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C99AA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PUNO IME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2FE8F8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ŠTO IME OTKRIVA?</w:t>
            </w:r>
          </w:p>
        </w:tc>
      </w:tr>
      <w:tr w:rsidR="00A67186" w14:paraId="2B116158" w14:textId="77777777" w:rsidTr="00F30D3F"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EB23388" w14:textId="462FC6CE" w:rsidR="00A67186" w:rsidRDefault="00A67186" w:rsidP="00A67186">
            <w:pPr>
              <w:jc w:val="center"/>
            </w:pPr>
            <w:r w:rsidRPr="0034662A">
              <w:rPr>
                <w:sz w:val="36"/>
              </w:rPr>
              <w:t>____________________________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56FBF7A" w14:textId="0463084B" w:rsidR="00A67186" w:rsidRDefault="00A67186" w:rsidP="00A67186">
            <w:pPr>
              <w:jc w:val="center"/>
            </w:pPr>
            <w:r w:rsidRPr="0034662A">
              <w:rPr>
                <w:sz w:val="36"/>
              </w:rPr>
              <w:t>____________________________</w:t>
            </w:r>
          </w:p>
        </w:tc>
      </w:tr>
      <w:tr w:rsidR="00A67186" w14:paraId="61DA1C7A" w14:textId="77777777" w:rsidTr="00F30D3F"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4D04562" w14:textId="1159B469" w:rsidR="00A67186" w:rsidRDefault="00A67186" w:rsidP="00A67186">
            <w:pPr>
              <w:jc w:val="center"/>
            </w:pPr>
            <w:r w:rsidRPr="0034662A">
              <w:rPr>
                <w:sz w:val="36"/>
              </w:rPr>
              <w:t>____________________________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502A754" w14:textId="0577B627" w:rsidR="00A67186" w:rsidRDefault="00A67186" w:rsidP="00A67186">
            <w:pPr>
              <w:jc w:val="center"/>
            </w:pPr>
            <w:r w:rsidRPr="0034662A">
              <w:rPr>
                <w:sz w:val="36"/>
              </w:rPr>
              <w:t>____________________________</w:t>
            </w:r>
          </w:p>
        </w:tc>
      </w:tr>
      <w:tr w:rsidR="00A67186" w14:paraId="26488F6C" w14:textId="77777777" w:rsidTr="00F30D3F"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78361CB" w14:textId="5561889C" w:rsidR="00A67186" w:rsidRDefault="00A67186" w:rsidP="00A67186">
            <w:pPr>
              <w:jc w:val="center"/>
            </w:pPr>
            <w:r w:rsidRPr="0034662A">
              <w:rPr>
                <w:sz w:val="36"/>
              </w:rPr>
              <w:t>____________________________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64B6AAF" w14:textId="27D75101" w:rsidR="00A67186" w:rsidRDefault="00A67186" w:rsidP="00A67186">
            <w:pPr>
              <w:jc w:val="center"/>
            </w:pPr>
            <w:r w:rsidRPr="0034662A">
              <w:rPr>
                <w:sz w:val="36"/>
              </w:rPr>
              <w:t>____________________________</w:t>
            </w:r>
          </w:p>
        </w:tc>
      </w:tr>
      <w:tr w:rsidR="00A67186" w14:paraId="60D7E673" w14:textId="77777777" w:rsidTr="00F30D3F"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8B2DF87" w14:textId="5C375DDF" w:rsidR="00A67186" w:rsidRDefault="00A67186" w:rsidP="00A67186">
            <w:pPr>
              <w:jc w:val="center"/>
            </w:pPr>
            <w:r w:rsidRPr="0034662A">
              <w:rPr>
                <w:sz w:val="36"/>
              </w:rPr>
              <w:t>____________________________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13607DA" w14:textId="06B28338" w:rsidR="00A67186" w:rsidRDefault="00A67186" w:rsidP="00A67186">
            <w:pPr>
              <w:jc w:val="center"/>
            </w:pPr>
            <w:r w:rsidRPr="0034662A">
              <w:rPr>
                <w:sz w:val="36"/>
              </w:rPr>
              <w:t>____________________________</w:t>
            </w:r>
          </w:p>
        </w:tc>
      </w:tr>
    </w:tbl>
    <w:p w14:paraId="55B0A2B7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6: Kamen mudraca: molitva i rad </w:t>
      </w:r>
      <w:r>
        <w:rPr>
          <w:i/>
          <w:color w:val="6B6B6B"/>
          <w:sz w:val="20"/>
        </w:rPr>
        <w:t>(rad u paru, 8 minuta)</w:t>
      </w:r>
    </w:p>
    <w:p w14:paraId="745F379F" w14:textId="77777777" w:rsidR="00C7693A" w:rsidRDefault="0052026B">
      <w:pPr>
        <w:jc w:val="both"/>
      </w:pPr>
      <w:r>
        <w:t>Rad u paru. Učenici će pročitati kratki tekst kardinala Alojzija Stepinca na str. 58 i označiti dvije strane „kamena mudraca“. Partner A objašnjava stranu MOLITVA, partner B stranu RAD; zatim zajedno oblikuju završnu poruku.</w:t>
      </w:r>
    </w:p>
    <w:p w14:paraId="6E953EB4" w14:textId="77777777" w:rsidR="00A67186" w:rsidRDefault="00A67186" w:rsidP="00A67186">
      <w:pPr>
        <w:jc w:val="both"/>
      </w:pPr>
      <w:r>
        <w:rPr>
          <w:i/>
          <w:color w:val="6B6B6B"/>
          <w:sz w:val="21"/>
        </w:rPr>
        <w:t>Rješenje: Završna poruka: svetost raste kada se molitva i odgovoran rad ne razdvajaju.</w:t>
      </w:r>
    </w:p>
    <w:p w14:paraId="2C4B6BB7" w14:textId="77777777" w:rsidR="00A67186" w:rsidRDefault="00A67186">
      <w:pPr>
        <w:jc w:val="both"/>
      </w:pPr>
    </w:p>
    <w:p w14:paraId="5C98660A" w14:textId="77777777" w:rsidR="00A67186" w:rsidRDefault="00A67186">
      <w:pPr>
        <w:jc w:val="both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C7693A" w14:paraId="366CB107" w14:textId="77777777" w:rsidTr="00A67186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6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3E5B33F" w14:textId="77777777" w:rsidR="00C7693A" w:rsidRDefault="0052026B">
            <w:pPr>
              <w:spacing w:after="160"/>
              <w:jc w:val="center"/>
            </w:pPr>
            <w:r>
              <w:rPr>
                <w:b/>
                <w:color w:val="0070C0"/>
                <w:sz w:val="40"/>
              </w:rPr>
              <w:t>KAMEN MUDRACA</w:t>
            </w:r>
          </w:p>
          <w:p w14:paraId="1E1A1B55" w14:textId="77777777" w:rsidR="00C7693A" w:rsidRPr="005B07CD" w:rsidRDefault="0052026B">
            <w:pPr>
              <w:spacing w:after="40"/>
              <w:jc w:val="both"/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„Svakome čovjeku koji je došao na svijet dao je Stvoritelj s rođenjem i kamen mudraca u ruke, koji mu sve čega se dotakne pretvara u suho zlato. Taj kamen ima dvostruko naličje. Na strani što gleda prema gore ima natpis – molitva, na strani što gleda prema dolje ima natpis – rad! To je jedini kamen mudraca koji je do sada pronađen…“</w:t>
            </w:r>
          </w:p>
          <w:p w14:paraId="6A973C21" w14:textId="77777777" w:rsidR="00C7693A" w:rsidRDefault="00C7693A">
            <w:pPr>
              <w:spacing w:after="40"/>
              <w:jc w:val="both"/>
            </w:pPr>
          </w:p>
          <w:p w14:paraId="46EABD4B" w14:textId="77777777" w:rsidR="00C7693A" w:rsidRDefault="0052026B">
            <w:pPr>
              <w:spacing w:after="40"/>
              <w:jc w:val="both"/>
            </w:pPr>
            <w:r>
              <w:rPr>
                <w:sz w:val="34"/>
              </w:rPr>
              <w:t>Iz homilije bl. A. Stepinca, Zagreb, 1941.</w:t>
            </w:r>
          </w:p>
        </w:tc>
      </w:tr>
    </w:tbl>
    <w:p w14:paraId="02D017AA" w14:textId="77777777" w:rsidR="00C7693A" w:rsidRDefault="0052026B">
      <w:pPr>
        <w:keepNext/>
        <w:spacing w:before="220"/>
        <w:jc w:val="both"/>
      </w:pPr>
      <w:r>
        <w:t>Razgovor:</w:t>
      </w:r>
    </w:p>
    <w:p w14:paraId="04287821" w14:textId="77777777" w:rsidR="00C7693A" w:rsidRDefault="0052026B" w:rsidP="00A67186">
      <w:pPr>
        <w:pStyle w:val="Odlomakpopisa"/>
        <w:numPr>
          <w:ilvl w:val="0"/>
          <w:numId w:val="33"/>
        </w:numPr>
        <w:spacing w:after="20"/>
        <w:jc w:val="both"/>
      </w:pPr>
      <w:r>
        <w:t xml:space="preserve">Zašto je molitva okrenuta „prema gore“? </w:t>
      </w:r>
      <w:r w:rsidRPr="00A67186">
        <w:rPr>
          <w:color w:val="6B6B6B"/>
          <w:sz w:val="18"/>
        </w:rPr>
        <w:t>(Izražava odnos s Bogom, povjerenje i traženje vodstva.)</w:t>
      </w:r>
    </w:p>
    <w:p w14:paraId="1F953347" w14:textId="77777777" w:rsidR="00C7693A" w:rsidRDefault="0052026B" w:rsidP="00A67186">
      <w:pPr>
        <w:pStyle w:val="Odlomakpopisa"/>
        <w:numPr>
          <w:ilvl w:val="0"/>
          <w:numId w:val="33"/>
        </w:numPr>
        <w:spacing w:after="20"/>
        <w:jc w:val="both"/>
      </w:pPr>
      <w:r>
        <w:t xml:space="preserve">Zašto je rad okrenut „prema dolje“? </w:t>
      </w:r>
      <w:r w:rsidRPr="00A67186">
        <w:rPr>
          <w:color w:val="6B6B6B"/>
          <w:sz w:val="18"/>
        </w:rPr>
        <w:t>(Vjera se ostvaruje u zemlji, obvezama i služenju ljudima.)</w:t>
      </w:r>
    </w:p>
    <w:p w14:paraId="39DCF87C" w14:textId="77777777" w:rsidR="00C7693A" w:rsidRDefault="0052026B" w:rsidP="00A67186">
      <w:pPr>
        <w:pStyle w:val="Odlomakpopisa"/>
        <w:numPr>
          <w:ilvl w:val="0"/>
          <w:numId w:val="33"/>
        </w:numPr>
        <w:spacing w:after="20"/>
        <w:jc w:val="both"/>
      </w:pPr>
      <w:r>
        <w:t xml:space="preserve">Što se događa kada molitvu odvojimo od rada? </w:t>
      </w:r>
      <w:r w:rsidRPr="00A67186">
        <w:rPr>
          <w:color w:val="6B6B6B"/>
          <w:sz w:val="18"/>
        </w:rPr>
        <w:t>(Molitva ne prelazi u djela, a rad može izgubiti dublji smisao i usmjerenje.)</w:t>
      </w:r>
    </w:p>
    <w:p w14:paraId="394F5691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7: Molitva koja prelazi u djelo </w:t>
      </w:r>
      <w:r>
        <w:rPr>
          <w:i/>
          <w:color w:val="6B6B6B"/>
          <w:sz w:val="20"/>
        </w:rPr>
        <w:t>(rad u skupinama, 8 minuta)</w:t>
      </w:r>
    </w:p>
    <w:p w14:paraId="33B8D537" w14:textId="77777777" w:rsidR="00C7693A" w:rsidRDefault="0052026B">
      <w:pPr>
        <w:jc w:val="both"/>
      </w:pPr>
      <w:r>
        <w:t>Rad u skupinama. Svaka skupina dobiva jednu kratku molitvenu rečenicu i pretvara je u konkretno djelo za isti dan. Izvjestitelj čita molitvu i djelo.</w:t>
      </w:r>
    </w:p>
    <w:p w14:paraId="54D85EF8" w14:textId="77777777" w:rsidR="00C7693A" w:rsidRDefault="0052026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Primjeri: „Daj mir“ – prvi se ispričavam; „Pomozi siromašnima“ – dijelim ono što mogu; „Daj snagu bolesnima“ – pošaljem ohrabrenje; „Učini me strpljivim“ – ne prekidam drugoga.</w:t>
      </w:r>
    </w:p>
    <w:p w14:paraId="38288289" w14:textId="77777777" w:rsidR="00A67186" w:rsidRDefault="00A67186">
      <w:pPr>
        <w:jc w:val="both"/>
        <w:rPr>
          <w:i/>
          <w:color w:val="6B6B6B"/>
          <w:sz w:val="21"/>
        </w:rPr>
      </w:pPr>
    </w:p>
    <w:p w14:paraId="67E8878D" w14:textId="77777777" w:rsidR="00A67186" w:rsidRDefault="00A67186">
      <w:pPr>
        <w:jc w:val="both"/>
        <w:rPr>
          <w:i/>
          <w:color w:val="6B6B6B"/>
          <w:sz w:val="21"/>
        </w:rPr>
      </w:pPr>
    </w:p>
    <w:p w14:paraId="07003FEA" w14:textId="77777777" w:rsidR="00A67186" w:rsidRDefault="00A67186">
      <w:pPr>
        <w:jc w:val="both"/>
        <w:rPr>
          <w:i/>
          <w:color w:val="6B6B6B"/>
          <w:sz w:val="21"/>
        </w:rPr>
      </w:pPr>
    </w:p>
    <w:p w14:paraId="68708361" w14:textId="77777777" w:rsidR="005B07CD" w:rsidRDefault="005B07CD">
      <w:pPr>
        <w:jc w:val="both"/>
        <w:rPr>
          <w:i/>
          <w:color w:val="6B6B6B"/>
          <w:sz w:val="21"/>
        </w:rPr>
      </w:pPr>
    </w:p>
    <w:p w14:paraId="40829A83" w14:textId="77777777" w:rsidR="00A67186" w:rsidRDefault="00A67186">
      <w:pPr>
        <w:jc w:val="both"/>
        <w:rPr>
          <w:i/>
          <w:color w:val="6B6B6B"/>
          <w:sz w:val="21"/>
        </w:rPr>
      </w:pPr>
    </w:p>
    <w:p w14:paraId="7CBB1BE9" w14:textId="660F70F9" w:rsidR="00A67186" w:rsidRDefault="00A67186">
      <w:pPr>
        <w:jc w:val="both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4705"/>
        <w:gridCol w:w="5953"/>
      </w:tblGrid>
      <w:tr w:rsidR="00C7693A" w14:paraId="180991C0" w14:textId="77777777" w:rsidTr="00A67186">
        <w:trPr>
          <w:tblHeader/>
        </w:trPr>
        <w:tc>
          <w:tcPr>
            <w:tcW w:w="470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02E95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MOLITVA</w:t>
            </w:r>
          </w:p>
        </w:tc>
        <w:tc>
          <w:tcPr>
            <w:tcW w:w="59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C7BF7A" w14:textId="634D4C96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DJ</w:t>
            </w:r>
            <w:r w:rsidR="00A67186" w:rsidRPr="005B07CD">
              <w:rPr>
                <w:b/>
                <w:color w:val="FFFFFF"/>
                <w:sz w:val="40"/>
                <w:szCs w:val="40"/>
              </w:rPr>
              <w:t xml:space="preserve">ELO </w:t>
            </w:r>
            <w:r w:rsidRPr="005B07CD">
              <w:rPr>
                <w:b/>
                <w:color w:val="FFFFFF"/>
                <w:sz w:val="40"/>
                <w:szCs w:val="40"/>
              </w:rPr>
              <w:t>KOJE JOJ ODGOVARA</w:t>
            </w:r>
          </w:p>
        </w:tc>
      </w:tr>
      <w:tr w:rsidR="00C7693A" w14:paraId="15447F78" w14:textId="77777777" w:rsidTr="00A67186">
        <w:tc>
          <w:tcPr>
            <w:tcW w:w="470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22931D7" w14:textId="77777777" w:rsidR="00C7693A" w:rsidRPr="005B07CD" w:rsidRDefault="0052026B" w:rsidP="00A67186">
            <w:pPr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Bože, daj mir među nama.</w:t>
            </w:r>
          </w:p>
        </w:tc>
        <w:tc>
          <w:tcPr>
            <w:tcW w:w="59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169DCB2" w14:textId="45BC57E0" w:rsidR="00C7693A" w:rsidRDefault="0052026B">
            <w:pPr>
              <w:jc w:val="center"/>
            </w:pPr>
            <w:r>
              <w:rPr>
                <w:sz w:val="34"/>
              </w:rPr>
              <w:t>____</w:t>
            </w:r>
            <w:r w:rsidR="00A67186">
              <w:rPr>
                <w:sz w:val="34"/>
              </w:rPr>
              <w:t>_________</w:t>
            </w:r>
            <w:r>
              <w:rPr>
                <w:sz w:val="34"/>
              </w:rPr>
              <w:t>____________________</w:t>
            </w:r>
          </w:p>
        </w:tc>
      </w:tr>
      <w:tr w:rsidR="00A67186" w14:paraId="60DD7359" w14:textId="77777777" w:rsidTr="00A67186">
        <w:tc>
          <w:tcPr>
            <w:tcW w:w="470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FDADA28" w14:textId="77777777" w:rsidR="00A67186" w:rsidRPr="005B07CD" w:rsidRDefault="00A67186" w:rsidP="00A67186">
            <w:pPr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Pomozi ljudima u potrebi.</w:t>
            </w:r>
          </w:p>
        </w:tc>
        <w:tc>
          <w:tcPr>
            <w:tcW w:w="59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9F0403F" w14:textId="00C9C693" w:rsidR="00A67186" w:rsidRDefault="00A67186" w:rsidP="00A67186">
            <w:pPr>
              <w:jc w:val="center"/>
            </w:pPr>
            <w:r>
              <w:rPr>
                <w:sz w:val="34"/>
              </w:rPr>
              <w:t>_________________________________</w:t>
            </w:r>
          </w:p>
        </w:tc>
      </w:tr>
      <w:tr w:rsidR="00A67186" w14:paraId="592E81F8" w14:textId="77777777" w:rsidTr="00A67186">
        <w:tc>
          <w:tcPr>
            <w:tcW w:w="470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A9EFB98" w14:textId="77777777" w:rsidR="00A67186" w:rsidRPr="005B07CD" w:rsidRDefault="00A67186" w:rsidP="00A67186">
            <w:pPr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Daj utjehu bolesnima i osamljenima.</w:t>
            </w:r>
          </w:p>
        </w:tc>
        <w:tc>
          <w:tcPr>
            <w:tcW w:w="59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026BD07" w14:textId="6F0DE562" w:rsidR="00A67186" w:rsidRDefault="00A67186" w:rsidP="00A67186">
            <w:pPr>
              <w:jc w:val="center"/>
            </w:pPr>
            <w:r>
              <w:rPr>
                <w:sz w:val="34"/>
              </w:rPr>
              <w:t>_________________________________</w:t>
            </w:r>
          </w:p>
        </w:tc>
      </w:tr>
      <w:tr w:rsidR="00A67186" w14:paraId="6B848437" w14:textId="77777777" w:rsidTr="00A67186">
        <w:tc>
          <w:tcPr>
            <w:tcW w:w="470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83CEB6C" w14:textId="77777777" w:rsidR="00A67186" w:rsidRPr="005B07CD" w:rsidRDefault="00A67186" w:rsidP="00A67186">
            <w:pPr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Učini me strpljivim.</w:t>
            </w:r>
          </w:p>
        </w:tc>
        <w:tc>
          <w:tcPr>
            <w:tcW w:w="595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4207065" w14:textId="5B233F24" w:rsidR="00A67186" w:rsidRDefault="00A67186" w:rsidP="00A67186">
            <w:pPr>
              <w:jc w:val="center"/>
            </w:pPr>
            <w:r>
              <w:rPr>
                <w:sz w:val="34"/>
              </w:rPr>
              <w:t>_________________________________</w:t>
            </w:r>
          </w:p>
        </w:tc>
      </w:tr>
    </w:tbl>
    <w:p w14:paraId="55D134A8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8: Jedna činjenica – jedna poruka </w:t>
      </w:r>
      <w:r>
        <w:rPr>
          <w:i/>
          <w:color w:val="6B6B6B"/>
          <w:sz w:val="20"/>
        </w:rPr>
        <w:t>(individualni rad, 6 minuta)</w:t>
      </w:r>
    </w:p>
    <w:p w14:paraId="55DDE27A" w14:textId="77777777" w:rsidR="00C7693A" w:rsidRDefault="0052026B">
      <w:pPr>
        <w:jc w:val="both"/>
      </w:pPr>
      <w:r>
        <w:t>Učenici će odabrati jedan portret i napisati jednu sigurnu činjenicu koju vide ili čitaju na stranici te jednu opću poruku za današnji život. Ne izmišljaju životopisne podatke.</w:t>
      </w:r>
    </w:p>
    <w:p w14:paraId="3C464D2B" w14:textId="77777777" w:rsidR="00C7693A" w:rsidRDefault="0052026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Primjer: „Vidim da je bl. Miroslav Bulešić bio svećenik. Njegov me primjer potiče na hrabrost i vjernost.“</w:t>
      </w:r>
    </w:p>
    <w:p w14:paraId="3A4B4786" w14:textId="77777777" w:rsidR="00A67186" w:rsidRDefault="00A67186">
      <w:pPr>
        <w:jc w:val="both"/>
      </w:pPr>
    </w:p>
    <w:p w14:paraId="74EA28FA" w14:textId="77777777" w:rsidR="00A67186" w:rsidRDefault="00A67186">
      <w:pPr>
        <w:jc w:val="both"/>
      </w:pPr>
    </w:p>
    <w:p w14:paraId="115CCA2B" w14:textId="5632FB5A" w:rsidR="00A67186" w:rsidRDefault="00A67186">
      <w:pPr>
        <w:jc w:val="both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2949"/>
        <w:gridCol w:w="3514"/>
        <w:gridCol w:w="4195"/>
      </w:tblGrid>
      <w:tr w:rsidR="00C7693A" w14:paraId="6A1EE401" w14:textId="77777777">
        <w:trPr>
          <w:tblHeader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B4535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ODABRANO IME</w:t>
            </w:r>
          </w:p>
        </w:tc>
        <w:tc>
          <w:tcPr>
            <w:tcW w:w="351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AF33E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ČINJENICA SA STRANICE</w:t>
            </w:r>
          </w:p>
        </w:tc>
        <w:tc>
          <w:tcPr>
            <w:tcW w:w="419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028E6E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PORUKA ZA DANAS</w:t>
            </w:r>
          </w:p>
        </w:tc>
      </w:tr>
      <w:tr w:rsidR="00C7693A" w14:paraId="1B3ACDB0" w14:textId="77777777"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E1DF698" w14:textId="7503A489" w:rsidR="00C7693A" w:rsidRDefault="0052026B">
            <w:pPr>
              <w:jc w:val="center"/>
            </w:pPr>
            <w:r>
              <w:rPr>
                <w:sz w:val="34"/>
              </w:rPr>
              <w:t>_______________</w:t>
            </w:r>
          </w:p>
        </w:tc>
        <w:tc>
          <w:tcPr>
            <w:tcW w:w="351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E8A0534" w14:textId="77777777" w:rsidR="00C7693A" w:rsidRDefault="0052026B">
            <w:pPr>
              <w:jc w:val="center"/>
            </w:pPr>
            <w:r>
              <w:rPr>
                <w:sz w:val="34"/>
              </w:rPr>
              <w:t>________________</w:t>
            </w:r>
          </w:p>
        </w:tc>
        <w:tc>
          <w:tcPr>
            <w:tcW w:w="419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FF66985" w14:textId="27CC1934" w:rsidR="00C7693A" w:rsidRDefault="0052026B">
            <w:pPr>
              <w:jc w:val="center"/>
            </w:pPr>
            <w:r>
              <w:rPr>
                <w:sz w:val="34"/>
              </w:rPr>
              <w:t>_______________________</w:t>
            </w:r>
          </w:p>
        </w:tc>
      </w:tr>
    </w:tbl>
    <w:p w14:paraId="39F19F85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9: Svjetlost kroz vrijeme </w:t>
      </w:r>
      <w:r>
        <w:rPr>
          <w:i/>
          <w:color w:val="6B6B6B"/>
          <w:sz w:val="20"/>
        </w:rPr>
        <w:t>(rad u paru, 7 minuta)</w:t>
      </w:r>
    </w:p>
    <w:p w14:paraId="05818F35" w14:textId="77777777" w:rsidR="00C7693A" w:rsidRDefault="0052026B">
      <w:pPr>
        <w:jc w:val="both"/>
      </w:pPr>
      <w:r>
        <w:t>Rad u paru. Učenici će dovršiti dvije rečenice: „Svetci su svjetlost svojega vremena kada…“ i „Mi smo svjetlost svojega vremena kada…“. Obje rečenice moraju sadržavati glagol i konkretno djelo.</w:t>
      </w:r>
    </w:p>
    <w:p w14:paraId="565F8838" w14:textId="77777777" w:rsidR="00C7693A" w:rsidRDefault="0052026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Mogući odgovor: „Svetci su svjetlost svojega vremena kada hrabro služe Bogu i ljudima. Mi smo svjetlost svojega vremena kada branimo istinu, pomažemo i opraštamo.“</w:t>
      </w:r>
    </w:p>
    <w:p w14:paraId="722BB1AE" w14:textId="77777777" w:rsidR="00A67186" w:rsidRDefault="00A67186">
      <w:pPr>
        <w:jc w:val="both"/>
        <w:rPr>
          <w:i/>
          <w:color w:val="6B6B6B"/>
          <w:sz w:val="21"/>
        </w:rPr>
      </w:pPr>
    </w:p>
    <w:p w14:paraId="3A2713BD" w14:textId="77777777" w:rsidR="00A67186" w:rsidRDefault="00A67186">
      <w:pPr>
        <w:jc w:val="both"/>
        <w:rPr>
          <w:i/>
          <w:color w:val="6B6B6B"/>
          <w:sz w:val="21"/>
        </w:rPr>
      </w:pPr>
    </w:p>
    <w:p w14:paraId="42D3985F" w14:textId="1224F223" w:rsidR="00A67186" w:rsidRDefault="00A67186">
      <w:pPr>
        <w:jc w:val="both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C7693A" w14:paraId="5D017047" w14:textId="77777777">
        <w:trPr>
          <w:tblHeader/>
        </w:trPr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F9AD61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SVETCI SU SVJETLOST KADA…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D1E54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MI SMO SVJETLOST KADA…</w:t>
            </w:r>
          </w:p>
        </w:tc>
      </w:tr>
      <w:tr w:rsidR="00C7693A" w14:paraId="18D0698A" w14:textId="77777777"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B3D45FC" w14:textId="6CFC1497" w:rsidR="00C7693A" w:rsidRDefault="0052026B">
            <w:pPr>
              <w:jc w:val="center"/>
            </w:pPr>
            <w:r>
              <w:rPr>
                <w:sz w:val="36"/>
              </w:rPr>
              <w:t>______________________________</w:t>
            </w:r>
            <w:r w:rsidR="00A67186">
              <w:rPr>
                <w:sz w:val="36"/>
              </w:rPr>
              <w:t>________________________</w:t>
            </w:r>
            <w:r>
              <w:rPr>
                <w:sz w:val="36"/>
              </w:rPr>
              <w:t>__</w:t>
            </w:r>
          </w:p>
        </w:tc>
        <w:tc>
          <w:tcPr>
            <w:tcW w:w="53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8B2A77F" w14:textId="1E36E299" w:rsidR="00C7693A" w:rsidRDefault="00A67186">
            <w:pPr>
              <w:jc w:val="center"/>
            </w:pPr>
            <w:r>
              <w:rPr>
                <w:sz w:val="36"/>
              </w:rPr>
              <w:t>________________________________________________________</w:t>
            </w:r>
          </w:p>
        </w:tc>
      </w:tr>
    </w:tbl>
    <w:p w14:paraId="0E6D81AB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10: Tri minute za zajedničko dobro </w:t>
      </w:r>
      <w:r>
        <w:rPr>
          <w:i/>
          <w:color w:val="6B6B6B"/>
          <w:sz w:val="20"/>
        </w:rPr>
        <w:t>(rad u skupinama, 8 minuta)</w:t>
      </w:r>
    </w:p>
    <w:p w14:paraId="1A1428E2" w14:textId="77777777" w:rsidR="00C7693A" w:rsidRDefault="0052026B">
      <w:pPr>
        <w:jc w:val="both"/>
      </w:pPr>
      <w:r>
        <w:t>Rad u skupinama. Učenici će osmisliti jednu trodijelnu akciju koju razred može provesti bez novca i posebnih predmeta: MOLITVA – RAD – LJUBAV. Svaki dio mora biti izvediv u najviše tri minute.</w:t>
      </w:r>
    </w:p>
    <w:p w14:paraId="12711C94" w14:textId="77777777" w:rsidR="00C7693A" w:rsidRDefault="0052026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Primjer: kratka molitva za osamljene; urediti zajednički prostor; uputiti iskreno ohrabrenje osobi koja ga treba.</w:t>
      </w:r>
    </w:p>
    <w:p w14:paraId="200E1B23" w14:textId="77777777" w:rsidR="00A67186" w:rsidRDefault="00A67186" w:rsidP="00A67186"/>
    <w:p w14:paraId="0B218D07" w14:textId="77777777" w:rsidR="00A67186" w:rsidRDefault="00A67186" w:rsidP="00A67186"/>
    <w:p w14:paraId="511DA847" w14:textId="530EB1D1" w:rsidR="00A67186" w:rsidRDefault="00A67186" w:rsidP="00A67186">
      <w:pPr>
        <w:jc w:val="both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3554"/>
        <w:gridCol w:w="3555"/>
        <w:gridCol w:w="3549"/>
      </w:tblGrid>
      <w:tr w:rsidR="00C7693A" w14:paraId="1596634A" w14:textId="77777777">
        <w:trPr>
          <w:tblHeader/>
        </w:trPr>
        <w:tc>
          <w:tcPr>
            <w:tcW w:w="35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20F44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MOLITVA</w:t>
            </w:r>
          </w:p>
        </w:tc>
        <w:tc>
          <w:tcPr>
            <w:tcW w:w="35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F071B5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RAD</w:t>
            </w:r>
          </w:p>
        </w:tc>
        <w:tc>
          <w:tcPr>
            <w:tcW w:w="35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46E39B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LJUBAV</w:t>
            </w:r>
          </w:p>
        </w:tc>
      </w:tr>
      <w:tr w:rsidR="00C7693A" w14:paraId="13B8A26B" w14:textId="77777777">
        <w:tc>
          <w:tcPr>
            <w:tcW w:w="35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56BC747" w14:textId="77777777" w:rsidR="00C7693A" w:rsidRDefault="0052026B">
            <w:pPr>
              <w:jc w:val="center"/>
            </w:pPr>
            <w:r>
              <w:rPr>
                <w:sz w:val="36"/>
              </w:rPr>
              <w:t>________________</w:t>
            </w:r>
          </w:p>
        </w:tc>
        <w:tc>
          <w:tcPr>
            <w:tcW w:w="35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2C8CDE0" w14:textId="77777777" w:rsidR="00C7693A" w:rsidRDefault="0052026B">
            <w:pPr>
              <w:jc w:val="center"/>
            </w:pPr>
            <w:r>
              <w:rPr>
                <w:sz w:val="36"/>
              </w:rPr>
              <w:t>________________</w:t>
            </w:r>
          </w:p>
        </w:tc>
        <w:tc>
          <w:tcPr>
            <w:tcW w:w="35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C8EF778" w14:textId="77777777" w:rsidR="00C7693A" w:rsidRDefault="0052026B">
            <w:pPr>
              <w:jc w:val="center"/>
            </w:pPr>
            <w:r>
              <w:rPr>
                <w:sz w:val="36"/>
              </w:rPr>
              <w:t>________________</w:t>
            </w:r>
          </w:p>
        </w:tc>
      </w:tr>
    </w:tbl>
    <w:p w14:paraId="2D3BA509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11: Tko je mučenik? </w:t>
      </w:r>
      <w:r>
        <w:rPr>
          <w:i/>
          <w:color w:val="6B6B6B"/>
          <w:sz w:val="20"/>
        </w:rPr>
        <w:t>(individualni rad, 6 minuta)</w:t>
      </w:r>
    </w:p>
    <w:p w14:paraId="64370CA7" w14:textId="77777777" w:rsidR="00C7693A" w:rsidRDefault="0052026B">
      <w:pPr>
        <w:jc w:val="both"/>
      </w:pPr>
      <w:r>
        <w:t>Učenici će među trima objašnjenjima odabrati točno i dopuniti završnu rečenicu.</w:t>
      </w:r>
    </w:p>
    <w:p w14:paraId="2EED6053" w14:textId="77777777" w:rsidR="00C7693A" w:rsidRDefault="0052026B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Točno je B: mučenik je svjedok vjere koji ostaje vjeran Kristu i u teškim okolnostima. Završna rečenica može naglasiti hrabrost, vjernost i nenasilno svjedočenje.</w:t>
      </w:r>
    </w:p>
    <w:p w14:paraId="27914015" w14:textId="77777777" w:rsidR="00A67186" w:rsidRDefault="00A67186" w:rsidP="00A67186"/>
    <w:p w14:paraId="5B47C4F5" w14:textId="77777777" w:rsidR="00A67186" w:rsidRDefault="00A67186" w:rsidP="00A67186"/>
    <w:p w14:paraId="3B9E1880" w14:textId="6063A78A" w:rsidR="00A67186" w:rsidRDefault="00A67186" w:rsidP="00A67186">
      <w:pPr>
        <w:jc w:val="both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8925"/>
        <w:gridCol w:w="1733"/>
      </w:tblGrid>
      <w:tr w:rsidR="00C7693A" w14:paraId="37B8BB10" w14:textId="77777777" w:rsidTr="005B07CD">
        <w:trPr>
          <w:tblHeader/>
        </w:trPr>
        <w:tc>
          <w:tcPr>
            <w:tcW w:w="89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951B14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OBJAŠNJENJE</w:t>
            </w:r>
          </w:p>
        </w:tc>
        <w:tc>
          <w:tcPr>
            <w:tcW w:w="17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3CC0AE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ODABIR</w:t>
            </w:r>
          </w:p>
        </w:tc>
      </w:tr>
      <w:tr w:rsidR="00C7693A" w14:paraId="5A705AC5" w14:textId="77777777" w:rsidTr="005B07CD">
        <w:tc>
          <w:tcPr>
            <w:tcW w:w="89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4ED2536" w14:textId="77777777" w:rsidR="00C7693A" w:rsidRPr="005B07CD" w:rsidRDefault="0052026B">
            <w:pPr>
              <w:jc w:val="both"/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A) Mučenik je svaka osoba kojoj je nešto teško.</w:t>
            </w:r>
          </w:p>
        </w:tc>
        <w:tc>
          <w:tcPr>
            <w:tcW w:w="17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8B95EA2" w14:textId="3DBA2C30" w:rsidR="00C7693A" w:rsidRDefault="0052026B">
            <w:pPr>
              <w:jc w:val="center"/>
            </w:pPr>
            <w:r>
              <w:rPr>
                <w:sz w:val="34"/>
              </w:rPr>
              <w:t>_</w:t>
            </w:r>
            <w:r w:rsidR="00A67186">
              <w:rPr>
                <w:sz w:val="34"/>
              </w:rPr>
              <w:t>___</w:t>
            </w:r>
            <w:r>
              <w:rPr>
                <w:sz w:val="34"/>
              </w:rPr>
              <w:t>_</w:t>
            </w:r>
          </w:p>
        </w:tc>
      </w:tr>
      <w:tr w:rsidR="00A67186" w14:paraId="555FDB66" w14:textId="77777777" w:rsidTr="005B07CD">
        <w:tc>
          <w:tcPr>
            <w:tcW w:w="89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3572351" w14:textId="77777777" w:rsidR="00A67186" w:rsidRPr="005B07CD" w:rsidRDefault="00A67186" w:rsidP="00A67186">
            <w:pPr>
              <w:jc w:val="both"/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B) Mučenik je svjedok vjere koji ostaje vjeran Kristu i u teškim okolnostima.</w:t>
            </w:r>
          </w:p>
        </w:tc>
        <w:tc>
          <w:tcPr>
            <w:tcW w:w="17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0F2958B" w14:textId="7D3B5832" w:rsidR="00A67186" w:rsidRDefault="00A67186" w:rsidP="00A67186">
            <w:pPr>
              <w:jc w:val="center"/>
            </w:pPr>
            <w:r>
              <w:rPr>
                <w:sz w:val="34"/>
              </w:rPr>
              <w:t>_____</w:t>
            </w:r>
          </w:p>
        </w:tc>
      </w:tr>
      <w:tr w:rsidR="00A67186" w14:paraId="59E7E8ED" w14:textId="77777777" w:rsidTr="005B07CD">
        <w:tc>
          <w:tcPr>
            <w:tcW w:w="89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970B317" w14:textId="77777777" w:rsidR="00A67186" w:rsidRPr="005B07CD" w:rsidRDefault="00A67186" w:rsidP="00A67186">
            <w:pPr>
              <w:jc w:val="both"/>
              <w:rPr>
                <w:sz w:val="40"/>
                <w:szCs w:val="40"/>
              </w:rPr>
            </w:pPr>
            <w:r w:rsidRPr="005B07CD">
              <w:rPr>
                <w:sz w:val="40"/>
                <w:szCs w:val="40"/>
              </w:rPr>
              <w:t>C) Mučenik je osoba koja drugima nanosi patnju.</w:t>
            </w:r>
          </w:p>
        </w:tc>
        <w:tc>
          <w:tcPr>
            <w:tcW w:w="17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3936DCB" w14:textId="4749B770" w:rsidR="00A67186" w:rsidRDefault="00A67186" w:rsidP="00A67186">
            <w:pPr>
              <w:jc w:val="center"/>
            </w:pPr>
            <w:r>
              <w:rPr>
                <w:sz w:val="34"/>
              </w:rPr>
              <w:t>_____</w:t>
            </w:r>
          </w:p>
        </w:tc>
      </w:tr>
    </w:tbl>
    <w:p w14:paraId="30DFA051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12: Galerija lica i poruka </w:t>
      </w:r>
      <w:r>
        <w:rPr>
          <w:i/>
          <w:color w:val="6B6B6B"/>
          <w:sz w:val="20"/>
        </w:rPr>
        <w:t>(rad u skupinama, 8 minuta)</w:t>
      </w:r>
    </w:p>
    <w:p w14:paraId="0E162390" w14:textId="77777777" w:rsidR="00C7693A" w:rsidRDefault="0052026B">
      <w:pPr>
        <w:jc w:val="both"/>
      </w:pPr>
      <w:r>
        <w:t>Rad u skupinama. Učenici će se vratiti galeriji sa str. 58. Svaka skupina odabire jedan detalj portreta – pogled, položaj ruku, odjeću ili predmet – i opisuje što taj detalj može sugerirati, a zatim jasno razlikuje opažanje od pretpostavke.</w:t>
      </w:r>
    </w:p>
    <w:p w14:paraId="025F0084" w14:textId="77777777" w:rsidR="00C7693A" w:rsidRDefault="0052026B">
      <w:pPr>
        <w:jc w:val="both"/>
      </w:pPr>
      <w:r>
        <w:rPr>
          <w:i/>
          <w:color w:val="6B6B6B"/>
          <w:sz w:val="21"/>
        </w:rPr>
        <w:t>Rješenje: Primjer: „Opažamo sklopljene ruke. Pretpostavljamo da prizor naglašava molitvu.“ Učenici ne izmišljaju povijesne činjenice iz samoga portreta.</w:t>
      </w:r>
    </w:p>
    <w:p w14:paraId="11A37A15" w14:textId="6394B5BF" w:rsidR="00C7693A" w:rsidRDefault="00A67186">
      <w:pPr>
        <w:spacing w:before="220"/>
        <w:jc w:val="center"/>
      </w:pPr>
      <w:r w:rsidRPr="000078CE">
        <w:rPr>
          <w:noProof/>
        </w:rPr>
        <w:drawing>
          <wp:inline distT="0" distB="0" distL="0" distR="0" wp14:anchorId="5B0D3A39" wp14:editId="257F94BE">
            <wp:extent cx="5810400" cy="2880000"/>
            <wp:effectExtent l="0" t="0" r="0" b="0"/>
            <wp:docPr id="75946814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9408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0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8953F" w14:textId="77777777" w:rsidR="005B07CD" w:rsidRDefault="005B07CD" w:rsidP="00A67186">
      <w:pPr>
        <w:jc w:val="both"/>
      </w:pPr>
    </w:p>
    <w:p w14:paraId="567FD7DF" w14:textId="77777777" w:rsidR="005B07CD" w:rsidRDefault="005B07CD" w:rsidP="00A67186">
      <w:pPr>
        <w:jc w:val="both"/>
      </w:pPr>
    </w:p>
    <w:p w14:paraId="0F6E1184" w14:textId="77777777" w:rsidR="005B07CD" w:rsidRDefault="005B07CD" w:rsidP="00A67186">
      <w:pPr>
        <w:jc w:val="both"/>
      </w:pPr>
    </w:p>
    <w:p w14:paraId="4632D6C2" w14:textId="0189682C" w:rsidR="00A67186" w:rsidRDefault="00A67186" w:rsidP="00A67186">
      <w:pPr>
        <w:jc w:val="both"/>
      </w:pPr>
      <w:r>
        <w:t>Radni predložak:</w:t>
      </w: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3396"/>
        <w:gridCol w:w="3633"/>
        <w:gridCol w:w="3629"/>
      </w:tblGrid>
      <w:tr w:rsidR="00C7693A" w14:paraId="09572D4C" w14:textId="77777777" w:rsidTr="005B07CD">
        <w:trPr>
          <w:tblHeader/>
        </w:trPr>
        <w:tc>
          <w:tcPr>
            <w:tcW w:w="339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F3EF6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OPAŽAMO</w:t>
            </w:r>
          </w:p>
        </w:tc>
        <w:tc>
          <w:tcPr>
            <w:tcW w:w="36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6F5136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PRETPOSTAVLJAMO</w:t>
            </w:r>
          </w:p>
        </w:tc>
        <w:tc>
          <w:tcPr>
            <w:tcW w:w="36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B6966" w14:textId="77777777" w:rsidR="00C7693A" w:rsidRPr="005B07CD" w:rsidRDefault="0052026B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/>
                <w:sz w:val="40"/>
                <w:szCs w:val="40"/>
              </w:rPr>
              <w:t>PORUKA</w:t>
            </w:r>
          </w:p>
        </w:tc>
      </w:tr>
      <w:tr w:rsidR="007E6FB1" w14:paraId="149E3B68" w14:textId="77777777" w:rsidTr="005B07CD">
        <w:tc>
          <w:tcPr>
            <w:tcW w:w="339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0717BC5" w14:textId="3B11D72E" w:rsidR="007E6FB1" w:rsidRDefault="007E6FB1" w:rsidP="007E6FB1">
            <w:pPr>
              <w:jc w:val="center"/>
            </w:pPr>
            <w:r>
              <w:rPr>
                <w:sz w:val="34"/>
              </w:rPr>
              <w:t>__________________</w:t>
            </w:r>
          </w:p>
        </w:tc>
        <w:tc>
          <w:tcPr>
            <w:tcW w:w="36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CA6397D" w14:textId="137702EE" w:rsidR="007E6FB1" w:rsidRDefault="007E6FB1" w:rsidP="007E6FB1">
            <w:pPr>
              <w:jc w:val="center"/>
            </w:pPr>
            <w:r>
              <w:rPr>
                <w:sz w:val="34"/>
              </w:rPr>
              <w:t>___________________</w:t>
            </w:r>
          </w:p>
        </w:tc>
        <w:tc>
          <w:tcPr>
            <w:tcW w:w="36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FF8533E" w14:textId="6362B353" w:rsidR="007E6FB1" w:rsidRDefault="007E6FB1" w:rsidP="007E6FB1">
            <w:pPr>
              <w:jc w:val="center"/>
            </w:pPr>
            <w:r>
              <w:rPr>
                <w:sz w:val="34"/>
              </w:rPr>
              <w:t>___________________</w:t>
            </w:r>
          </w:p>
        </w:tc>
      </w:tr>
      <w:tr w:rsidR="007E6FB1" w14:paraId="742F0F06" w14:textId="77777777" w:rsidTr="005B07CD">
        <w:tc>
          <w:tcPr>
            <w:tcW w:w="3396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559BC02" w14:textId="3678D953" w:rsidR="007E6FB1" w:rsidRDefault="007E6FB1" w:rsidP="007E6FB1">
            <w:pPr>
              <w:jc w:val="center"/>
            </w:pPr>
            <w:r>
              <w:rPr>
                <w:sz w:val="34"/>
              </w:rPr>
              <w:t>__________________</w:t>
            </w:r>
          </w:p>
        </w:tc>
        <w:tc>
          <w:tcPr>
            <w:tcW w:w="36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E8E472F" w14:textId="4E414F6D" w:rsidR="007E6FB1" w:rsidRDefault="007E6FB1" w:rsidP="007E6FB1">
            <w:pPr>
              <w:jc w:val="center"/>
            </w:pPr>
            <w:r>
              <w:rPr>
                <w:sz w:val="34"/>
              </w:rPr>
              <w:t>___________________</w:t>
            </w:r>
          </w:p>
        </w:tc>
        <w:tc>
          <w:tcPr>
            <w:tcW w:w="3629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5F5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34DA13B" w14:textId="289BA969" w:rsidR="007E6FB1" w:rsidRDefault="007E6FB1" w:rsidP="007E6FB1">
            <w:pPr>
              <w:jc w:val="center"/>
            </w:pPr>
            <w:r>
              <w:rPr>
                <w:sz w:val="34"/>
              </w:rPr>
              <w:t>___________________</w:t>
            </w:r>
          </w:p>
        </w:tc>
      </w:tr>
    </w:tbl>
    <w:p w14:paraId="4C605B08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13: Prozor hrvatskih uzora </w:t>
      </w:r>
      <w:r>
        <w:rPr>
          <w:i/>
          <w:color w:val="6B6B6B"/>
          <w:sz w:val="20"/>
        </w:rPr>
        <w:t>(individualni rad – crtanje bojicama, 8 minuta)</w:t>
      </w:r>
    </w:p>
    <w:p w14:paraId="27911381" w14:textId="77777777" w:rsidR="00C7693A" w:rsidRDefault="0052026B">
      <w:pPr>
        <w:jc w:val="both"/>
      </w:pPr>
      <w:r>
        <w:t>Učenici će u četiri prozora nacrtati jednostavne simbole za MOLITVU, RAD, HRABROST i SLUŽENJE. Uz jedan simbol pišu ime blaženika sa str. 58 koje su posebno zapamtili.</w:t>
      </w:r>
    </w:p>
    <w:p w14:paraId="74C1095A" w14:textId="77777777" w:rsidR="00A67186" w:rsidRDefault="00A67186">
      <w:pPr>
        <w:jc w:val="both"/>
      </w:pPr>
    </w:p>
    <w:p w14:paraId="49A4B821" w14:textId="4C8CDB32" w:rsidR="00A67186" w:rsidRDefault="00A67186">
      <w:pPr>
        <w:jc w:val="both"/>
      </w:pPr>
      <w:r>
        <w:t>Radni predložak:</w:t>
      </w:r>
    </w:p>
    <w:p w14:paraId="03A60E4A" w14:textId="3AB184C0" w:rsidR="00C7693A" w:rsidRDefault="007E6FB1">
      <w:pPr>
        <w:spacing w:before="220"/>
        <w:jc w:val="center"/>
      </w:pPr>
      <w:r w:rsidRPr="007E6FB1">
        <w:rPr>
          <w:noProof/>
        </w:rPr>
        <w:drawing>
          <wp:inline distT="0" distB="0" distL="0" distR="0" wp14:anchorId="473E7BD6" wp14:editId="7FE19AEA">
            <wp:extent cx="5756400" cy="3240000"/>
            <wp:effectExtent l="0" t="0" r="0" b="0"/>
            <wp:docPr id="214383891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389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9440B" w14:textId="77777777" w:rsidR="00C7693A" w:rsidRDefault="0052026B">
      <w:r>
        <w:rPr>
          <w:i/>
          <w:color w:val="6B6B6B"/>
          <w:sz w:val="21"/>
        </w:rPr>
        <w:t>Mogući primjer rješenja:</w:t>
      </w:r>
    </w:p>
    <w:p w14:paraId="4DF4291F" w14:textId="703B9F30" w:rsidR="00C7693A" w:rsidRDefault="007E6FB1">
      <w:pPr>
        <w:spacing w:before="220"/>
        <w:jc w:val="center"/>
      </w:pPr>
      <w:r w:rsidRPr="007E6FB1">
        <w:rPr>
          <w:noProof/>
        </w:rPr>
        <w:drawing>
          <wp:inline distT="0" distB="0" distL="0" distR="0" wp14:anchorId="3A56F6BD" wp14:editId="55362848">
            <wp:extent cx="5115600" cy="2880000"/>
            <wp:effectExtent l="0" t="0" r="8890" b="0"/>
            <wp:docPr id="16812311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31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5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A5CE9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14: Kamen molitve i rada </w:t>
      </w:r>
      <w:r>
        <w:rPr>
          <w:i/>
          <w:color w:val="6B6B6B"/>
          <w:sz w:val="20"/>
        </w:rPr>
        <w:t>(individualni rad – crtanje bojicama, 8 minuta)</w:t>
      </w:r>
    </w:p>
    <w:p w14:paraId="162B1789" w14:textId="77777777" w:rsidR="00C7693A" w:rsidRDefault="0052026B">
      <w:pPr>
        <w:jc w:val="both"/>
      </w:pPr>
      <w:r>
        <w:t>Učenici će kamen podijeliti na dvije strane. Na gornjoj crtaju simbol molitve, na donjoj simbol rada. Desno pišu poruku od najviše osam riječi koja povezuje oba dijela.</w:t>
      </w:r>
    </w:p>
    <w:p w14:paraId="71A2DBBC" w14:textId="77777777" w:rsidR="00A67186" w:rsidRDefault="00A67186">
      <w:pPr>
        <w:jc w:val="both"/>
      </w:pPr>
    </w:p>
    <w:p w14:paraId="6C52B00A" w14:textId="7C7275BA" w:rsidR="00A67186" w:rsidRDefault="00A67186">
      <w:pPr>
        <w:jc w:val="both"/>
      </w:pPr>
      <w:r>
        <w:t>Radni predložak:</w:t>
      </w:r>
    </w:p>
    <w:p w14:paraId="7ED5BA7F" w14:textId="723D60EC" w:rsidR="00C7693A" w:rsidRDefault="007E6FB1" w:rsidP="00A67186">
      <w:pPr>
        <w:spacing w:before="220"/>
        <w:jc w:val="center"/>
      </w:pPr>
      <w:r w:rsidRPr="007E6FB1">
        <w:rPr>
          <w:noProof/>
        </w:rPr>
        <w:drawing>
          <wp:inline distT="0" distB="0" distL="0" distR="0" wp14:anchorId="37BC2A02" wp14:editId="620EAE81">
            <wp:extent cx="5756400" cy="3240000"/>
            <wp:effectExtent l="0" t="0" r="0" b="0"/>
            <wp:docPr id="136346636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4663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0A20E" w14:textId="77777777" w:rsidR="00C7693A" w:rsidRDefault="0052026B">
      <w:r>
        <w:rPr>
          <w:i/>
          <w:color w:val="6B6B6B"/>
          <w:sz w:val="21"/>
        </w:rPr>
        <w:t>Mogući primjer rješenja:</w:t>
      </w:r>
    </w:p>
    <w:p w14:paraId="5E35E01B" w14:textId="44789334" w:rsidR="00C7693A" w:rsidRDefault="007E6FB1">
      <w:pPr>
        <w:spacing w:before="220"/>
        <w:jc w:val="center"/>
      </w:pPr>
      <w:r w:rsidRPr="007E6FB1">
        <w:rPr>
          <w:noProof/>
        </w:rPr>
        <w:drawing>
          <wp:inline distT="0" distB="0" distL="0" distR="0" wp14:anchorId="60B402BD" wp14:editId="54A95B2D">
            <wp:extent cx="5756400" cy="3240000"/>
            <wp:effectExtent l="0" t="0" r="0" b="0"/>
            <wp:docPr id="204771776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1776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350A9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15: Poučna priča </w:t>
      </w:r>
      <w:r>
        <w:rPr>
          <w:i/>
          <w:color w:val="6B6B6B"/>
          <w:sz w:val="20"/>
        </w:rPr>
        <w:t>(frontalni rad i razgovor, 7 minuta)</w:t>
      </w:r>
    </w:p>
    <w:p w14:paraId="529A4FF7" w14:textId="77777777" w:rsidR="00C7693A" w:rsidRDefault="0052026B">
      <w:pPr>
        <w:spacing w:after="220"/>
        <w:jc w:val="both"/>
      </w:pPr>
      <w:r>
        <w:rPr>
          <w:i/>
        </w:rPr>
        <w:t>Vjeroučitelj će pročitati poučnu priču.</w:t>
      </w:r>
    </w:p>
    <w:p w14:paraId="04FA9824" w14:textId="77777777" w:rsidR="00C7693A" w:rsidRDefault="0052026B">
      <w:pPr>
        <w:keepNext/>
        <w:jc w:val="both"/>
      </w:pPr>
      <w:r>
        <w:rPr>
          <w:b/>
        </w:rPr>
        <w:t>Svjetlo na stubištu</w:t>
      </w:r>
    </w:p>
    <w:p w14:paraId="1CAB55A7" w14:textId="5159E329" w:rsidR="00C7693A" w:rsidRDefault="0052026B">
      <w:pPr>
        <w:jc w:val="both"/>
      </w:pPr>
      <w:r>
        <w:t xml:space="preserve">Djed Jakov živio je u zgradi u kojoj se ljudi jedva poznaju. Svako je jutro prije posla kratko molio za susjede. Jednoga je dana u hodniku primijetio pokvareno svjetlo. Mogao je samo reći: „Netko bi to trebao popraviti.“ Umjesto toga nazvao je predstavnicu stanara, provjerio osigurač i dogovorio dolazak električara. Zatim je starijoj susjedi ostavio poruku da se ne boji mračnoga stubišta jer će je popodne </w:t>
      </w:r>
      <w:r w:rsidR="007E6FB1">
        <w:t>do</w:t>
      </w:r>
      <w:r>
        <w:t>pratiti do stana. Kad je svjetlo ponovno zasjalo, susjeda mu je zahvalila. Jakov je odgovorio: „Molitva me podsjetila da ne čekam uvijek nekoga drugoga.“ Nije učinio veliko djelo o kojemu će pisati novine, ali je cijela zgrada toga dana bila sigurnija i toplija.</w:t>
      </w:r>
    </w:p>
    <w:p w14:paraId="7401A076" w14:textId="77777777" w:rsidR="00C7693A" w:rsidRDefault="0052026B">
      <w:pPr>
        <w:keepNext/>
        <w:spacing w:before="220"/>
        <w:jc w:val="both"/>
      </w:pPr>
      <w:r>
        <w:t>Razgovor:</w:t>
      </w:r>
    </w:p>
    <w:p w14:paraId="7D75C2ED" w14:textId="77777777" w:rsidR="00C7693A" w:rsidRDefault="0052026B" w:rsidP="007E6FB1">
      <w:pPr>
        <w:pStyle w:val="Odlomakpopisa"/>
        <w:numPr>
          <w:ilvl w:val="0"/>
          <w:numId w:val="34"/>
        </w:numPr>
        <w:spacing w:after="20"/>
        <w:jc w:val="both"/>
      </w:pPr>
      <w:r>
        <w:t xml:space="preserve">Što je Jakov mogao učiniti, a nije? </w:t>
      </w:r>
      <w:r w:rsidRPr="007E6FB1">
        <w:rPr>
          <w:color w:val="6B6B6B"/>
          <w:sz w:val="18"/>
        </w:rPr>
        <w:t>(Mogao je samo prigovarati i čekati da drugi riješe problem.)</w:t>
      </w:r>
    </w:p>
    <w:p w14:paraId="29C40C3D" w14:textId="77777777" w:rsidR="00C7693A" w:rsidRDefault="0052026B" w:rsidP="007E6FB1">
      <w:pPr>
        <w:pStyle w:val="Odlomakpopisa"/>
        <w:numPr>
          <w:ilvl w:val="0"/>
          <w:numId w:val="34"/>
        </w:numPr>
        <w:spacing w:after="20"/>
        <w:jc w:val="both"/>
      </w:pPr>
      <w:r>
        <w:t xml:space="preserve">Kako su se povezali molitva, rad i ljubav? </w:t>
      </w:r>
      <w:r w:rsidRPr="007E6FB1">
        <w:rPr>
          <w:color w:val="6B6B6B"/>
          <w:sz w:val="18"/>
        </w:rPr>
        <w:t>(Molitva ga je potaknula da organizira popravak i pomogne susjedi.)</w:t>
      </w:r>
    </w:p>
    <w:p w14:paraId="611649AA" w14:textId="77777777" w:rsidR="00C7693A" w:rsidRDefault="0052026B">
      <w:pPr>
        <w:spacing w:before="220"/>
        <w:jc w:val="both"/>
      </w:pPr>
      <w:r>
        <w:rPr>
          <w:b/>
        </w:rPr>
        <w:t xml:space="preserve">Pouka: </w:t>
      </w:r>
      <w:r>
        <w:t>Molitva postaje životna kada čovjeka pokrene na odgovoran rad i ljubav prema ljudima koje susreće.</w:t>
      </w:r>
    </w:p>
    <w:p w14:paraId="2F14DFDE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16: Zapišimo! </w:t>
      </w:r>
      <w:r>
        <w:rPr>
          <w:i/>
          <w:color w:val="6B6B6B"/>
          <w:sz w:val="20"/>
        </w:rPr>
        <w:t>(individualni rad uz zajedničku provjeru, 6 minuta)</w:t>
      </w:r>
    </w:p>
    <w:p w14:paraId="4EDD0AB5" w14:textId="77777777" w:rsidR="00C7693A" w:rsidRDefault="0052026B">
      <w:pPr>
        <w:jc w:val="both"/>
      </w:pPr>
      <w:r>
        <w:t>Učenici će u bilježnici označiti T ili N. Netočne tvrdnje ispravljaju jednom riječju ili kratkom sintagmom.</w:t>
      </w:r>
    </w:p>
    <w:p w14:paraId="10F0B166" w14:textId="77777777" w:rsidR="00C7693A" w:rsidRDefault="0052026B">
      <w:pPr>
        <w:jc w:val="both"/>
      </w:pPr>
      <w:r>
        <w:rPr>
          <w:i/>
          <w:color w:val="6B6B6B"/>
          <w:sz w:val="21"/>
        </w:rPr>
        <w:t>Rješenje: 1. T; 2. N – najbolje ih štujemo nasljedovanjem; 3. T; 4. N – svetost se pojavljuje u različitim vremenima i narodima.</w:t>
      </w:r>
    </w:p>
    <w:p w14:paraId="7CD26241" w14:textId="77777777" w:rsidR="00C7693A" w:rsidRDefault="00C7693A">
      <w:pPr>
        <w:spacing w:after="220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C7693A" w14:paraId="7482697F" w14:textId="77777777" w:rsidTr="005C1104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2C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E104D67" w14:textId="77777777" w:rsidR="00C7693A" w:rsidRDefault="0052026B">
            <w:pPr>
              <w:spacing w:after="160"/>
              <w:jc w:val="center"/>
            </w:pPr>
            <w:r>
              <w:rPr>
                <w:b/>
                <w:color w:val="C96A00"/>
                <w:sz w:val="48"/>
              </w:rPr>
              <w:t>SVETCI MEĐU NAMA</w:t>
            </w:r>
          </w:p>
          <w:p w14:paraId="42763093" w14:textId="77777777" w:rsidR="00C7693A" w:rsidRDefault="0052026B">
            <w:pPr>
              <w:spacing w:after="60"/>
              <w:jc w:val="both"/>
            </w:pPr>
            <w:r>
              <w:rPr>
                <w:sz w:val="48"/>
              </w:rPr>
              <w:t>1. Svetci i blaženici kršćanima su uzori vjere.  T / N</w:t>
            </w:r>
          </w:p>
          <w:p w14:paraId="4B324E2B" w14:textId="77777777" w:rsidR="00C7693A" w:rsidRDefault="0052026B">
            <w:pPr>
              <w:spacing w:after="60"/>
              <w:jc w:val="both"/>
            </w:pPr>
            <w:r>
              <w:rPr>
                <w:sz w:val="48"/>
              </w:rPr>
              <w:t>2. Najbolje ih častimo samo pamćenjem imena.  T / N</w:t>
            </w:r>
          </w:p>
          <w:p w14:paraId="63EDAE7F" w14:textId="77777777" w:rsidR="00C7693A" w:rsidRDefault="0052026B">
            <w:pPr>
              <w:spacing w:after="60"/>
              <w:jc w:val="both"/>
            </w:pPr>
            <w:r>
              <w:rPr>
                <w:sz w:val="48"/>
              </w:rPr>
              <w:t>3. Molitva i rad mogu zajedno graditi svetost.  T / N</w:t>
            </w:r>
          </w:p>
          <w:p w14:paraId="304C270A" w14:textId="77777777" w:rsidR="00C7693A" w:rsidRDefault="0052026B">
            <w:pPr>
              <w:spacing w:after="60"/>
              <w:jc w:val="both"/>
            </w:pPr>
            <w:r>
              <w:rPr>
                <w:sz w:val="48"/>
              </w:rPr>
              <w:t>4. Svetost pripada samo jednom vremenu i narodu.  T / N</w:t>
            </w:r>
          </w:p>
        </w:tc>
      </w:tr>
    </w:tbl>
    <w:p w14:paraId="4A161630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17: Radna bilježnica </w:t>
      </w:r>
      <w:r>
        <w:rPr>
          <w:i/>
          <w:color w:val="6B6B6B"/>
          <w:sz w:val="20"/>
        </w:rPr>
        <w:t>(individualni rad uz zajedničku provjeru, približno 10 minuta)</w:t>
      </w:r>
    </w:p>
    <w:p w14:paraId="4C5DFC63" w14:textId="77777777" w:rsidR="00C7693A" w:rsidRDefault="0052026B">
      <w:pPr>
        <w:jc w:val="both"/>
      </w:pPr>
      <w:r>
        <w:t>Učenici će uz pomoć vjeroučitelja rješavati RB, str. 84 (mogu biti i odabrani zadatci po želji).</w:t>
      </w:r>
    </w:p>
    <w:p w14:paraId="4CA850B5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18: Formativna provjera </w:t>
      </w:r>
      <w:r>
        <w:rPr>
          <w:i/>
          <w:color w:val="6B6B6B"/>
          <w:sz w:val="20"/>
        </w:rPr>
        <w:t>(individualni rad i kratka zajednička provjera, 4 minute)</w:t>
      </w:r>
    </w:p>
    <w:p w14:paraId="702D1B6C" w14:textId="77777777" w:rsidR="00C7693A" w:rsidRDefault="0052026B">
      <w:pPr>
        <w:jc w:val="both"/>
      </w:pPr>
      <w:r>
        <w:t>Učenici će dovršiti tri izlazne rečenice. Vjeroučitelj brzo provjerava jesu li sadržajno točne.</w:t>
      </w:r>
    </w:p>
    <w:p w14:paraId="0D81FF1D" w14:textId="77777777" w:rsidR="00C7693A" w:rsidRDefault="0052026B">
      <w:pPr>
        <w:keepNext/>
        <w:jc w:val="both"/>
      </w:pPr>
      <w:r>
        <w:t>Razgovor:</w:t>
      </w:r>
    </w:p>
    <w:p w14:paraId="4F24BF32" w14:textId="77777777" w:rsidR="00C7693A" w:rsidRDefault="0052026B">
      <w:pPr>
        <w:pStyle w:val="Odlomakpopisa"/>
        <w:numPr>
          <w:ilvl w:val="0"/>
          <w:numId w:val="14"/>
        </w:numPr>
        <w:spacing w:after="20"/>
        <w:ind w:left="442" w:hanging="283"/>
        <w:jc w:val="both"/>
      </w:pPr>
      <w:r>
        <w:t xml:space="preserve">Jedno ime koje pamtim je… </w:t>
      </w:r>
      <w:r>
        <w:rPr>
          <w:color w:val="6B6B6B"/>
          <w:sz w:val="18"/>
        </w:rPr>
        <w:t>(Bilo koje točno ime sa str. 58.)</w:t>
      </w:r>
    </w:p>
    <w:p w14:paraId="4FC7BBD4" w14:textId="77777777" w:rsidR="00C7693A" w:rsidRDefault="0052026B">
      <w:pPr>
        <w:pStyle w:val="Odlomakpopisa"/>
        <w:numPr>
          <w:ilvl w:val="0"/>
          <w:numId w:val="14"/>
        </w:numPr>
        <w:spacing w:after="20"/>
        <w:ind w:left="442" w:hanging="283"/>
        <w:jc w:val="both"/>
      </w:pPr>
      <w:r>
        <w:t xml:space="preserve">Jedna vrednota koju povezujem s uzorima jest… </w:t>
      </w:r>
      <w:r>
        <w:rPr>
          <w:color w:val="6B6B6B"/>
          <w:sz w:val="18"/>
        </w:rPr>
        <w:t>(Molitva, rad, ljubav, hrabrost, služenje ili ustrajnost.)</w:t>
      </w:r>
    </w:p>
    <w:p w14:paraId="3C7D859D" w14:textId="77777777" w:rsidR="00C7693A" w:rsidRDefault="0052026B">
      <w:pPr>
        <w:pStyle w:val="Odlomakpopisa"/>
        <w:numPr>
          <w:ilvl w:val="0"/>
          <w:numId w:val="14"/>
        </w:numPr>
        <w:spacing w:after="20"/>
        <w:ind w:left="442" w:hanging="283"/>
        <w:jc w:val="both"/>
      </w:pPr>
      <w:r>
        <w:t xml:space="preserve">Najbolje častimo svetce kada… </w:t>
      </w:r>
      <w:r>
        <w:rPr>
          <w:color w:val="6B6B6B"/>
          <w:sz w:val="18"/>
        </w:rPr>
        <w:t>(nasljedujemo dobro i slijedimo njihov put prema Kristu.)</w:t>
      </w:r>
    </w:p>
    <w:p w14:paraId="367BAA75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19: Digitalni zadatci </w:t>
      </w:r>
      <w:r>
        <w:rPr>
          <w:i/>
          <w:color w:val="6B6B6B"/>
          <w:sz w:val="20"/>
        </w:rPr>
        <w:t>(individualni rad ili rad u paru, 10 minuta)</w:t>
      </w:r>
    </w:p>
    <w:p w14:paraId="69F68739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E6FB1">
        <w:rPr>
          <w:rFonts w:asciiTheme="majorHAnsi" w:eastAsia="Times New Roman" w:hAnsiTheme="majorHAnsi" w:cstheme="majorHAnsi"/>
          <w:lang w:eastAsia="hr-HR"/>
        </w:rPr>
        <w:t xml:space="preserve">Učenici će riješiti zadatak s  </w:t>
      </w:r>
      <w:r w:rsidRPr="007E6FB1">
        <w:rPr>
          <w:rFonts w:asciiTheme="majorHAnsi" w:eastAsia="Times New Roman" w:hAnsiTheme="majorHAnsi" w:cstheme="majorHAnsi"/>
          <w:b/>
          <w:bCs/>
          <w:lang w:eastAsia="hr-HR"/>
        </w:rPr>
        <w:t>memorijem</w:t>
      </w:r>
      <w:r w:rsidRPr="007E6FB1">
        <w:rPr>
          <w:rFonts w:asciiTheme="majorHAnsi" w:eastAsia="Times New Roman" w:hAnsiTheme="majorHAnsi" w:cstheme="majorHAnsi"/>
          <w:lang w:eastAsia="hr-HR"/>
        </w:rPr>
        <w:t xml:space="preserve"> pod ikonom smješka, digitalni udžbenik, str. 58.</w:t>
      </w:r>
    </w:p>
    <w:p w14:paraId="31AE78D7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11F46F88" w14:textId="46827DDD" w:rsidR="00A766F4" w:rsidRDefault="00A766F4" w:rsidP="00A766F4">
      <w:pPr>
        <w:jc w:val="both"/>
        <w:textAlignment w:val="center"/>
        <w:rPr>
          <w:rFonts w:asciiTheme="majorHAnsi" w:hAnsiTheme="majorHAnsi" w:cstheme="majorHAnsi"/>
        </w:rPr>
      </w:pPr>
      <w:hyperlink r:id="rId13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7FB3C83C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2F15A27B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7E6FB1">
        <w:rPr>
          <w:rFonts w:asciiTheme="majorHAnsi" w:eastAsia="Times New Roman" w:hAnsiTheme="majorHAnsi" w:cstheme="majorHAnsi"/>
          <w:b/>
          <w:bCs/>
          <w:lang w:eastAsia="hr-HR"/>
        </w:rPr>
        <w:t>Kod:</w:t>
      </w:r>
    </w:p>
    <w:p w14:paraId="6C0705BF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64747203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E6FB1">
        <w:rPr>
          <w:rFonts w:asciiTheme="majorHAnsi" w:eastAsia="Times New Roman" w:hAnsiTheme="majorHAnsi" w:cstheme="majorHAnsi"/>
          <w:noProof/>
          <w:lang w:eastAsia="hr-HR"/>
        </w:rPr>
        <w:drawing>
          <wp:inline distT="0" distB="0" distL="0" distR="0" wp14:anchorId="08A67118" wp14:editId="744D5E96">
            <wp:extent cx="1440000" cy="1440000"/>
            <wp:effectExtent l="0" t="0" r="8255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6C038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40152E2F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E6FB1">
        <w:rPr>
          <w:rFonts w:asciiTheme="majorHAnsi" w:eastAsia="Times New Roman" w:hAnsiTheme="majorHAnsi" w:cstheme="majorHAnsi"/>
          <w:lang w:eastAsia="hr-HR"/>
        </w:rPr>
        <w:t>Učenici će kroz igru na digitalnoj platformi wordwall.net utvrditi gradivo o hrvatskim svecima i blaženicima.</w:t>
      </w:r>
    </w:p>
    <w:p w14:paraId="07999765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123AA2D2" w14:textId="36285E77" w:rsidR="00A766F4" w:rsidRDefault="00A766F4" w:rsidP="00A766F4">
      <w:pPr>
        <w:jc w:val="both"/>
        <w:textAlignment w:val="center"/>
        <w:rPr>
          <w:rFonts w:asciiTheme="majorHAnsi" w:hAnsiTheme="majorHAnsi" w:cstheme="majorHAnsi"/>
        </w:rPr>
      </w:pPr>
      <w:hyperlink r:id="rId15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5EA9C57B" w14:textId="77777777" w:rsidR="007E6FB1" w:rsidRDefault="007E6FB1" w:rsidP="007E6FB1">
      <w:pPr>
        <w:textAlignment w:val="center"/>
        <w:rPr>
          <w:rFonts w:asciiTheme="majorHAnsi" w:hAnsiTheme="majorHAnsi" w:cstheme="majorHAnsi"/>
        </w:rPr>
      </w:pPr>
    </w:p>
    <w:p w14:paraId="090F58A5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7E6FB1">
        <w:rPr>
          <w:rFonts w:asciiTheme="majorHAnsi" w:eastAsia="Times New Roman" w:hAnsiTheme="majorHAnsi" w:cstheme="majorHAnsi"/>
          <w:b/>
          <w:bCs/>
          <w:lang w:eastAsia="hr-HR"/>
        </w:rPr>
        <w:t>Kod:</w:t>
      </w:r>
    </w:p>
    <w:p w14:paraId="2CC86365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</w:p>
    <w:p w14:paraId="1E99EF09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7E6FB1">
        <w:rPr>
          <w:rFonts w:asciiTheme="majorHAnsi" w:eastAsia="Times New Roman" w:hAnsiTheme="majorHAnsi" w:cstheme="majorHAnsi"/>
          <w:b/>
          <w:bCs/>
          <w:noProof/>
          <w:lang w:eastAsia="hr-HR"/>
        </w:rPr>
        <w:drawing>
          <wp:inline distT="0" distB="0" distL="0" distR="0" wp14:anchorId="57329B86" wp14:editId="4B854769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401D7" w14:textId="77777777" w:rsidR="007E6FB1" w:rsidRPr="007E6FB1" w:rsidRDefault="007E6FB1" w:rsidP="007E6FB1">
      <w:pPr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</w:p>
    <w:p w14:paraId="07775938" w14:textId="08932FDC" w:rsidR="007E6FB1" w:rsidRDefault="00A766F4" w:rsidP="007E6FB1">
      <w:pPr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Predstavljanje rezultata</w:t>
      </w:r>
    </w:p>
    <w:p w14:paraId="7BD24C7C" w14:textId="77777777" w:rsidR="007E6FB1" w:rsidRDefault="007E6FB1" w:rsidP="007E6FB1"/>
    <w:p w14:paraId="4EC717E7" w14:textId="2AE705B2" w:rsidR="00C7693A" w:rsidRDefault="0052026B" w:rsidP="007E6FB1">
      <w:pPr>
        <w:jc w:val="both"/>
      </w:pPr>
      <w:r>
        <w:rPr>
          <w:b/>
        </w:rPr>
        <w:t xml:space="preserve">Nedigitalna alternativa: </w:t>
      </w:r>
      <w:r>
        <w:t>Parovi će dobiti sljedeće kartice i spojiti ih u smislene parove: MOLITVA – odnos s Bogom; RAD – odgovorna služba; ČAŠĆENJE – zahvalno sjećanje i molitva; NASLJEDOVANJE – konkretno dobro; MUČENIK – vjeran svjedok; UZOR – primjer koji potiče.</w:t>
      </w:r>
    </w:p>
    <w:p w14:paraId="24663332" w14:textId="77777777" w:rsidR="00A766F4" w:rsidRDefault="00A766F4" w:rsidP="00A766F4">
      <w:pPr>
        <w:jc w:val="both"/>
      </w:pPr>
    </w:p>
    <w:tbl>
      <w:tblPr>
        <w:tblW w:w="10681" w:type="dxa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A766F4" w14:paraId="07EDC300" w14:textId="77777777" w:rsidTr="000D1744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FC6C7D9" w14:textId="070AD306" w:rsidR="00A766F4" w:rsidRPr="005B07CD" w:rsidRDefault="00A766F4" w:rsidP="000D1744">
            <w:pPr>
              <w:jc w:val="center"/>
              <w:rPr>
                <w:sz w:val="40"/>
                <w:szCs w:val="40"/>
              </w:rPr>
            </w:pPr>
            <w:r w:rsidRPr="005B07CD">
              <w:rPr>
                <w:b/>
                <w:color w:val="FFFFFF" w:themeColor="background1"/>
                <w:sz w:val="40"/>
                <w:szCs w:val="40"/>
              </w:rPr>
              <w:t>MOLITVA • RAD • ČAŠĆENJE • NASLJEDOVANJE • MUČENIK • UZOR</w:t>
            </w:r>
          </w:p>
        </w:tc>
      </w:tr>
    </w:tbl>
    <w:p w14:paraId="475E9185" w14:textId="77777777" w:rsidR="00A766F4" w:rsidRDefault="00A766F4" w:rsidP="00A766F4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65"/>
      </w:tblGrid>
      <w:tr w:rsidR="00A766F4" w14:paraId="5C2C3A62" w14:textId="77777777" w:rsidTr="000D1744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36C0A" w:themeFill="accent6" w:themeFillShade="BF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2016FD7" w14:textId="1C55B436" w:rsidR="00A766F4" w:rsidRPr="005B07CD" w:rsidRDefault="00A766F4" w:rsidP="000D1744">
            <w:pPr>
              <w:jc w:val="center"/>
              <w:rPr>
                <w:b/>
                <w:color w:val="FFFFFF"/>
                <w:sz w:val="40"/>
                <w:szCs w:val="40"/>
              </w:rPr>
            </w:pPr>
            <w:r w:rsidRPr="005B07CD">
              <w:rPr>
                <w:b/>
                <w:color w:val="FFFFFF" w:themeColor="background1"/>
                <w:sz w:val="40"/>
                <w:szCs w:val="40"/>
              </w:rPr>
              <w:t>zahvalno sjećanje i molitva • odnos s Bogom • vjeran svjedok • konkretno dobro • primjer koji potiče • odgovorna služba</w:t>
            </w:r>
          </w:p>
        </w:tc>
      </w:tr>
    </w:tbl>
    <w:p w14:paraId="27C8B30B" w14:textId="77777777" w:rsidR="00A766F4" w:rsidRDefault="00A766F4" w:rsidP="00A766F4"/>
    <w:p w14:paraId="46ECE557" w14:textId="77777777" w:rsidR="00C7693A" w:rsidRDefault="0052026B">
      <w:pPr>
        <w:keepNext/>
        <w:spacing w:before="100" w:after="40"/>
        <w:jc w:val="both"/>
      </w:pPr>
      <w:r>
        <w:rPr>
          <w:b/>
          <w:color w:val="C96A00"/>
          <w:sz w:val="26"/>
        </w:rPr>
        <w:t xml:space="preserve">Aktivnost 20: Mikropauza </w:t>
      </w:r>
      <w:r>
        <w:rPr>
          <w:i/>
          <w:color w:val="6B6B6B"/>
          <w:sz w:val="20"/>
        </w:rPr>
        <w:t>(frontalni rad, 2 minute)</w:t>
      </w:r>
    </w:p>
    <w:p w14:paraId="3A53D614" w14:textId="1EEF341E" w:rsidR="00C7693A" w:rsidRDefault="0052026B" w:rsidP="00A766F4">
      <w:pPr>
        <w:jc w:val="both"/>
      </w:pPr>
      <w: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2CBAF565" w14:textId="77777777" w:rsidR="00A766F4" w:rsidRDefault="00A766F4" w:rsidP="00A766F4">
      <w:pPr>
        <w:jc w:val="both"/>
      </w:pPr>
    </w:p>
    <w:p w14:paraId="3D489BAD" w14:textId="77777777" w:rsidR="00C7693A" w:rsidRDefault="0052026B">
      <w:r>
        <w:rPr>
          <w:color w:val="7030A0"/>
        </w:rPr>
        <w:t>Učenici će petnaest sekundi promatrati niz oblika i boja. Nakon što vjeroučitelj sakrije prikaz, pokušavaju ih tiho navesti pravilnim redom. Nakon jednoga pokušaja prikaz se vrati i razred mirno nastavlja rad.</w:t>
      </w:r>
    </w:p>
    <w:p w14:paraId="164E5B68" w14:textId="1949AFA3" w:rsidR="00C7693A" w:rsidRDefault="0052026B" w:rsidP="00A766F4">
      <w:pPr>
        <w:spacing w:before="220"/>
        <w:jc w:val="center"/>
      </w:pPr>
      <w:r>
        <w:rPr>
          <w:noProof/>
        </w:rPr>
        <w:drawing>
          <wp:inline distT="0" distB="0" distL="0" distR="0" wp14:anchorId="1754F2DE" wp14:editId="77F551A2">
            <wp:extent cx="6325200" cy="180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kro58.png"/>
                    <pic:cNvPicPr/>
                  </pic:nvPicPr>
                  <pic:blipFill rotWithShape="1">
                    <a:blip r:embed="rId17"/>
                    <a:srcRect l="8125" r="7740" b="28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2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8DA51" w14:textId="77777777" w:rsidR="00A766F4" w:rsidRDefault="00A766F4" w:rsidP="00A766F4">
      <w:pPr>
        <w:spacing w:before="220"/>
        <w:jc w:val="center"/>
      </w:pPr>
    </w:p>
    <w:tbl>
      <w:tblPr>
        <w:tblW w:w="10658" w:type="dxa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C7693A" w14:paraId="6A96DA3F" w14:textId="77777777" w:rsidTr="00556D87">
        <w:trPr>
          <w:cantSplit/>
        </w:trPr>
        <w:tc>
          <w:tcPr>
            <w:tcW w:w="10658" w:type="dxa"/>
            <w:shd w:val="clear" w:color="auto" w:fill="00B05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715637F" w14:textId="7CD783C2" w:rsidR="00C7693A" w:rsidRDefault="00556D87" w:rsidP="00556D87">
            <w:r w:rsidRPr="00556D87">
              <w:rPr>
                <w:rFonts w:cs="Calibri"/>
                <w:b/>
                <w:color w:val="FFFFFF"/>
                <w:sz w:val="32"/>
              </w:rPr>
              <w:t xml:space="preserve">III. ZAVRŠNI DIO – IZRAZI </w:t>
            </w:r>
            <w:r w:rsidRPr="00556D87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383F9E4B" w14:textId="77777777" w:rsidR="00C7693A" w:rsidRDefault="0052026B">
      <w:pPr>
        <w:keepNext/>
        <w:spacing w:before="60" w:after="40"/>
        <w:jc w:val="both"/>
      </w:pPr>
      <w:r>
        <w:rPr>
          <w:b/>
          <w:color w:val="C96A00"/>
          <w:sz w:val="26"/>
        </w:rPr>
        <w:t>Aktualizacija:</w:t>
      </w:r>
    </w:p>
    <w:p w14:paraId="7BA8834D" w14:textId="77777777" w:rsidR="00C7693A" w:rsidRDefault="0052026B">
      <w:pPr>
        <w:keepNext/>
        <w:jc w:val="both"/>
      </w:pPr>
      <w:r>
        <w:t>Razgovor:</w:t>
      </w:r>
    </w:p>
    <w:p w14:paraId="0AC21BEF" w14:textId="77777777" w:rsidR="00C7693A" w:rsidRDefault="0052026B" w:rsidP="00A766F4">
      <w:pPr>
        <w:pStyle w:val="Odlomakpopisa"/>
        <w:numPr>
          <w:ilvl w:val="0"/>
          <w:numId w:val="36"/>
        </w:numPr>
        <w:spacing w:after="20"/>
        <w:jc w:val="both"/>
      </w:pPr>
      <w:r>
        <w:t xml:space="preserve">Kako možemo častiti uzora, a da se ne zaustavimo na slici i imenu? </w:t>
      </w:r>
      <w:r w:rsidRPr="00A766F4">
        <w:rPr>
          <w:color w:val="6B6B6B"/>
          <w:sz w:val="18"/>
        </w:rPr>
        <w:t>(Učiti iz njegova života, moliti i konkretno nasljedovati dobro.)</w:t>
      </w:r>
    </w:p>
    <w:p w14:paraId="53B65625" w14:textId="77777777" w:rsidR="00C7693A" w:rsidRDefault="0052026B" w:rsidP="00A766F4">
      <w:pPr>
        <w:pStyle w:val="Odlomakpopisa"/>
        <w:numPr>
          <w:ilvl w:val="0"/>
          <w:numId w:val="36"/>
        </w:numPr>
        <w:spacing w:after="20"/>
        <w:jc w:val="both"/>
      </w:pPr>
      <w:r>
        <w:t xml:space="preserve">Gdje se u vašem danu susreću molitva i rad? </w:t>
      </w:r>
      <w:r w:rsidRPr="00A766F4">
        <w:rPr>
          <w:color w:val="6B6B6B"/>
          <w:sz w:val="18"/>
        </w:rPr>
        <w:t>(U obvezama koje izvršavamo pošteno, strpljivo i za dobro drugih.)</w:t>
      </w:r>
    </w:p>
    <w:p w14:paraId="1513BDBC" w14:textId="77777777" w:rsidR="00C7693A" w:rsidRDefault="0052026B" w:rsidP="00A766F4">
      <w:pPr>
        <w:pStyle w:val="Odlomakpopisa"/>
        <w:numPr>
          <w:ilvl w:val="0"/>
          <w:numId w:val="36"/>
        </w:numPr>
        <w:spacing w:after="20"/>
        <w:jc w:val="both"/>
      </w:pPr>
      <w:r>
        <w:t xml:space="preserve">Koja je jedna vrednota hrvatskih blaženika potrebna današnjem društvu? </w:t>
      </w:r>
      <w:r w:rsidRPr="00A766F4">
        <w:rPr>
          <w:color w:val="6B6B6B"/>
          <w:sz w:val="18"/>
        </w:rPr>
        <w:t>(Mogući su: istina, hrabrost, solidarnost, milosrđe, ustrajnost i vjernost.)</w:t>
      </w:r>
    </w:p>
    <w:p w14:paraId="3162852D" w14:textId="77777777" w:rsidR="00C7693A" w:rsidRDefault="0052026B">
      <w:pPr>
        <w:keepNext/>
        <w:spacing w:before="60" w:after="40"/>
        <w:jc w:val="both"/>
      </w:pPr>
      <w:r>
        <w:rPr>
          <w:b/>
          <w:color w:val="C96A00"/>
          <w:sz w:val="26"/>
        </w:rPr>
        <w:t>Sinteza:</w:t>
      </w:r>
    </w:p>
    <w:p w14:paraId="2B9BEBD0" w14:textId="77777777" w:rsidR="00C7693A" w:rsidRDefault="0052026B">
      <w:pPr>
        <w:jc w:val="both"/>
      </w:pPr>
      <w:r>
        <w:t>Učenici će izraditi usmeni „mozaik od četiri kockice“: IME – VREDNOTA – DJELO – PORUKA. Četiri učenika uzastopno dodaju po jednu kockicu, a razred provjerava vodi li mozaik prema odgovoru na središnje pitanje.</w:t>
      </w:r>
    </w:p>
    <w:p w14:paraId="6BF869BB" w14:textId="77777777" w:rsidR="00A766F4" w:rsidRDefault="00A766F4">
      <w:pPr>
        <w:jc w:val="both"/>
      </w:pPr>
    </w:p>
    <w:p w14:paraId="0FF44BEB" w14:textId="2A112248" w:rsidR="00A766F4" w:rsidRPr="005B07CD" w:rsidRDefault="00A766F4" w:rsidP="00A766F4">
      <w:pPr>
        <w:jc w:val="center"/>
        <w:rPr>
          <w:color w:val="002060"/>
          <w:sz w:val="40"/>
          <w:szCs w:val="40"/>
        </w:rPr>
      </w:pPr>
      <w:r w:rsidRPr="005B07CD">
        <w:rPr>
          <w:color w:val="002060"/>
          <w:sz w:val="40"/>
          <w:szCs w:val="40"/>
        </w:rPr>
        <w:t>IME – VREDNOTA – DJELO – PORUKA</w:t>
      </w:r>
    </w:p>
    <w:p w14:paraId="61B82D6E" w14:textId="77777777" w:rsidR="00A766F4" w:rsidRDefault="00A766F4">
      <w:pPr>
        <w:jc w:val="both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C7693A" w14:paraId="2CD78DBC" w14:textId="77777777">
        <w:tc>
          <w:tcPr>
            <w:tcW w:w="1065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1EC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B24396" w14:textId="77777777" w:rsidR="00C7693A" w:rsidRDefault="0052026B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Zaključak vjeroučitelja: </w:t>
            </w:r>
            <w:r>
              <w:rPr>
                <w:sz w:val="21"/>
              </w:rPr>
              <w:t>Hrvatski svetci i blaženici svjedoče da se svetost gradi kada se molitva povezuje s odgovornim radom, a vjera s ljubavlju prema ljudima. Zato na pitanje „Kako hrvatski svetci i blaženici svjedoče da se svetost gradi molitvom, radom i ljubavlju prema ljudima?“ odgovaramo: njihov je život vidljivi mozaik molitve, rada, hrabrosti i služenja koji i nas poziva na konkretno dobro.</w:t>
            </w:r>
          </w:p>
        </w:tc>
      </w:tr>
    </w:tbl>
    <w:p w14:paraId="646540A2" w14:textId="77777777" w:rsidR="00C7693A" w:rsidRDefault="0052026B">
      <w:pPr>
        <w:keepNext/>
        <w:spacing w:before="60" w:after="40"/>
        <w:jc w:val="both"/>
      </w:pPr>
      <w:r>
        <w:rPr>
          <w:b/>
          <w:color w:val="C96A00"/>
          <w:sz w:val="26"/>
        </w:rPr>
        <w:t>Samovrednovanje:</w:t>
      </w:r>
    </w:p>
    <w:p w14:paraId="1B6D70CD" w14:textId="77777777" w:rsidR="00C7693A" w:rsidRDefault="0052026B">
      <w:pPr>
        <w:jc w:val="both"/>
      </w:pPr>
      <w:r>
        <w:t>Učenici će odabrati jednu, nekoliko ili cijeli niz kockica prema tome koliko mogu povezati imena, vrednote i poruku lekcije. Izbor se može pokazati diskretno prstima 1, 2 ili 3.</w:t>
      </w:r>
    </w:p>
    <w:p w14:paraId="508D3C2B" w14:textId="6679B71C" w:rsidR="00C7693A" w:rsidRDefault="00A12EF0" w:rsidP="00A12EF0">
      <w:pPr>
        <w:spacing w:before="220"/>
      </w:pPr>
      <w:r w:rsidRPr="00A12EF0">
        <w:rPr>
          <w:noProof/>
        </w:rPr>
        <w:drawing>
          <wp:inline distT="0" distB="0" distL="0" distR="0" wp14:anchorId="6672A222" wp14:editId="4E9B5F74">
            <wp:extent cx="4478400" cy="2520000"/>
            <wp:effectExtent l="0" t="0" r="0" b="0"/>
            <wp:docPr id="96401455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1455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8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A1357" w14:textId="77777777" w:rsidR="00C7693A" w:rsidRDefault="0052026B">
      <w:pPr>
        <w:keepNext/>
        <w:spacing w:before="60" w:after="40"/>
        <w:jc w:val="both"/>
      </w:pPr>
      <w:r>
        <w:rPr>
          <w:b/>
          <w:color w:val="C96A00"/>
          <w:sz w:val="26"/>
        </w:rPr>
        <w:t>Domaća zadaća:</w:t>
      </w:r>
    </w:p>
    <w:p w14:paraId="15D4C2A8" w14:textId="77777777" w:rsidR="00C7693A" w:rsidRDefault="0052026B">
      <w:pPr>
        <w:jc w:val="both"/>
      </w:pPr>
      <w:r>
        <w:t>Učenici će riješiti, ili dovršiti rješavanje RB, str. 84.</w:t>
      </w:r>
    </w:p>
    <w:p w14:paraId="537828AF" w14:textId="77777777" w:rsidR="00A12EF0" w:rsidRPr="00A12EF0" w:rsidRDefault="00A12EF0">
      <w:pPr>
        <w:spacing w:before="220"/>
        <w:jc w:val="both"/>
        <w:rPr>
          <w:bCs/>
        </w:rPr>
      </w:pPr>
      <w:r w:rsidRPr="00A12EF0">
        <w:rPr>
          <w:bCs/>
        </w:rPr>
        <w:t>Ili:</w:t>
      </w:r>
    </w:p>
    <w:p w14:paraId="1E3C568A" w14:textId="6141C9D0" w:rsidR="00C7693A" w:rsidRDefault="0052026B">
      <w:pPr>
        <w:spacing w:before="220"/>
        <w:jc w:val="both"/>
      </w:pPr>
      <w:r>
        <w:t xml:space="preserve">Učenici će odabrati jednoga blaženika prikazanoga na str. 58 i napisati naslov te dvije rečenice: što su saznali i </w:t>
      </w:r>
      <w:r w:rsidR="00A12EF0">
        <w:t xml:space="preserve">na </w:t>
      </w:r>
      <w:r>
        <w:t>koj</w:t>
      </w:r>
      <w:r w:rsidR="00A12EF0">
        <w:t>u</w:t>
      </w:r>
      <w:r>
        <w:t xml:space="preserve"> ih vrednot</w:t>
      </w:r>
      <w:r w:rsidR="00A12EF0">
        <w:t>u</w:t>
      </w:r>
      <w:r>
        <w:t xml:space="preserve"> potiče.</w:t>
      </w:r>
    </w:p>
    <w:p w14:paraId="0BD0A5C2" w14:textId="065E520E" w:rsidR="00C7693A" w:rsidRDefault="0052026B">
      <w:pPr>
        <w:spacing w:before="220" w:after="220"/>
        <w:jc w:val="both"/>
      </w:pPr>
      <w:r>
        <w:rPr>
          <w:b/>
        </w:rPr>
        <w:t xml:space="preserve">Izborna domaća zadaća: </w:t>
      </w:r>
      <w:r>
        <w:t>Učenici će u obitelji pronaći primjer posla koji se može obavljati kao služenje drugima i zapisati jednu rečenicu</w:t>
      </w:r>
      <w:r w:rsidR="00A12EF0">
        <w:t xml:space="preserve"> o tome</w:t>
      </w:r>
      <w:r>
        <w:t>.</w:t>
      </w:r>
    </w:p>
    <w:p w14:paraId="5E73AABD" w14:textId="77777777" w:rsidR="00C7693A" w:rsidRDefault="0052026B">
      <w:pPr>
        <w:keepNext/>
        <w:spacing w:before="60" w:after="40"/>
        <w:jc w:val="both"/>
      </w:pPr>
      <w:r>
        <w:rPr>
          <w:b/>
          <w:color w:val="C96A00"/>
          <w:sz w:val="26"/>
        </w:rPr>
        <w:t>Završna molitva:</w:t>
      </w:r>
    </w:p>
    <w:p w14:paraId="1669F565" w14:textId="77777777" w:rsidR="00C7693A" w:rsidRDefault="0052026B">
      <w:pPr>
        <w:spacing w:after="220"/>
        <w:jc w:val="both"/>
      </w:pPr>
      <w:r>
        <w:rPr>
          <w:sz w:val="48"/>
        </w:rPr>
        <w:t>Bože, hvala Ti za hrvatske svetce i blaženike. Pomozi nam njihov primjer pretvoriti u odluke: iskreno moliti, odgovorno raditi i ljubiti ljude koje susrećemo. Amen.</w:t>
      </w:r>
    </w:p>
    <w:p w14:paraId="79F7EA45" w14:textId="77777777" w:rsidR="00C7693A" w:rsidRDefault="0052026B">
      <w:pPr>
        <w:spacing w:after="220"/>
      </w:pPr>
      <w:r>
        <w:t>ili:</w:t>
      </w:r>
    </w:p>
    <w:p w14:paraId="36E35D51" w14:textId="77777777" w:rsidR="00C7693A" w:rsidRDefault="0052026B">
      <w:pPr>
        <w:spacing w:after="220"/>
      </w:pPr>
      <w:r>
        <w:t>Anđele, čuvaru mili…</w:t>
      </w:r>
    </w:p>
    <w:p w14:paraId="4B7FB6D4" w14:textId="77777777" w:rsidR="00C7693A" w:rsidRDefault="0052026B">
      <w:pPr>
        <w:spacing w:after="220"/>
      </w:pPr>
      <w:r>
        <w:t>ili:</w:t>
      </w:r>
    </w:p>
    <w:p w14:paraId="7D95CB03" w14:textId="77777777" w:rsidR="00C7693A" w:rsidRDefault="0052026B">
      <w:pPr>
        <w:jc w:val="both"/>
      </w:pPr>
      <w:r>
        <w:t>Učenici će poslušati pjesmu „Anđele, čuvaru mili…“; 3:36; Autor: Marinko Grubešić; Izvor: YouTube</w:t>
      </w:r>
    </w:p>
    <w:p w14:paraId="769A36C9" w14:textId="31C20A16" w:rsidR="00C7693A" w:rsidRDefault="00A12EF0">
      <w:pPr>
        <w:spacing w:before="220"/>
      </w:pPr>
      <w:r>
        <w:rPr>
          <w:rFonts w:cs="Calibri"/>
          <w:noProof/>
          <w:lang w:eastAsia="hr-HR"/>
        </w:rPr>
        <w:drawing>
          <wp:inline distT="0" distB="0" distL="0" distR="0" wp14:anchorId="7C09B5B2" wp14:editId="1B8C675A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19"/>
                    </pic:cNvPr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/>
    </w:p>
    <w:p w14:paraId="1534B13C" w14:textId="77777777" w:rsidR="00C7693A" w:rsidRDefault="00C7693A">
      <w:pPr>
        <w:spacing w:after="660"/>
      </w:pPr>
    </w:p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C7693A" w14:paraId="4A77E4FE" w14:textId="77777777">
        <w:tc>
          <w:tcPr>
            <w:tcW w:w="10658" w:type="dxa"/>
            <w:tcBorders>
              <w:top w:val="single" w:sz="0" w:space="0" w:color="C96A00"/>
              <w:left w:val="single" w:sz="0" w:space="0" w:color="C96A00"/>
              <w:bottom w:val="single" w:sz="0" w:space="0" w:color="C96A00"/>
              <w:right w:val="single" w:sz="0" w:space="0" w:color="C96A00"/>
            </w:tcBorders>
            <w:shd w:val="clear" w:color="auto" w:fill="C96A0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1801A26" w14:textId="77777777" w:rsidR="00C7693A" w:rsidRDefault="0052026B" w:rsidP="00905907">
            <w:pPr>
              <w:jc w:val="center"/>
            </w:pPr>
            <w:r>
              <w:rPr>
                <w:b/>
                <w:color w:val="FFFFFF"/>
                <w:sz w:val="26"/>
              </w:rPr>
              <w:t>PREPORUČENI ODABIR ZA 45 MINUTA</w:t>
            </w:r>
          </w:p>
        </w:tc>
      </w:tr>
    </w:tbl>
    <w:p w14:paraId="7498BF29" w14:textId="77777777" w:rsidR="00C7693A" w:rsidRDefault="00C7693A" w:rsidP="00A12EF0"/>
    <w:tbl>
      <w:tblPr>
        <w:tblW w:w="10658" w:type="dxa"/>
        <w:tblLayout w:type="fixed"/>
        <w:tblLook w:val="04A0" w:firstRow="1" w:lastRow="0" w:firstColumn="1" w:lastColumn="0" w:noHBand="0" w:noVBand="1"/>
      </w:tblPr>
      <w:tblGrid>
        <w:gridCol w:w="8533"/>
        <w:gridCol w:w="2125"/>
      </w:tblGrid>
      <w:tr w:rsidR="00C7693A" w14:paraId="2DC2FD02" w14:textId="77777777" w:rsidTr="00A12EF0">
        <w:tc>
          <w:tcPr>
            <w:tcW w:w="8533" w:type="dxa"/>
            <w:tcBorders>
              <w:top w:val="single" w:sz="5" w:space="0" w:color="595959"/>
              <w:left w:val="single" w:sz="5" w:space="0" w:color="595959"/>
              <w:bottom w:val="single" w:sz="5" w:space="0" w:color="595959"/>
              <w:right w:val="single" w:sz="5" w:space="0" w:color="595959"/>
            </w:tcBorders>
            <w:shd w:val="clear" w:color="auto" w:fill="59595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EA6E66" w14:textId="77777777" w:rsidR="00C7693A" w:rsidRDefault="0052026B" w:rsidP="00905907"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25" w:type="dxa"/>
            <w:tcBorders>
              <w:top w:val="single" w:sz="5" w:space="0" w:color="595959"/>
              <w:left w:val="single" w:sz="5" w:space="0" w:color="595959"/>
              <w:bottom w:val="single" w:sz="5" w:space="0" w:color="595959"/>
              <w:right w:val="single" w:sz="5" w:space="0" w:color="595959"/>
            </w:tcBorders>
            <w:shd w:val="clear" w:color="auto" w:fill="59595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9A051E" w14:textId="77777777" w:rsidR="00C7693A" w:rsidRDefault="0052026B">
            <w:pPr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C7693A" w14:paraId="4568AB3D" w14:textId="77777777" w:rsidTr="00A12EF0">
        <w:tc>
          <w:tcPr>
            <w:tcW w:w="85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70F68B" w14:textId="77777777" w:rsidR="00C7693A" w:rsidRDefault="0052026B">
            <w:pPr>
              <w:jc w:val="both"/>
            </w:pPr>
            <w:r>
              <w:t>Uvodna molitva, motivacija i najava</w:t>
            </w:r>
          </w:p>
        </w:tc>
        <w:tc>
          <w:tcPr>
            <w:tcW w:w="21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EEA8C" w14:textId="77777777" w:rsidR="00C7693A" w:rsidRDefault="0052026B">
            <w:pPr>
              <w:jc w:val="center"/>
            </w:pPr>
            <w:r>
              <w:t>8 min</w:t>
            </w:r>
          </w:p>
        </w:tc>
      </w:tr>
      <w:tr w:rsidR="00C7693A" w14:paraId="79988F7D" w14:textId="77777777" w:rsidTr="00A12EF0">
        <w:tc>
          <w:tcPr>
            <w:tcW w:w="85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7E2DB5" w14:textId="77777777" w:rsidR="00C7693A" w:rsidRDefault="0052026B">
            <w:pPr>
              <w:jc w:val="both"/>
            </w:pPr>
            <w:r>
              <w:t>Aktivnost 1 – Obrada teksta / sadržaja</w:t>
            </w:r>
          </w:p>
        </w:tc>
        <w:tc>
          <w:tcPr>
            <w:tcW w:w="21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AC5DD6" w14:textId="77777777" w:rsidR="00C7693A" w:rsidRDefault="0052026B">
            <w:pPr>
              <w:jc w:val="center"/>
            </w:pPr>
            <w:r>
              <w:t>15 min</w:t>
            </w:r>
          </w:p>
        </w:tc>
      </w:tr>
      <w:tr w:rsidR="00C7693A" w14:paraId="757FF615" w14:textId="77777777" w:rsidTr="00A12EF0">
        <w:tc>
          <w:tcPr>
            <w:tcW w:w="85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5A9D1" w14:textId="77777777" w:rsidR="00C7693A" w:rsidRDefault="0052026B">
            <w:pPr>
              <w:jc w:val="both"/>
            </w:pPr>
            <w:r>
              <w:t>Aktivnost 6 – Kamen mudraca: molitva i rad</w:t>
            </w:r>
          </w:p>
        </w:tc>
        <w:tc>
          <w:tcPr>
            <w:tcW w:w="21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10970E" w14:textId="77777777" w:rsidR="00C7693A" w:rsidRDefault="0052026B">
            <w:pPr>
              <w:jc w:val="center"/>
            </w:pPr>
            <w:r>
              <w:t>7 min</w:t>
            </w:r>
          </w:p>
        </w:tc>
      </w:tr>
      <w:tr w:rsidR="00C7693A" w14:paraId="26F59FAD" w14:textId="77777777" w:rsidTr="00A12EF0">
        <w:tc>
          <w:tcPr>
            <w:tcW w:w="85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108987" w14:textId="77777777" w:rsidR="00C7693A" w:rsidRDefault="0052026B">
            <w:pPr>
              <w:jc w:val="both"/>
            </w:pPr>
            <w:r>
              <w:t>Aktivnost 12 – Galerija lica i poruka</w:t>
            </w:r>
          </w:p>
        </w:tc>
        <w:tc>
          <w:tcPr>
            <w:tcW w:w="21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78CA4D" w14:textId="77777777" w:rsidR="00C7693A" w:rsidRDefault="0052026B">
            <w:pPr>
              <w:jc w:val="center"/>
            </w:pPr>
            <w:r>
              <w:t>7 min</w:t>
            </w:r>
          </w:p>
        </w:tc>
      </w:tr>
      <w:tr w:rsidR="00C7693A" w14:paraId="57392174" w14:textId="77777777" w:rsidTr="00A12EF0">
        <w:tc>
          <w:tcPr>
            <w:tcW w:w="8533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FB7010" w14:textId="77777777" w:rsidR="00C7693A" w:rsidRDefault="0052026B">
            <w:pPr>
              <w:jc w:val="both"/>
            </w:pPr>
            <w:r>
              <w:t>Sinteza, samovrednovanje i završna molitva</w:t>
            </w:r>
          </w:p>
        </w:tc>
        <w:tc>
          <w:tcPr>
            <w:tcW w:w="212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06E2D7" w14:textId="77777777" w:rsidR="00C7693A" w:rsidRDefault="0052026B">
            <w:pPr>
              <w:jc w:val="center"/>
            </w:pPr>
            <w:r>
              <w:t>8 min</w:t>
            </w:r>
          </w:p>
        </w:tc>
      </w:tr>
    </w:tbl>
    <w:p w14:paraId="45C546B1" w14:textId="31BD0588" w:rsidR="00C7693A" w:rsidRDefault="00A12EF0">
      <w:pPr>
        <w:spacing w:after="260"/>
        <w:jc w:val="both"/>
      </w:pPr>
      <w:r>
        <w:rPr>
          <w:i/>
          <w:color w:val="6B6B6B"/>
        </w:rPr>
        <w:t>Ukupno: 45 minuta. Mikropauza se koristi samo po potrebi; tada se skraćuje predstavljanje skupina ili završna rasprava.</w:t>
      </w:r>
    </w:p>
    <w:p w14:paraId="3C35CF30" w14:textId="77777777" w:rsidR="00C7693A" w:rsidRDefault="0052026B">
      <w:pPr>
        <w:keepNext/>
        <w:spacing w:after="40"/>
        <w:jc w:val="both"/>
      </w:pPr>
      <w:r>
        <w:rPr>
          <w:b/>
          <w:color w:val="C96A00"/>
          <w:sz w:val="26"/>
        </w:rPr>
        <w:t>PRILOZI ZA BRZU UPORABU</w:t>
      </w:r>
    </w:p>
    <w:p w14:paraId="775A4AF0" w14:textId="77777777" w:rsidR="00C7693A" w:rsidRDefault="0052026B">
      <w:r>
        <w:rPr>
          <w:b/>
        </w:rPr>
        <w:t>Prilog 1: Kratka kontrolna lista za vjeroučitelja</w:t>
      </w:r>
    </w:p>
    <w:p w14:paraId="5DF9C59B" w14:textId="77777777" w:rsidR="00C7693A" w:rsidRDefault="0052026B">
      <w:r>
        <w:t>□ Mogu li učenici objasniti zašto je nasljedovanje najbolji način čašćenja svetaca?</w:t>
      </w:r>
    </w:p>
    <w:p w14:paraId="521EC537" w14:textId="77777777" w:rsidR="00C7693A" w:rsidRDefault="0052026B">
      <w:r>
        <w:t>□ Mogu li navesti najmanje četiri hrvatska blaženika sa str. 58?</w:t>
      </w:r>
    </w:p>
    <w:p w14:paraId="0180BD21" w14:textId="77777777" w:rsidR="00C7693A" w:rsidRDefault="0052026B">
      <w:r>
        <w:t>□ Mogu li povezati poruku „Kamen mudraca“ s molitvom i radom?</w:t>
      </w:r>
    </w:p>
    <w:p w14:paraId="42E44EEA" w14:textId="77777777" w:rsidR="00C7693A" w:rsidRDefault="0052026B">
      <w:r>
        <w:t>□ Mogu li razlikovati opažanje portreta od pretpostavke o životopisu?</w:t>
      </w:r>
    </w:p>
    <w:p w14:paraId="4BB43C21" w14:textId="77777777" w:rsidR="00C7693A" w:rsidRDefault="0052026B">
      <w:r>
        <w:t>□ Mogu li predložiti jedno konkretno djelo po primjeru hrvatskih uzora?</w:t>
      </w:r>
    </w:p>
    <w:sectPr w:rsidR="00C7693A">
      <w:headerReference w:type="default" r:id="rId22"/>
      <w:footerReference w:type="default" r:id="rId23"/>
      <w:pgSz w:w="12240" w:h="15840"/>
      <w:pgMar w:top="709" w:right="709" w:bottom="709" w:left="85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F2792" w14:textId="77777777" w:rsidR="0052026B" w:rsidRDefault="0052026B">
      <w:r>
        <w:separator/>
      </w:r>
    </w:p>
  </w:endnote>
  <w:endnote w:type="continuationSeparator" w:id="0">
    <w:p w14:paraId="4F8ACD08" w14:textId="77777777" w:rsidR="0052026B" w:rsidRDefault="0052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4055" w14:textId="77777777" w:rsidR="00D077D7" w:rsidRDefault="00D077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7E718" w14:textId="77777777" w:rsidR="0052026B" w:rsidRDefault="0052026B">
      <w:r>
        <w:separator/>
      </w:r>
    </w:p>
  </w:footnote>
  <w:footnote w:type="continuationSeparator" w:id="0">
    <w:p w14:paraId="2DBA4A37" w14:textId="77777777" w:rsidR="0052026B" w:rsidRDefault="00520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69094" w14:textId="77777777" w:rsidR="00D077D7" w:rsidRDefault="00D077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0E0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90DC1"/>
    <w:multiLevelType w:val="hybridMultilevel"/>
    <w:tmpl w:val="B9CA1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8B4D88"/>
    <w:multiLevelType w:val="hybridMultilevel"/>
    <w:tmpl w:val="525AAFF8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F6EB1"/>
    <w:multiLevelType w:val="hybridMultilevel"/>
    <w:tmpl w:val="B60435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1D5321"/>
    <w:multiLevelType w:val="hybridMultilevel"/>
    <w:tmpl w:val="B100D6DC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3" w15:restartNumberingAfterBreak="0">
    <w:nsid w:val="095F3C82"/>
    <w:multiLevelType w:val="hybridMultilevel"/>
    <w:tmpl w:val="3510F168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4" w15:restartNumberingAfterBreak="0">
    <w:nsid w:val="0C664813"/>
    <w:multiLevelType w:val="hybridMultilevel"/>
    <w:tmpl w:val="A2D09F94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5" w15:restartNumberingAfterBreak="0">
    <w:nsid w:val="0D227894"/>
    <w:multiLevelType w:val="hybridMultilevel"/>
    <w:tmpl w:val="2ECCC95E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0D6050B9"/>
    <w:multiLevelType w:val="hybridMultilevel"/>
    <w:tmpl w:val="27483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D6DF8"/>
    <w:multiLevelType w:val="hybridMultilevel"/>
    <w:tmpl w:val="3748549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0F71DB"/>
    <w:multiLevelType w:val="hybridMultilevel"/>
    <w:tmpl w:val="5CD0F5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2406186"/>
    <w:multiLevelType w:val="hybridMultilevel"/>
    <w:tmpl w:val="2744DC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4D58FB"/>
    <w:multiLevelType w:val="hybridMultilevel"/>
    <w:tmpl w:val="C6AE9428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2" w15:restartNumberingAfterBreak="0">
    <w:nsid w:val="135F4CAA"/>
    <w:multiLevelType w:val="hybridMultilevel"/>
    <w:tmpl w:val="8FA2BB7A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4C33FC5"/>
    <w:multiLevelType w:val="hybridMultilevel"/>
    <w:tmpl w:val="39FA8AFA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4" w15:restartNumberingAfterBreak="0">
    <w:nsid w:val="186346B2"/>
    <w:multiLevelType w:val="hybridMultilevel"/>
    <w:tmpl w:val="14C8C3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EE085D"/>
    <w:multiLevelType w:val="hybridMultilevel"/>
    <w:tmpl w:val="8B8E3454"/>
    <w:lvl w:ilvl="0" w:tplc="FC921F7E">
      <w:numFmt w:val="bullet"/>
      <w:lvlText w:val="•"/>
      <w:lvlJc w:val="left"/>
      <w:pPr>
        <w:ind w:left="720" w:hanging="360"/>
      </w:pPr>
      <w:rPr>
        <w:rFonts w:ascii="Aptos" w:eastAsia="Calibri" w:hAnsi="Aptos" w:cstheme="minorBid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012D16"/>
    <w:multiLevelType w:val="hybridMultilevel"/>
    <w:tmpl w:val="A35EC1D2"/>
    <w:lvl w:ilvl="0" w:tplc="A282D6DE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27" w15:restartNumberingAfterBreak="0">
    <w:nsid w:val="1FE55DB8"/>
    <w:multiLevelType w:val="hybridMultilevel"/>
    <w:tmpl w:val="2F16A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7AB7DB1"/>
    <w:multiLevelType w:val="hybridMultilevel"/>
    <w:tmpl w:val="4AF027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3F2A92"/>
    <w:multiLevelType w:val="hybridMultilevel"/>
    <w:tmpl w:val="B3D81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7B1C08"/>
    <w:multiLevelType w:val="hybridMultilevel"/>
    <w:tmpl w:val="121C31BE"/>
    <w:lvl w:ilvl="0" w:tplc="5F20DDCC">
      <w:start w:val="1"/>
      <w:numFmt w:val="bullet"/>
      <w:lvlText w:val="-"/>
      <w:lvlJc w:val="left"/>
      <w:pPr>
        <w:ind w:left="83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2" w15:restartNumberingAfterBreak="0">
    <w:nsid w:val="2DBB08A3"/>
    <w:multiLevelType w:val="hybridMultilevel"/>
    <w:tmpl w:val="F73E9C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1402DC"/>
    <w:multiLevelType w:val="multilevel"/>
    <w:tmpl w:val="B79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EF64AFE"/>
    <w:multiLevelType w:val="hybridMultilevel"/>
    <w:tmpl w:val="F9F4CBD2"/>
    <w:lvl w:ilvl="0" w:tplc="F1141B92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35" w15:restartNumberingAfterBreak="0">
    <w:nsid w:val="2FDA0500"/>
    <w:multiLevelType w:val="hybridMultilevel"/>
    <w:tmpl w:val="F4A89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3225AE"/>
    <w:multiLevelType w:val="hybridMultilevel"/>
    <w:tmpl w:val="7480D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0F74396"/>
    <w:multiLevelType w:val="hybridMultilevel"/>
    <w:tmpl w:val="13AC3474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960A22"/>
    <w:multiLevelType w:val="hybridMultilevel"/>
    <w:tmpl w:val="C608D9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CB7B40"/>
    <w:multiLevelType w:val="hybridMultilevel"/>
    <w:tmpl w:val="436E51C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6AC1CAE"/>
    <w:multiLevelType w:val="hybridMultilevel"/>
    <w:tmpl w:val="C9BE392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547251"/>
    <w:multiLevelType w:val="hybridMultilevel"/>
    <w:tmpl w:val="D6DE92CC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42" w15:restartNumberingAfterBreak="0">
    <w:nsid w:val="3FD46F9E"/>
    <w:multiLevelType w:val="hybridMultilevel"/>
    <w:tmpl w:val="2B5A8A42"/>
    <w:lvl w:ilvl="0" w:tplc="B352C65C">
      <w:numFmt w:val="bullet"/>
      <w:lvlText w:val="•"/>
      <w:lvlJc w:val="left"/>
      <w:pPr>
        <w:ind w:left="445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43" w15:restartNumberingAfterBreak="0">
    <w:nsid w:val="455D3808"/>
    <w:multiLevelType w:val="singleLevel"/>
    <w:tmpl w:val="9F7A8E0C"/>
    <w:lvl w:ilvl="0">
      <w:start w:val="1"/>
      <w:numFmt w:val="bullet"/>
      <w:lvlText w:val="-"/>
      <w:lvlJc w:val="left"/>
      <w:pPr>
        <w:ind w:left="720" w:hanging="360"/>
      </w:pPr>
    </w:lvl>
  </w:abstractNum>
  <w:abstractNum w:abstractNumId="44" w15:restartNumberingAfterBreak="0">
    <w:nsid w:val="466F5A25"/>
    <w:multiLevelType w:val="hybridMultilevel"/>
    <w:tmpl w:val="28EA0E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943556"/>
    <w:multiLevelType w:val="hybridMultilevel"/>
    <w:tmpl w:val="BAA004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23118F"/>
    <w:multiLevelType w:val="hybridMultilevel"/>
    <w:tmpl w:val="977883D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AC38C1"/>
    <w:multiLevelType w:val="hybridMultilevel"/>
    <w:tmpl w:val="15AAA2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044166D"/>
    <w:multiLevelType w:val="hybridMultilevel"/>
    <w:tmpl w:val="E2F6B7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05D4C3C"/>
    <w:multiLevelType w:val="hybridMultilevel"/>
    <w:tmpl w:val="DAE2B0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AF164C"/>
    <w:multiLevelType w:val="hybridMultilevel"/>
    <w:tmpl w:val="F9CA4EE6"/>
    <w:lvl w:ilvl="0" w:tplc="89AAE21C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51" w15:restartNumberingAfterBreak="0">
    <w:nsid w:val="557B11B4"/>
    <w:multiLevelType w:val="hybridMultilevel"/>
    <w:tmpl w:val="2ABCE64E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5673BC"/>
    <w:multiLevelType w:val="hybridMultilevel"/>
    <w:tmpl w:val="A15605C6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53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A9C4EF6"/>
    <w:multiLevelType w:val="hybridMultilevel"/>
    <w:tmpl w:val="CFBAA50E"/>
    <w:lvl w:ilvl="0" w:tplc="180A91F4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55" w15:restartNumberingAfterBreak="0">
    <w:nsid w:val="5B6D32E2"/>
    <w:multiLevelType w:val="hybridMultilevel"/>
    <w:tmpl w:val="65C6C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CD17A54"/>
    <w:multiLevelType w:val="hybridMultilevel"/>
    <w:tmpl w:val="889C4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4B46AF"/>
    <w:multiLevelType w:val="hybridMultilevel"/>
    <w:tmpl w:val="FEFCA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2C6136A"/>
    <w:multiLevelType w:val="hybridMultilevel"/>
    <w:tmpl w:val="DBC24A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3E9209A"/>
    <w:multiLevelType w:val="hybridMultilevel"/>
    <w:tmpl w:val="92A2D786"/>
    <w:lvl w:ilvl="0" w:tplc="A110931E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60" w15:restartNumberingAfterBreak="0">
    <w:nsid w:val="63EB7456"/>
    <w:multiLevelType w:val="hybridMultilevel"/>
    <w:tmpl w:val="9746B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224209"/>
    <w:multiLevelType w:val="hybridMultilevel"/>
    <w:tmpl w:val="33A0C7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A836E5"/>
    <w:multiLevelType w:val="hybridMultilevel"/>
    <w:tmpl w:val="64F68FF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5AE2255"/>
    <w:multiLevelType w:val="hybridMultilevel"/>
    <w:tmpl w:val="A684C0F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A323E52"/>
    <w:multiLevelType w:val="hybridMultilevel"/>
    <w:tmpl w:val="1930B22E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65" w15:restartNumberingAfterBreak="0">
    <w:nsid w:val="6C3A303D"/>
    <w:multiLevelType w:val="hybridMultilevel"/>
    <w:tmpl w:val="B4721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3A7F11"/>
    <w:multiLevelType w:val="singleLevel"/>
    <w:tmpl w:val="1F3A750E"/>
    <w:lvl w:ilvl="0">
      <w:start w:val="1"/>
      <w:numFmt w:val="bullet"/>
      <w:pStyle w:val="Grafikeoznake"/>
      <w:lvlText w:val="–"/>
      <w:lvlJc w:val="left"/>
      <w:pPr>
        <w:tabs>
          <w:tab w:val="num" w:pos="442"/>
        </w:tabs>
        <w:ind w:left="442" w:hanging="283"/>
      </w:pPr>
      <w:rPr>
        <w:rFonts w:ascii="Calibri" w:hAnsi="Calibri"/>
      </w:rPr>
    </w:lvl>
  </w:abstractNum>
  <w:abstractNum w:abstractNumId="67" w15:restartNumberingAfterBreak="0">
    <w:nsid w:val="6F1A77B6"/>
    <w:multiLevelType w:val="hybridMultilevel"/>
    <w:tmpl w:val="98CC68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F1E2BD4"/>
    <w:multiLevelType w:val="hybridMultilevel"/>
    <w:tmpl w:val="1E7CEDA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215571"/>
    <w:multiLevelType w:val="hybridMultilevel"/>
    <w:tmpl w:val="3188B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2545DEF"/>
    <w:multiLevelType w:val="hybridMultilevel"/>
    <w:tmpl w:val="7EDA07BA"/>
    <w:lvl w:ilvl="0" w:tplc="0EA05872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32401B5"/>
    <w:multiLevelType w:val="multilevel"/>
    <w:tmpl w:val="767A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3420420"/>
    <w:multiLevelType w:val="hybridMultilevel"/>
    <w:tmpl w:val="DC261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3637471"/>
    <w:multiLevelType w:val="hybridMultilevel"/>
    <w:tmpl w:val="CFD251C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47B6FD7"/>
    <w:multiLevelType w:val="hybridMultilevel"/>
    <w:tmpl w:val="A53C6F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9713807"/>
    <w:multiLevelType w:val="hybridMultilevel"/>
    <w:tmpl w:val="2CF2A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B222888"/>
    <w:multiLevelType w:val="hybridMultilevel"/>
    <w:tmpl w:val="239A383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C4960C5"/>
    <w:multiLevelType w:val="hybridMultilevel"/>
    <w:tmpl w:val="7A047F22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79" w15:restartNumberingAfterBreak="0">
    <w:nsid w:val="7CEF2C07"/>
    <w:multiLevelType w:val="hybridMultilevel"/>
    <w:tmpl w:val="75E0A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DBC6CCA"/>
    <w:multiLevelType w:val="hybridMultilevel"/>
    <w:tmpl w:val="A4B06C2C"/>
    <w:lvl w:ilvl="0" w:tplc="041A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953638800">
    <w:abstractNumId w:val="66"/>
  </w:num>
  <w:num w:numId="2" w16cid:durableId="1878350540">
    <w:abstractNumId w:val="11"/>
  </w:num>
  <w:num w:numId="3" w16cid:durableId="212736871">
    <w:abstractNumId w:val="9"/>
  </w:num>
  <w:num w:numId="4" w16cid:durableId="1392269903">
    <w:abstractNumId w:val="52"/>
  </w:num>
  <w:num w:numId="5" w16cid:durableId="580943624">
    <w:abstractNumId w:val="24"/>
  </w:num>
  <w:num w:numId="6" w16cid:durableId="384529873">
    <w:abstractNumId w:val="23"/>
  </w:num>
  <w:num w:numId="7" w16cid:durableId="905534893">
    <w:abstractNumId w:val="14"/>
  </w:num>
  <w:num w:numId="8" w16cid:durableId="103425796">
    <w:abstractNumId w:val="12"/>
  </w:num>
  <w:num w:numId="9" w16cid:durableId="12658613">
    <w:abstractNumId w:val="21"/>
  </w:num>
  <w:num w:numId="10" w16cid:durableId="2030910854">
    <w:abstractNumId w:val="17"/>
  </w:num>
  <w:num w:numId="11" w16cid:durableId="1972203856">
    <w:abstractNumId w:val="63"/>
  </w:num>
  <w:num w:numId="12" w16cid:durableId="2020229029">
    <w:abstractNumId w:val="58"/>
  </w:num>
  <w:num w:numId="13" w16cid:durableId="131485874">
    <w:abstractNumId w:val="74"/>
  </w:num>
  <w:num w:numId="14" w16cid:durableId="252594102">
    <w:abstractNumId w:val="46"/>
  </w:num>
  <w:num w:numId="15" w16cid:durableId="147748241">
    <w:abstractNumId w:val="70"/>
  </w:num>
  <w:num w:numId="16" w16cid:durableId="1153450142">
    <w:abstractNumId w:val="41"/>
  </w:num>
  <w:num w:numId="17" w16cid:durableId="581724507">
    <w:abstractNumId w:val="54"/>
  </w:num>
  <w:num w:numId="18" w16cid:durableId="977612247">
    <w:abstractNumId w:val="47"/>
  </w:num>
  <w:num w:numId="19" w16cid:durableId="1424717621">
    <w:abstractNumId w:val="15"/>
  </w:num>
  <w:num w:numId="20" w16cid:durableId="2104838465">
    <w:abstractNumId w:val="34"/>
  </w:num>
  <w:num w:numId="21" w16cid:durableId="1148782471">
    <w:abstractNumId w:val="77"/>
  </w:num>
  <w:num w:numId="22" w16cid:durableId="118032704">
    <w:abstractNumId w:val="78"/>
  </w:num>
  <w:num w:numId="23" w16cid:durableId="1912227642">
    <w:abstractNumId w:val="50"/>
  </w:num>
  <w:num w:numId="24" w16cid:durableId="966472388">
    <w:abstractNumId w:val="38"/>
  </w:num>
  <w:num w:numId="25" w16cid:durableId="1878741346">
    <w:abstractNumId w:val="64"/>
  </w:num>
  <w:num w:numId="26" w16cid:durableId="1701280451">
    <w:abstractNumId w:val="26"/>
  </w:num>
  <w:num w:numId="27" w16cid:durableId="1113014858">
    <w:abstractNumId w:val="62"/>
  </w:num>
  <w:num w:numId="28" w16cid:durableId="842933386">
    <w:abstractNumId w:val="13"/>
  </w:num>
  <w:num w:numId="29" w16cid:durableId="1327270">
    <w:abstractNumId w:val="59"/>
  </w:num>
  <w:num w:numId="30" w16cid:durableId="588928147">
    <w:abstractNumId w:val="61"/>
  </w:num>
  <w:num w:numId="31" w16cid:durableId="1335497062">
    <w:abstractNumId w:val="39"/>
  </w:num>
  <w:num w:numId="32" w16cid:durableId="1477063178">
    <w:abstractNumId w:val="68"/>
  </w:num>
  <w:num w:numId="33" w16cid:durableId="157428786">
    <w:abstractNumId w:val="40"/>
  </w:num>
  <w:num w:numId="34" w16cid:durableId="1456102044">
    <w:abstractNumId w:val="45"/>
  </w:num>
  <w:num w:numId="35" w16cid:durableId="1233464280">
    <w:abstractNumId w:val="76"/>
  </w:num>
  <w:num w:numId="36" w16cid:durableId="1855807036">
    <w:abstractNumId w:val="7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8CE"/>
    <w:rsid w:val="00011B73"/>
    <w:rsid w:val="00021F55"/>
    <w:rsid w:val="000311CB"/>
    <w:rsid w:val="00034616"/>
    <w:rsid w:val="0003703C"/>
    <w:rsid w:val="00057764"/>
    <w:rsid w:val="0006063C"/>
    <w:rsid w:val="000618B5"/>
    <w:rsid w:val="00072BA7"/>
    <w:rsid w:val="000C29D8"/>
    <w:rsid w:val="000D5C0E"/>
    <w:rsid w:val="00101A46"/>
    <w:rsid w:val="001106A2"/>
    <w:rsid w:val="00134E35"/>
    <w:rsid w:val="00141C68"/>
    <w:rsid w:val="0015074B"/>
    <w:rsid w:val="00153B07"/>
    <w:rsid w:val="00156D3E"/>
    <w:rsid w:val="0016319A"/>
    <w:rsid w:val="00163A5E"/>
    <w:rsid w:val="00172E15"/>
    <w:rsid w:val="00181A65"/>
    <w:rsid w:val="00195197"/>
    <w:rsid w:val="001C4469"/>
    <w:rsid w:val="001D6E47"/>
    <w:rsid w:val="001E6F01"/>
    <w:rsid w:val="002155CD"/>
    <w:rsid w:val="00237952"/>
    <w:rsid w:val="00274CFC"/>
    <w:rsid w:val="00287219"/>
    <w:rsid w:val="0029639D"/>
    <w:rsid w:val="002A64BE"/>
    <w:rsid w:val="002B78F2"/>
    <w:rsid w:val="002C1C97"/>
    <w:rsid w:val="002D24B0"/>
    <w:rsid w:val="002D65D4"/>
    <w:rsid w:val="002D6C46"/>
    <w:rsid w:val="002E2040"/>
    <w:rsid w:val="002F06D2"/>
    <w:rsid w:val="002F7FDF"/>
    <w:rsid w:val="003054B1"/>
    <w:rsid w:val="00326F90"/>
    <w:rsid w:val="00384458"/>
    <w:rsid w:val="003978CD"/>
    <w:rsid w:val="003C290B"/>
    <w:rsid w:val="003F4C18"/>
    <w:rsid w:val="003F61B2"/>
    <w:rsid w:val="00421F3F"/>
    <w:rsid w:val="00452889"/>
    <w:rsid w:val="00457C7D"/>
    <w:rsid w:val="00481094"/>
    <w:rsid w:val="00483371"/>
    <w:rsid w:val="004A6842"/>
    <w:rsid w:val="004A6FE2"/>
    <w:rsid w:val="004B2C41"/>
    <w:rsid w:val="004B4883"/>
    <w:rsid w:val="004B6390"/>
    <w:rsid w:val="004C47DB"/>
    <w:rsid w:val="004D114B"/>
    <w:rsid w:val="004E6D6E"/>
    <w:rsid w:val="004F07BF"/>
    <w:rsid w:val="0052026B"/>
    <w:rsid w:val="00526A4F"/>
    <w:rsid w:val="00556D87"/>
    <w:rsid w:val="00571A66"/>
    <w:rsid w:val="005806C7"/>
    <w:rsid w:val="00597EDA"/>
    <w:rsid w:val="005A0974"/>
    <w:rsid w:val="005B07CD"/>
    <w:rsid w:val="005B302E"/>
    <w:rsid w:val="005B422B"/>
    <w:rsid w:val="005B5DBA"/>
    <w:rsid w:val="005C1104"/>
    <w:rsid w:val="005C7ADF"/>
    <w:rsid w:val="005C7EF2"/>
    <w:rsid w:val="005F00CE"/>
    <w:rsid w:val="005F1EDE"/>
    <w:rsid w:val="00600F65"/>
    <w:rsid w:val="00613BE8"/>
    <w:rsid w:val="00654B43"/>
    <w:rsid w:val="00671A8C"/>
    <w:rsid w:val="006C0FE8"/>
    <w:rsid w:val="006C2795"/>
    <w:rsid w:val="006C4531"/>
    <w:rsid w:val="006E41ED"/>
    <w:rsid w:val="006E742B"/>
    <w:rsid w:val="007119DF"/>
    <w:rsid w:val="00737DD5"/>
    <w:rsid w:val="007A0686"/>
    <w:rsid w:val="007A28E8"/>
    <w:rsid w:val="007D66EA"/>
    <w:rsid w:val="007E6FB1"/>
    <w:rsid w:val="00807731"/>
    <w:rsid w:val="0082258F"/>
    <w:rsid w:val="00831545"/>
    <w:rsid w:val="0084345C"/>
    <w:rsid w:val="008644DA"/>
    <w:rsid w:val="00872494"/>
    <w:rsid w:val="008727BC"/>
    <w:rsid w:val="00876DB2"/>
    <w:rsid w:val="00877E95"/>
    <w:rsid w:val="00897EB4"/>
    <w:rsid w:val="008A6992"/>
    <w:rsid w:val="008C1468"/>
    <w:rsid w:val="00905907"/>
    <w:rsid w:val="00945FE0"/>
    <w:rsid w:val="00987367"/>
    <w:rsid w:val="00994CA8"/>
    <w:rsid w:val="009A7762"/>
    <w:rsid w:val="009B45D9"/>
    <w:rsid w:val="009D666C"/>
    <w:rsid w:val="00A12EF0"/>
    <w:rsid w:val="00A476E9"/>
    <w:rsid w:val="00A50D2F"/>
    <w:rsid w:val="00A53BFA"/>
    <w:rsid w:val="00A53D80"/>
    <w:rsid w:val="00A67186"/>
    <w:rsid w:val="00A766F4"/>
    <w:rsid w:val="00AA1D8D"/>
    <w:rsid w:val="00AA7DFD"/>
    <w:rsid w:val="00AB35EE"/>
    <w:rsid w:val="00AB5BCB"/>
    <w:rsid w:val="00AE6BFF"/>
    <w:rsid w:val="00AF17DD"/>
    <w:rsid w:val="00B35905"/>
    <w:rsid w:val="00B36E72"/>
    <w:rsid w:val="00B47730"/>
    <w:rsid w:val="00B53B3A"/>
    <w:rsid w:val="00B71E20"/>
    <w:rsid w:val="00B748D0"/>
    <w:rsid w:val="00B83CB4"/>
    <w:rsid w:val="00B87DEC"/>
    <w:rsid w:val="00B97AC4"/>
    <w:rsid w:val="00BB5485"/>
    <w:rsid w:val="00BE4BA2"/>
    <w:rsid w:val="00BF2A1F"/>
    <w:rsid w:val="00C17DC9"/>
    <w:rsid w:val="00C20BA0"/>
    <w:rsid w:val="00C44F92"/>
    <w:rsid w:val="00C52104"/>
    <w:rsid w:val="00C53C0A"/>
    <w:rsid w:val="00C54FD6"/>
    <w:rsid w:val="00C707AF"/>
    <w:rsid w:val="00C7693A"/>
    <w:rsid w:val="00C842FA"/>
    <w:rsid w:val="00C973CE"/>
    <w:rsid w:val="00CA2B5E"/>
    <w:rsid w:val="00CB0664"/>
    <w:rsid w:val="00CB110A"/>
    <w:rsid w:val="00D077D7"/>
    <w:rsid w:val="00D1726F"/>
    <w:rsid w:val="00D175B4"/>
    <w:rsid w:val="00D30258"/>
    <w:rsid w:val="00D75EB7"/>
    <w:rsid w:val="00D81ECB"/>
    <w:rsid w:val="00DE589F"/>
    <w:rsid w:val="00DF1E8F"/>
    <w:rsid w:val="00E06754"/>
    <w:rsid w:val="00E321EB"/>
    <w:rsid w:val="00E34F34"/>
    <w:rsid w:val="00E42B38"/>
    <w:rsid w:val="00E60547"/>
    <w:rsid w:val="00E83EDE"/>
    <w:rsid w:val="00EA0A2A"/>
    <w:rsid w:val="00EC06B6"/>
    <w:rsid w:val="00ED2C55"/>
    <w:rsid w:val="00F20013"/>
    <w:rsid w:val="00F266AE"/>
    <w:rsid w:val="00F3471C"/>
    <w:rsid w:val="00F503CA"/>
    <w:rsid w:val="00FC693F"/>
    <w:rsid w:val="00FD7C22"/>
    <w:rsid w:val="00FE1EFD"/>
    <w:rsid w:val="00FF5F20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2A9D7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37DD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876D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53C0A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5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dzbenici.ks.hr/media/hrvatski-svetci/" TargetMode="Externa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PixLa1QlpZ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ordwall.net/resource/1942570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www.youtube.com/embed/PixLa1QlpZA?feature=oembe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3</Pages>
  <Words>3171</Words>
  <Characters>18077</Characters>
  <Application>Microsoft Office Word</Application>
  <DocSecurity>0</DocSecurity>
  <Lines>150</Lines>
  <Paragraphs>42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58. Svetci među nama I.</vt:lpstr>
      <vt:lpstr/>
    </vt:vector>
  </TitlesOfParts>
  <Manager/>
  <Company/>
  <LinksUpToDate>false</LinksUpToDate>
  <CharactersWithSpaces>21206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Katolički vjeronauk – 5. razred</dc:subject>
  <dc:creator>Josip Kunac</dc:creator>
  <cp:keywords/>
  <dc:description/>
  <cp:lastModifiedBy>Josip Kunac</cp:lastModifiedBy>
  <cp:revision>47</cp:revision>
  <dcterms:created xsi:type="dcterms:W3CDTF">2026-07-13T15:42:00Z</dcterms:created>
  <dcterms:modified xsi:type="dcterms:W3CDTF">2026-08-05T10:56:00Z</dcterms:modified>
  <cp:category/>
  <dc:identifier/>
  <cp:contentStatus/>
  <dc:language/>
  <cp:version/>
</cp:coreProperties>
</file>