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4877B3" w14:paraId="28C5993C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8F35FCE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1BAF225A" w14:textId="77777777" w:rsidR="004877B3" w:rsidRDefault="000E61E5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4877B3" w14:paraId="7F2A4736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F9451A9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380DA972" w14:textId="77777777" w:rsidR="004877B3" w:rsidRDefault="000E61E5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4877B3" w14:paraId="23882597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3FAE9CA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1BE7B7F0" w14:textId="77777777" w:rsidR="004877B3" w:rsidRDefault="000E61E5">
            <w:pPr>
              <w:spacing w:before="60" w:after="60"/>
              <w:ind w:left="108" w:right="108"/>
            </w:pPr>
            <w:r>
              <w:t>Josip Kunac, prof.</w:t>
            </w:r>
          </w:p>
        </w:tc>
      </w:tr>
      <w:tr w:rsidR="004877B3" w14:paraId="651477B7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916DC8F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3D183776" w14:textId="77777777" w:rsidR="004877B3" w:rsidRDefault="000E61E5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4877B3" w14:paraId="50F615B1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D419D1E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3935687B" w14:textId="489B5541" w:rsidR="004877B3" w:rsidRDefault="000E61E5">
            <w:pPr>
              <w:spacing w:before="60" w:after="60"/>
              <w:ind w:left="108" w:right="108"/>
            </w:pPr>
            <w:r>
              <w:t>5</w:t>
            </w:r>
            <w:r w:rsidR="00DD6964">
              <w:t>4</w:t>
            </w:r>
            <w:r>
              <w:t>.</w:t>
            </w:r>
          </w:p>
        </w:tc>
      </w:tr>
      <w:tr w:rsidR="004877B3" w14:paraId="71E7DC35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BAB0D6E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3C2EFE8B" w14:textId="77777777" w:rsidR="004877B3" w:rsidRDefault="000E61E5">
            <w:pPr>
              <w:spacing w:before="60" w:after="60"/>
              <w:ind w:left="108" w:right="108"/>
            </w:pPr>
            <w:r>
              <w:t>IV. ŠIRENJE ISUSOVE PORUKE</w:t>
            </w:r>
          </w:p>
        </w:tc>
      </w:tr>
      <w:tr w:rsidR="004877B3" w14:paraId="0B7D4FFE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66F7C28E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49EFB19A" w14:textId="77777777" w:rsidR="004877B3" w:rsidRDefault="000E61E5">
            <w:pPr>
              <w:spacing w:before="60" w:after="60"/>
              <w:ind w:left="108" w:right="108"/>
            </w:pPr>
            <w:r>
              <w:t>7. Cvjetnica</w:t>
            </w:r>
          </w:p>
        </w:tc>
      </w:tr>
    </w:tbl>
    <w:p w14:paraId="61727E17" w14:textId="77777777" w:rsidR="004877B3" w:rsidRPr="00667ACD" w:rsidRDefault="000E61E5">
      <w:pPr>
        <w:keepNext/>
        <w:spacing w:before="220"/>
        <w:rPr>
          <w:sz w:val="26"/>
          <w:szCs w:val="26"/>
        </w:rPr>
      </w:pPr>
      <w:r w:rsidRPr="00667ACD">
        <w:rPr>
          <w:b/>
          <w:color w:val="C96A00"/>
          <w:sz w:val="26"/>
          <w:szCs w:val="26"/>
        </w:rPr>
        <w:t>Odgojno-obrazovni ishodi učenja:</w:t>
      </w:r>
    </w:p>
    <w:p w14:paraId="005C28C1" w14:textId="77777777" w:rsidR="004877B3" w:rsidRDefault="000E61E5">
      <w:pPr>
        <w:jc w:val="both"/>
      </w:pPr>
      <w:r>
        <w:t>OŠ KV B.5.2. Učenik objašnjava osobu Isusa Krista i Njegovo poslanje kao temelj kršćanske vjere i navještaja Božjega kraljevstva.</w:t>
      </w:r>
    </w:p>
    <w:p w14:paraId="6A9412E8" w14:textId="77777777" w:rsidR="004877B3" w:rsidRDefault="000E61E5">
      <w:pPr>
        <w:jc w:val="both"/>
      </w:pPr>
      <w:r>
        <w:t>OŠ KV B.5.2. Učenik navodi temeljne istine kršćanske vjere koje se odnose na Isusa Krista kao Otkupitelja i Spasitelja svih ljudi.</w:t>
      </w:r>
    </w:p>
    <w:p w14:paraId="4DA64139" w14:textId="77777777" w:rsidR="004877B3" w:rsidRDefault="000E61E5">
      <w:pPr>
        <w:jc w:val="both"/>
      </w:pPr>
      <w:r>
        <w:t>OŠ KV B.5.3. Učenik tumači važnost molitve, različite oblike i načine molitve tijekom liturgijske godine.</w:t>
      </w:r>
    </w:p>
    <w:p w14:paraId="7E2101FE" w14:textId="77777777" w:rsidR="004877B3" w:rsidRDefault="000E61E5">
      <w:pPr>
        <w:jc w:val="both"/>
      </w:pPr>
      <w:r>
        <w:t>OŠ KV B.5.3. Učenik opisuje središnja slavlja liturgijske godine.</w:t>
      </w:r>
    </w:p>
    <w:p w14:paraId="535668C1" w14:textId="77777777" w:rsidR="004877B3" w:rsidRDefault="000E61E5">
      <w:pPr>
        <w:jc w:val="both"/>
      </w:pPr>
      <w:r>
        <w:t>OŠ KV C.5.1. Učenik navodi i objašnjava vrednote kraljevstva Božjega.</w:t>
      </w:r>
    </w:p>
    <w:p w14:paraId="34FD9B24" w14:textId="77777777" w:rsidR="004877B3" w:rsidRDefault="000E61E5">
      <w:pPr>
        <w:jc w:val="both"/>
      </w:pPr>
      <w:r>
        <w:t>OŠ KV C.5.1. Učenik navodi primjere životnih situacija u kojima je moguće ostvariti vrednote kraljevstva Božjega.</w:t>
      </w:r>
    </w:p>
    <w:p w14:paraId="0035848E" w14:textId="77777777" w:rsidR="004877B3" w:rsidRDefault="000E61E5">
      <w:pPr>
        <w:jc w:val="both"/>
      </w:pPr>
      <w:r>
        <w:t>OŠ KV D.5.2. Učenik prepoznaje i opisuje biblijske likove i događaje na reprodukcijama umjetničkih djela.</w:t>
      </w:r>
    </w:p>
    <w:p w14:paraId="202AF236" w14:textId="77777777" w:rsidR="004877B3" w:rsidRDefault="000E61E5">
      <w:pPr>
        <w:jc w:val="both"/>
      </w:pPr>
      <w:r>
        <w:t>OŠ KV D.5.2. Učenik istražuje odnose između biblijskih događaja i likova i prikaza u filmskoj i likovnoj umjetnosti.</w:t>
      </w:r>
    </w:p>
    <w:p w14:paraId="2A9AC50E" w14:textId="77777777" w:rsidR="004877B3" w:rsidRDefault="000E61E5">
      <w:pPr>
        <w:spacing w:after="220"/>
        <w:jc w:val="both"/>
      </w:pPr>
      <w:r>
        <w:t>OŠ KV D.5.2. Učenik izražava svoj unutarnji doživljaj vjere kroz različite oblike izražavanja.</w:t>
      </w:r>
    </w:p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4877B3" w14:paraId="5EC3AB44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E867E3C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58A57699" w14:textId="77777777" w:rsidR="004877B3" w:rsidRDefault="000E61E5">
            <w:pPr>
              <w:spacing w:before="60" w:after="60"/>
              <w:ind w:left="108" w:right="108"/>
              <w:jc w:val="both"/>
            </w:pPr>
            <w:r>
              <w:t>Cvjetnica, Jeruzalem, magarac, plaštevi, grančice, Hosana, kralj mira, Veliki tjedan</w:t>
            </w:r>
          </w:p>
        </w:tc>
      </w:tr>
      <w:tr w:rsidR="004877B3" w14:paraId="72804686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38E27D2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4F9A6E24" w14:textId="77777777" w:rsidR="004877B3" w:rsidRDefault="000E61E5">
            <w:pPr>
              <w:spacing w:before="60" w:after="60"/>
              <w:ind w:left="108" w:right="108"/>
              <w:jc w:val="both"/>
            </w:pPr>
            <w:r>
              <w:t>Zašto Isus ulazi u Jeruzalem kao ponizan kralj i kako ga možemo dočekati djelima mira i vjernosti?</w:t>
            </w:r>
          </w:p>
        </w:tc>
      </w:tr>
      <w:tr w:rsidR="004877B3" w14:paraId="64C75BB5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E1E6EA7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3087CCC5" w14:textId="77777777" w:rsidR="004877B3" w:rsidRDefault="000E61E5">
            <w:pPr>
              <w:spacing w:before="60" w:after="60"/>
              <w:ind w:left="108" w:right="108"/>
              <w:jc w:val="both"/>
            </w:pPr>
            <w:r>
              <w:t>razgovor, predviđanje, vođeno gledanje videozapisa, čitanje s dokazom, uspoređivanje, kronološko povezivanje, rad na pojmovima, problemsko i suradničko učenje, analiza umjetničkoga djela, likovno izražavanje, formativna provjera</w:t>
            </w:r>
          </w:p>
        </w:tc>
      </w:tr>
      <w:tr w:rsidR="004877B3" w14:paraId="4A1B5EDC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4F162D28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20CF41C8" w14:textId="77777777" w:rsidR="004877B3" w:rsidRDefault="000E61E5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4877B3" w14:paraId="35511411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7130986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506106DC" w14:textId="77777777" w:rsidR="004877B3" w:rsidRDefault="000E61E5">
            <w:pPr>
              <w:spacing w:before="60" w:after="60"/>
              <w:ind w:left="108" w:right="108"/>
              <w:jc w:val="both"/>
            </w:pPr>
            <w:r>
              <w:t>Biblija, kratki tekst prema Mt 21,1–11, videozapisi, reprodukcija Giottova djela, bilježnica, bojice, kartice, grafički predlošci, računalo ili tablet (po izboru)</w:t>
            </w:r>
          </w:p>
        </w:tc>
      </w:tr>
      <w:tr w:rsidR="004877B3" w14:paraId="1814795D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27BAA78" w14:textId="77777777" w:rsidR="004877B3" w:rsidRDefault="000E61E5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5D476C59" w14:textId="77777777" w:rsidR="004877B3" w:rsidRDefault="000E61E5">
            <w:pPr>
              <w:spacing w:before="60" w:after="60"/>
              <w:ind w:left="108" w:right="108"/>
              <w:jc w:val="both"/>
            </w:pPr>
            <w:r>
              <w:t>Hrvatski jezik – slušanje, čitanje i sažimanje; Likovna kultura – analiza umjetničkoga djela i crtanje; Osobni i socijalni razvoj – mir, vjernost i odgovornost; Učiti kako učiti – predviđanje, slijed i samovrednovanje; Uporaba IKT-a – video i digitalni kviz</w:t>
            </w:r>
          </w:p>
        </w:tc>
      </w:tr>
    </w:tbl>
    <w:p w14:paraId="6480A5E5" w14:textId="77777777" w:rsidR="004877B3" w:rsidRPr="00667ACD" w:rsidRDefault="000E61E5">
      <w:pPr>
        <w:spacing w:before="120"/>
        <w:rPr>
          <w:color w:val="C96A00"/>
          <w:sz w:val="26"/>
          <w:szCs w:val="26"/>
        </w:rPr>
      </w:pPr>
      <w:r w:rsidRPr="00667ACD">
        <w:rPr>
          <w:b/>
          <w:color w:val="C96A00"/>
          <w:sz w:val="26"/>
          <w:szCs w:val="26"/>
        </w:rPr>
        <w:t>Vrednovanje:</w:t>
      </w:r>
    </w:p>
    <w:p w14:paraId="36693C7A" w14:textId="77777777" w:rsidR="004877B3" w:rsidRDefault="000E61E5">
      <w:pPr>
        <w:jc w:val="both"/>
      </w:pPr>
      <w:r>
        <w:rPr>
          <w:b/>
        </w:rPr>
        <w:t xml:space="preserve">Vrednovanje za učenje: </w:t>
      </w:r>
      <w:r>
        <w:t>odgovori tijekom obrade, tumačenje simbola Cvjetnice, razlikovanje poniznoga kraljevstva od moći i sile, rad na slijedu događaja, analiza umjetničkoga djela i formativna provjera.</w:t>
      </w:r>
    </w:p>
    <w:p w14:paraId="7E41D894" w14:textId="77777777" w:rsidR="004877B3" w:rsidRDefault="000E61E5">
      <w:pPr>
        <w:jc w:val="both"/>
      </w:pPr>
      <w:r>
        <w:rPr>
          <w:b/>
        </w:rPr>
        <w:t xml:space="preserve">Vrednovanje kao učenje: </w:t>
      </w:r>
      <w:r>
        <w:t>samovrednovanje metodom „Grančice razumijevanja“.</w:t>
      </w:r>
    </w:p>
    <w:p w14:paraId="3F1E91D0" w14:textId="77777777" w:rsidR="004877B3" w:rsidRDefault="000E61E5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24996071" w14:textId="77777777" w:rsidR="008955AB" w:rsidRDefault="008955AB">
      <w:pPr>
        <w:jc w:val="both"/>
      </w:pPr>
    </w:p>
    <w:p w14:paraId="76CF7497" w14:textId="77777777" w:rsidR="008955AB" w:rsidRDefault="008955AB">
      <w:pPr>
        <w:jc w:val="both"/>
      </w:pPr>
    </w:p>
    <w:p w14:paraId="3C13DD4D" w14:textId="77777777" w:rsidR="008955AB" w:rsidRDefault="008955AB">
      <w:pPr>
        <w:jc w:val="both"/>
      </w:pPr>
    </w:p>
    <w:p w14:paraId="762136EC" w14:textId="77777777" w:rsidR="008955AB" w:rsidRDefault="008955AB" w:rsidP="008955AB">
      <w:pPr>
        <w:keepNext/>
        <w:pageBreakBefore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0" w:type="auto"/>
        <w:jc w:val="center"/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81"/>
      </w:tblGrid>
      <w:tr w:rsidR="004877B3" w14:paraId="5434C6AE" w14:textId="77777777" w:rsidTr="00BF159B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7D6FBF" w14:textId="7EACA8F9" w:rsidR="004877B3" w:rsidRDefault="00BF159B" w:rsidP="00BF159B">
            <w:r w:rsidRPr="00BF159B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BF159B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07B6E851" w14:textId="77777777" w:rsidR="004877B3" w:rsidRDefault="000E61E5">
      <w:pPr>
        <w:spacing w:before="120"/>
      </w:pPr>
      <w:r>
        <w:rPr>
          <w:b/>
          <w:color w:val="C96A00"/>
          <w:sz w:val="26"/>
        </w:rPr>
        <w:t>Uvodna molitva:</w:t>
      </w:r>
    </w:p>
    <w:p w14:paraId="0EFB1C82" w14:textId="77777777" w:rsidR="004877B3" w:rsidRDefault="000E61E5">
      <w:r>
        <w:t>Oče naš…</w:t>
      </w:r>
    </w:p>
    <w:p w14:paraId="48FAA9A0" w14:textId="77777777" w:rsidR="00667ACD" w:rsidRDefault="00667ACD"/>
    <w:p w14:paraId="528159BA" w14:textId="77777777" w:rsidR="004877B3" w:rsidRDefault="000E61E5">
      <w:r>
        <w:t>ili:</w:t>
      </w:r>
    </w:p>
    <w:p w14:paraId="475C1EBE" w14:textId="77777777" w:rsidR="004877B3" w:rsidRDefault="000E61E5">
      <w:pPr>
        <w:jc w:val="both"/>
        <w:rPr>
          <w:sz w:val="48"/>
          <w:szCs w:val="48"/>
        </w:rPr>
      </w:pPr>
      <w:r w:rsidRPr="00667ACD">
        <w:rPr>
          <w:sz w:val="48"/>
          <w:szCs w:val="48"/>
        </w:rPr>
        <w:t>Isuse, Ti dolaziš kao kralj mira, blag i ponizan. Daj nam oči koje prepoznaju Tvoju dobrotu, srce koje Te iskreno prima i ruke spremne činiti djela mira. Pomozi nam da naše „Hosana“ ne ostane samo riječ, nego postane vjernost u svakodnevnome životu. Amen.</w:t>
      </w:r>
    </w:p>
    <w:p w14:paraId="6024FCA9" w14:textId="77777777" w:rsidR="00667ACD" w:rsidRPr="00667ACD" w:rsidRDefault="00667ACD" w:rsidP="00667ACD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877B3" w14:paraId="090C8E7C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4E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41447A0" w14:textId="77777777" w:rsidR="004877B3" w:rsidRDefault="000E61E5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„Blagoslovljen Onaj koji dolazi u ime Gospodnje! Hosana!“ (usp. Mt 21,9). Nakon kratke tišine učenici će u sebi izreći: „Isuse, dođi u moj život i vodi me putem mira.“</w:t>
            </w:r>
          </w:p>
        </w:tc>
      </w:tr>
    </w:tbl>
    <w:p w14:paraId="41C2D7DB" w14:textId="77777777" w:rsidR="004877B3" w:rsidRDefault="000E61E5">
      <w:pPr>
        <w:spacing w:before="120"/>
      </w:pPr>
      <w:r>
        <w:rPr>
          <w:b/>
          <w:color w:val="C96A00"/>
          <w:sz w:val="26"/>
        </w:rPr>
        <w:t>Povezivanje s prethodnim satom / pregled domaće zadaće:</w:t>
      </w:r>
    </w:p>
    <w:p w14:paraId="6ADFB7DC" w14:textId="77777777" w:rsidR="004877B3" w:rsidRDefault="000E61E5">
      <w:pPr>
        <w:jc w:val="both"/>
      </w:pPr>
      <w:r>
        <w:t>Učenici daju vjeroučitelju na uvid domaću zadaću od prošloga susreta:</w:t>
      </w:r>
    </w:p>
    <w:p w14:paraId="4AE223E9" w14:textId="76D181CB" w:rsidR="00667ACD" w:rsidRDefault="00667ACD">
      <w:pPr>
        <w:jc w:val="both"/>
      </w:pPr>
      <w:r>
        <w:t>„</w:t>
      </w:r>
      <w:r w:rsidRPr="00667ACD">
        <w:t xml:space="preserve">Učenici će riješiti, ili dovršiti rješavanje RB, str. 80–81. </w:t>
      </w:r>
      <w:r>
        <w:t>“</w:t>
      </w:r>
    </w:p>
    <w:p w14:paraId="1E474A0C" w14:textId="7E012EF8" w:rsidR="00667ACD" w:rsidRDefault="00667ACD">
      <w:pPr>
        <w:jc w:val="both"/>
      </w:pPr>
      <w:r>
        <w:t>Ili:</w:t>
      </w:r>
    </w:p>
    <w:p w14:paraId="239D61D1" w14:textId="10115FC6" w:rsidR="004877B3" w:rsidRDefault="000E61E5">
      <w:pPr>
        <w:jc w:val="both"/>
      </w:pPr>
      <w:r>
        <w:t>„</w:t>
      </w:r>
      <w:r w:rsidR="00667ACD" w:rsidRPr="00667ACD">
        <w:t>Učenici će napisati kratku „poslanicu“ od tri rečenice zamišljenoj zajednici: jedna pohvala, jedan savjet i jedno ohrabrenje.</w:t>
      </w:r>
      <w:r>
        <w:t>“</w:t>
      </w:r>
    </w:p>
    <w:p w14:paraId="73B51C62" w14:textId="77777777" w:rsidR="004877B3" w:rsidRDefault="000E61E5">
      <w:pPr>
        <w:spacing w:before="120"/>
      </w:pPr>
      <w:r>
        <w:rPr>
          <w:b/>
          <w:color w:val="C96A00"/>
          <w:sz w:val="26"/>
        </w:rPr>
        <w:t>Motivacija:</w:t>
      </w:r>
    </w:p>
    <w:p w14:paraId="060ED597" w14:textId="59B7F37F" w:rsidR="004877B3" w:rsidRDefault="00667ACD">
      <w:pPr>
        <w:jc w:val="both"/>
      </w:pPr>
      <w:r w:rsidRPr="00667ACD">
        <w:t>Vjeroučitelj će na projekciji prikazati tri slike: grančicu, komad tkanine položen na put i magarca. Učenici će u paru pretpostaviti koji događaj povezuje ta tri prikaza. Zatim će odabrati jednu sliku i objasniti što ona otkriva o Isusovu ulasku u Jeruzalem.</w:t>
      </w:r>
    </w:p>
    <w:p w14:paraId="3D3E5949" w14:textId="77777777" w:rsidR="00667ACD" w:rsidRDefault="00667ACD">
      <w:pPr>
        <w:jc w:val="both"/>
      </w:pPr>
    </w:p>
    <w:p w14:paraId="76EA1BE5" w14:textId="0A294F07" w:rsidR="00667ACD" w:rsidRPr="00667ACD" w:rsidRDefault="00667ACD" w:rsidP="00667A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667AC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301A2AD6" wp14:editId="533B0955">
            <wp:extent cx="6328800" cy="1440000"/>
            <wp:effectExtent l="0" t="0" r="0" b="8255"/>
            <wp:docPr id="2468616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5" t="26401" r="6469" b="4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4AA3F" w14:textId="77777777" w:rsidR="004877B3" w:rsidRPr="00667ACD" w:rsidRDefault="000E61E5">
      <w:pPr>
        <w:rPr>
          <w:bCs/>
        </w:rPr>
      </w:pPr>
      <w:r w:rsidRPr="00667ACD">
        <w:rPr>
          <w:bCs/>
        </w:rPr>
        <w:t>Razgovor:</w:t>
      </w:r>
    </w:p>
    <w:p w14:paraId="53A3E2B1" w14:textId="1FB1FAD9" w:rsidR="004877B3" w:rsidRDefault="000E61E5" w:rsidP="00667ACD">
      <w:pPr>
        <w:pStyle w:val="Odlomakpopisa"/>
        <w:numPr>
          <w:ilvl w:val="0"/>
          <w:numId w:val="16"/>
        </w:numPr>
        <w:jc w:val="both"/>
      </w:pPr>
      <w:r>
        <w:t xml:space="preserve">Zašto ljudi polažu tkaninu ili grančice pred nekoga koga žele svečano dočekati? </w:t>
      </w:r>
      <w:r w:rsidRPr="00C00659">
        <w:rPr>
          <w:color w:val="6B6B6B"/>
          <w:sz w:val="18"/>
          <w:szCs w:val="18"/>
        </w:rPr>
        <w:t>(Time pokazuju čast, radost i dobrodošlicu.)</w:t>
      </w:r>
    </w:p>
    <w:p w14:paraId="513C75CC" w14:textId="6B3076DB" w:rsidR="004877B3" w:rsidRDefault="000E61E5" w:rsidP="00667ACD">
      <w:pPr>
        <w:pStyle w:val="Odlomakpopisa"/>
        <w:numPr>
          <w:ilvl w:val="0"/>
          <w:numId w:val="16"/>
        </w:numPr>
        <w:jc w:val="both"/>
      </w:pPr>
      <w:r>
        <w:t xml:space="preserve">Je li magarac znak vojne moći? </w:t>
      </w:r>
      <w:r w:rsidRPr="00C00659">
        <w:rPr>
          <w:color w:val="6B6B6B"/>
          <w:sz w:val="18"/>
          <w:szCs w:val="18"/>
        </w:rPr>
        <w:t>(Ne; u prizoru Cvjetnice naglašava mir, poniznost i jednostavnost.)</w:t>
      </w:r>
    </w:p>
    <w:p w14:paraId="177FE742" w14:textId="3D4C8E32" w:rsidR="004877B3" w:rsidRDefault="000E61E5" w:rsidP="00667ACD">
      <w:pPr>
        <w:pStyle w:val="Odlomakpopisa"/>
        <w:numPr>
          <w:ilvl w:val="0"/>
          <w:numId w:val="16"/>
        </w:numPr>
        <w:jc w:val="both"/>
      </w:pPr>
      <w:r>
        <w:t xml:space="preserve">Može li oduševljenje jednoga dana biti dovoljno za vjernost? </w:t>
      </w:r>
      <w:r w:rsidRPr="00C00659">
        <w:rPr>
          <w:color w:val="6B6B6B"/>
          <w:sz w:val="18"/>
          <w:szCs w:val="18"/>
        </w:rPr>
        <w:t>(Ne; vjernost se pokazuje trajnim izborima i djelima.)</w:t>
      </w:r>
    </w:p>
    <w:p w14:paraId="20D781C8" w14:textId="1AE1E05E" w:rsidR="004877B3" w:rsidRDefault="000E61E5">
      <w:pPr>
        <w:spacing w:before="120"/>
      </w:pPr>
      <w:r>
        <w:rPr>
          <w:b/>
          <w:color w:val="C96A00"/>
          <w:sz w:val="26"/>
        </w:rPr>
        <w:lastRenderedPageBreak/>
        <w:t>Najava teme i središnjega pitanja:</w:t>
      </w:r>
    </w:p>
    <w:p w14:paraId="069A8EFB" w14:textId="77777777" w:rsidR="004877B3" w:rsidRDefault="000E61E5">
      <w:pPr>
        <w:jc w:val="both"/>
      </w:pPr>
      <w:r>
        <w:t>Danas upoznajemo Isusov svečani ulazak u Jeruzalem koji slavimo na Cvjetnicu. Istražit ćemo značenje magarca, plašteva, grančica i poklika „Hosana“ te uočiti zašto taj događaj otvara Veliki tjedan. Pitat ćemo se: Zašto Isus ulazi u Jeruzalem kao ponizan kralj i kako ga možemo dočekati djelima mira i vjernosti?</w:t>
      </w:r>
    </w:p>
    <w:p w14:paraId="5561B2C4" w14:textId="77777777" w:rsidR="007137F4" w:rsidRDefault="007137F4">
      <w:pPr>
        <w:jc w:val="both"/>
      </w:pPr>
    </w:p>
    <w:tbl>
      <w:tblPr>
        <w:tblW w:w="0" w:type="auto"/>
        <w:jc w:val="center"/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81"/>
      </w:tblGrid>
      <w:tr w:rsidR="004877B3" w14:paraId="303A960B" w14:textId="77777777" w:rsidTr="00BF159B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6BE4EF" w14:textId="38558F0B" w:rsidR="004877B3" w:rsidRDefault="00BF159B" w:rsidP="00BF159B">
            <w:r w:rsidRPr="00BF159B">
              <w:rPr>
                <w:rFonts w:cs="Calibri"/>
                <w:b/>
                <w:color w:val="FFFFFF"/>
                <w:sz w:val="32"/>
              </w:rPr>
              <w:t xml:space="preserve">II. SREDIŠNJI DIO – OTKRIJ I POVEŽI </w:t>
            </w:r>
            <w:r w:rsidRPr="00BF159B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2013E0F2" w14:textId="77777777" w:rsidR="007137F4" w:rsidRDefault="007137F4"/>
    <w:tbl>
      <w:tblPr>
        <w:tblW w:w="10689" w:type="dxa"/>
        <w:jc w:val="center"/>
        <w:tblLayout w:type="fixed"/>
        <w:tblLook w:val="04A0" w:firstRow="1" w:lastRow="0" w:firstColumn="1" w:lastColumn="0" w:noHBand="0" w:noVBand="1"/>
      </w:tblPr>
      <w:tblGrid>
        <w:gridCol w:w="10689"/>
      </w:tblGrid>
      <w:tr w:rsidR="004877B3" w14:paraId="1BEF701C" w14:textId="77777777" w:rsidTr="007137F4">
        <w:trPr>
          <w:cantSplit/>
          <w:jc w:val="center"/>
        </w:trPr>
        <w:tc>
          <w:tcPr>
            <w:tcW w:w="1068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29AE927" w14:textId="77777777" w:rsidR="004877B3" w:rsidRDefault="000E61E5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4BACAE13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1: Obrada teksta i videozapisa / sadržaja </w:t>
      </w:r>
      <w:r>
        <w:rPr>
          <w:i/>
          <w:color w:val="6B6B6B"/>
          <w:sz w:val="21"/>
        </w:rPr>
        <w:t>(predviđanje, vođeno gledanje, rad u paru i zajednička provjera, 15 minuta)</w:t>
      </w:r>
    </w:p>
    <w:p w14:paraId="3A9EE8D1" w14:textId="7A09231F" w:rsidR="004877B3" w:rsidRDefault="000E61E5">
      <w:pPr>
        <w:jc w:val="both"/>
      </w:pPr>
      <w:r w:rsidRPr="007137F4">
        <w:rPr>
          <w:highlight w:val="cyan"/>
        </w:rPr>
        <w:t>a)</w:t>
      </w:r>
      <w:r>
        <w:t xml:space="preserve"> </w:t>
      </w:r>
      <w:r w:rsidR="007137F4">
        <w:t xml:space="preserve">Učenici će pogledati video-zapise. </w:t>
      </w:r>
      <w:r>
        <w:t>Prije gledanja će uz četiri tvrdnje označiti P – pretpostavljam da je točno ili N – pretpostavljam da nije točno. Nakon gledanja ponovno provjeravaju odgovore: Isus ulazi u Jeruzalem na ratnome konju; ljudi prostiru plašteve; viču „Hosana“; Cvjetnica označava početak Velikoga tjedna.</w:t>
      </w:r>
    </w:p>
    <w:p w14:paraId="7D567290" w14:textId="77777777" w:rsidR="004877B3" w:rsidRDefault="000E61E5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N; T; T; T.</w:t>
      </w:r>
    </w:p>
    <w:p w14:paraId="564CD797" w14:textId="77777777" w:rsidR="007137F4" w:rsidRDefault="007137F4" w:rsidP="007137F4"/>
    <w:p w14:paraId="685F7C7B" w14:textId="7C70FFA3" w:rsidR="007137F4" w:rsidRPr="00243CBC" w:rsidRDefault="007137F4" w:rsidP="007137F4">
      <w:pPr>
        <w:rPr>
          <w:b/>
          <w:bCs/>
        </w:rPr>
      </w:pPr>
      <w:r w:rsidRPr="00243CBC">
        <w:rPr>
          <w:b/>
          <w:bCs/>
        </w:rPr>
        <w:t>Tvrdnje:</w:t>
      </w:r>
    </w:p>
    <w:p w14:paraId="677FCEF5" w14:textId="0FA391EC" w:rsidR="007137F4" w:rsidRPr="00A3685C" w:rsidRDefault="00243CBC" w:rsidP="007137F4">
      <w:pPr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 xml:space="preserve">Isus ulazi u Jeruzalem na ratnome konju </w:t>
      </w:r>
      <w:r w:rsidRPr="00A3685C">
        <w:rPr>
          <w:rFonts w:ascii="Segoe UI Symbol" w:hAnsi="Segoe UI Symbol"/>
          <w:color w:val="002060"/>
          <w:sz w:val="40"/>
          <w:szCs w:val="40"/>
        </w:rPr>
        <w:t>🟎</w:t>
      </w:r>
      <w:r w:rsidRPr="00A3685C">
        <w:rPr>
          <w:color w:val="002060"/>
          <w:sz w:val="40"/>
          <w:szCs w:val="40"/>
        </w:rPr>
        <w:t xml:space="preserve"> ljudi prostiru plašteve </w:t>
      </w:r>
      <w:r w:rsidRPr="00A3685C">
        <w:rPr>
          <w:rFonts w:ascii="Segoe UI Symbol" w:hAnsi="Segoe UI Symbol"/>
          <w:color w:val="002060"/>
          <w:sz w:val="40"/>
          <w:szCs w:val="40"/>
        </w:rPr>
        <w:t>🟎</w:t>
      </w:r>
      <w:r w:rsidRPr="00A3685C">
        <w:rPr>
          <w:color w:val="002060"/>
          <w:sz w:val="40"/>
          <w:szCs w:val="40"/>
        </w:rPr>
        <w:t xml:space="preserve"> viču „Hosana“ </w:t>
      </w:r>
      <w:r w:rsidRPr="00A3685C">
        <w:rPr>
          <w:rFonts w:ascii="Segoe UI Symbol" w:hAnsi="Segoe UI Symbol"/>
          <w:color w:val="002060"/>
          <w:sz w:val="40"/>
          <w:szCs w:val="40"/>
        </w:rPr>
        <w:t>🟎</w:t>
      </w:r>
      <w:r w:rsidRPr="00A3685C">
        <w:rPr>
          <w:color w:val="002060"/>
          <w:sz w:val="40"/>
          <w:szCs w:val="40"/>
        </w:rPr>
        <w:t xml:space="preserve"> Cvjetnica označava početak Velikoga tjedna</w:t>
      </w:r>
    </w:p>
    <w:p w14:paraId="2247B30D" w14:textId="77777777" w:rsidR="007137F4" w:rsidRDefault="007137F4" w:rsidP="007137F4"/>
    <w:p w14:paraId="7875F9F1" w14:textId="4E17DC92" w:rsidR="004877B3" w:rsidRDefault="007137F4" w:rsidP="00243CBC">
      <w:pPr>
        <w:pStyle w:val="Odlomakpopisa"/>
        <w:numPr>
          <w:ilvl w:val="0"/>
          <w:numId w:val="17"/>
        </w:numPr>
        <w:ind w:left="142" w:hanging="142"/>
      </w:pPr>
      <w:r>
        <w:t>Učenici će pogledati video-zapis „Mali Veliki – Cvjetnica“; Izvor: LaudatoTV</w:t>
      </w:r>
      <w:r w:rsidR="00D67445">
        <w:t xml:space="preserve">; YouTube </w:t>
      </w:r>
    </w:p>
    <w:p w14:paraId="13E409D6" w14:textId="77777777" w:rsidR="007137F4" w:rsidRDefault="007137F4"/>
    <w:p w14:paraId="53406A3C" w14:textId="5CFE5A53" w:rsidR="007137F4" w:rsidRDefault="007137F4">
      <w:r>
        <w:rPr>
          <w:noProof/>
        </w:rPr>
        <w:drawing>
          <wp:inline distT="0" distB="0" distL="0" distR="0" wp14:anchorId="24DBFB78" wp14:editId="53EAF2CF">
            <wp:extent cx="2401200" cy="1800000"/>
            <wp:effectExtent l="0" t="0" r="0" b="0"/>
            <wp:docPr id="1771846820" name="Videozapis 2" descr="Mali veliki 24.3.2018. - Cvjetnic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46820" name="Videozapis 2" descr="Mali veliki 24.3.2018. - Cvjetnica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ZC05k9JN4iQ?feature=oembed&quot; frameborder=&quot;0&quot; allow=&quot;accelerometer; autoplay; clipboard-write; encrypted-media; gyroscope; picture-in-picture; web-share&quot; referrerpolicy=&quot;strict-origin-when-cross-origin&quot; allowfullscreen=&quot;&quot; title=&quot;Mali veliki 24.3.2018. - Cvjetnica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3900B" w14:textId="77777777" w:rsidR="007137F4" w:rsidRDefault="007137F4"/>
    <w:p w14:paraId="2330E258" w14:textId="77777777" w:rsidR="007137F4" w:rsidRDefault="007137F4" w:rsidP="00243CBC">
      <w:pPr>
        <w:pStyle w:val="Odlomakpopisa"/>
        <w:numPr>
          <w:ilvl w:val="0"/>
          <w:numId w:val="17"/>
        </w:numPr>
        <w:ind w:left="182" w:hanging="182"/>
      </w:pPr>
      <w:r>
        <w:t xml:space="preserve">Učenici će pogledati ulomak iz filma „Isus“ – </w:t>
      </w:r>
      <w:r w:rsidRPr="007137F4">
        <w:t>Isus svečano ulazi u Jeruzalem - Cvjetnica</w:t>
      </w:r>
      <w:r>
        <w:t>; 1:55; Izvor: Film Isus; YouTube</w:t>
      </w:r>
    </w:p>
    <w:p w14:paraId="2463EE34" w14:textId="77777777" w:rsidR="007137F4" w:rsidRDefault="007137F4"/>
    <w:p w14:paraId="40925A93" w14:textId="6C4653F3" w:rsidR="007137F4" w:rsidRDefault="007137F4">
      <w:pPr>
        <w:jc w:val="both"/>
      </w:pPr>
      <w:r>
        <w:rPr>
          <w:noProof/>
        </w:rPr>
        <w:drawing>
          <wp:inline distT="0" distB="0" distL="0" distR="0" wp14:anchorId="610F8171" wp14:editId="4A80CF1C">
            <wp:extent cx="2401200" cy="1800000"/>
            <wp:effectExtent l="0" t="0" r="0" b="0"/>
            <wp:docPr id="189003363" name="Videozapis 3" descr="Isus svečano ulazi u Jeruzalem  - Cvjetnic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03363" name="Videozapis 3" descr="Isus svečano ulazi u Jeruzalem  - Cvjetnica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KEcYqqPr1c8?feature=oembed&quot; frameborder=&quot;0&quot; allow=&quot;accelerometer; autoplay; clipboard-write; encrypted-media; gyroscope; picture-in-picture; web-share&quot; referrerpolicy=&quot;strict-origin-when-cross-origin&quot; allowfullscreen=&quot;&quot; title=&quot;Isus svečano ulazi u Jeruzalem  - Cvjetnica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B5B00" w14:textId="5358A784" w:rsidR="004877B3" w:rsidRDefault="000E61E5">
      <w:pPr>
        <w:jc w:val="both"/>
      </w:pPr>
      <w:r w:rsidRPr="007137F4">
        <w:rPr>
          <w:highlight w:val="cyan"/>
        </w:rPr>
        <w:t>b)</w:t>
      </w:r>
      <w:r>
        <w:t xml:space="preserve"> Učenici će pročitati kratak tekst prema Mt 21,1–11 i u njemu </w:t>
      </w:r>
      <w:r w:rsidR="00243CBC">
        <w:t>uoči</w:t>
      </w:r>
      <w:r>
        <w:t>ti: KOGA ISUS ŠALJE – ŠTO TREBAJU DOVESTI – ŠTO ČINI MNOŠTVO – ŠTO UZVIKUJE.</w:t>
      </w:r>
    </w:p>
    <w:p w14:paraId="4A91C30B" w14:textId="77777777" w:rsidR="00243CBC" w:rsidRDefault="00243CBC">
      <w:pPr>
        <w:jc w:val="both"/>
      </w:pPr>
    </w:p>
    <w:p w14:paraId="3F54C327" w14:textId="2F8429C1" w:rsidR="00243CBC" w:rsidRPr="00A3685C" w:rsidRDefault="00243CBC" w:rsidP="00243CBC">
      <w:pPr>
        <w:jc w:val="center"/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>KOGA ISUS ŠALJE – ŠTO TREBAJU DOVESTI – ŠTO ČINI MNOŠTVO – ŠTO UZVIKUJE</w:t>
      </w:r>
    </w:p>
    <w:p w14:paraId="48395B2B" w14:textId="77777777" w:rsidR="00243CBC" w:rsidRDefault="00243CBC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877B3" w14:paraId="5B6992DB" w14:textId="77777777" w:rsidTr="00243CBC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97EEB76" w14:textId="77777777" w:rsidR="004877B3" w:rsidRDefault="000E61E5">
            <w:pPr>
              <w:spacing w:after="60"/>
              <w:jc w:val="center"/>
            </w:pPr>
            <w:r>
              <w:rPr>
                <w:b/>
                <w:color w:val="0070C0"/>
                <w:sz w:val="40"/>
              </w:rPr>
              <w:t>CVJETNICA – ISUS ULAZI U JERUZALEM</w:t>
            </w:r>
          </w:p>
          <w:p w14:paraId="451BED40" w14:textId="77777777" w:rsidR="004877B3" w:rsidRDefault="000E61E5">
            <w:pPr>
              <w:jc w:val="both"/>
            </w:pPr>
            <w:r>
              <w:rPr>
                <w:sz w:val="40"/>
              </w:rPr>
              <w:t>Isus se sa svojim učenicima približio Jeruzalemu. Dvojicu je učenika poslao po magaricu i magare. Učenici su učinili kako im je rekao. Isus je sjeo na magare, a mnogi su ljudi prostrli svoje plašteve po putu. Drugi su rezali grančice i njima ukrašavali put. Mnoštvo je klicalo: „Hosana Sinu Davidovu! Blagoslovljen Onaj koji dolazi u ime Gospodnje!“ Grad se uzbudio i pitao tko dolazi. Mnoštvo je odgovaralo da je to Isus, prorok iz Nazareta. Taj svečani ulazak slavimo na Cvjetnicu, kojom započinje Veliki tjedan.</w:t>
            </w:r>
          </w:p>
        </w:tc>
      </w:tr>
    </w:tbl>
    <w:p w14:paraId="6D1074AC" w14:textId="77777777" w:rsidR="00243CBC" w:rsidRDefault="00243CBC">
      <w:pPr>
        <w:rPr>
          <w:b/>
        </w:rPr>
      </w:pPr>
    </w:p>
    <w:p w14:paraId="7C33B6E5" w14:textId="17E5FC65" w:rsidR="004877B3" w:rsidRPr="00243CBC" w:rsidRDefault="000E61E5">
      <w:pPr>
        <w:rPr>
          <w:bCs/>
        </w:rPr>
      </w:pPr>
      <w:r w:rsidRPr="00243CBC">
        <w:rPr>
          <w:bCs/>
        </w:rPr>
        <w:t>Razgovor:</w:t>
      </w:r>
    </w:p>
    <w:p w14:paraId="66FC5923" w14:textId="2F7B2BB6" w:rsidR="004877B3" w:rsidRPr="00243CBC" w:rsidRDefault="000E61E5" w:rsidP="00243CBC">
      <w:pPr>
        <w:pStyle w:val="Odlomakpopisa"/>
        <w:numPr>
          <w:ilvl w:val="0"/>
          <w:numId w:val="20"/>
        </w:numPr>
        <w:jc w:val="both"/>
        <w:rPr>
          <w:bCs/>
        </w:rPr>
      </w:pPr>
      <w:r w:rsidRPr="00243CBC">
        <w:rPr>
          <w:bCs/>
        </w:rPr>
        <w:t xml:space="preserve">Koga Isus šalje i s kojim zadatkom? </w:t>
      </w:r>
      <w:r w:rsidRPr="00C00659">
        <w:rPr>
          <w:bCs/>
          <w:color w:val="6B6B6B"/>
          <w:sz w:val="18"/>
          <w:szCs w:val="18"/>
        </w:rPr>
        <w:t>(Dvojicu učenika šalje po magaricu i magare.)</w:t>
      </w:r>
    </w:p>
    <w:p w14:paraId="79F48DEB" w14:textId="3305169D" w:rsidR="004877B3" w:rsidRPr="00243CBC" w:rsidRDefault="000E61E5" w:rsidP="00243CBC">
      <w:pPr>
        <w:pStyle w:val="Odlomakpopisa"/>
        <w:numPr>
          <w:ilvl w:val="0"/>
          <w:numId w:val="20"/>
        </w:numPr>
        <w:jc w:val="both"/>
        <w:rPr>
          <w:bCs/>
        </w:rPr>
      </w:pPr>
      <w:r w:rsidRPr="00243CBC">
        <w:rPr>
          <w:bCs/>
        </w:rPr>
        <w:t xml:space="preserve">Što ljudi prostiru po putu? </w:t>
      </w:r>
      <w:r w:rsidRPr="00C00659">
        <w:rPr>
          <w:bCs/>
          <w:color w:val="6B6B6B"/>
          <w:sz w:val="18"/>
          <w:szCs w:val="18"/>
        </w:rPr>
        <w:t>(Plašteve i grančice.)</w:t>
      </w:r>
    </w:p>
    <w:p w14:paraId="35F57A64" w14:textId="65416278" w:rsidR="004877B3" w:rsidRPr="00243CBC" w:rsidRDefault="000E61E5" w:rsidP="00243CBC">
      <w:pPr>
        <w:pStyle w:val="Odlomakpopisa"/>
        <w:numPr>
          <w:ilvl w:val="0"/>
          <w:numId w:val="20"/>
        </w:numPr>
        <w:jc w:val="both"/>
        <w:rPr>
          <w:bCs/>
        </w:rPr>
      </w:pPr>
      <w:r w:rsidRPr="00243CBC">
        <w:rPr>
          <w:bCs/>
        </w:rPr>
        <w:t xml:space="preserve">Što znači da Isus dolazi na magarcu? </w:t>
      </w:r>
      <w:r w:rsidRPr="00C00659">
        <w:rPr>
          <w:bCs/>
          <w:color w:val="6B6B6B"/>
          <w:sz w:val="18"/>
          <w:szCs w:val="18"/>
        </w:rPr>
        <w:t>(Dolazi ponizno i miroljubivo, a ne kao ratni osvajač.)</w:t>
      </w:r>
    </w:p>
    <w:p w14:paraId="25651849" w14:textId="186B82D8" w:rsidR="004877B3" w:rsidRPr="00243CBC" w:rsidRDefault="000E61E5" w:rsidP="00243CBC">
      <w:pPr>
        <w:pStyle w:val="Odlomakpopisa"/>
        <w:numPr>
          <w:ilvl w:val="0"/>
          <w:numId w:val="20"/>
        </w:numPr>
        <w:jc w:val="both"/>
        <w:rPr>
          <w:bCs/>
        </w:rPr>
      </w:pPr>
      <w:r w:rsidRPr="00243CBC">
        <w:rPr>
          <w:bCs/>
        </w:rPr>
        <w:t xml:space="preserve">Što mnoštvo uzvikuje? </w:t>
      </w:r>
      <w:r w:rsidRPr="00C00659">
        <w:rPr>
          <w:bCs/>
          <w:color w:val="6B6B6B"/>
          <w:sz w:val="18"/>
          <w:szCs w:val="18"/>
        </w:rPr>
        <w:t>(Hosana i blagoslov Onomu koji dolazi u ime Gospodnje.)</w:t>
      </w:r>
    </w:p>
    <w:p w14:paraId="326166B6" w14:textId="6F874580" w:rsidR="004877B3" w:rsidRPr="00243CBC" w:rsidRDefault="000E61E5" w:rsidP="00243CBC">
      <w:pPr>
        <w:pStyle w:val="Odlomakpopisa"/>
        <w:numPr>
          <w:ilvl w:val="0"/>
          <w:numId w:val="20"/>
        </w:numPr>
        <w:jc w:val="both"/>
        <w:rPr>
          <w:bCs/>
        </w:rPr>
      </w:pPr>
      <w:r w:rsidRPr="00243CBC">
        <w:rPr>
          <w:bCs/>
        </w:rPr>
        <w:t xml:space="preserve">Zašto je Cvjetnica početak Velikoga tjedna? </w:t>
      </w:r>
      <w:r w:rsidRPr="00C00659">
        <w:rPr>
          <w:bCs/>
          <w:color w:val="6B6B6B"/>
          <w:sz w:val="18"/>
          <w:szCs w:val="18"/>
        </w:rPr>
        <w:t>(Nakon ulaska u Jeruzalem slijede događaji Isusove posljednje večere, muke, smrti i uskrsnuća.)</w:t>
      </w:r>
    </w:p>
    <w:p w14:paraId="20390201" w14:textId="77777777" w:rsidR="00243CBC" w:rsidRDefault="00243CBC">
      <w:pPr>
        <w:spacing w:before="80"/>
      </w:pPr>
    </w:p>
    <w:p w14:paraId="00C10C95" w14:textId="77777777" w:rsidR="004877B3" w:rsidRDefault="000E61E5">
      <w:pPr>
        <w:rPr>
          <w:bCs/>
        </w:rPr>
      </w:pPr>
      <w:r w:rsidRPr="002D5F4D">
        <w:rPr>
          <w:bCs/>
        </w:rPr>
        <w:t>Ili:</w:t>
      </w:r>
    </w:p>
    <w:p w14:paraId="54BC09B6" w14:textId="77777777" w:rsidR="002D5F4D" w:rsidRPr="002D5F4D" w:rsidRDefault="002D5F4D">
      <w:pPr>
        <w:rPr>
          <w:bCs/>
        </w:rPr>
      </w:pPr>
    </w:p>
    <w:p w14:paraId="209C395B" w14:textId="77777777" w:rsidR="002D5F4D" w:rsidRDefault="000E61E5">
      <w:pPr>
        <w:jc w:val="both"/>
      </w:pPr>
      <w:r>
        <w:t xml:space="preserve">Učenici će tekst </w:t>
      </w:r>
      <w:r w:rsidR="002D5F4D">
        <w:t xml:space="preserve">iz okvira </w:t>
      </w:r>
      <w:r>
        <w:t xml:space="preserve">pročitati zajednički, odgovoriti na </w:t>
      </w:r>
      <w:r w:rsidR="002D5F4D">
        <w:t xml:space="preserve">gornja </w:t>
      </w:r>
      <w:r>
        <w:t xml:space="preserve">pitanja i u bilježnici nacrtati jednostavan slijed: </w:t>
      </w:r>
    </w:p>
    <w:p w14:paraId="595BBD14" w14:textId="77777777" w:rsidR="002D5F4D" w:rsidRDefault="002D5F4D">
      <w:pPr>
        <w:jc w:val="both"/>
      </w:pPr>
    </w:p>
    <w:p w14:paraId="090C50BA" w14:textId="2F719C42" w:rsidR="004877B3" w:rsidRPr="00A3685C" w:rsidRDefault="000E61E5" w:rsidP="002D5F4D">
      <w:pPr>
        <w:jc w:val="center"/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>MAGARAC → PLAŠTEVI I GRANČICE → HOSANA → JERUZALEM → VELIKI TJEDAN</w:t>
      </w:r>
    </w:p>
    <w:p w14:paraId="0158BDA4" w14:textId="77777777" w:rsidR="002D5F4D" w:rsidRDefault="002D5F4D">
      <w:pPr>
        <w:jc w:val="both"/>
      </w:pPr>
    </w:p>
    <w:p w14:paraId="19CB3870" w14:textId="77777777" w:rsidR="002D5F4D" w:rsidRDefault="002D5F4D" w:rsidP="002D5F4D">
      <w:pPr>
        <w:spacing w:before="80"/>
      </w:pPr>
      <w:r>
        <w:t>Shematski prikaz i ključni naglasci:</w:t>
      </w:r>
    </w:p>
    <w:p w14:paraId="1689CD0E" w14:textId="1DBB0EAA" w:rsidR="002D5F4D" w:rsidRDefault="002D5F4D">
      <w:pPr>
        <w:jc w:val="both"/>
      </w:pPr>
      <w:r w:rsidRPr="002D5F4D">
        <w:rPr>
          <w:noProof/>
        </w:rPr>
        <w:drawing>
          <wp:inline distT="0" distB="0" distL="0" distR="0" wp14:anchorId="2C2E5C09" wp14:editId="4890C595">
            <wp:extent cx="6782435" cy="2641600"/>
            <wp:effectExtent l="0" t="0" r="0" b="6350"/>
            <wp:docPr id="11182067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06786" name=""/>
                    <pic:cNvPicPr/>
                  </pic:nvPicPr>
                  <pic:blipFill rotWithShape="1">
                    <a:blip r:embed="rId13"/>
                    <a:srcRect t="11313" b="19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264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2DD96" w14:textId="77777777" w:rsidR="002D5F4D" w:rsidRDefault="002D5F4D">
      <w:pPr>
        <w:jc w:val="both"/>
      </w:pPr>
    </w:p>
    <w:p w14:paraId="3881A393" w14:textId="5201B6D0" w:rsidR="004877B3" w:rsidRPr="002D5F4D" w:rsidRDefault="002D5F4D">
      <w:pPr>
        <w:jc w:val="both"/>
        <w:rPr>
          <w:sz w:val="36"/>
          <w:szCs w:val="36"/>
        </w:rPr>
      </w:pPr>
      <w:r>
        <w:rPr>
          <w:b/>
          <w:color w:val="5A8F3D"/>
          <w:sz w:val="36"/>
        </w:rPr>
        <w:t xml:space="preserve">Kršćanski naglasak: </w:t>
      </w:r>
      <w:r w:rsidRPr="002D5F4D">
        <w:rPr>
          <w:sz w:val="36"/>
          <w:szCs w:val="36"/>
        </w:rPr>
        <w:t>Isus prihvaća svečani doček, ali ne dolazi pokazati silu. Njegovo kraljevstvo prepoznaje se po miru, poniznosti, istini i služenju. Cvjetnica zato pita je li naše „Hosana“ samo trenutni poklik ili početak vjernoga hoda s Isusom.</w:t>
      </w:r>
    </w:p>
    <w:p w14:paraId="606CFFA0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2: Simbol i poruka </w:t>
      </w:r>
      <w:r>
        <w:rPr>
          <w:i/>
          <w:color w:val="6B6B6B"/>
          <w:sz w:val="21"/>
        </w:rPr>
        <w:t>(individualni rad, 6 minuta)</w:t>
      </w:r>
    </w:p>
    <w:p w14:paraId="50978EB7" w14:textId="77777777" w:rsidR="004877B3" w:rsidRDefault="000E61E5">
      <w:pPr>
        <w:jc w:val="both"/>
      </w:pPr>
      <w:r>
        <w:t>Učenici će povezati četiri simbola Cvjetnice s njihovim značenjem.</w:t>
      </w:r>
    </w:p>
    <w:p w14:paraId="614AEA68" w14:textId="77777777" w:rsidR="004877B3" w:rsidRDefault="000E61E5">
      <w:pPr>
        <w:jc w:val="both"/>
      </w:pPr>
      <w:r>
        <w:rPr>
          <w:i/>
          <w:color w:val="6B6B6B"/>
          <w:sz w:val="21"/>
        </w:rPr>
        <w:t>Rješenje: MAGARAC – poniznost i mir; PLAŠTEVI – čast i dobrodošlica; GRANČICE – radost i svečani doček; HOSANA – molitveni poklik i pohvala.</w:t>
      </w:r>
    </w:p>
    <w:p w14:paraId="43A15118" w14:textId="77777777" w:rsidR="004C043F" w:rsidRDefault="004C043F"/>
    <w:p w14:paraId="04185B98" w14:textId="77777777" w:rsidR="004C043F" w:rsidRDefault="004C043F"/>
    <w:p w14:paraId="120F6F27" w14:textId="1EB0EA47" w:rsidR="004877B3" w:rsidRDefault="000E61E5">
      <w:r>
        <w:t>Radni predložak:</w:t>
      </w:r>
    </w:p>
    <w:tbl>
      <w:tblPr>
        <w:tblW w:w="10681" w:type="dxa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7279"/>
      </w:tblGrid>
      <w:tr w:rsidR="004877B3" w14:paraId="6E755503" w14:textId="77777777" w:rsidTr="004C043F">
        <w:trPr>
          <w:cantSplit/>
          <w:tblHeader/>
          <w:jc w:val="center"/>
        </w:trPr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527D6B3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SIMBOL</w:t>
            </w:r>
          </w:p>
        </w:tc>
        <w:tc>
          <w:tcPr>
            <w:tcW w:w="72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647F53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ZNAČENJE</w:t>
            </w:r>
          </w:p>
        </w:tc>
      </w:tr>
      <w:tr w:rsidR="004877B3" w14:paraId="599A4B6A" w14:textId="77777777" w:rsidTr="004C043F">
        <w:trPr>
          <w:cantSplit/>
          <w:jc w:val="center"/>
        </w:trPr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64B4755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MAGARAC</w:t>
            </w:r>
          </w:p>
        </w:tc>
        <w:tc>
          <w:tcPr>
            <w:tcW w:w="72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0FC4971" w14:textId="79E1BBAE" w:rsidR="004877B3" w:rsidRDefault="000E61E5">
            <w:pPr>
              <w:jc w:val="center"/>
            </w:pPr>
            <w:r>
              <w:rPr>
                <w:sz w:val="36"/>
              </w:rPr>
              <w:t>______________</w:t>
            </w:r>
            <w:r w:rsidR="004C043F">
              <w:rPr>
                <w:sz w:val="36"/>
              </w:rPr>
              <w:t>_______</w:t>
            </w:r>
            <w:r>
              <w:rPr>
                <w:sz w:val="36"/>
              </w:rPr>
              <w:t>__________________</w:t>
            </w:r>
          </w:p>
        </w:tc>
      </w:tr>
      <w:tr w:rsidR="004C043F" w14:paraId="19208A5D" w14:textId="77777777" w:rsidTr="004C043F">
        <w:trPr>
          <w:cantSplit/>
          <w:jc w:val="center"/>
        </w:trPr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F4C19C5" w14:textId="77777777" w:rsidR="004C043F" w:rsidRPr="00A3685C" w:rsidRDefault="004C043F" w:rsidP="004C043F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PLAŠTEVI</w:t>
            </w:r>
          </w:p>
        </w:tc>
        <w:tc>
          <w:tcPr>
            <w:tcW w:w="72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7585627F" w14:textId="68475D7B" w:rsidR="004C043F" w:rsidRDefault="004C043F" w:rsidP="004C043F">
            <w:pPr>
              <w:jc w:val="center"/>
            </w:pPr>
            <w:r w:rsidRPr="0043438C">
              <w:rPr>
                <w:sz w:val="36"/>
              </w:rPr>
              <w:t>_______________________________________</w:t>
            </w:r>
          </w:p>
        </w:tc>
      </w:tr>
      <w:tr w:rsidR="004C043F" w14:paraId="033B884F" w14:textId="77777777" w:rsidTr="004C043F">
        <w:trPr>
          <w:cantSplit/>
          <w:jc w:val="center"/>
        </w:trPr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068DEBD" w14:textId="77777777" w:rsidR="004C043F" w:rsidRPr="00A3685C" w:rsidRDefault="004C043F" w:rsidP="004C043F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GRANČICE</w:t>
            </w:r>
          </w:p>
        </w:tc>
        <w:tc>
          <w:tcPr>
            <w:tcW w:w="72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2235C10B" w14:textId="0E604206" w:rsidR="004C043F" w:rsidRDefault="004C043F" w:rsidP="004C043F">
            <w:pPr>
              <w:jc w:val="center"/>
            </w:pPr>
            <w:r w:rsidRPr="0043438C">
              <w:rPr>
                <w:sz w:val="36"/>
              </w:rPr>
              <w:t>_______________________________________</w:t>
            </w:r>
          </w:p>
        </w:tc>
      </w:tr>
      <w:tr w:rsidR="004C043F" w14:paraId="3D92BB3A" w14:textId="77777777" w:rsidTr="004C043F">
        <w:trPr>
          <w:cantSplit/>
          <w:jc w:val="center"/>
        </w:trPr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DE8F2DA" w14:textId="77777777" w:rsidR="004C043F" w:rsidRPr="00A3685C" w:rsidRDefault="004C043F" w:rsidP="004C043F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HOSANA</w:t>
            </w:r>
          </w:p>
        </w:tc>
        <w:tc>
          <w:tcPr>
            <w:tcW w:w="72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CB958DD" w14:textId="0F843E64" w:rsidR="004C043F" w:rsidRDefault="004C043F" w:rsidP="004C043F">
            <w:pPr>
              <w:jc w:val="center"/>
            </w:pPr>
            <w:r w:rsidRPr="0043438C">
              <w:rPr>
                <w:sz w:val="36"/>
              </w:rPr>
              <w:t>_______________________________________</w:t>
            </w:r>
          </w:p>
        </w:tc>
      </w:tr>
    </w:tbl>
    <w:p w14:paraId="4125689A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3: Što znači „Hosana“? </w:t>
      </w:r>
      <w:r>
        <w:rPr>
          <w:i/>
          <w:color w:val="6B6B6B"/>
          <w:sz w:val="21"/>
        </w:rPr>
        <w:t>(rad u paru, 7 minuta)</w:t>
      </w:r>
    </w:p>
    <w:p w14:paraId="532AAF31" w14:textId="77777777" w:rsidR="004877B3" w:rsidRDefault="000E61E5">
      <w:pPr>
        <w:jc w:val="both"/>
      </w:pPr>
      <w:r>
        <w:t>Parovi će odabrati dvije rečenice koje najbolje objašnjavaju poklik „Hosana“ i jednu netočnu rečenicu ispraviti.</w:t>
      </w:r>
    </w:p>
    <w:p w14:paraId="278FBD13" w14:textId="77777777" w:rsidR="004877B3" w:rsidRDefault="000E61E5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Točno: poklik molbe „spasi nas“ i radosna pohvala Bogu. Netočno: „Hosana“ nije naziv predmeta ni običan pozdrav.</w:t>
      </w:r>
    </w:p>
    <w:p w14:paraId="7755CD80" w14:textId="77777777" w:rsidR="00A17BE1" w:rsidRDefault="00A17BE1">
      <w:pPr>
        <w:jc w:val="both"/>
        <w:rPr>
          <w:i/>
          <w:color w:val="6B6B6B"/>
          <w:sz w:val="21"/>
        </w:rPr>
      </w:pPr>
    </w:p>
    <w:p w14:paraId="3B0D0E95" w14:textId="77777777" w:rsidR="00A17BE1" w:rsidRDefault="00A17BE1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877B3" w14:paraId="72773EAE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0554650" w14:textId="77777777" w:rsidR="004877B3" w:rsidRPr="00A3685C" w:rsidRDefault="000E61E5">
            <w:pPr>
              <w:jc w:val="both"/>
              <w:rPr>
                <w:sz w:val="40"/>
                <w:szCs w:val="40"/>
              </w:rPr>
            </w:pPr>
            <w:r w:rsidRPr="00A3685C">
              <w:rPr>
                <w:b/>
                <w:color w:val="1F4E79"/>
                <w:sz w:val="40"/>
                <w:szCs w:val="40"/>
              </w:rPr>
              <w:t>MOLBA: SPASI NAS!   •   RADOSNA POHVALA BOGU   •   NAZIV GRANČICE   •   OBIČAN POZDRAV</w:t>
            </w:r>
          </w:p>
        </w:tc>
      </w:tr>
    </w:tbl>
    <w:p w14:paraId="63AC8E52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4: Kralj kakvoga ne očekuju </w:t>
      </w:r>
      <w:r>
        <w:rPr>
          <w:i/>
          <w:color w:val="6B6B6B"/>
          <w:sz w:val="21"/>
        </w:rPr>
        <w:t>(rad u skupinama, 8 minuta)</w:t>
      </w:r>
    </w:p>
    <w:p w14:paraId="6DDCDC64" w14:textId="77777777" w:rsidR="004877B3" w:rsidRDefault="000E61E5">
      <w:pPr>
        <w:jc w:val="both"/>
      </w:pPr>
      <w:r>
        <w:t>Skupine će usporediti kralja koji se oslanja na silu i Isusa koji ulazi na magarcu. Upisuju samo kratke riječi ili sintagme.</w:t>
      </w:r>
    </w:p>
    <w:p w14:paraId="4CFFEB27" w14:textId="77777777" w:rsidR="004877B3" w:rsidRDefault="000E61E5">
      <w:pPr>
        <w:jc w:val="both"/>
      </w:pPr>
      <w:r>
        <w:rPr>
          <w:i/>
          <w:color w:val="6B6B6B"/>
          <w:sz w:val="21"/>
        </w:rPr>
        <w:t>Rješenje: Moć silom: ratni konj, strah, naredba, povlastica. Isus – kralj mira: magarac, poniznost, služenje, blizina ljudima.</w:t>
      </w:r>
    </w:p>
    <w:p w14:paraId="225171DD" w14:textId="77777777" w:rsidR="00A17BE1" w:rsidRDefault="00A17BE1"/>
    <w:p w14:paraId="2A9260BC" w14:textId="77777777" w:rsidR="00A17BE1" w:rsidRDefault="00A17BE1"/>
    <w:p w14:paraId="10ED16B4" w14:textId="2989E7E7" w:rsidR="004877B3" w:rsidRDefault="000E61E5"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5521"/>
        <w:gridCol w:w="5159"/>
      </w:tblGrid>
      <w:tr w:rsidR="004877B3" w14:paraId="7765F01F" w14:textId="77777777" w:rsidTr="00A3685C">
        <w:trPr>
          <w:cantSplit/>
          <w:tblHeader/>
          <w:jc w:val="center"/>
        </w:trPr>
        <w:tc>
          <w:tcPr>
            <w:tcW w:w="552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28CC191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KRALJ KOJI SE OSLANJA NA SILU</w:t>
            </w:r>
          </w:p>
        </w:tc>
        <w:tc>
          <w:tcPr>
            <w:tcW w:w="515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CEAD123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ISUS – KRALJ MIRA</w:t>
            </w:r>
          </w:p>
        </w:tc>
      </w:tr>
      <w:tr w:rsidR="004877B3" w14:paraId="6C4AAD61" w14:textId="77777777" w:rsidTr="00A3685C">
        <w:trPr>
          <w:cantSplit/>
          <w:jc w:val="center"/>
        </w:trPr>
        <w:tc>
          <w:tcPr>
            <w:tcW w:w="552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CB9CF3F" w14:textId="53719807" w:rsidR="004877B3" w:rsidRDefault="000E61E5">
            <w:pPr>
              <w:jc w:val="center"/>
            </w:pPr>
            <w:r>
              <w:rPr>
                <w:sz w:val="36"/>
              </w:rPr>
              <w:t>__________________</w:t>
            </w:r>
            <w:r w:rsidR="00A3685C">
              <w:rPr>
                <w:sz w:val="36"/>
              </w:rPr>
              <w:t>_</w:t>
            </w:r>
            <w:r>
              <w:rPr>
                <w:sz w:val="36"/>
              </w:rPr>
              <w:t>__________</w:t>
            </w:r>
          </w:p>
        </w:tc>
        <w:tc>
          <w:tcPr>
            <w:tcW w:w="515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F5072A4" w14:textId="22688B3D" w:rsidR="004877B3" w:rsidRDefault="000E61E5">
            <w:pPr>
              <w:jc w:val="center"/>
            </w:pPr>
            <w:r>
              <w:rPr>
                <w:sz w:val="36"/>
              </w:rPr>
              <w:t>___________________________</w:t>
            </w:r>
          </w:p>
        </w:tc>
      </w:tr>
      <w:tr w:rsidR="00A3685C" w14:paraId="42E726CF" w14:textId="77777777" w:rsidTr="00D27B79">
        <w:trPr>
          <w:cantSplit/>
          <w:jc w:val="center"/>
        </w:trPr>
        <w:tc>
          <w:tcPr>
            <w:tcW w:w="552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7EA5E19" w14:textId="3A6DD3F9" w:rsidR="00A3685C" w:rsidRDefault="00A3685C" w:rsidP="00A3685C">
            <w:pPr>
              <w:jc w:val="center"/>
            </w:pPr>
            <w:r w:rsidRPr="00C40E7E">
              <w:rPr>
                <w:sz w:val="36"/>
              </w:rPr>
              <w:t>_____________________________</w:t>
            </w:r>
          </w:p>
        </w:tc>
        <w:tc>
          <w:tcPr>
            <w:tcW w:w="515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528A24C" w14:textId="1FB27116" w:rsidR="00A3685C" w:rsidRDefault="00A3685C" w:rsidP="00A3685C">
            <w:pPr>
              <w:jc w:val="center"/>
            </w:pPr>
            <w:r>
              <w:rPr>
                <w:sz w:val="36"/>
              </w:rPr>
              <w:t>___________________________</w:t>
            </w:r>
          </w:p>
        </w:tc>
      </w:tr>
      <w:tr w:rsidR="00A3685C" w14:paraId="0AE7C26B" w14:textId="77777777" w:rsidTr="00D27B79">
        <w:trPr>
          <w:cantSplit/>
          <w:jc w:val="center"/>
        </w:trPr>
        <w:tc>
          <w:tcPr>
            <w:tcW w:w="552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8C8ADF0" w14:textId="4CE32C92" w:rsidR="00A3685C" w:rsidRDefault="00A3685C" w:rsidP="00A3685C">
            <w:pPr>
              <w:jc w:val="center"/>
            </w:pPr>
            <w:r w:rsidRPr="00C40E7E">
              <w:rPr>
                <w:sz w:val="36"/>
              </w:rPr>
              <w:t>_____________________________</w:t>
            </w:r>
          </w:p>
        </w:tc>
        <w:tc>
          <w:tcPr>
            <w:tcW w:w="515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5C5A8C2" w14:textId="1BA92F3D" w:rsidR="00A3685C" w:rsidRDefault="00A3685C" w:rsidP="00A3685C">
            <w:pPr>
              <w:jc w:val="center"/>
            </w:pPr>
            <w:r>
              <w:rPr>
                <w:sz w:val="36"/>
              </w:rPr>
              <w:t>___________________________</w:t>
            </w:r>
          </w:p>
        </w:tc>
      </w:tr>
    </w:tbl>
    <w:p w14:paraId="781A2F3A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5: Složi događaj </w:t>
      </w:r>
      <w:r>
        <w:rPr>
          <w:i/>
          <w:color w:val="6B6B6B"/>
          <w:sz w:val="21"/>
        </w:rPr>
        <w:t>(individualni rad, 6 minuta)</w:t>
      </w:r>
    </w:p>
    <w:p w14:paraId="1F92B24B" w14:textId="77777777" w:rsidR="004877B3" w:rsidRDefault="000E61E5">
      <w:pPr>
        <w:jc w:val="both"/>
      </w:pPr>
      <w:r>
        <w:t>Učenici će poredati pet događaja od 1 do 5.</w:t>
      </w:r>
    </w:p>
    <w:p w14:paraId="59CEA237" w14:textId="77777777" w:rsidR="004877B3" w:rsidRDefault="000E61E5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1. Isus šalje učenike; 2. učenici dovode magare; 3. Isus ulazi u Jeruzalem; 4. ljudi prostiru plašteve i grančice; 5. mnoštvo kliče „Hosana“.</w:t>
      </w:r>
    </w:p>
    <w:p w14:paraId="2CFE2626" w14:textId="77777777" w:rsidR="00A17BE1" w:rsidRDefault="00A17BE1">
      <w:pPr>
        <w:jc w:val="both"/>
        <w:rPr>
          <w:i/>
          <w:color w:val="6B6B6B"/>
          <w:sz w:val="21"/>
        </w:rPr>
      </w:pPr>
    </w:p>
    <w:p w14:paraId="7DDC461D" w14:textId="77777777" w:rsidR="00A17BE1" w:rsidRDefault="00A17BE1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877B3" w14:paraId="01CEFA33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731EFF2" w14:textId="77777777" w:rsidR="004877B3" w:rsidRPr="00A3685C" w:rsidRDefault="000E61E5">
            <w:pPr>
              <w:jc w:val="both"/>
              <w:rPr>
                <w:sz w:val="40"/>
                <w:szCs w:val="40"/>
              </w:rPr>
            </w:pPr>
            <w:r w:rsidRPr="00A3685C">
              <w:rPr>
                <w:b/>
                <w:color w:val="002060"/>
                <w:sz w:val="40"/>
                <w:szCs w:val="40"/>
              </w:rPr>
              <w:t>MNOŠTVO KLIČE „HOSANA“ • ISUS ŠALJE UČENIKE • LJUDI PROSTIRU PLAŠTEVE I GRANČICE • UČENICI DOVODE MAGARE • ISUS ULAZI U JERUZALEM</w:t>
            </w:r>
          </w:p>
        </w:tc>
      </w:tr>
    </w:tbl>
    <w:p w14:paraId="7C611D7D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6: Glas mnoštva i glas učenika </w:t>
      </w:r>
      <w:r>
        <w:rPr>
          <w:i/>
          <w:color w:val="6B6B6B"/>
          <w:sz w:val="21"/>
        </w:rPr>
        <w:t>(rad u paru, 7 minuta)</w:t>
      </w:r>
    </w:p>
    <w:p w14:paraId="34B52FA3" w14:textId="77777777" w:rsidR="004877B3" w:rsidRDefault="000E61E5">
      <w:pPr>
        <w:jc w:val="both"/>
      </w:pPr>
      <w:r>
        <w:t>Parovi će razvrstati rečenice na TRENUTNO ODUŠEVLJENJE i VJERNA ODLUKA.</w:t>
      </w:r>
    </w:p>
    <w:p w14:paraId="25F147EC" w14:textId="77777777" w:rsidR="004877B3" w:rsidRDefault="000E61E5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Trenutno oduševljenje: glasno kličeš samo dok kliče većina; brzo zaboraviš obećanje. Vjerna odluka: činiš dobro i kad nema publike; ostaješ uz istinu i mir.</w:t>
      </w:r>
    </w:p>
    <w:p w14:paraId="47E937BC" w14:textId="77777777" w:rsidR="00A17BE1" w:rsidRDefault="00A17BE1">
      <w:pPr>
        <w:jc w:val="both"/>
      </w:pPr>
    </w:p>
    <w:p w14:paraId="7B2BAEC6" w14:textId="77777777" w:rsidR="00A17BE1" w:rsidRDefault="00A17BE1">
      <w:pPr>
        <w:jc w:val="both"/>
      </w:pPr>
    </w:p>
    <w:p w14:paraId="3E282445" w14:textId="3F579B47" w:rsidR="00A17BE1" w:rsidRDefault="00A17BE1">
      <w:pPr>
        <w:jc w:val="both"/>
      </w:pPr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877B3" w14:paraId="07B27E54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460FC0E" w14:textId="77777777" w:rsidR="004877B3" w:rsidRPr="00A3685C" w:rsidRDefault="000E61E5">
            <w:pPr>
              <w:jc w:val="both"/>
              <w:rPr>
                <w:sz w:val="40"/>
                <w:szCs w:val="40"/>
              </w:rPr>
            </w:pPr>
            <w:r w:rsidRPr="00A3685C">
              <w:rPr>
                <w:b/>
                <w:color w:val="1F4E79"/>
                <w:sz w:val="40"/>
                <w:szCs w:val="40"/>
              </w:rPr>
              <w:t>ČINIM DOBRO I KAD NEMA PUBLIKE • KLIČEM SAMO DOK KLIČE VEĆINA • OSTAJEM UZ ISTINU I MIR • BRZO ZABORAVLJAM OBEĆANJE</w:t>
            </w:r>
          </w:p>
        </w:tc>
      </w:tr>
    </w:tbl>
    <w:p w14:paraId="65A51CCD" w14:textId="2E925870" w:rsidR="004877B3" w:rsidRDefault="004877B3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0"/>
        <w:gridCol w:w="5340"/>
      </w:tblGrid>
      <w:tr w:rsidR="004877B3" w14:paraId="11388E3D" w14:textId="77777777">
        <w:trPr>
          <w:cantSplit/>
          <w:tblHeader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A4EDED6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TRENUTNO ODUŠEVLJENJE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EC75C9C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VJERNA ODLUKA</w:t>
            </w:r>
          </w:p>
        </w:tc>
      </w:tr>
      <w:tr w:rsidR="004877B3" w14:paraId="23C25277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1B56B2A" w14:textId="675ABDC8" w:rsidR="004877B3" w:rsidRDefault="000E61E5">
            <w:pPr>
              <w:jc w:val="center"/>
            </w:pPr>
            <w:r>
              <w:rPr>
                <w:sz w:val="36"/>
              </w:rPr>
              <w:t>______________</w:t>
            </w:r>
            <w:r w:rsidR="00A17BE1">
              <w:rPr>
                <w:sz w:val="36"/>
              </w:rPr>
              <w:t>____</w:t>
            </w:r>
            <w:r>
              <w:rPr>
                <w:sz w:val="36"/>
              </w:rPr>
              <w:t>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7DCFC27" w14:textId="31E5916D" w:rsidR="004877B3" w:rsidRDefault="000E61E5">
            <w:pPr>
              <w:jc w:val="center"/>
            </w:pPr>
            <w:r>
              <w:rPr>
                <w:sz w:val="36"/>
              </w:rPr>
              <w:t>______________</w:t>
            </w:r>
            <w:r w:rsidR="00A17BE1">
              <w:rPr>
                <w:sz w:val="36"/>
              </w:rPr>
              <w:t>____</w:t>
            </w:r>
            <w:r>
              <w:rPr>
                <w:sz w:val="36"/>
              </w:rPr>
              <w:t>__________</w:t>
            </w:r>
          </w:p>
        </w:tc>
      </w:tr>
      <w:tr w:rsidR="004877B3" w14:paraId="01718926" w14:textId="77777777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0E26117" w14:textId="005430AF" w:rsidR="004877B3" w:rsidRDefault="000E61E5">
            <w:pPr>
              <w:jc w:val="center"/>
            </w:pPr>
            <w:r>
              <w:rPr>
                <w:sz w:val="36"/>
              </w:rPr>
              <w:t>_____________</w:t>
            </w:r>
            <w:r w:rsidR="00A17BE1">
              <w:rPr>
                <w:sz w:val="36"/>
              </w:rPr>
              <w:t>____</w:t>
            </w:r>
            <w:r>
              <w:rPr>
                <w:sz w:val="36"/>
              </w:rPr>
              <w:t>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7B3A299" w14:textId="303AC9BC" w:rsidR="004877B3" w:rsidRDefault="000E61E5">
            <w:pPr>
              <w:jc w:val="center"/>
            </w:pPr>
            <w:r>
              <w:rPr>
                <w:sz w:val="36"/>
              </w:rPr>
              <w:t>________________</w:t>
            </w:r>
            <w:r w:rsidR="00A17BE1">
              <w:rPr>
                <w:sz w:val="36"/>
              </w:rPr>
              <w:t>____</w:t>
            </w:r>
            <w:r>
              <w:rPr>
                <w:sz w:val="36"/>
              </w:rPr>
              <w:t>________</w:t>
            </w:r>
          </w:p>
        </w:tc>
      </w:tr>
    </w:tbl>
    <w:p w14:paraId="7BA727CE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7: Grančice nekada i danas </w:t>
      </w:r>
      <w:r>
        <w:rPr>
          <w:i/>
          <w:color w:val="6B6B6B"/>
          <w:sz w:val="21"/>
        </w:rPr>
        <w:t>(rad u skupinama, 8 minuta)</w:t>
      </w:r>
    </w:p>
    <w:p w14:paraId="56AF0219" w14:textId="77777777" w:rsidR="004877B3" w:rsidRDefault="000E61E5">
      <w:pPr>
        <w:jc w:val="both"/>
      </w:pPr>
      <w:r>
        <w:t>Skupine će povezati grančicu iz biblijskoga događaja s jednim današnjim činom dobrodošlice Isusu.</w:t>
      </w:r>
    </w:p>
    <w:p w14:paraId="12F04CA1" w14:textId="77777777" w:rsidR="004877B3" w:rsidRDefault="000E61E5">
      <w:pPr>
        <w:jc w:val="both"/>
      </w:pPr>
      <w:r>
        <w:rPr>
          <w:i/>
          <w:color w:val="6B6B6B"/>
          <w:sz w:val="21"/>
        </w:rPr>
        <w:t>Rješenje: Moguće: molitva, pomirenje, pomoć, poštenje, sudjelovanje na misi, miran govor i zahvalnost.</w:t>
      </w:r>
    </w:p>
    <w:p w14:paraId="14AE31C1" w14:textId="77777777" w:rsidR="00A17BE1" w:rsidRDefault="00A17BE1"/>
    <w:p w14:paraId="27B88445" w14:textId="55DCDA43" w:rsidR="004877B3" w:rsidRDefault="000E61E5"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5975"/>
      </w:tblGrid>
      <w:tr w:rsidR="004877B3" w14:paraId="0E9E4A61" w14:textId="77777777">
        <w:trPr>
          <w:cantSplit/>
          <w:tblHeader/>
          <w:jc w:val="center"/>
        </w:trPr>
        <w:tc>
          <w:tcPr>
            <w:tcW w:w="47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CB7255A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GRANČICA U JERUZALEMU</w:t>
            </w:r>
          </w:p>
        </w:tc>
        <w:tc>
          <w:tcPr>
            <w:tcW w:w="5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920E92D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MOJA „GRANČICA“ DANAS</w:t>
            </w:r>
          </w:p>
        </w:tc>
      </w:tr>
      <w:tr w:rsidR="004877B3" w14:paraId="3219113A" w14:textId="77777777">
        <w:trPr>
          <w:cantSplit/>
          <w:jc w:val="center"/>
        </w:trPr>
        <w:tc>
          <w:tcPr>
            <w:tcW w:w="47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9981559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znak svečanoga dočeka</w:t>
            </w:r>
          </w:p>
        </w:tc>
        <w:tc>
          <w:tcPr>
            <w:tcW w:w="5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A77D452" w14:textId="77777777" w:rsidR="004877B3" w:rsidRDefault="000E61E5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  <w:tr w:rsidR="004877B3" w14:paraId="53321D1E" w14:textId="77777777">
        <w:trPr>
          <w:cantSplit/>
          <w:jc w:val="center"/>
        </w:trPr>
        <w:tc>
          <w:tcPr>
            <w:tcW w:w="47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6B6A3D5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radost zbog Isusova dolaska</w:t>
            </w:r>
          </w:p>
        </w:tc>
        <w:tc>
          <w:tcPr>
            <w:tcW w:w="5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7B7D9FA" w14:textId="77777777" w:rsidR="004877B3" w:rsidRDefault="000E61E5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  <w:tr w:rsidR="004877B3" w14:paraId="21E348CA" w14:textId="77777777">
        <w:trPr>
          <w:cantSplit/>
          <w:jc w:val="center"/>
        </w:trPr>
        <w:tc>
          <w:tcPr>
            <w:tcW w:w="47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493E4CF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poklik i javno priznanje</w:t>
            </w:r>
          </w:p>
        </w:tc>
        <w:tc>
          <w:tcPr>
            <w:tcW w:w="5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8BDBC07" w14:textId="77777777" w:rsidR="004877B3" w:rsidRDefault="000E61E5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</w:tbl>
    <w:p w14:paraId="276C24C2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8: Nije sve što mnoštvo čini dobro </w:t>
      </w:r>
      <w:r>
        <w:rPr>
          <w:i/>
          <w:color w:val="6B6B6B"/>
          <w:sz w:val="21"/>
        </w:rPr>
        <w:t>(individualni rad i razgovor, 7 minuta)</w:t>
      </w:r>
    </w:p>
    <w:p w14:paraId="7ACAE2DE" w14:textId="77777777" w:rsidR="004877B3" w:rsidRDefault="000E61E5">
      <w:pPr>
        <w:jc w:val="both"/>
      </w:pPr>
      <w:r>
        <w:t>Učenici će zaokružiti DA ili NE i kratko obrazložiti: „Ako svi nešto čine, to mora biti dobro.“</w:t>
      </w:r>
    </w:p>
    <w:p w14:paraId="546E47EC" w14:textId="77777777" w:rsidR="004877B3" w:rsidRDefault="000E61E5">
      <w:pPr>
        <w:jc w:val="both"/>
      </w:pPr>
      <w:r>
        <w:rPr>
          <w:i/>
          <w:color w:val="6B6B6B"/>
          <w:sz w:val="21"/>
        </w:rPr>
        <w:t>Rješenje: NE. Mnoštvo može biti oduševljeno, ali čovjek treba razmišljati, birati dobro i ostati vjeran savjesti i Isusovu putu.</w:t>
      </w:r>
    </w:p>
    <w:p w14:paraId="106E24C2" w14:textId="77777777" w:rsidR="00A17BE1" w:rsidRDefault="00A17BE1"/>
    <w:p w14:paraId="415963EA" w14:textId="77777777" w:rsidR="00A17BE1" w:rsidRDefault="00A17BE1"/>
    <w:p w14:paraId="25CA0A85" w14:textId="6C84E530" w:rsidR="004877B3" w:rsidRDefault="000E61E5"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1814"/>
        <w:gridCol w:w="4218"/>
      </w:tblGrid>
      <w:tr w:rsidR="004877B3" w14:paraId="63C2BAD2" w14:textId="77777777">
        <w:trPr>
          <w:cantSplit/>
          <w:tblHeader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302455D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TVRDNJA</w:t>
            </w:r>
          </w:p>
        </w:tc>
        <w:tc>
          <w:tcPr>
            <w:tcW w:w="181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92BF1B4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DA / NE</w:t>
            </w:r>
          </w:p>
        </w:tc>
        <w:tc>
          <w:tcPr>
            <w:tcW w:w="42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5E455F7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MOJ RAZLOG</w:t>
            </w:r>
          </w:p>
        </w:tc>
      </w:tr>
      <w:tr w:rsidR="004877B3" w14:paraId="6CD49197" w14:textId="77777777">
        <w:trPr>
          <w:cantSplit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085FF2D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Ako svi nešto čine, to mora biti dobro.</w:t>
            </w:r>
          </w:p>
        </w:tc>
        <w:tc>
          <w:tcPr>
            <w:tcW w:w="181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F9B48F9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DA / NE</w:t>
            </w:r>
          </w:p>
        </w:tc>
        <w:tc>
          <w:tcPr>
            <w:tcW w:w="42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34B5A51" w14:textId="682C1FDC" w:rsidR="004877B3" w:rsidRDefault="000E61E5">
            <w:pPr>
              <w:jc w:val="center"/>
            </w:pPr>
            <w:r>
              <w:rPr>
                <w:sz w:val="36"/>
              </w:rPr>
              <w:t>______________________________</w:t>
            </w:r>
            <w:r w:rsidR="00A17BE1">
              <w:rPr>
                <w:sz w:val="36"/>
              </w:rPr>
              <w:t>____</w:t>
            </w:r>
            <w:r>
              <w:rPr>
                <w:sz w:val="36"/>
              </w:rPr>
              <w:t>__________</w:t>
            </w:r>
          </w:p>
        </w:tc>
      </w:tr>
    </w:tbl>
    <w:p w14:paraId="5D7BD093" w14:textId="2BED53D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</w:t>
      </w:r>
      <w:r w:rsidR="00A17BE1">
        <w:rPr>
          <w:b/>
          <w:color w:val="C96A00"/>
          <w:sz w:val="26"/>
        </w:rPr>
        <w:t>9</w:t>
      </w:r>
      <w:r>
        <w:rPr>
          <w:b/>
          <w:color w:val="C96A00"/>
          <w:sz w:val="26"/>
        </w:rPr>
        <w:t xml:space="preserve">: Naslovnica iz Jeruzalema </w:t>
      </w:r>
      <w:r>
        <w:rPr>
          <w:i/>
          <w:color w:val="6B6B6B"/>
          <w:sz w:val="21"/>
        </w:rPr>
        <w:t>(rad u skupinama, 8 minuta)</w:t>
      </w:r>
    </w:p>
    <w:p w14:paraId="71FD8E89" w14:textId="77777777" w:rsidR="004877B3" w:rsidRDefault="000E61E5">
      <w:pPr>
        <w:jc w:val="both"/>
      </w:pPr>
      <w:r>
        <w:t>Skupine će napisati naslov od najviše osam riječi i dvije kratke rečenice vijesti. Moraju uporabiti najmanje tri pojma: ISUS – JERUZALEM – MAGARAC – HOSANA – GRANČICE – MIR.</w:t>
      </w:r>
    </w:p>
    <w:p w14:paraId="2A2F1D40" w14:textId="5FBB2CFC" w:rsidR="00A17BE1" w:rsidRDefault="000E61E5" w:rsidP="00A17BE1">
      <w:pPr>
        <w:jc w:val="both"/>
      </w:pPr>
      <w:r>
        <w:rPr>
          <w:i/>
          <w:color w:val="6B6B6B"/>
          <w:sz w:val="21"/>
        </w:rPr>
        <w:t>Rješenje: Mogući primjer: „Isus ulazi u Jeruzalem kao kralj mira.“ Ljudi ga dočekuju plaštevima i grančicama. Mnoštvo kliče „Hosana!“</w:t>
      </w:r>
    </w:p>
    <w:p w14:paraId="2CD3E16C" w14:textId="77777777" w:rsidR="00A17BE1" w:rsidRDefault="00A17BE1" w:rsidP="00A17BE1">
      <w:pPr>
        <w:jc w:val="both"/>
      </w:pPr>
    </w:p>
    <w:p w14:paraId="08EA5F51" w14:textId="77777777" w:rsidR="00FC65F6" w:rsidRDefault="00FC65F6"/>
    <w:p w14:paraId="0BB0A9A3" w14:textId="77777777" w:rsidR="00FC65F6" w:rsidRDefault="00FC65F6"/>
    <w:p w14:paraId="2CE33D35" w14:textId="77777777" w:rsidR="00FC65F6" w:rsidRDefault="00FC65F6"/>
    <w:p w14:paraId="08ADA283" w14:textId="77777777" w:rsidR="00FC65F6" w:rsidRDefault="00FC65F6"/>
    <w:p w14:paraId="22F57E5B" w14:textId="77777777" w:rsidR="00FC65F6" w:rsidRDefault="00FC65F6"/>
    <w:p w14:paraId="12D73BEE" w14:textId="77777777" w:rsidR="00FC65F6" w:rsidRDefault="00FC65F6"/>
    <w:p w14:paraId="6305635D" w14:textId="77777777" w:rsidR="00FC65F6" w:rsidRDefault="00FC65F6"/>
    <w:p w14:paraId="133AF7E1" w14:textId="6622E057" w:rsidR="004877B3" w:rsidRDefault="000E61E5">
      <w:r>
        <w:t>Radni predložak:</w:t>
      </w:r>
    </w:p>
    <w:p w14:paraId="052F2406" w14:textId="7B7D4C87" w:rsidR="00A17BE1" w:rsidRPr="00A3685C" w:rsidRDefault="00A17BE1" w:rsidP="00A17BE1">
      <w:pPr>
        <w:jc w:val="center"/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>ISUS – JERUZALEM – MAGARAC – HOSANA – GRANČICE – MIR</w:t>
      </w:r>
    </w:p>
    <w:p w14:paraId="3174BFE9" w14:textId="77777777" w:rsidR="00A17BE1" w:rsidRDefault="00A17BE1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877B3" w14:paraId="4D7D0F7C" w14:textId="77777777" w:rsidTr="00FC65F6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84440F6" w14:textId="77777777" w:rsidR="004877B3" w:rsidRPr="00A3685C" w:rsidRDefault="000E61E5" w:rsidP="00FC65F6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NASLOV VIJESTI</w:t>
            </w:r>
          </w:p>
        </w:tc>
      </w:tr>
      <w:tr w:rsidR="004877B3" w14:paraId="7A1DCB0F" w14:textId="77777777" w:rsidTr="00FC65F6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1C7D406" w14:textId="4DBDE00F" w:rsidR="004877B3" w:rsidRDefault="000E61E5">
            <w:r>
              <w:rPr>
                <w:sz w:val="36"/>
              </w:rPr>
              <w:t>__________________________________________________________</w:t>
            </w:r>
          </w:p>
        </w:tc>
      </w:tr>
      <w:tr w:rsidR="004877B3" w14:paraId="07810787" w14:textId="77777777" w:rsidTr="00FC65F6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403F954" w14:textId="24054F4F" w:rsidR="004877B3" w:rsidRDefault="000E61E5">
            <w:r w:rsidRPr="00A3685C">
              <w:rPr>
                <w:sz w:val="40"/>
                <w:szCs w:val="40"/>
              </w:rPr>
              <w:t>PRVA REČENICA:</w:t>
            </w:r>
            <w:r>
              <w:rPr>
                <w:sz w:val="36"/>
              </w:rPr>
              <w:t xml:space="preserve"> _______________________________________</w:t>
            </w:r>
            <w:r w:rsidR="00A3685C">
              <w:rPr>
                <w:sz w:val="36"/>
              </w:rPr>
              <w:t>______________</w:t>
            </w:r>
            <w:r>
              <w:rPr>
                <w:sz w:val="36"/>
              </w:rPr>
              <w:t>_____</w:t>
            </w:r>
          </w:p>
        </w:tc>
      </w:tr>
      <w:tr w:rsidR="004877B3" w14:paraId="36AE6E77" w14:textId="77777777" w:rsidTr="00FC65F6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C0A6AC1" w14:textId="33C6298C" w:rsidR="004877B3" w:rsidRDefault="000E61E5">
            <w:r w:rsidRPr="00A3685C">
              <w:rPr>
                <w:sz w:val="40"/>
                <w:szCs w:val="40"/>
              </w:rPr>
              <w:t>DRUGA REČENICA:</w:t>
            </w:r>
            <w:r>
              <w:rPr>
                <w:sz w:val="36"/>
              </w:rPr>
              <w:t xml:space="preserve"> _________________________________________</w:t>
            </w:r>
            <w:r w:rsidR="00A3685C">
              <w:rPr>
                <w:sz w:val="36"/>
              </w:rPr>
              <w:t>________________</w:t>
            </w:r>
            <w:r>
              <w:rPr>
                <w:sz w:val="36"/>
              </w:rPr>
              <w:t>_</w:t>
            </w:r>
          </w:p>
        </w:tc>
      </w:tr>
    </w:tbl>
    <w:p w14:paraId="2401CD48" w14:textId="3660D10E" w:rsidR="00A17BE1" w:rsidRDefault="00A17BE1" w:rsidP="00A17BE1">
      <w:pPr>
        <w:keepNext/>
        <w:spacing w:before="160"/>
      </w:pPr>
      <w:r>
        <w:rPr>
          <w:b/>
          <w:color w:val="C96A00"/>
          <w:sz w:val="26"/>
        </w:rPr>
        <w:t xml:space="preserve">Aktivnost 10: Od oduševljenja do vjernosti </w:t>
      </w:r>
      <w:r>
        <w:rPr>
          <w:i/>
          <w:color w:val="6B6B6B"/>
          <w:sz w:val="21"/>
        </w:rPr>
        <w:t>(rad u paru, 7 minuta)</w:t>
      </w:r>
    </w:p>
    <w:p w14:paraId="742D046A" w14:textId="77777777" w:rsidR="00A17BE1" w:rsidRDefault="00A17BE1" w:rsidP="00A17BE1">
      <w:pPr>
        <w:jc w:val="both"/>
      </w:pPr>
      <w:r>
        <w:t>Učenici će dovršiti niz od riječi prema djelu.</w:t>
      </w:r>
    </w:p>
    <w:p w14:paraId="7E0F5EB9" w14:textId="77777777" w:rsidR="00A17BE1" w:rsidRDefault="00A17BE1" w:rsidP="00A17BE1">
      <w:pPr>
        <w:jc w:val="both"/>
      </w:pPr>
      <w:r>
        <w:rPr>
          <w:i/>
          <w:color w:val="6B6B6B"/>
          <w:sz w:val="21"/>
        </w:rPr>
        <w:t>Rješenje: HOSANA → slušam Isusa → biram mir → činim dobro → ostajem vjeran.</w:t>
      </w:r>
    </w:p>
    <w:p w14:paraId="3C213941" w14:textId="77777777" w:rsidR="00A17BE1" w:rsidRDefault="00A17BE1" w:rsidP="00A17BE1"/>
    <w:p w14:paraId="0F106506" w14:textId="77777777" w:rsidR="00A17BE1" w:rsidRDefault="00A17BE1" w:rsidP="00A17BE1"/>
    <w:p w14:paraId="05AF5682" w14:textId="6CC96CE3" w:rsidR="00A17BE1" w:rsidRDefault="00A17BE1" w:rsidP="00A17BE1"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37"/>
        <w:gridCol w:w="2137"/>
        <w:gridCol w:w="2137"/>
        <w:gridCol w:w="2137"/>
        <w:gridCol w:w="2137"/>
      </w:tblGrid>
      <w:tr w:rsidR="00A17BE1" w14:paraId="28DE30BF" w14:textId="77777777" w:rsidTr="00876E0C">
        <w:trPr>
          <w:cantSplit/>
          <w:tblHeader/>
          <w:jc w:val="center"/>
        </w:trPr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2966237" w14:textId="77777777" w:rsidR="00A17BE1" w:rsidRPr="00A3685C" w:rsidRDefault="00A17BE1" w:rsidP="00876E0C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POKLIK</w:t>
            </w:r>
          </w:p>
        </w:tc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E42992B" w14:textId="77777777" w:rsidR="00A17BE1" w:rsidRPr="00A3685C" w:rsidRDefault="00A17BE1" w:rsidP="00876E0C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SLUŠANJE</w:t>
            </w:r>
          </w:p>
        </w:tc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BFAE182" w14:textId="77777777" w:rsidR="00A17BE1" w:rsidRPr="00A3685C" w:rsidRDefault="00A17BE1" w:rsidP="00876E0C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ODLUKA</w:t>
            </w:r>
          </w:p>
        </w:tc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AA1EBB" w14:textId="77777777" w:rsidR="00A17BE1" w:rsidRPr="00A3685C" w:rsidRDefault="00A17BE1" w:rsidP="00876E0C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DJELO</w:t>
            </w:r>
          </w:p>
        </w:tc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369B1FE" w14:textId="77777777" w:rsidR="00A17BE1" w:rsidRPr="00A3685C" w:rsidRDefault="00A17BE1" w:rsidP="00876E0C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VJERNOST</w:t>
            </w:r>
          </w:p>
        </w:tc>
      </w:tr>
      <w:tr w:rsidR="00A17BE1" w14:paraId="1680ECB1" w14:textId="77777777" w:rsidTr="00876E0C">
        <w:trPr>
          <w:cantSplit/>
          <w:jc w:val="center"/>
        </w:trPr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F00D032" w14:textId="77777777" w:rsidR="00A17BE1" w:rsidRPr="00A3685C" w:rsidRDefault="00A17BE1" w:rsidP="00876E0C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HOSANA</w:t>
            </w:r>
          </w:p>
        </w:tc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D4012F1" w14:textId="77777777" w:rsidR="00A17BE1" w:rsidRDefault="00A17BE1" w:rsidP="00876E0C">
            <w:pPr>
              <w:jc w:val="center"/>
            </w:pPr>
            <w:r>
              <w:rPr>
                <w:sz w:val="34"/>
              </w:rPr>
              <w:t>___________</w:t>
            </w:r>
          </w:p>
        </w:tc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E2355EE" w14:textId="77777777" w:rsidR="00A17BE1" w:rsidRDefault="00A17BE1" w:rsidP="00876E0C">
            <w:pPr>
              <w:jc w:val="center"/>
            </w:pPr>
            <w:r>
              <w:rPr>
                <w:sz w:val="34"/>
              </w:rPr>
              <w:t>___________</w:t>
            </w:r>
          </w:p>
        </w:tc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CA47602" w14:textId="77777777" w:rsidR="00A17BE1" w:rsidRDefault="00A17BE1" w:rsidP="00876E0C">
            <w:pPr>
              <w:jc w:val="center"/>
            </w:pPr>
            <w:r>
              <w:rPr>
                <w:sz w:val="34"/>
              </w:rPr>
              <w:t>___________</w:t>
            </w:r>
          </w:p>
        </w:tc>
        <w:tc>
          <w:tcPr>
            <w:tcW w:w="213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C500FF5" w14:textId="77777777" w:rsidR="00A17BE1" w:rsidRDefault="00A17BE1" w:rsidP="00876E0C">
            <w:pPr>
              <w:jc w:val="center"/>
            </w:pPr>
            <w:r>
              <w:rPr>
                <w:sz w:val="34"/>
              </w:rPr>
              <w:t>___________</w:t>
            </w:r>
          </w:p>
        </w:tc>
      </w:tr>
    </w:tbl>
    <w:p w14:paraId="5CD0AAEA" w14:textId="120CB842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11: Doček koji se vidi u djelima </w:t>
      </w:r>
      <w:r>
        <w:rPr>
          <w:i/>
          <w:color w:val="6B6B6B"/>
          <w:sz w:val="21"/>
        </w:rPr>
        <w:t>(individualni rad, 7 minuta)</w:t>
      </w:r>
    </w:p>
    <w:p w14:paraId="4C39AB20" w14:textId="77777777" w:rsidR="004877B3" w:rsidRDefault="000E61E5">
      <w:pPr>
        <w:jc w:val="both"/>
      </w:pPr>
      <w:r>
        <w:t>Učenici će odabrati jednu vrednotu kraljevstva Božjega i napisati jedan siguran postupak kojim je mogu živjeti ovaj tjedan.</w:t>
      </w:r>
    </w:p>
    <w:p w14:paraId="5B66B57A" w14:textId="77777777" w:rsidR="004877B3" w:rsidRDefault="000E61E5">
      <w:pPr>
        <w:jc w:val="both"/>
      </w:pPr>
      <w:r>
        <w:rPr>
          <w:i/>
          <w:color w:val="6B6B6B"/>
          <w:sz w:val="21"/>
        </w:rPr>
        <w:t>Rješenje: Moguće: mir – govorim bez vrijeđanja; dobrota – pomažem ukućanima; istina – priznajem pogrešku; oprost – prvi pružam ruku pomirenja.</w:t>
      </w:r>
    </w:p>
    <w:p w14:paraId="416E4932" w14:textId="77777777" w:rsidR="00A17BE1" w:rsidRDefault="00A17BE1"/>
    <w:p w14:paraId="36DDF97B" w14:textId="77777777" w:rsidR="00A17BE1" w:rsidRDefault="00A17BE1"/>
    <w:p w14:paraId="0E4CF4C5" w14:textId="3EFACED8" w:rsidR="004877B3" w:rsidRDefault="000E61E5"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7279"/>
      </w:tblGrid>
      <w:tr w:rsidR="004877B3" w14:paraId="5CFE530D" w14:textId="77777777">
        <w:trPr>
          <w:cantSplit/>
          <w:tblHeader/>
          <w:jc w:val="center"/>
        </w:trPr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956EF2D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VREDNOTA</w:t>
            </w:r>
          </w:p>
        </w:tc>
        <w:tc>
          <w:tcPr>
            <w:tcW w:w="72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722615F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KONKRETAN POSTUPAK</w:t>
            </w:r>
          </w:p>
        </w:tc>
      </w:tr>
      <w:tr w:rsidR="004877B3" w14:paraId="363FEB8C" w14:textId="77777777">
        <w:trPr>
          <w:cantSplit/>
          <w:jc w:val="center"/>
        </w:trPr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3C4F5E3" w14:textId="535CFA0A" w:rsidR="004877B3" w:rsidRDefault="000E61E5">
            <w:pPr>
              <w:jc w:val="center"/>
            </w:pPr>
            <w:r>
              <w:rPr>
                <w:sz w:val="36"/>
              </w:rPr>
              <w:t>_________________</w:t>
            </w:r>
          </w:p>
        </w:tc>
        <w:tc>
          <w:tcPr>
            <w:tcW w:w="727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619C8F9" w14:textId="51418806" w:rsidR="004877B3" w:rsidRDefault="000E61E5">
            <w:pPr>
              <w:jc w:val="center"/>
            </w:pPr>
            <w:r>
              <w:rPr>
                <w:sz w:val="36"/>
              </w:rPr>
              <w:t>_______________________________________</w:t>
            </w:r>
          </w:p>
        </w:tc>
      </w:tr>
    </w:tbl>
    <w:p w14:paraId="4D3C33B3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12: Učimo iz umjetnosti </w:t>
      </w:r>
      <w:r>
        <w:rPr>
          <w:i/>
          <w:color w:val="6B6B6B"/>
          <w:sz w:val="21"/>
        </w:rPr>
        <w:t>(rad u paru i razgovor, 9 minuta)</w:t>
      </w:r>
    </w:p>
    <w:p w14:paraId="19982BB4" w14:textId="77777777" w:rsidR="004877B3" w:rsidRDefault="000E61E5">
      <w:pPr>
        <w:jc w:val="both"/>
      </w:pPr>
      <w:r>
        <w:t>Učenici će promotriti Giottovu fresku „Ulazak u Jeruzalem“. Najprije opažaju cjelinu, boje, likove, pokrete i raspored, a tek zatim povezuju djelo s biblijskim događajem.</w:t>
      </w:r>
    </w:p>
    <w:p w14:paraId="217EC170" w14:textId="77777777" w:rsidR="00A17BE1" w:rsidRDefault="00A17BE1">
      <w:pPr>
        <w:rPr>
          <w:b/>
        </w:rPr>
      </w:pPr>
    </w:p>
    <w:p w14:paraId="7DD14B6A" w14:textId="5A0C35F4" w:rsidR="004877B3" w:rsidRDefault="000E61E5">
      <w:r>
        <w:rPr>
          <w:b/>
        </w:rPr>
        <w:t>Informativno o umjetniku:</w:t>
      </w:r>
    </w:p>
    <w:p w14:paraId="61471618" w14:textId="77777777" w:rsidR="004877B3" w:rsidRDefault="000E61E5">
      <w:pPr>
        <w:jc w:val="both"/>
      </w:pPr>
      <w:r w:rsidRPr="00A17BE1">
        <w:rPr>
          <w:color w:val="0070C0"/>
        </w:rPr>
        <w:t xml:space="preserve">Giotto di Bondone </w:t>
      </w:r>
      <w:r>
        <w:t>(oko 1267.–1337.) bio je talijanski slikar i graditelj. Poznat je po freskama jasnih prizora i izražajnih likova. Ciklus u kapeli Scrovegni u Padovi pripovijeda događaje iz Isusova života.</w:t>
      </w:r>
    </w:p>
    <w:p w14:paraId="353F316A" w14:textId="77777777" w:rsidR="00A17BE1" w:rsidRDefault="00A17BE1" w:rsidP="00A17BE1"/>
    <w:p w14:paraId="7F2788D5" w14:textId="77777777" w:rsidR="004877B3" w:rsidRDefault="000E61E5">
      <w:pPr>
        <w:spacing w:before="40"/>
        <w:jc w:val="center"/>
      </w:pPr>
      <w:r>
        <w:rPr>
          <w:noProof/>
        </w:rPr>
        <w:drawing>
          <wp:inline distT="0" distB="0" distL="0" distR="0" wp14:anchorId="5940D10D" wp14:editId="2E9B4C41">
            <wp:extent cx="4431600" cy="32400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otto_entry_jerusalem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316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945B9" w14:textId="77777777" w:rsidR="004877B3" w:rsidRDefault="000E61E5">
      <w:pPr>
        <w:jc w:val="center"/>
      </w:pPr>
      <w:r>
        <w:rPr>
          <w:i/>
          <w:color w:val="6B6B6B"/>
          <w:sz w:val="21"/>
        </w:rPr>
        <w:t>Giotto di Bondone, Ulazak u Jeruzalem – freska u kapeli Scrovegni, Padova (javno dobro)</w:t>
      </w:r>
    </w:p>
    <w:p w14:paraId="5ED5D685" w14:textId="77777777" w:rsidR="00A17BE1" w:rsidRDefault="00A17BE1">
      <w:pPr>
        <w:rPr>
          <w:b/>
        </w:rPr>
      </w:pPr>
    </w:p>
    <w:p w14:paraId="20B484E1" w14:textId="798AD9E3" w:rsidR="004877B3" w:rsidRPr="00A17BE1" w:rsidRDefault="000E61E5">
      <w:pPr>
        <w:rPr>
          <w:bCs/>
        </w:rPr>
      </w:pPr>
      <w:r w:rsidRPr="00A17BE1">
        <w:rPr>
          <w:bCs/>
        </w:rPr>
        <w:t>Razgovor:</w:t>
      </w:r>
    </w:p>
    <w:p w14:paraId="485A67D5" w14:textId="6C5D58DB" w:rsidR="004877B3" w:rsidRDefault="000E61E5" w:rsidP="00A17BE1">
      <w:pPr>
        <w:pStyle w:val="Odlomakpopisa"/>
        <w:numPr>
          <w:ilvl w:val="0"/>
          <w:numId w:val="23"/>
        </w:numPr>
        <w:jc w:val="both"/>
      </w:pPr>
      <w:r>
        <w:t xml:space="preserve">Što prvo privlači pogled? </w:t>
      </w:r>
      <w:r w:rsidRPr="00C00659">
        <w:rPr>
          <w:color w:val="6B6B6B"/>
          <w:sz w:val="18"/>
          <w:szCs w:val="18"/>
        </w:rPr>
        <w:t>(Isus u središtu, magarac i skupine ljudi koje mu prilaze.)</w:t>
      </w:r>
    </w:p>
    <w:p w14:paraId="4F4E23C7" w14:textId="3B0CC4E3" w:rsidR="004877B3" w:rsidRDefault="000E61E5" w:rsidP="00A17BE1">
      <w:pPr>
        <w:pStyle w:val="Odlomakpopisa"/>
        <w:numPr>
          <w:ilvl w:val="0"/>
          <w:numId w:val="23"/>
        </w:numPr>
        <w:jc w:val="both"/>
      </w:pPr>
      <w:r>
        <w:t xml:space="preserve">Kako su likovi raspoređeni? </w:t>
      </w:r>
      <w:r w:rsidRPr="00C00659">
        <w:rPr>
          <w:color w:val="6B6B6B"/>
          <w:sz w:val="18"/>
          <w:szCs w:val="18"/>
        </w:rPr>
        <w:t>(Učenici su iza Isusa, a stanovnici Jeruzalema ispred njega; prizor se susreće u sredini.)</w:t>
      </w:r>
    </w:p>
    <w:p w14:paraId="03BF7B7D" w14:textId="73EA1A65" w:rsidR="004877B3" w:rsidRDefault="000E61E5" w:rsidP="00A17BE1">
      <w:pPr>
        <w:pStyle w:val="Odlomakpopisa"/>
        <w:numPr>
          <w:ilvl w:val="0"/>
          <w:numId w:val="23"/>
        </w:numPr>
        <w:jc w:val="both"/>
      </w:pPr>
      <w:r>
        <w:t xml:space="preserve">Koje geste pokazuju dobrodošlicu? </w:t>
      </w:r>
      <w:r w:rsidRPr="00C00659">
        <w:rPr>
          <w:color w:val="6B6B6B"/>
          <w:sz w:val="18"/>
          <w:szCs w:val="18"/>
        </w:rPr>
        <w:t>(Podizanje ruku, prostiranje tkanine i grančice u rukama.)</w:t>
      </w:r>
    </w:p>
    <w:p w14:paraId="63F116FE" w14:textId="77037E0A" w:rsidR="004877B3" w:rsidRDefault="000E61E5" w:rsidP="00A17BE1">
      <w:pPr>
        <w:pStyle w:val="Odlomakpopisa"/>
        <w:numPr>
          <w:ilvl w:val="0"/>
          <w:numId w:val="23"/>
        </w:numPr>
        <w:jc w:val="both"/>
      </w:pPr>
      <w:r>
        <w:t xml:space="preserve">Kako grad i stabla pomažu razumjeti mjesto i događaj? </w:t>
      </w:r>
      <w:r w:rsidRPr="00C00659">
        <w:rPr>
          <w:color w:val="6B6B6B"/>
          <w:sz w:val="18"/>
          <w:szCs w:val="18"/>
        </w:rPr>
        <w:t>(Grad označuje Jeruzalem, a ljudi na stablima beru grančice za doček.)</w:t>
      </w:r>
    </w:p>
    <w:p w14:paraId="330BEB09" w14:textId="5C072E75" w:rsidR="004877B3" w:rsidRDefault="000E61E5" w:rsidP="00A17BE1">
      <w:pPr>
        <w:pStyle w:val="Odlomakpopisa"/>
        <w:numPr>
          <w:ilvl w:val="0"/>
          <w:numId w:val="23"/>
        </w:numPr>
        <w:jc w:val="both"/>
      </w:pPr>
      <w:r>
        <w:t xml:space="preserve">Koji biblijski trenutak slika prikazuje? </w:t>
      </w:r>
      <w:r w:rsidRPr="00C00659">
        <w:rPr>
          <w:color w:val="6B6B6B"/>
          <w:sz w:val="18"/>
          <w:szCs w:val="18"/>
        </w:rPr>
        <w:t>(Isusov svečani ulazak u Jeruzalem.)</w:t>
      </w:r>
    </w:p>
    <w:p w14:paraId="6B448D29" w14:textId="1A8E1CD7" w:rsidR="004877B3" w:rsidRDefault="000E61E5" w:rsidP="00A17BE1">
      <w:pPr>
        <w:pStyle w:val="Odlomakpopisa"/>
        <w:numPr>
          <w:ilvl w:val="0"/>
          <w:numId w:val="23"/>
        </w:numPr>
        <w:jc w:val="both"/>
      </w:pPr>
      <w:r>
        <w:t xml:space="preserve">Koja poruka proizlazi iz Isusova držanja i magarca? </w:t>
      </w:r>
      <w:r w:rsidRPr="00C00659">
        <w:rPr>
          <w:color w:val="6B6B6B"/>
          <w:sz w:val="18"/>
          <w:szCs w:val="18"/>
        </w:rPr>
        <w:t>(Isus dolazi mirno i ponizno, bez pokazivanja sile.)</w:t>
      </w:r>
    </w:p>
    <w:p w14:paraId="3FE85661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13: Grančica za Isusa </w:t>
      </w:r>
      <w:r>
        <w:rPr>
          <w:i/>
          <w:color w:val="6B6B6B"/>
          <w:sz w:val="21"/>
        </w:rPr>
        <w:t>(individualni rad – crtanje bojicama, 8 minuta)</w:t>
      </w:r>
    </w:p>
    <w:p w14:paraId="4F46A413" w14:textId="77777777" w:rsidR="004877B3" w:rsidRDefault="000E61E5">
      <w:pPr>
        <w:jc w:val="both"/>
      </w:pPr>
      <w:r>
        <w:t>Učenici će u šest listova grančice upisati i jednostavnim simbolom prikazati dobra djela kojima žele dočekati Isusa: DOBROTA, MIR, ISTINA, POMOĆ, OPROST i MOLITVA. Ne upisuju privatne podatke ni imena osoba.</w:t>
      </w:r>
    </w:p>
    <w:p w14:paraId="092E0FAA" w14:textId="77777777" w:rsidR="00C633D1" w:rsidRDefault="00C633D1"/>
    <w:p w14:paraId="641148C3" w14:textId="34179EA6" w:rsidR="004877B3" w:rsidRDefault="000E61E5">
      <w:r>
        <w:t>Radni predložak:</w:t>
      </w:r>
    </w:p>
    <w:p w14:paraId="4B5862DF" w14:textId="77777777" w:rsidR="00A3685C" w:rsidRDefault="00C633D1" w:rsidP="00A3685C">
      <w:pPr>
        <w:spacing w:before="40"/>
        <w:jc w:val="center"/>
      </w:pPr>
      <w:r w:rsidRPr="00C633D1">
        <w:rPr>
          <w:noProof/>
        </w:rPr>
        <w:drawing>
          <wp:inline distT="0" distB="0" distL="0" distR="0" wp14:anchorId="274FE2FB" wp14:editId="1AF4957D">
            <wp:extent cx="2430000" cy="3240000"/>
            <wp:effectExtent l="0" t="0" r="8890" b="0"/>
            <wp:docPr id="85703035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3035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E891A" w14:textId="4DEE55A4" w:rsidR="004877B3" w:rsidRPr="00A3685C" w:rsidRDefault="000E61E5" w:rsidP="00A3685C">
      <w:pPr>
        <w:spacing w:before="40"/>
      </w:pPr>
      <w:r w:rsidRPr="00C00659">
        <w:rPr>
          <w:i/>
          <w:iCs/>
          <w:color w:val="808080" w:themeColor="background1" w:themeShade="80"/>
        </w:rPr>
        <w:t>Mogući primjer rješenja:</w:t>
      </w:r>
    </w:p>
    <w:p w14:paraId="596E82C9" w14:textId="048AA275" w:rsidR="004877B3" w:rsidRDefault="00C00659">
      <w:pPr>
        <w:spacing w:before="40"/>
        <w:jc w:val="center"/>
      </w:pPr>
      <w:r w:rsidRPr="00C00659">
        <w:rPr>
          <w:noProof/>
        </w:rPr>
        <w:drawing>
          <wp:inline distT="0" distB="0" distL="0" distR="0" wp14:anchorId="55870C17" wp14:editId="1EC188C0">
            <wp:extent cx="2638800" cy="3240000"/>
            <wp:effectExtent l="0" t="0" r="9525" b="0"/>
            <wp:docPr id="192771583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15839" name=""/>
                    <pic:cNvPicPr/>
                  </pic:nvPicPr>
                  <pic:blipFill rotWithShape="1">
                    <a:blip r:embed="rId16"/>
                    <a:srcRect b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C38C6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14: Put plašteva </w:t>
      </w:r>
      <w:r>
        <w:rPr>
          <w:i/>
          <w:color w:val="6B6B6B"/>
          <w:sz w:val="21"/>
        </w:rPr>
        <w:t>(individualni rad – crtanje bojicama, 8 minuta)</w:t>
      </w:r>
    </w:p>
    <w:p w14:paraId="273B0961" w14:textId="77777777" w:rsidR="004877B3" w:rsidRDefault="000E61E5">
      <w:pPr>
        <w:jc w:val="both"/>
      </w:pPr>
      <w:r>
        <w:t>Učenici će na širokome putu nacrtati plašteve, grančice i Isusa na magarcu. Ispod prizora pišu jednu kratku rečenicu: „Isus dolazi kao kralj mira.“ Ne crtaju nasilne pojedinosti kasnijih događaja.</w:t>
      </w:r>
    </w:p>
    <w:p w14:paraId="1EE3950C" w14:textId="77777777" w:rsidR="004877B3" w:rsidRDefault="000E61E5">
      <w:r>
        <w:t>Radni predložak:</w:t>
      </w:r>
    </w:p>
    <w:p w14:paraId="72099852" w14:textId="078CE27B" w:rsidR="00C00659" w:rsidRPr="00C00659" w:rsidRDefault="00C00659" w:rsidP="00C0065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C00659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3DF4C3D5" wp14:editId="72900F18">
            <wp:extent cx="5760000" cy="3240000"/>
            <wp:effectExtent l="0" t="0" r="0" b="0"/>
            <wp:docPr id="39321063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9B9CA" w14:textId="01A7F217" w:rsidR="004877B3" w:rsidRDefault="004877B3">
      <w:pPr>
        <w:spacing w:before="40"/>
        <w:jc w:val="center"/>
      </w:pPr>
    </w:p>
    <w:p w14:paraId="61FB0A09" w14:textId="77777777" w:rsidR="00A3685C" w:rsidRDefault="00A3685C">
      <w:pPr>
        <w:rPr>
          <w:i/>
          <w:iCs/>
          <w:color w:val="808080" w:themeColor="background1" w:themeShade="80"/>
        </w:rPr>
      </w:pPr>
    </w:p>
    <w:p w14:paraId="475F0CCA" w14:textId="77777777" w:rsidR="00A3685C" w:rsidRDefault="00A3685C">
      <w:pPr>
        <w:rPr>
          <w:i/>
          <w:iCs/>
          <w:color w:val="808080" w:themeColor="background1" w:themeShade="80"/>
        </w:rPr>
      </w:pPr>
    </w:p>
    <w:p w14:paraId="09E18ADD" w14:textId="77777777" w:rsidR="00A3685C" w:rsidRDefault="00A3685C">
      <w:pPr>
        <w:rPr>
          <w:i/>
          <w:iCs/>
          <w:color w:val="808080" w:themeColor="background1" w:themeShade="80"/>
        </w:rPr>
      </w:pPr>
    </w:p>
    <w:p w14:paraId="06026C87" w14:textId="77777777" w:rsidR="00A3685C" w:rsidRDefault="00A3685C">
      <w:pPr>
        <w:rPr>
          <w:i/>
          <w:iCs/>
          <w:color w:val="808080" w:themeColor="background1" w:themeShade="80"/>
        </w:rPr>
      </w:pPr>
    </w:p>
    <w:p w14:paraId="7094F066" w14:textId="77777777" w:rsidR="00A3685C" w:rsidRDefault="00A3685C">
      <w:pPr>
        <w:rPr>
          <w:i/>
          <w:iCs/>
          <w:color w:val="808080" w:themeColor="background1" w:themeShade="80"/>
        </w:rPr>
      </w:pPr>
    </w:p>
    <w:p w14:paraId="0DC193DA" w14:textId="77777777" w:rsidR="00A3685C" w:rsidRDefault="00A3685C">
      <w:pPr>
        <w:rPr>
          <w:i/>
          <w:iCs/>
          <w:color w:val="808080" w:themeColor="background1" w:themeShade="80"/>
        </w:rPr>
      </w:pPr>
    </w:p>
    <w:p w14:paraId="0AB9385A" w14:textId="1CD7616F" w:rsidR="004877B3" w:rsidRPr="00C00659" w:rsidRDefault="000E61E5">
      <w:pPr>
        <w:rPr>
          <w:i/>
          <w:iCs/>
          <w:color w:val="808080" w:themeColor="background1" w:themeShade="80"/>
        </w:rPr>
      </w:pPr>
      <w:r w:rsidRPr="00C00659">
        <w:rPr>
          <w:i/>
          <w:iCs/>
          <w:color w:val="808080" w:themeColor="background1" w:themeShade="80"/>
        </w:rPr>
        <w:t>Mogući primjer rješenja:</w:t>
      </w:r>
    </w:p>
    <w:p w14:paraId="33F5B6C3" w14:textId="4024A12B" w:rsidR="00C00659" w:rsidRPr="00C00659" w:rsidRDefault="00C00659" w:rsidP="00C0065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C00659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345174AC" wp14:editId="4298636F">
            <wp:extent cx="5760000" cy="3240000"/>
            <wp:effectExtent l="0" t="0" r="0" b="0"/>
            <wp:docPr id="261251322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AE34D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15: Poučna priča </w:t>
      </w:r>
      <w:r>
        <w:rPr>
          <w:i/>
          <w:color w:val="6B6B6B"/>
          <w:sz w:val="21"/>
        </w:rPr>
        <w:t>(individualni rad i razgovor, 8 minuta)</w:t>
      </w:r>
    </w:p>
    <w:p w14:paraId="21AEDD5D" w14:textId="77777777" w:rsidR="004877B3" w:rsidRDefault="000E61E5">
      <w:pPr>
        <w:jc w:val="both"/>
        <w:rPr>
          <w:i/>
        </w:rPr>
      </w:pPr>
      <w:r>
        <w:rPr>
          <w:i/>
        </w:rPr>
        <w:t>Vjeroučitelj će pročitati poučnu priču.</w:t>
      </w:r>
    </w:p>
    <w:p w14:paraId="7EF06CC7" w14:textId="77777777" w:rsidR="00C00659" w:rsidRDefault="00C00659">
      <w:pPr>
        <w:jc w:val="both"/>
      </w:pPr>
    </w:p>
    <w:p w14:paraId="4C6EEAD6" w14:textId="77777777" w:rsidR="004877B3" w:rsidRDefault="000E61E5">
      <w:r>
        <w:rPr>
          <w:b/>
        </w:rPr>
        <w:t>Grančica na prozoru</w:t>
      </w:r>
    </w:p>
    <w:p w14:paraId="5633FA78" w14:textId="77777777" w:rsidR="004877B3" w:rsidRDefault="000E61E5">
      <w:pPr>
        <w:jc w:val="both"/>
      </w:pPr>
      <w:r>
        <w:t>Uoči Cvjetnice baka Mira stavila je maslinovu grančicu pokraj prozora. Unuk Lovro pitao je znači li to da je njihov dom posebno važan. Baka se nasmiješila: „Grančica nije medalja za kuću. Ona nas podsjeća koga dočekujemo.“ Toga jutra susjedu je pukla vrećica s namirnicama. Lovro je požurio pomoći, ali je ubrzo rekao: „Sada će svi vidjeti da sam učinio dobro.“ Baka mu je tiho odgovorila: „Isus je u Jeruzalem ušao bez pokazivanja moći. Najljepša dobrodošlica nije ona koja traži pljesak.“ Lovro je podignuo preostale stvari i odnio ih do susjedovih vrata. Kasnije je pogledao grančicu na prozoru i shvatio da „Hosana“ može biti i tiho djelo mira koje nitko ne fotografira.</w:t>
      </w:r>
    </w:p>
    <w:p w14:paraId="11FC3FAA" w14:textId="77777777" w:rsidR="00C00659" w:rsidRDefault="00C00659">
      <w:pPr>
        <w:rPr>
          <w:b/>
        </w:rPr>
      </w:pPr>
    </w:p>
    <w:p w14:paraId="231CA88F" w14:textId="688A055A" w:rsidR="004877B3" w:rsidRPr="00C00659" w:rsidRDefault="000E61E5">
      <w:pPr>
        <w:rPr>
          <w:bCs/>
        </w:rPr>
      </w:pPr>
      <w:r w:rsidRPr="00C00659">
        <w:rPr>
          <w:bCs/>
        </w:rPr>
        <w:t>Razgovor:</w:t>
      </w:r>
    </w:p>
    <w:p w14:paraId="1D7B3D0F" w14:textId="2D467865" w:rsidR="004877B3" w:rsidRDefault="000E61E5" w:rsidP="00C00659">
      <w:pPr>
        <w:pStyle w:val="Odlomakpopisa"/>
        <w:numPr>
          <w:ilvl w:val="0"/>
          <w:numId w:val="26"/>
        </w:numPr>
        <w:jc w:val="both"/>
      </w:pPr>
      <w:r>
        <w:t xml:space="preserve">Što je Lovro isprva očekivao od dobroga djela? </w:t>
      </w:r>
      <w:r w:rsidRPr="00C00659">
        <w:rPr>
          <w:color w:val="6B6B6B"/>
          <w:sz w:val="18"/>
          <w:szCs w:val="18"/>
        </w:rPr>
        <w:t>(Da ga drugi primijete i pohvale.)</w:t>
      </w:r>
    </w:p>
    <w:p w14:paraId="1BE22A63" w14:textId="33F120A8" w:rsidR="004877B3" w:rsidRDefault="000E61E5" w:rsidP="00C00659">
      <w:pPr>
        <w:pStyle w:val="Odlomakpopisa"/>
        <w:numPr>
          <w:ilvl w:val="0"/>
          <w:numId w:val="26"/>
        </w:numPr>
        <w:jc w:val="both"/>
      </w:pPr>
      <w:r>
        <w:t xml:space="preserve">Kako je baka povezala grančicu i Isusov ulazak u Jeruzalem? </w:t>
      </w:r>
      <w:r w:rsidRPr="00C00659">
        <w:rPr>
          <w:color w:val="6B6B6B"/>
          <w:sz w:val="18"/>
          <w:szCs w:val="18"/>
        </w:rPr>
        <w:t>(Podsjetila ga je na poniznost i dobro koje se čini bez traženja pljeska.)</w:t>
      </w:r>
    </w:p>
    <w:p w14:paraId="7EC7ED3B" w14:textId="77777777" w:rsidR="00C00659" w:rsidRDefault="00C00659">
      <w:pPr>
        <w:jc w:val="both"/>
      </w:pPr>
    </w:p>
    <w:p w14:paraId="4E80EBCF" w14:textId="15231ACD" w:rsidR="004877B3" w:rsidRDefault="000E61E5">
      <w:pPr>
        <w:jc w:val="both"/>
      </w:pPr>
      <w:r w:rsidRPr="00C00659">
        <w:rPr>
          <w:b/>
          <w:bCs/>
        </w:rPr>
        <w:t xml:space="preserve">Pouka: </w:t>
      </w:r>
      <w:r>
        <w:t>Isusa dočekujemo poniznim djelima mira i dobrote, a ne samo riječima i vanjskim znakovima.</w:t>
      </w:r>
    </w:p>
    <w:p w14:paraId="42E347DB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16: Zapišimo! </w:t>
      </w:r>
      <w:r>
        <w:rPr>
          <w:i/>
          <w:color w:val="6B6B6B"/>
          <w:sz w:val="21"/>
        </w:rPr>
        <w:t>(individualni rad uz zajedničku provjeru, 6 minuta)</w:t>
      </w:r>
    </w:p>
    <w:p w14:paraId="2448665D" w14:textId="77777777" w:rsidR="004877B3" w:rsidRDefault="000E61E5">
      <w:pPr>
        <w:jc w:val="both"/>
      </w:pPr>
      <w:r>
        <w:t>Učenici će dopuniti četiri kratke rečenice.</w:t>
      </w:r>
    </w:p>
    <w:p w14:paraId="088BD468" w14:textId="30E3C180" w:rsidR="004877B3" w:rsidRDefault="000E61E5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Jeruzalem; magar</w:t>
      </w:r>
      <w:r w:rsidR="00C00659">
        <w:rPr>
          <w:i/>
          <w:color w:val="6B6B6B"/>
          <w:sz w:val="21"/>
        </w:rPr>
        <w:t>cu</w:t>
      </w:r>
      <w:r>
        <w:rPr>
          <w:i/>
          <w:color w:val="6B6B6B"/>
          <w:sz w:val="21"/>
        </w:rPr>
        <w:t xml:space="preserve">; Hosana; </w:t>
      </w:r>
      <w:r w:rsidR="00C00659">
        <w:rPr>
          <w:i/>
          <w:color w:val="6B6B6B"/>
          <w:sz w:val="21"/>
        </w:rPr>
        <w:t>Veliki tjedan</w:t>
      </w:r>
      <w:r>
        <w:rPr>
          <w:i/>
          <w:color w:val="6B6B6B"/>
          <w:sz w:val="21"/>
        </w:rPr>
        <w:t>.</w:t>
      </w:r>
    </w:p>
    <w:p w14:paraId="3C46E32A" w14:textId="77777777" w:rsidR="00C00659" w:rsidRDefault="00C00659">
      <w:pPr>
        <w:jc w:val="both"/>
        <w:rPr>
          <w:i/>
          <w:color w:val="6B6B6B"/>
          <w:sz w:val="21"/>
        </w:rPr>
      </w:pPr>
    </w:p>
    <w:p w14:paraId="4BE81D9A" w14:textId="77777777" w:rsidR="00C00659" w:rsidRDefault="00C00659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877B3" w14:paraId="445E3033" w14:textId="77777777" w:rsidTr="00FC65F6">
        <w:trPr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2C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DEC1334" w14:textId="77777777" w:rsidR="00FC65F6" w:rsidRDefault="000E61E5" w:rsidP="00FC65F6">
            <w:pPr>
              <w:jc w:val="center"/>
              <w:rPr>
                <w:b/>
                <w:color w:val="C96A00"/>
                <w:sz w:val="48"/>
                <w:szCs w:val="48"/>
              </w:rPr>
            </w:pPr>
            <w:r w:rsidRPr="00C00659">
              <w:rPr>
                <w:b/>
                <w:color w:val="C96A00"/>
                <w:sz w:val="48"/>
                <w:szCs w:val="48"/>
              </w:rPr>
              <w:t>CVJETNICA</w:t>
            </w:r>
          </w:p>
          <w:p w14:paraId="77604C5B" w14:textId="04FBE0CF" w:rsidR="004877B3" w:rsidRPr="00FC65F6" w:rsidRDefault="000E61E5" w:rsidP="00FC65F6">
            <w:pPr>
              <w:widowControl w:val="0"/>
              <w:rPr>
                <w:b/>
                <w:color w:val="C96A00"/>
                <w:sz w:val="48"/>
                <w:szCs w:val="48"/>
              </w:rPr>
            </w:pPr>
            <w:r w:rsidRPr="00FC65F6">
              <w:rPr>
                <w:b/>
                <w:color w:val="C96A00"/>
                <w:sz w:val="20"/>
                <w:szCs w:val="20"/>
              </w:rPr>
              <w:br/>
            </w:r>
            <w:r w:rsidRPr="00C00659">
              <w:rPr>
                <w:sz w:val="48"/>
                <w:szCs w:val="48"/>
              </w:rPr>
              <w:t>Isus ulazi u ____________________.</w:t>
            </w:r>
            <w:r w:rsidRPr="00C00659">
              <w:rPr>
                <w:sz w:val="48"/>
                <w:szCs w:val="48"/>
              </w:rPr>
              <w:br/>
              <w:t>Dolazi na ____________________ kao kralj mira.</w:t>
            </w:r>
            <w:r w:rsidRPr="00C00659">
              <w:rPr>
                <w:sz w:val="48"/>
                <w:szCs w:val="48"/>
              </w:rPr>
              <w:br/>
              <w:t>Mnoštvo kliče: „____________________!“</w:t>
            </w:r>
            <w:r w:rsidRPr="00C00659">
              <w:rPr>
                <w:sz w:val="48"/>
                <w:szCs w:val="48"/>
              </w:rPr>
              <w:br/>
              <w:t>Cvjetnicom započinje ____________________.</w:t>
            </w:r>
          </w:p>
        </w:tc>
      </w:tr>
    </w:tbl>
    <w:p w14:paraId="6C6BF927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17: Radni listić </w:t>
      </w:r>
      <w:r>
        <w:rPr>
          <w:i/>
          <w:color w:val="6B6B6B"/>
          <w:sz w:val="21"/>
        </w:rPr>
        <w:t>(individualni rad uz zajedničku provjeru, približno 10 minuta)</w:t>
      </w:r>
    </w:p>
    <w:p w14:paraId="05424B34" w14:textId="77777777" w:rsidR="004877B3" w:rsidRDefault="000E61E5">
      <w:pPr>
        <w:jc w:val="both"/>
      </w:pPr>
      <w:r>
        <w:t>Učenici će riješiti kratki radni listić: povezati pojmove, urediti slijed i napisati jednu poruku.</w:t>
      </w:r>
    </w:p>
    <w:p w14:paraId="3A42BA0F" w14:textId="77777777" w:rsidR="00C00659" w:rsidRDefault="00C00659"/>
    <w:p w14:paraId="75170684" w14:textId="77777777" w:rsidR="00C00659" w:rsidRDefault="00C00659"/>
    <w:p w14:paraId="5B4BAB15" w14:textId="2CE8ABE4" w:rsidR="004877B3" w:rsidRDefault="000E61E5"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6032"/>
      </w:tblGrid>
      <w:tr w:rsidR="004877B3" w14:paraId="2256ECF7" w14:textId="77777777">
        <w:trPr>
          <w:cantSplit/>
          <w:tblHeader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0EF3061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ZADATAK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31FB45B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/>
                <w:sz w:val="40"/>
                <w:szCs w:val="40"/>
              </w:rPr>
              <w:t>ODGOVOR</w:t>
            </w:r>
          </w:p>
        </w:tc>
      </w:tr>
      <w:tr w:rsidR="004877B3" w14:paraId="707F73E6" w14:textId="77777777">
        <w:trPr>
          <w:cantSplit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BCD7FF1" w14:textId="77777777" w:rsidR="004877B3" w:rsidRDefault="000E61E5">
            <w:pPr>
              <w:jc w:val="center"/>
            </w:pPr>
            <w:r w:rsidRPr="00A3685C">
              <w:rPr>
                <w:sz w:val="40"/>
                <w:szCs w:val="40"/>
              </w:rPr>
              <w:t xml:space="preserve">MAGARAC – </w:t>
            </w:r>
            <w:r>
              <w:rPr>
                <w:sz w:val="36"/>
              </w:rPr>
              <w:t>____________________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5B233F1" w14:textId="6894A421" w:rsidR="004877B3" w:rsidRPr="00A3685C" w:rsidRDefault="00C00659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sila /</w:t>
            </w:r>
            <w:r w:rsidR="000C09B0" w:rsidRPr="00A3685C">
              <w:rPr>
                <w:sz w:val="40"/>
                <w:szCs w:val="40"/>
              </w:rPr>
              <w:t xml:space="preserve"> </w:t>
            </w:r>
            <w:r w:rsidRPr="00A3685C">
              <w:rPr>
                <w:sz w:val="40"/>
                <w:szCs w:val="40"/>
              </w:rPr>
              <w:t>mir / bogatstvo</w:t>
            </w:r>
          </w:p>
        </w:tc>
      </w:tr>
      <w:tr w:rsidR="004877B3" w14:paraId="321EB6E9" w14:textId="77777777">
        <w:trPr>
          <w:cantSplit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48E261B" w14:textId="77777777" w:rsidR="004877B3" w:rsidRDefault="000E61E5">
            <w:pPr>
              <w:jc w:val="center"/>
            </w:pPr>
            <w:r w:rsidRPr="00A3685C">
              <w:rPr>
                <w:sz w:val="40"/>
                <w:szCs w:val="40"/>
              </w:rPr>
              <w:t xml:space="preserve">HOSANA – </w:t>
            </w:r>
            <w:r>
              <w:rPr>
                <w:sz w:val="36"/>
              </w:rPr>
              <w:t>____________________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C58B4D9" w14:textId="22ECC5EA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predmet / grad</w:t>
            </w:r>
            <w:r w:rsidR="00C00659" w:rsidRPr="00A3685C">
              <w:rPr>
                <w:sz w:val="40"/>
                <w:szCs w:val="40"/>
              </w:rPr>
              <w:t xml:space="preserve"> / poklik</w:t>
            </w:r>
          </w:p>
        </w:tc>
      </w:tr>
      <w:tr w:rsidR="004877B3" w14:paraId="56D43920" w14:textId="77777777">
        <w:trPr>
          <w:cantSplit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F5BC675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Prvo se dogodilo: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ED97116" w14:textId="77777777" w:rsidR="004877B3" w:rsidRDefault="000E61E5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  <w:tr w:rsidR="004877B3" w14:paraId="46A1F2CB" w14:textId="77777777">
        <w:trPr>
          <w:cantSplit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6A05C30" w14:textId="77777777" w:rsidR="004877B3" w:rsidRPr="00A3685C" w:rsidRDefault="000E61E5">
            <w:pPr>
              <w:jc w:val="center"/>
              <w:rPr>
                <w:sz w:val="40"/>
                <w:szCs w:val="40"/>
              </w:rPr>
            </w:pPr>
            <w:r w:rsidRPr="00A3685C">
              <w:rPr>
                <w:sz w:val="40"/>
                <w:szCs w:val="40"/>
              </w:rPr>
              <w:t>Moja poruka Cvjetnice: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0FD75ED" w14:textId="77777777" w:rsidR="004877B3" w:rsidRDefault="000E61E5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</w:tbl>
    <w:p w14:paraId="4DEC2C96" w14:textId="0F61FB1B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18: Formativna provjera </w:t>
      </w:r>
      <w:r>
        <w:rPr>
          <w:i/>
          <w:color w:val="6B6B6B"/>
          <w:sz w:val="21"/>
        </w:rPr>
        <w:t>(individualni rad i kratka zajednička provjera, 4 minute)</w:t>
      </w:r>
    </w:p>
    <w:p w14:paraId="78776455" w14:textId="77777777" w:rsidR="004877B3" w:rsidRDefault="000E61E5">
      <w:pPr>
        <w:jc w:val="both"/>
      </w:pPr>
      <w:r>
        <w:t>Učenici će za svako pitanje odabrati A, B ili C.</w:t>
      </w:r>
    </w:p>
    <w:p w14:paraId="4D095D1B" w14:textId="2948B65B" w:rsidR="000C09B0" w:rsidRDefault="000C09B0">
      <w:pPr>
        <w:jc w:val="both"/>
      </w:pPr>
      <w:r>
        <w:rPr>
          <w:i/>
          <w:color w:val="6B6B6B"/>
          <w:sz w:val="21"/>
        </w:rPr>
        <w:t>Rješenje:</w:t>
      </w:r>
      <w:r w:rsidRPr="000C09B0">
        <w:rPr>
          <w:color w:val="6B6B6B"/>
          <w:sz w:val="21"/>
        </w:rPr>
        <w:t xml:space="preserve"> </w:t>
      </w:r>
      <w:r>
        <w:rPr>
          <w:color w:val="6B6B6B"/>
          <w:sz w:val="21"/>
        </w:rPr>
        <w:t>A; B; B; B; C</w:t>
      </w:r>
    </w:p>
    <w:p w14:paraId="3CB6F78D" w14:textId="77777777" w:rsidR="000C09B0" w:rsidRDefault="000C09B0">
      <w:pPr>
        <w:jc w:val="both"/>
      </w:pPr>
    </w:p>
    <w:p w14:paraId="17511C06" w14:textId="6771419F" w:rsidR="004877B3" w:rsidRPr="00A3685C" w:rsidRDefault="000E61E5" w:rsidP="000C09B0">
      <w:pPr>
        <w:pStyle w:val="Odlomakpopisa"/>
        <w:numPr>
          <w:ilvl w:val="0"/>
          <w:numId w:val="29"/>
        </w:numPr>
        <w:jc w:val="both"/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 xml:space="preserve">Isus ulazi u Jeruzalem na… </w:t>
      </w:r>
      <w:r w:rsidRPr="00A3685C">
        <w:rPr>
          <w:b/>
          <w:bCs/>
          <w:color w:val="002060"/>
          <w:sz w:val="40"/>
          <w:szCs w:val="40"/>
        </w:rPr>
        <w:t>A)</w:t>
      </w:r>
      <w:r w:rsidRPr="00A3685C">
        <w:rPr>
          <w:color w:val="002060"/>
          <w:sz w:val="40"/>
          <w:szCs w:val="40"/>
        </w:rPr>
        <w:t xml:space="preserve"> magarcu </w:t>
      </w:r>
      <w:r w:rsidRPr="00A3685C">
        <w:rPr>
          <w:b/>
          <w:bCs/>
          <w:color w:val="002060"/>
          <w:sz w:val="40"/>
          <w:szCs w:val="40"/>
        </w:rPr>
        <w:t>B)</w:t>
      </w:r>
      <w:r w:rsidRPr="00A3685C">
        <w:rPr>
          <w:color w:val="002060"/>
          <w:sz w:val="40"/>
          <w:szCs w:val="40"/>
        </w:rPr>
        <w:t xml:space="preserve"> ratnome konju </w:t>
      </w:r>
      <w:r w:rsidRPr="00A3685C">
        <w:rPr>
          <w:b/>
          <w:bCs/>
          <w:color w:val="002060"/>
          <w:sz w:val="40"/>
          <w:szCs w:val="40"/>
        </w:rPr>
        <w:t>C)</w:t>
      </w:r>
      <w:r w:rsidRPr="00A3685C">
        <w:rPr>
          <w:color w:val="002060"/>
          <w:sz w:val="40"/>
          <w:szCs w:val="40"/>
        </w:rPr>
        <w:t xml:space="preserve"> kočiji. </w:t>
      </w:r>
    </w:p>
    <w:p w14:paraId="1DACD17F" w14:textId="5A1593BC" w:rsidR="004877B3" w:rsidRPr="00A3685C" w:rsidRDefault="000E61E5" w:rsidP="000C09B0">
      <w:pPr>
        <w:pStyle w:val="Odlomakpopisa"/>
        <w:numPr>
          <w:ilvl w:val="0"/>
          <w:numId w:val="29"/>
        </w:numPr>
        <w:jc w:val="both"/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 xml:space="preserve">Ljudi pred njega prostiru… </w:t>
      </w:r>
      <w:r w:rsidRPr="00A3685C">
        <w:rPr>
          <w:b/>
          <w:bCs/>
          <w:color w:val="002060"/>
          <w:sz w:val="40"/>
          <w:szCs w:val="40"/>
        </w:rPr>
        <w:t>A)</w:t>
      </w:r>
      <w:r w:rsidRPr="00A3685C">
        <w:rPr>
          <w:color w:val="002060"/>
          <w:sz w:val="40"/>
          <w:szCs w:val="40"/>
        </w:rPr>
        <w:t xml:space="preserve"> knjige </w:t>
      </w:r>
      <w:r w:rsidRPr="00A3685C">
        <w:rPr>
          <w:b/>
          <w:bCs/>
          <w:color w:val="002060"/>
          <w:sz w:val="40"/>
          <w:szCs w:val="40"/>
        </w:rPr>
        <w:t>B)</w:t>
      </w:r>
      <w:r w:rsidRPr="00A3685C">
        <w:rPr>
          <w:color w:val="002060"/>
          <w:sz w:val="40"/>
          <w:szCs w:val="40"/>
        </w:rPr>
        <w:t xml:space="preserve"> plašteve i grančice </w:t>
      </w:r>
      <w:r w:rsidRPr="00A3685C">
        <w:rPr>
          <w:b/>
          <w:bCs/>
          <w:color w:val="002060"/>
          <w:sz w:val="40"/>
          <w:szCs w:val="40"/>
        </w:rPr>
        <w:t>C)</w:t>
      </w:r>
      <w:r w:rsidRPr="00A3685C">
        <w:rPr>
          <w:color w:val="002060"/>
          <w:sz w:val="40"/>
          <w:szCs w:val="40"/>
        </w:rPr>
        <w:t xml:space="preserve"> posude. </w:t>
      </w:r>
    </w:p>
    <w:p w14:paraId="09EDBB46" w14:textId="08D16FC3" w:rsidR="004877B3" w:rsidRPr="00A3685C" w:rsidRDefault="000E61E5" w:rsidP="000C09B0">
      <w:pPr>
        <w:pStyle w:val="Odlomakpopisa"/>
        <w:numPr>
          <w:ilvl w:val="0"/>
          <w:numId w:val="29"/>
        </w:numPr>
        <w:jc w:val="both"/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 xml:space="preserve">Poklik mnoštva glasi… </w:t>
      </w:r>
      <w:r w:rsidRPr="00A3685C">
        <w:rPr>
          <w:b/>
          <w:bCs/>
          <w:color w:val="002060"/>
          <w:sz w:val="40"/>
          <w:szCs w:val="40"/>
        </w:rPr>
        <w:t>A)</w:t>
      </w:r>
      <w:r w:rsidRPr="00A3685C">
        <w:rPr>
          <w:color w:val="002060"/>
          <w:sz w:val="40"/>
          <w:szCs w:val="40"/>
        </w:rPr>
        <w:t xml:space="preserve"> Aleluja </w:t>
      </w:r>
      <w:r w:rsidRPr="00A3685C">
        <w:rPr>
          <w:b/>
          <w:bCs/>
          <w:color w:val="002060"/>
          <w:sz w:val="40"/>
          <w:szCs w:val="40"/>
        </w:rPr>
        <w:t>B)</w:t>
      </w:r>
      <w:r w:rsidRPr="00A3685C">
        <w:rPr>
          <w:color w:val="002060"/>
          <w:sz w:val="40"/>
          <w:szCs w:val="40"/>
        </w:rPr>
        <w:t xml:space="preserve"> Hosana </w:t>
      </w:r>
      <w:r w:rsidRPr="00A3685C">
        <w:rPr>
          <w:b/>
          <w:bCs/>
          <w:color w:val="002060"/>
          <w:sz w:val="40"/>
          <w:szCs w:val="40"/>
        </w:rPr>
        <w:t>C)</w:t>
      </w:r>
      <w:r w:rsidRPr="00A3685C">
        <w:rPr>
          <w:color w:val="002060"/>
          <w:sz w:val="40"/>
          <w:szCs w:val="40"/>
        </w:rPr>
        <w:t xml:space="preserve"> Amen. </w:t>
      </w:r>
    </w:p>
    <w:p w14:paraId="00362082" w14:textId="65B944DC" w:rsidR="004877B3" w:rsidRPr="00A3685C" w:rsidRDefault="000E61E5" w:rsidP="000C09B0">
      <w:pPr>
        <w:pStyle w:val="Odlomakpopisa"/>
        <w:numPr>
          <w:ilvl w:val="0"/>
          <w:numId w:val="29"/>
        </w:numPr>
        <w:jc w:val="both"/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 xml:space="preserve">Cvjetnicom počinje… A) došašće B) Veliki tjedan C) božićno vrijeme. </w:t>
      </w:r>
    </w:p>
    <w:p w14:paraId="3789D7EB" w14:textId="0F938E88" w:rsidR="004877B3" w:rsidRPr="00A3685C" w:rsidRDefault="000E61E5" w:rsidP="000C09B0">
      <w:pPr>
        <w:pStyle w:val="Odlomakpopisa"/>
        <w:numPr>
          <w:ilvl w:val="0"/>
          <w:numId w:val="29"/>
        </w:numPr>
        <w:jc w:val="both"/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 xml:space="preserve">Isusov način kraljevanja najbolje opisuje riječ… </w:t>
      </w:r>
      <w:r w:rsidRPr="00A3685C">
        <w:rPr>
          <w:b/>
          <w:bCs/>
          <w:color w:val="002060"/>
          <w:sz w:val="40"/>
          <w:szCs w:val="40"/>
        </w:rPr>
        <w:t>A)</w:t>
      </w:r>
      <w:r w:rsidRPr="00A3685C">
        <w:rPr>
          <w:color w:val="002060"/>
          <w:sz w:val="40"/>
          <w:szCs w:val="40"/>
        </w:rPr>
        <w:t xml:space="preserve"> sila </w:t>
      </w:r>
      <w:r w:rsidRPr="00A3685C">
        <w:rPr>
          <w:b/>
          <w:bCs/>
          <w:color w:val="002060"/>
          <w:sz w:val="40"/>
          <w:szCs w:val="40"/>
        </w:rPr>
        <w:t>B)</w:t>
      </w:r>
      <w:r w:rsidRPr="00A3685C">
        <w:rPr>
          <w:color w:val="002060"/>
          <w:sz w:val="40"/>
          <w:szCs w:val="40"/>
        </w:rPr>
        <w:t xml:space="preserve"> oholost </w:t>
      </w:r>
      <w:r w:rsidRPr="00A3685C">
        <w:rPr>
          <w:b/>
          <w:bCs/>
          <w:color w:val="002060"/>
          <w:sz w:val="40"/>
          <w:szCs w:val="40"/>
        </w:rPr>
        <w:t>C)</w:t>
      </w:r>
      <w:r w:rsidRPr="00A3685C">
        <w:rPr>
          <w:color w:val="002060"/>
          <w:sz w:val="40"/>
          <w:szCs w:val="40"/>
        </w:rPr>
        <w:t xml:space="preserve"> služenje. </w:t>
      </w:r>
    </w:p>
    <w:p w14:paraId="3E2D3128" w14:textId="77777777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19: Digitalni zadatci </w:t>
      </w:r>
      <w:r>
        <w:rPr>
          <w:i/>
          <w:color w:val="6B6B6B"/>
          <w:sz w:val="21"/>
        </w:rPr>
        <w:t>(individualni rad ili rad u paru, 10 minuta)</w:t>
      </w:r>
    </w:p>
    <w:p w14:paraId="66E7E838" w14:textId="77777777" w:rsidR="00385BF0" w:rsidRPr="00385BF0" w:rsidRDefault="00385BF0" w:rsidP="00385BF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385BF0">
        <w:rPr>
          <w:rFonts w:asciiTheme="majorHAnsi" w:eastAsia="Times New Roman" w:hAnsiTheme="majorHAnsi" w:cstheme="majorHAnsi"/>
          <w:lang w:eastAsia="hr-HR"/>
        </w:rPr>
        <w:t>Učenici ponavljaju gradivo uz kviz na sljedećoj poveznici:</w:t>
      </w:r>
    </w:p>
    <w:p w14:paraId="69C4AB6B" w14:textId="77777777" w:rsidR="00385BF0" w:rsidRPr="00385BF0" w:rsidRDefault="00385BF0" w:rsidP="00385BF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0B2F76C4" w14:textId="4D41DBC4" w:rsidR="00385BF0" w:rsidRDefault="00385BF0" w:rsidP="00385BF0">
      <w:pPr>
        <w:textAlignment w:val="center"/>
        <w:rPr>
          <w:rFonts w:asciiTheme="majorHAnsi" w:hAnsiTheme="majorHAnsi" w:cstheme="majorHAnsi"/>
        </w:rPr>
      </w:pPr>
      <w:hyperlink r:id="rId19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16F72E70" w14:textId="77777777" w:rsidR="00385BF0" w:rsidRPr="00385BF0" w:rsidRDefault="00385BF0" w:rsidP="00385BF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23BD474C" w14:textId="77777777" w:rsidR="00385BF0" w:rsidRPr="00385BF0" w:rsidRDefault="00385BF0" w:rsidP="00385BF0">
      <w:pPr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385BF0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2F64E276" w14:textId="77777777" w:rsidR="00385BF0" w:rsidRPr="00385BF0" w:rsidRDefault="00385BF0" w:rsidP="00385BF0">
      <w:pPr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4C509704" w14:textId="77777777" w:rsidR="00385BF0" w:rsidRPr="00385BF0" w:rsidRDefault="00385BF0" w:rsidP="00385BF0">
      <w:pPr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385BF0">
        <w:rPr>
          <w:rFonts w:asciiTheme="majorHAnsi" w:eastAsia="Times New Roman" w:hAnsiTheme="majorHAnsi" w:cstheme="majorHAnsi"/>
          <w:noProof/>
          <w:lang w:eastAsia="hr-HR"/>
        </w:rPr>
        <w:drawing>
          <wp:inline distT="0" distB="0" distL="0" distR="0" wp14:anchorId="4ABE5F9A" wp14:editId="0466670C">
            <wp:extent cx="1440000" cy="1440000"/>
            <wp:effectExtent l="0" t="0" r="8255" b="825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-code (2)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7610B" w14:textId="0797D58B" w:rsidR="004877B3" w:rsidRDefault="004877B3"/>
    <w:p w14:paraId="5A487A1E" w14:textId="461295FE" w:rsidR="00385BF0" w:rsidRPr="00385BF0" w:rsidRDefault="00385BF0">
      <w:pPr>
        <w:jc w:val="both"/>
        <w:rPr>
          <w:bCs/>
        </w:rPr>
      </w:pPr>
      <w:r w:rsidRPr="00385BF0">
        <w:rPr>
          <w:bCs/>
        </w:rPr>
        <w:t>Predstavljanje rezultata</w:t>
      </w:r>
    </w:p>
    <w:p w14:paraId="754E2D66" w14:textId="77777777" w:rsidR="00385BF0" w:rsidRDefault="00385BF0">
      <w:pPr>
        <w:jc w:val="both"/>
        <w:rPr>
          <w:b/>
        </w:rPr>
      </w:pPr>
    </w:p>
    <w:p w14:paraId="7072CE37" w14:textId="298123D5" w:rsidR="004877B3" w:rsidRDefault="000E61E5">
      <w:pPr>
        <w:jc w:val="both"/>
      </w:pPr>
      <w:r>
        <w:rPr>
          <w:b/>
        </w:rPr>
        <w:t xml:space="preserve">Nedigitalna alternativa: </w:t>
      </w:r>
      <w:r>
        <w:t>Učenici će povezati kartice MAGARAC – GRANČICE – PLAŠTEVI – HOSANA – JERUZALEM s karticama PONIZNOST I MIR – SVEČANI DOČEK – ČAST – MOLITVENI POKLIK – GRAD U KOJI ISUS ULAZI.</w:t>
      </w:r>
    </w:p>
    <w:p w14:paraId="755A6FD5" w14:textId="77777777" w:rsidR="00385BF0" w:rsidRDefault="00385BF0">
      <w:pPr>
        <w:jc w:val="both"/>
      </w:pPr>
    </w:p>
    <w:tbl>
      <w:tblPr>
        <w:tblW w:w="10681" w:type="dxa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877B3" w14:paraId="56CEC5AE" w14:textId="77777777" w:rsidTr="00D67445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5E1168" w14:textId="77777777" w:rsidR="004877B3" w:rsidRPr="00A3685C" w:rsidRDefault="000E61E5" w:rsidP="00385BF0">
            <w:pPr>
              <w:jc w:val="center"/>
              <w:rPr>
                <w:sz w:val="40"/>
                <w:szCs w:val="40"/>
              </w:rPr>
            </w:pPr>
            <w:r w:rsidRPr="00A3685C">
              <w:rPr>
                <w:b/>
                <w:color w:val="FFFFFF" w:themeColor="background1"/>
                <w:sz w:val="40"/>
                <w:szCs w:val="40"/>
              </w:rPr>
              <w:t>MAGARAC • GRANČICE • PLAŠTEVI • HOSANA • JERUZALEM</w:t>
            </w:r>
          </w:p>
        </w:tc>
      </w:tr>
    </w:tbl>
    <w:p w14:paraId="5076EB4B" w14:textId="77777777" w:rsidR="00385BF0" w:rsidRDefault="00385BF0" w:rsidP="00385BF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65"/>
      </w:tblGrid>
      <w:tr w:rsidR="00385BF0" w14:paraId="52910D40" w14:textId="77777777" w:rsidTr="00385BF0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36C0A" w:themeFill="accent6" w:themeFillShade="BF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D2D6BE4" w14:textId="51769834" w:rsidR="00385BF0" w:rsidRPr="00A3685C" w:rsidRDefault="00D67445" w:rsidP="00876E0C">
            <w:pPr>
              <w:jc w:val="center"/>
              <w:rPr>
                <w:b/>
                <w:color w:val="FFFFFF"/>
                <w:sz w:val="40"/>
                <w:szCs w:val="40"/>
              </w:rPr>
            </w:pPr>
            <w:r w:rsidRPr="00A3685C">
              <w:rPr>
                <w:b/>
                <w:color w:val="FFFFFF" w:themeColor="background1"/>
                <w:sz w:val="40"/>
                <w:szCs w:val="40"/>
              </w:rPr>
              <w:t>MOLITVENI POKLIK • ČAST • PONIZNOST I MIR • GRAD U KOJI ISUS ULAZI • SVEČANI DOČEK</w:t>
            </w:r>
          </w:p>
        </w:tc>
      </w:tr>
    </w:tbl>
    <w:p w14:paraId="16453A85" w14:textId="77777777" w:rsidR="00385BF0" w:rsidRDefault="00385BF0" w:rsidP="00385BF0"/>
    <w:p w14:paraId="55828AA3" w14:textId="78E2B7D6" w:rsidR="004877B3" w:rsidRDefault="000E61E5">
      <w:pPr>
        <w:keepNext/>
        <w:spacing w:before="160"/>
      </w:pPr>
      <w:r>
        <w:rPr>
          <w:b/>
          <w:color w:val="C96A00"/>
          <w:sz w:val="26"/>
        </w:rPr>
        <w:t xml:space="preserve">Aktivnost 20: Mikropauza </w:t>
      </w:r>
      <w:r>
        <w:rPr>
          <w:i/>
          <w:color w:val="6B6B6B"/>
          <w:sz w:val="21"/>
        </w:rPr>
        <w:t>(frontalni rad, 2 minute)</w:t>
      </w:r>
    </w:p>
    <w:p w14:paraId="4E818C14" w14:textId="77777777" w:rsidR="00D67445" w:rsidRDefault="00D67445" w:rsidP="00D67445"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3F33F6A7" w14:textId="77777777" w:rsidR="00D67445" w:rsidRDefault="00D67445" w:rsidP="00D67445"/>
    <w:p w14:paraId="0C0D74AC" w14:textId="26E5211C" w:rsidR="004877B3" w:rsidRDefault="000E61E5" w:rsidP="00D67445">
      <w:pPr>
        <w:rPr>
          <w:color w:val="7030A0"/>
          <w:sz w:val="21"/>
        </w:rPr>
      </w:pPr>
      <w:r>
        <w:rPr>
          <w:color w:val="7030A0"/>
          <w:sz w:val="21"/>
        </w:rPr>
        <w:t>Na riječ GRANČICA podignu ruke i lagano ih pomiču kao listove na vjetru; na riječ MAGARAC naprave dva tiha koraka na mjestu; na riječ HOSANA otvore dlanove. Nakon tri kratka ponavljanja mirno sjednu i nastave rad.</w:t>
      </w:r>
    </w:p>
    <w:p w14:paraId="3315A782" w14:textId="77777777" w:rsidR="00D67445" w:rsidRDefault="00D67445" w:rsidP="00D67445">
      <w:pPr>
        <w:rPr>
          <w:color w:val="7030A0"/>
          <w:sz w:val="21"/>
        </w:rPr>
      </w:pPr>
    </w:p>
    <w:p w14:paraId="70BAC03F" w14:textId="77777777" w:rsidR="00D67445" w:rsidRDefault="00D67445" w:rsidP="00D67445"/>
    <w:tbl>
      <w:tblPr>
        <w:tblW w:w="0" w:type="auto"/>
        <w:jc w:val="center"/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81"/>
      </w:tblGrid>
      <w:tr w:rsidR="004877B3" w14:paraId="1EFF7BEC" w14:textId="77777777" w:rsidTr="00BF159B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419BB5" w14:textId="2C9572B8" w:rsidR="004877B3" w:rsidRDefault="00BF159B" w:rsidP="00BF159B">
            <w:r w:rsidRPr="00BF159B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BF159B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4A41C84D" w14:textId="77777777" w:rsidR="004877B3" w:rsidRDefault="000E61E5">
      <w:pPr>
        <w:spacing w:before="140"/>
      </w:pPr>
      <w:r>
        <w:rPr>
          <w:b/>
          <w:color w:val="C96A00"/>
          <w:sz w:val="26"/>
        </w:rPr>
        <w:t>Aktualizacija:</w:t>
      </w:r>
    </w:p>
    <w:p w14:paraId="58AE1B52" w14:textId="77777777" w:rsidR="004877B3" w:rsidRDefault="000E61E5">
      <w:pPr>
        <w:jc w:val="both"/>
      </w:pPr>
      <w:r>
        <w:t>Vjeroučitelj će odabrati dva ili tri pitanja:</w:t>
      </w:r>
    </w:p>
    <w:p w14:paraId="2A5B0177" w14:textId="77777777" w:rsidR="004877B3" w:rsidRPr="00D67445" w:rsidRDefault="000E61E5">
      <w:pPr>
        <w:rPr>
          <w:bCs/>
        </w:rPr>
      </w:pPr>
      <w:r w:rsidRPr="00D67445">
        <w:rPr>
          <w:bCs/>
        </w:rPr>
        <w:t>Razgovor:</w:t>
      </w:r>
    </w:p>
    <w:p w14:paraId="0054028F" w14:textId="008393AB" w:rsidR="004877B3" w:rsidRDefault="000E61E5" w:rsidP="00D67445">
      <w:pPr>
        <w:pStyle w:val="Odlomakpopisa"/>
        <w:numPr>
          <w:ilvl w:val="0"/>
          <w:numId w:val="32"/>
        </w:numPr>
        <w:jc w:val="both"/>
      </w:pPr>
      <w:r>
        <w:t xml:space="preserve">Zašto Isus ne ulazi u Jeruzalem na ratnome konju? </w:t>
      </w:r>
      <w:r w:rsidRPr="00D67445">
        <w:rPr>
          <w:color w:val="6B6B6B"/>
          <w:sz w:val="18"/>
          <w:szCs w:val="18"/>
        </w:rPr>
        <w:t>(Želi pokazati mir, poniznost i kraljevstvo koje se ne temelji na sili.)</w:t>
      </w:r>
    </w:p>
    <w:p w14:paraId="31F2D0A3" w14:textId="0BC6853F" w:rsidR="004877B3" w:rsidRDefault="000E61E5" w:rsidP="00D67445">
      <w:pPr>
        <w:pStyle w:val="Odlomakpopisa"/>
        <w:numPr>
          <w:ilvl w:val="0"/>
          <w:numId w:val="32"/>
        </w:numPr>
        <w:jc w:val="both"/>
      </w:pPr>
      <w:r>
        <w:t>Kako poklik „Hosana“ može postati više od riječi?</w:t>
      </w:r>
      <w:r w:rsidRPr="00D67445">
        <w:rPr>
          <w:sz w:val="18"/>
          <w:szCs w:val="18"/>
        </w:rPr>
        <w:t xml:space="preserve"> </w:t>
      </w:r>
      <w:r w:rsidRPr="00D67445">
        <w:rPr>
          <w:color w:val="6B6B6B"/>
          <w:sz w:val="18"/>
          <w:szCs w:val="18"/>
        </w:rPr>
        <w:t>(Kada ga prate molitva, vjernost i konkretna dobra djela.)</w:t>
      </w:r>
    </w:p>
    <w:p w14:paraId="4B3AC8E5" w14:textId="59F26D32" w:rsidR="004877B3" w:rsidRDefault="000E61E5" w:rsidP="00D67445">
      <w:pPr>
        <w:pStyle w:val="Odlomakpopisa"/>
        <w:numPr>
          <w:ilvl w:val="0"/>
          <w:numId w:val="32"/>
        </w:numPr>
        <w:jc w:val="both"/>
      </w:pPr>
      <w:r>
        <w:t xml:space="preserve">Koju „grančicu“ možemo donijeti Isusu danas? </w:t>
      </w:r>
      <w:r w:rsidRPr="00D67445">
        <w:rPr>
          <w:color w:val="6B6B6B"/>
          <w:sz w:val="18"/>
          <w:szCs w:val="18"/>
        </w:rPr>
        <w:t>(Djelo mira, pomoći, istine, oprosta ili molitve.)</w:t>
      </w:r>
    </w:p>
    <w:p w14:paraId="2939CC97" w14:textId="77777777" w:rsidR="004877B3" w:rsidRDefault="000E61E5">
      <w:pPr>
        <w:spacing w:before="140"/>
      </w:pPr>
      <w:r>
        <w:rPr>
          <w:b/>
          <w:color w:val="C96A00"/>
          <w:sz w:val="26"/>
        </w:rPr>
        <w:t>Sinteza:</w:t>
      </w:r>
    </w:p>
    <w:p w14:paraId="296A76B4" w14:textId="5CD2FB4F" w:rsidR="004877B3" w:rsidRDefault="00D67445">
      <w:pPr>
        <w:jc w:val="both"/>
      </w:pPr>
      <w:r w:rsidRPr="00D67445">
        <w:rPr>
          <w:highlight w:val="cyan"/>
        </w:rPr>
        <w:t>a)</w:t>
      </w:r>
      <w:r>
        <w:t xml:space="preserve"> Učenici će od četiri pojma sastaviti završnu poruku: MAGARAC – HOSANA – GRANČICA – VJERNOST. Svaki pojam objašnjavaju jednom kratkom rečenicom.</w:t>
      </w:r>
    </w:p>
    <w:p w14:paraId="278EAB0C" w14:textId="77777777" w:rsidR="00D67445" w:rsidRDefault="00D67445">
      <w:pPr>
        <w:jc w:val="both"/>
      </w:pPr>
    </w:p>
    <w:p w14:paraId="0F885E2A" w14:textId="1216227A" w:rsidR="00D67445" w:rsidRPr="00A3685C" w:rsidRDefault="00D67445" w:rsidP="00D67445">
      <w:pPr>
        <w:jc w:val="center"/>
        <w:rPr>
          <w:color w:val="002060"/>
          <w:sz w:val="40"/>
          <w:szCs w:val="40"/>
        </w:rPr>
      </w:pPr>
      <w:r w:rsidRPr="00A3685C">
        <w:rPr>
          <w:color w:val="002060"/>
          <w:sz w:val="40"/>
          <w:szCs w:val="40"/>
        </w:rPr>
        <w:t>MAGARAC – HOSANA – GRANČICA – VJERNOST</w:t>
      </w:r>
    </w:p>
    <w:p w14:paraId="47ECC76C" w14:textId="77777777" w:rsidR="00D67445" w:rsidRDefault="00D67445">
      <w:pPr>
        <w:jc w:val="both"/>
      </w:pPr>
    </w:p>
    <w:p w14:paraId="6890C377" w14:textId="57FD1514" w:rsidR="00385BF0" w:rsidRDefault="00D67445">
      <w:pPr>
        <w:jc w:val="both"/>
      </w:pPr>
      <w:r w:rsidRPr="00D67445">
        <w:rPr>
          <w:highlight w:val="cyan"/>
        </w:rPr>
        <w:t>b)</w:t>
      </w:r>
      <w:r>
        <w:t xml:space="preserve"> Učenici će pogledati video-zapis „</w:t>
      </w:r>
      <w:r w:rsidR="00385BF0">
        <w:t>Katolički kalendar – Cvjetnica</w:t>
      </w:r>
      <w:r>
        <w:t>”</w:t>
      </w:r>
      <w:r w:rsidR="00385BF0">
        <w:t xml:space="preserve">; </w:t>
      </w:r>
      <w:r>
        <w:t>Izvor:</w:t>
      </w:r>
      <w:r w:rsidR="00385BF0">
        <w:t>LaudatoTV, YouTube</w:t>
      </w:r>
    </w:p>
    <w:p w14:paraId="287389AA" w14:textId="77777777" w:rsidR="00D67445" w:rsidRDefault="00D67445">
      <w:pPr>
        <w:jc w:val="both"/>
      </w:pPr>
    </w:p>
    <w:p w14:paraId="6E1DD8AD" w14:textId="7CCCB291" w:rsidR="00D67445" w:rsidRDefault="006A3C81">
      <w:pPr>
        <w:jc w:val="both"/>
      </w:pPr>
      <w:r>
        <w:rPr>
          <w:noProof/>
        </w:rPr>
        <w:drawing>
          <wp:inline distT="0" distB="0" distL="0" distR="0" wp14:anchorId="53EB6075" wp14:editId="6EBA29D3">
            <wp:extent cx="2401200" cy="1800000"/>
            <wp:effectExtent l="0" t="0" r="0" b="0"/>
            <wp:docPr id="1763105784" name="Videozapis 7" descr="Katolički kalendar 20.3.2016. - Cvjetnica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05784" name="Videozapis 7" descr="Katolički kalendar 20.3.2016. - Cvjetnica">
                      <a:hlinkClick r:id="rId21"/>
                    </pic:cNvPr>
                    <pic:cNvPicPr/>
                  </pic:nvPicPr>
                  <pic:blipFill>
                    <a:blip r:embed="rId22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SC0mj-JsPc?start=21&amp;feature=oembed&quot; frameborder=&quot;0&quot; allow=&quot;accelerometer; autoplay; clipboard-write; encrypted-media; gyroscope; picture-in-picture; web-share&quot; referrerpolicy=&quot;strict-origin-when-cross-origin&quot; allowfullscreen=&quot;&quot; title=&quot;Katolički kalendar 20.3.2016. - Cvjetnica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8D7A3" w14:textId="77777777" w:rsidR="00D67445" w:rsidRDefault="00D67445">
      <w:pPr>
        <w:jc w:val="both"/>
      </w:pPr>
    </w:p>
    <w:p w14:paraId="6FE10A72" w14:textId="77777777" w:rsidR="00D67445" w:rsidRDefault="00D67445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4877B3" w14:paraId="0521A953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4E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458938E" w14:textId="77777777" w:rsidR="004877B3" w:rsidRDefault="000E61E5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Cvjetnica nas uvodi u Veliki tjedan. Isus ulazi u Jeruzalem kao kralj mira, a ljudi ga dočekuju plaštevima, grančicama i poklikom „Hosana“. Kršćanin Isusa dočekuje i danas: molitvom, poniznošću i djelima koja ostaju vjerna i kada nema mnoštva ni pljeska.</w:t>
            </w:r>
          </w:p>
        </w:tc>
      </w:tr>
    </w:tbl>
    <w:p w14:paraId="776976A4" w14:textId="77777777" w:rsidR="004877B3" w:rsidRDefault="000E61E5">
      <w:pPr>
        <w:spacing w:before="140"/>
      </w:pPr>
      <w:r>
        <w:rPr>
          <w:b/>
          <w:color w:val="C96A00"/>
          <w:sz w:val="26"/>
        </w:rPr>
        <w:t>Samovrednovanje:</w:t>
      </w:r>
    </w:p>
    <w:p w14:paraId="4FB4B2FF" w14:textId="602980B8" w:rsidR="006A3C81" w:rsidRPr="006A3C81" w:rsidRDefault="006A3C81" w:rsidP="006A3C8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6A3C81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0F9E872E" wp14:editId="413DB81F">
            <wp:extent cx="4788000" cy="2520000"/>
            <wp:effectExtent l="0" t="0" r="0" b="0"/>
            <wp:docPr id="1162927095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B6AAD" w14:textId="77777777" w:rsidR="004877B3" w:rsidRDefault="000E61E5">
      <w:pPr>
        <w:spacing w:before="140"/>
      </w:pPr>
      <w:r>
        <w:rPr>
          <w:b/>
          <w:color w:val="C96A00"/>
          <w:sz w:val="26"/>
        </w:rPr>
        <w:t>Domaća zadaća:</w:t>
      </w:r>
    </w:p>
    <w:p w14:paraId="2F283DD3" w14:textId="77777777" w:rsidR="004877B3" w:rsidRDefault="000E61E5">
      <w:pPr>
        <w:jc w:val="both"/>
      </w:pPr>
      <w:r>
        <w:t>Učenici će u bilježnici nacrtati malu grančicu s četiri lista. U listove upisuju: MIR, DOBROTA, ISTINA i VJERNOST te uz jedan pojam navode konkretan primjer.</w:t>
      </w:r>
    </w:p>
    <w:p w14:paraId="4EE16A2C" w14:textId="77777777" w:rsidR="006A3C81" w:rsidRDefault="006A3C81">
      <w:pPr>
        <w:jc w:val="both"/>
      </w:pPr>
    </w:p>
    <w:p w14:paraId="35D88C5D" w14:textId="77777777" w:rsidR="004877B3" w:rsidRDefault="000E61E5">
      <w:pPr>
        <w:rPr>
          <w:bCs/>
        </w:rPr>
      </w:pPr>
      <w:r w:rsidRPr="006A3C81">
        <w:rPr>
          <w:bCs/>
        </w:rPr>
        <w:t>Ili:</w:t>
      </w:r>
    </w:p>
    <w:p w14:paraId="42FEC5CF" w14:textId="77777777" w:rsidR="006A3C81" w:rsidRPr="006A3C81" w:rsidRDefault="006A3C81">
      <w:pPr>
        <w:rPr>
          <w:bCs/>
        </w:rPr>
      </w:pPr>
    </w:p>
    <w:p w14:paraId="4F8D94EA" w14:textId="77777777" w:rsidR="004877B3" w:rsidRDefault="000E61E5">
      <w:pPr>
        <w:jc w:val="both"/>
      </w:pPr>
      <w:r>
        <w:t>Učenici će napisati tri rečenice: „Na Cvjetnicu slavimo…“, „Isus dolazi kao…“ i „Moje Hosana postaje djelo kada…“</w:t>
      </w:r>
    </w:p>
    <w:p w14:paraId="29AEC003" w14:textId="77777777" w:rsidR="006A3C81" w:rsidRDefault="006A3C81">
      <w:pPr>
        <w:jc w:val="both"/>
      </w:pPr>
    </w:p>
    <w:p w14:paraId="0596B9A4" w14:textId="77777777" w:rsidR="004877B3" w:rsidRDefault="000E61E5">
      <w:pPr>
        <w:jc w:val="both"/>
      </w:pPr>
      <w:r>
        <w:rPr>
          <w:b/>
        </w:rPr>
        <w:t xml:space="preserve">Izborna domaća zadaća: </w:t>
      </w:r>
      <w:r>
        <w:t>Učenici će s članom obitelji razgovarati o jednome običaju Cvjetnice u svojoj župi ili kraju te u bilježnicu zapisati samo naziv običaja i njegovo značenje, bez osobnih podataka.</w:t>
      </w:r>
    </w:p>
    <w:p w14:paraId="025C79E3" w14:textId="77777777" w:rsidR="004877B3" w:rsidRDefault="000E61E5">
      <w:pPr>
        <w:spacing w:before="140"/>
      </w:pPr>
      <w:r>
        <w:rPr>
          <w:b/>
          <w:color w:val="C96A00"/>
          <w:sz w:val="26"/>
        </w:rPr>
        <w:t>Završna molitva:</w:t>
      </w:r>
    </w:p>
    <w:p w14:paraId="30BC9A82" w14:textId="77777777" w:rsidR="004877B3" w:rsidRPr="006A3C81" w:rsidRDefault="000E61E5">
      <w:pPr>
        <w:jc w:val="both"/>
        <w:rPr>
          <w:sz w:val="48"/>
          <w:szCs w:val="48"/>
        </w:rPr>
      </w:pPr>
      <w:r w:rsidRPr="006A3C81">
        <w:rPr>
          <w:sz w:val="48"/>
          <w:szCs w:val="48"/>
        </w:rPr>
        <w:t>Isuse, kralju mira, hvala Ti što dolaziš ponizno i blizu svakomu čovjeku. Daj da Te ne pozdravljamo samo riječima, nego i djelima dobrote, istine, oprosta i mira. Vodi nas kroz Veliki tjedan prema radosti Uskrsa. Amen.</w:t>
      </w:r>
    </w:p>
    <w:p w14:paraId="65C35DD2" w14:textId="77777777" w:rsidR="006A3C81" w:rsidRDefault="006A3C81"/>
    <w:p w14:paraId="4E804B0A" w14:textId="300909A2" w:rsidR="004877B3" w:rsidRDefault="000E61E5">
      <w:r>
        <w:t>ili:</w:t>
      </w:r>
    </w:p>
    <w:p w14:paraId="2ACB98FF" w14:textId="77777777" w:rsidR="004877B3" w:rsidRDefault="000E61E5">
      <w:r>
        <w:t>Anđele, čuvaru mili…</w:t>
      </w:r>
    </w:p>
    <w:p w14:paraId="1780A354" w14:textId="77777777" w:rsidR="006A3C81" w:rsidRDefault="006A3C81"/>
    <w:p w14:paraId="5FB94AB9" w14:textId="12F3368E" w:rsidR="004877B3" w:rsidRDefault="000E61E5">
      <w:r>
        <w:t>ili:</w:t>
      </w:r>
    </w:p>
    <w:p w14:paraId="62747E1C" w14:textId="3D069AC4" w:rsidR="004877B3" w:rsidRDefault="000E61E5">
      <w:pPr>
        <w:jc w:val="both"/>
      </w:pPr>
      <w:r>
        <w:t>Učenici će poslušati pjesmu „Anđele, čuvaru mili…“; 3:36; Autor: Marinko Grubešić; Izvor: YouTube</w:t>
      </w:r>
    </w:p>
    <w:p w14:paraId="6F4BA4B0" w14:textId="77777777" w:rsidR="006A3C81" w:rsidRDefault="006A3C81">
      <w:pPr>
        <w:jc w:val="both"/>
      </w:pPr>
    </w:p>
    <w:p w14:paraId="676B36FF" w14:textId="14A12F52" w:rsidR="006A3C81" w:rsidRDefault="006A3C81">
      <w:pPr>
        <w:jc w:val="both"/>
      </w:pPr>
      <w:r>
        <w:rPr>
          <w:rFonts w:cs="Calibri"/>
          <w:noProof/>
          <w:lang w:eastAsia="hr-HR"/>
        </w:rPr>
        <w:drawing>
          <wp:inline distT="0" distB="0" distL="0" distR="0" wp14:anchorId="06A124CD" wp14:editId="6F0D6EF0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24"/>
                    </pic:cNvPr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FDDE3" w14:textId="77777777" w:rsidR="006A3C81" w:rsidRDefault="006A3C81" w:rsidP="006A3C81">
      <w:pPr>
        <w:spacing w:before="660"/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6A3C81" w14:paraId="2E237813" w14:textId="77777777" w:rsidTr="00876E0C">
        <w:trPr>
          <w:cantSplit/>
          <w:jc w:val="center"/>
        </w:trPr>
        <w:tc>
          <w:tcPr>
            <w:tcW w:w="10681" w:type="dxa"/>
            <w:tcBorders>
              <w:top w:val="single" w:sz="0" w:space="0" w:color="C96A00"/>
              <w:left w:val="single" w:sz="0" w:space="0" w:color="C96A00"/>
              <w:bottom w:val="single" w:sz="0" w:space="0" w:color="C96A00"/>
              <w:right w:val="single" w:sz="0" w:space="0" w:color="C96A00"/>
            </w:tcBorders>
            <w:shd w:val="clear" w:color="auto" w:fill="C96A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5B00E5A" w14:textId="77777777" w:rsidR="006A3C81" w:rsidRDefault="006A3C81" w:rsidP="00876E0C">
            <w:pPr>
              <w:keepNext/>
              <w:jc w:val="center"/>
            </w:pPr>
            <w:r>
              <w:rPr>
                <w:b/>
                <w:color w:val="FFFFFF"/>
                <w:sz w:val="32"/>
              </w:rPr>
              <w:t>PREPORUČENI ODABIR ZA 45 MINUTA</w:t>
            </w:r>
          </w:p>
        </w:tc>
      </w:tr>
    </w:tbl>
    <w:p w14:paraId="30F4D492" w14:textId="77777777" w:rsidR="00EF4C56" w:rsidRDefault="00EF4C56"/>
    <w:tbl>
      <w:tblPr>
        <w:tblW w:w="10688" w:type="dxa"/>
        <w:jc w:val="center"/>
        <w:tblLayout w:type="fixed"/>
        <w:tblLook w:val="04A0" w:firstRow="1" w:lastRow="0" w:firstColumn="1" w:lastColumn="0" w:noHBand="0" w:noVBand="1"/>
      </w:tblPr>
      <w:tblGrid>
        <w:gridCol w:w="8467"/>
        <w:gridCol w:w="2221"/>
      </w:tblGrid>
      <w:tr w:rsidR="004877B3" w14:paraId="7457091B" w14:textId="77777777" w:rsidTr="006A3C81">
        <w:trPr>
          <w:cantSplit/>
          <w:tblHeader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595959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6057D25" w14:textId="77777777" w:rsidR="004877B3" w:rsidRDefault="000E61E5">
            <w:pPr>
              <w:jc w:val="both"/>
            </w:pPr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595959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B9EC0CB" w14:textId="77777777" w:rsidR="004877B3" w:rsidRDefault="000E61E5" w:rsidP="00EF4C56">
            <w:pPr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4877B3" w14:paraId="55E520EE" w14:textId="77777777" w:rsidTr="006A3C81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A053716" w14:textId="77777777" w:rsidR="004877B3" w:rsidRDefault="000E61E5">
            <w:pPr>
              <w:jc w:val="both"/>
            </w:pPr>
            <w:r>
              <w:t>Uvodna molitva, motivacija i najava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51F1E95" w14:textId="77777777" w:rsidR="004877B3" w:rsidRDefault="000E61E5" w:rsidP="00EF4C56">
            <w:pPr>
              <w:jc w:val="center"/>
            </w:pPr>
            <w:r>
              <w:t>8 min</w:t>
            </w:r>
          </w:p>
        </w:tc>
      </w:tr>
      <w:tr w:rsidR="004877B3" w14:paraId="4B3A9286" w14:textId="77777777" w:rsidTr="006A3C81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22D2C64" w14:textId="77777777" w:rsidR="004877B3" w:rsidRDefault="000E61E5">
            <w:pPr>
              <w:jc w:val="both"/>
            </w:pPr>
            <w:r>
              <w:t>Aktivnost 1 – obrada teksta i videozapisa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A0CE1AE" w14:textId="77777777" w:rsidR="004877B3" w:rsidRDefault="000E61E5" w:rsidP="00EF4C56">
            <w:pPr>
              <w:jc w:val="center"/>
            </w:pPr>
            <w:r>
              <w:t>15 min</w:t>
            </w:r>
          </w:p>
        </w:tc>
      </w:tr>
      <w:tr w:rsidR="004877B3" w14:paraId="5C49562F" w14:textId="77777777" w:rsidTr="006A3C81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113EF01" w14:textId="77777777" w:rsidR="004877B3" w:rsidRDefault="000E61E5">
            <w:pPr>
              <w:jc w:val="both"/>
            </w:pPr>
            <w:r>
              <w:t>Aktivnost 4 ili 7 – suradnički zadatak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4C4C86A" w14:textId="77777777" w:rsidR="004877B3" w:rsidRDefault="000E61E5" w:rsidP="00EF4C56">
            <w:pPr>
              <w:jc w:val="center"/>
            </w:pPr>
            <w:r>
              <w:t>8 min</w:t>
            </w:r>
          </w:p>
        </w:tc>
      </w:tr>
      <w:tr w:rsidR="004877B3" w14:paraId="6C058303" w14:textId="77777777" w:rsidTr="006A3C81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47C3473" w14:textId="77777777" w:rsidR="004877B3" w:rsidRDefault="000E61E5">
            <w:pPr>
              <w:jc w:val="both"/>
            </w:pPr>
            <w:r>
              <w:t>Aktivnost 12 – Učimo iz umjetnosti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BF4DE6B" w14:textId="77777777" w:rsidR="004877B3" w:rsidRDefault="000E61E5" w:rsidP="00EF4C56">
            <w:pPr>
              <w:jc w:val="center"/>
            </w:pPr>
            <w:r>
              <w:t>7 min</w:t>
            </w:r>
          </w:p>
        </w:tc>
      </w:tr>
      <w:tr w:rsidR="004877B3" w14:paraId="0077077D" w14:textId="77777777" w:rsidTr="006A3C81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A80099F" w14:textId="77777777" w:rsidR="004877B3" w:rsidRDefault="000E61E5">
            <w:pPr>
              <w:jc w:val="both"/>
            </w:pPr>
            <w:r>
              <w:t>Sinteza, samovrednovanje i završna molitva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CFDD23C" w14:textId="77777777" w:rsidR="004877B3" w:rsidRDefault="000E61E5" w:rsidP="00EF4C56">
            <w:pPr>
              <w:jc w:val="center"/>
            </w:pPr>
            <w:r>
              <w:t>7 min</w:t>
            </w:r>
          </w:p>
        </w:tc>
      </w:tr>
    </w:tbl>
    <w:p w14:paraId="71670905" w14:textId="77777777" w:rsidR="004877B3" w:rsidRDefault="000E61E5">
      <w:pPr>
        <w:spacing w:after="260"/>
        <w:jc w:val="both"/>
      </w:pPr>
      <w:r>
        <w:rPr>
          <w:i/>
          <w:color w:val="6B6B6B"/>
        </w:rPr>
        <w:t>Ukupno: 45 minuta. Mikropauza se koristi samo po potrebi; tada se skraćuje predstavljanje skupina ili završna rasprava.</w:t>
      </w:r>
    </w:p>
    <w:p w14:paraId="1BFEF34D" w14:textId="77777777" w:rsidR="00A3685C" w:rsidRDefault="00A3685C">
      <w:pPr>
        <w:spacing w:after="80"/>
        <w:rPr>
          <w:b/>
          <w:color w:val="C96A00"/>
          <w:sz w:val="26"/>
        </w:rPr>
      </w:pPr>
    </w:p>
    <w:p w14:paraId="18D1F104" w14:textId="5651D255" w:rsidR="004877B3" w:rsidRDefault="006A3C81">
      <w:pPr>
        <w:spacing w:after="80"/>
      </w:pPr>
      <w:r>
        <w:rPr>
          <w:b/>
          <w:color w:val="C96A00"/>
          <w:sz w:val="26"/>
        </w:rPr>
        <w:t>PRILOZI ZA BRZU UPORABU</w:t>
      </w:r>
    </w:p>
    <w:p w14:paraId="4917F08F" w14:textId="77777777" w:rsidR="004877B3" w:rsidRPr="006A3C81" w:rsidRDefault="000E61E5">
      <w:pPr>
        <w:spacing w:after="40"/>
      </w:pPr>
      <w:r w:rsidRPr="006A3C81">
        <w:rPr>
          <w:b/>
          <w:color w:val="auto"/>
        </w:rPr>
        <w:t>Prilog 1: Kratka kontrolna lista za vjeroučitelja</w:t>
      </w:r>
    </w:p>
    <w:p w14:paraId="36746A14" w14:textId="77777777" w:rsidR="004877B3" w:rsidRDefault="000E61E5">
      <w:r>
        <w:t>□ Mogu li učenici prepričati osnovni slijed Isusova ulaska u Jeruzalem?</w:t>
      </w:r>
    </w:p>
    <w:p w14:paraId="2B1649B9" w14:textId="77777777" w:rsidR="004877B3" w:rsidRDefault="000E61E5">
      <w:r>
        <w:t>□ Mogu li objasniti značenje magarca, plašteva, grančica i poklika „Hosana“?</w:t>
      </w:r>
    </w:p>
    <w:p w14:paraId="11170A7D" w14:textId="77777777" w:rsidR="004877B3" w:rsidRDefault="000E61E5">
      <w:r>
        <w:t>□ Mogu li povezati Cvjetnicu s početkom Velikoga tjedna?</w:t>
      </w:r>
    </w:p>
    <w:p w14:paraId="3BFA0D71" w14:textId="77777777" w:rsidR="004877B3" w:rsidRDefault="000E61E5">
      <w:r>
        <w:t>□ Mogu li razlikovati Isusovo kraljevstvo mira od moći koja se oslanja na silu?</w:t>
      </w:r>
    </w:p>
    <w:p w14:paraId="02E26C17" w14:textId="77777777" w:rsidR="004877B3" w:rsidRDefault="000E61E5">
      <w:r>
        <w:t>□ Mogu li navesti jedan konkretan način vjernoga dočeka Isusa danas?</w:t>
      </w:r>
    </w:p>
    <w:sectPr w:rsidR="004877B3">
      <w:headerReference w:type="default" r:id="rId26"/>
      <w:footerReference w:type="default" r:id="rId27"/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EB0A" w14:textId="77777777" w:rsidR="00142C0C" w:rsidRDefault="00142C0C">
      <w:r>
        <w:separator/>
      </w:r>
    </w:p>
  </w:endnote>
  <w:endnote w:type="continuationSeparator" w:id="0">
    <w:p w14:paraId="4D6F7F03" w14:textId="77777777" w:rsidR="00142C0C" w:rsidRDefault="0014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3E208" w14:textId="77777777" w:rsidR="004877B3" w:rsidRDefault="004877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7E2B2" w14:textId="77777777" w:rsidR="00142C0C" w:rsidRDefault="00142C0C">
      <w:r>
        <w:separator/>
      </w:r>
    </w:p>
  </w:footnote>
  <w:footnote w:type="continuationSeparator" w:id="0">
    <w:p w14:paraId="57B884C8" w14:textId="77777777" w:rsidR="00142C0C" w:rsidRDefault="00142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8182" w14:textId="77777777" w:rsidR="004877B3" w:rsidRDefault="004877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1D5321"/>
    <w:multiLevelType w:val="hybridMultilevel"/>
    <w:tmpl w:val="B100D6DC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3" w15:restartNumberingAfterBreak="0">
    <w:nsid w:val="0C664813"/>
    <w:multiLevelType w:val="hybridMultilevel"/>
    <w:tmpl w:val="A2D09F94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4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8D6DF8"/>
    <w:multiLevelType w:val="hybridMultilevel"/>
    <w:tmpl w:val="3748549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D58FB"/>
    <w:multiLevelType w:val="hybridMultilevel"/>
    <w:tmpl w:val="C6AE9428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0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C33FC5"/>
    <w:multiLevelType w:val="hybridMultilevel"/>
    <w:tmpl w:val="39FA8AFA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2" w15:restartNumberingAfterBreak="0">
    <w:nsid w:val="16655596"/>
    <w:multiLevelType w:val="hybridMultilevel"/>
    <w:tmpl w:val="6B482936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3" w15:restartNumberingAfterBreak="0">
    <w:nsid w:val="176D6400"/>
    <w:multiLevelType w:val="hybridMultilevel"/>
    <w:tmpl w:val="29F60F9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6346B2"/>
    <w:multiLevelType w:val="hybridMultilevel"/>
    <w:tmpl w:val="14C8C3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D271BB1"/>
    <w:multiLevelType w:val="hybridMultilevel"/>
    <w:tmpl w:val="239800FA"/>
    <w:lvl w:ilvl="0" w:tplc="4C9C55BA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27" w15:restartNumberingAfterBreak="0">
    <w:nsid w:val="1E6538D7"/>
    <w:multiLevelType w:val="hybridMultilevel"/>
    <w:tmpl w:val="141CD38E"/>
    <w:lvl w:ilvl="0" w:tplc="0B96C7A2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28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62512D2"/>
    <w:multiLevelType w:val="hybridMultilevel"/>
    <w:tmpl w:val="3A3A41C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BF1787"/>
    <w:multiLevelType w:val="hybridMultilevel"/>
    <w:tmpl w:val="87600A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5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A20171"/>
    <w:multiLevelType w:val="hybridMultilevel"/>
    <w:tmpl w:val="E7AC4FB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42" w15:restartNumberingAfterBreak="0">
    <w:nsid w:val="402B685C"/>
    <w:multiLevelType w:val="hybridMultilevel"/>
    <w:tmpl w:val="B54A5EF8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43" w15:restartNumberingAfterBreak="0">
    <w:nsid w:val="42742074"/>
    <w:multiLevelType w:val="hybridMultilevel"/>
    <w:tmpl w:val="90021F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45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56555F"/>
    <w:multiLevelType w:val="hybridMultilevel"/>
    <w:tmpl w:val="7B866A5E"/>
    <w:lvl w:ilvl="0" w:tplc="EB768E82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47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854A46"/>
    <w:multiLevelType w:val="hybridMultilevel"/>
    <w:tmpl w:val="37588318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50" w15:restartNumberingAfterBreak="0">
    <w:nsid w:val="53D72A88"/>
    <w:multiLevelType w:val="hybridMultilevel"/>
    <w:tmpl w:val="CF3AA31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51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5673BC"/>
    <w:multiLevelType w:val="hybridMultilevel"/>
    <w:tmpl w:val="A15605C6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53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26D70"/>
    <w:multiLevelType w:val="hybridMultilevel"/>
    <w:tmpl w:val="8318B9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C6136A"/>
    <w:multiLevelType w:val="hybridMultilevel"/>
    <w:tmpl w:val="DBC24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5AE2255"/>
    <w:multiLevelType w:val="hybridMultilevel"/>
    <w:tmpl w:val="A684C0F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1906AE"/>
    <w:multiLevelType w:val="hybridMultilevel"/>
    <w:tmpl w:val="FDEA8960"/>
    <w:lvl w:ilvl="0" w:tplc="9F063DA2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63" w15:restartNumberingAfterBreak="0">
    <w:nsid w:val="6E3A7F11"/>
    <w:multiLevelType w:val="singleLevel"/>
    <w:tmpl w:val="1F3A750E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64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1E0B25"/>
    <w:multiLevelType w:val="hybridMultilevel"/>
    <w:tmpl w:val="5FC0E270"/>
    <w:lvl w:ilvl="0" w:tplc="15AE00C8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66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9D6EF7"/>
    <w:multiLevelType w:val="hybridMultilevel"/>
    <w:tmpl w:val="9E56C528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68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47B6FD7"/>
    <w:multiLevelType w:val="hybridMultilevel"/>
    <w:tmpl w:val="A53C6F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5A16DFE"/>
    <w:multiLevelType w:val="hybridMultilevel"/>
    <w:tmpl w:val="000E71D4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2" w15:restartNumberingAfterBreak="0">
    <w:nsid w:val="780356C9"/>
    <w:multiLevelType w:val="hybridMultilevel"/>
    <w:tmpl w:val="61F6758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092554"/>
    <w:multiLevelType w:val="hybridMultilevel"/>
    <w:tmpl w:val="7D92ABDA"/>
    <w:lvl w:ilvl="0" w:tplc="47E8F7A0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74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953638800">
    <w:abstractNumId w:val="63"/>
  </w:num>
  <w:num w:numId="2" w16cid:durableId="1878350540">
    <w:abstractNumId w:val="11"/>
  </w:num>
  <w:num w:numId="3" w16cid:durableId="212736871">
    <w:abstractNumId w:val="9"/>
  </w:num>
  <w:num w:numId="4" w16cid:durableId="1392269903">
    <w:abstractNumId w:val="52"/>
  </w:num>
  <w:num w:numId="5" w16cid:durableId="580943624">
    <w:abstractNumId w:val="24"/>
  </w:num>
  <w:num w:numId="6" w16cid:durableId="384529873">
    <w:abstractNumId w:val="21"/>
  </w:num>
  <w:num w:numId="7" w16cid:durableId="905534893">
    <w:abstractNumId w:val="13"/>
  </w:num>
  <w:num w:numId="8" w16cid:durableId="103425796">
    <w:abstractNumId w:val="12"/>
  </w:num>
  <w:num w:numId="9" w16cid:durableId="12658613">
    <w:abstractNumId w:val="19"/>
  </w:num>
  <w:num w:numId="10" w16cid:durableId="2030910854">
    <w:abstractNumId w:val="15"/>
  </w:num>
  <w:num w:numId="11" w16cid:durableId="1972203856">
    <w:abstractNumId w:val="60"/>
  </w:num>
  <w:num w:numId="12" w16cid:durableId="2020229029">
    <w:abstractNumId w:val="58"/>
  </w:num>
  <w:num w:numId="13" w16cid:durableId="131485874">
    <w:abstractNumId w:val="70"/>
  </w:num>
  <w:num w:numId="14" w16cid:durableId="1264606109">
    <w:abstractNumId w:val="67"/>
  </w:num>
  <w:num w:numId="15" w16cid:durableId="1288315976">
    <w:abstractNumId w:val="26"/>
  </w:num>
  <w:num w:numId="16" w16cid:durableId="152264414">
    <w:abstractNumId w:val="40"/>
  </w:num>
  <w:num w:numId="17" w16cid:durableId="7492937">
    <w:abstractNumId w:val="30"/>
  </w:num>
  <w:num w:numId="18" w16cid:durableId="870387363">
    <w:abstractNumId w:val="42"/>
  </w:num>
  <w:num w:numId="19" w16cid:durableId="1134521624">
    <w:abstractNumId w:val="27"/>
  </w:num>
  <w:num w:numId="20" w16cid:durableId="713848501">
    <w:abstractNumId w:val="57"/>
  </w:num>
  <w:num w:numId="21" w16cid:durableId="1235705835">
    <w:abstractNumId w:val="71"/>
  </w:num>
  <w:num w:numId="22" w16cid:durableId="764499667">
    <w:abstractNumId w:val="73"/>
  </w:num>
  <w:num w:numId="23" w16cid:durableId="57678476">
    <w:abstractNumId w:val="23"/>
  </w:num>
  <w:num w:numId="24" w16cid:durableId="1555773465">
    <w:abstractNumId w:val="49"/>
  </w:num>
  <w:num w:numId="25" w16cid:durableId="1478188738">
    <w:abstractNumId w:val="65"/>
  </w:num>
  <w:num w:numId="26" w16cid:durableId="1428161945">
    <w:abstractNumId w:val="72"/>
  </w:num>
  <w:num w:numId="27" w16cid:durableId="913928127">
    <w:abstractNumId w:val="50"/>
  </w:num>
  <w:num w:numId="28" w16cid:durableId="1760518472">
    <w:abstractNumId w:val="62"/>
  </w:num>
  <w:num w:numId="29" w16cid:durableId="570894483">
    <w:abstractNumId w:val="43"/>
  </w:num>
  <w:num w:numId="30" w16cid:durableId="1244998362">
    <w:abstractNumId w:val="22"/>
  </w:num>
  <w:num w:numId="31" w16cid:durableId="990870645">
    <w:abstractNumId w:val="46"/>
  </w:num>
  <w:num w:numId="32" w16cid:durableId="4804400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F55"/>
    <w:rsid w:val="000311CB"/>
    <w:rsid w:val="00034616"/>
    <w:rsid w:val="0003703C"/>
    <w:rsid w:val="00057764"/>
    <w:rsid w:val="0006063C"/>
    <w:rsid w:val="000618B5"/>
    <w:rsid w:val="00072BA7"/>
    <w:rsid w:val="000C09B0"/>
    <w:rsid w:val="000C29D8"/>
    <w:rsid w:val="000D5C0E"/>
    <w:rsid w:val="000E61E5"/>
    <w:rsid w:val="00101A46"/>
    <w:rsid w:val="001106A2"/>
    <w:rsid w:val="00134E35"/>
    <w:rsid w:val="00142C0C"/>
    <w:rsid w:val="0015074B"/>
    <w:rsid w:val="00153B07"/>
    <w:rsid w:val="00156D3E"/>
    <w:rsid w:val="0016319A"/>
    <w:rsid w:val="00163A5E"/>
    <w:rsid w:val="00172E15"/>
    <w:rsid w:val="00181A65"/>
    <w:rsid w:val="00195197"/>
    <w:rsid w:val="001C4469"/>
    <w:rsid w:val="001D6E47"/>
    <w:rsid w:val="001E6F01"/>
    <w:rsid w:val="002155CD"/>
    <w:rsid w:val="00237952"/>
    <w:rsid w:val="00243CBC"/>
    <w:rsid w:val="00287219"/>
    <w:rsid w:val="0029639D"/>
    <w:rsid w:val="002A64BE"/>
    <w:rsid w:val="002B78F2"/>
    <w:rsid w:val="002C1C97"/>
    <w:rsid w:val="002D5F4D"/>
    <w:rsid w:val="002D65D4"/>
    <w:rsid w:val="002D6C46"/>
    <w:rsid w:val="002E2040"/>
    <w:rsid w:val="002F06D2"/>
    <w:rsid w:val="002F7FDF"/>
    <w:rsid w:val="003054B1"/>
    <w:rsid w:val="00326F90"/>
    <w:rsid w:val="00384458"/>
    <w:rsid w:val="00385BF0"/>
    <w:rsid w:val="003978CD"/>
    <w:rsid w:val="003C290B"/>
    <w:rsid w:val="003F4C18"/>
    <w:rsid w:val="003F61B2"/>
    <w:rsid w:val="00421F3F"/>
    <w:rsid w:val="00457C7D"/>
    <w:rsid w:val="004843DD"/>
    <w:rsid w:val="004877B3"/>
    <w:rsid w:val="004B2C41"/>
    <w:rsid w:val="004B4883"/>
    <w:rsid w:val="004B6390"/>
    <w:rsid w:val="004C043F"/>
    <w:rsid w:val="004C47DB"/>
    <w:rsid w:val="004D114B"/>
    <w:rsid w:val="004E6D6E"/>
    <w:rsid w:val="004F07BF"/>
    <w:rsid w:val="00526A4F"/>
    <w:rsid w:val="00571A66"/>
    <w:rsid w:val="005806C7"/>
    <w:rsid w:val="00597EDA"/>
    <w:rsid w:val="005A0974"/>
    <w:rsid w:val="005B302E"/>
    <w:rsid w:val="005B422B"/>
    <w:rsid w:val="005B5DBA"/>
    <w:rsid w:val="005F00CE"/>
    <w:rsid w:val="005F1EDE"/>
    <w:rsid w:val="00600F65"/>
    <w:rsid w:val="00613BE8"/>
    <w:rsid w:val="00654B43"/>
    <w:rsid w:val="00667ACD"/>
    <w:rsid w:val="00671A8C"/>
    <w:rsid w:val="006A3C81"/>
    <w:rsid w:val="006C0FE8"/>
    <w:rsid w:val="006C2795"/>
    <w:rsid w:val="006C4531"/>
    <w:rsid w:val="006E41ED"/>
    <w:rsid w:val="006E742B"/>
    <w:rsid w:val="006F598D"/>
    <w:rsid w:val="007137F4"/>
    <w:rsid w:val="00737DD5"/>
    <w:rsid w:val="007D66EA"/>
    <w:rsid w:val="0082258F"/>
    <w:rsid w:val="00831545"/>
    <w:rsid w:val="0084345C"/>
    <w:rsid w:val="008501E0"/>
    <w:rsid w:val="008644DA"/>
    <w:rsid w:val="00872494"/>
    <w:rsid w:val="008727BC"/>
    <w:rsid w:val="00876DB2"/>
    <w:rsid w:val="00884730"/>
    <w:rsid w:val="008955AB"/>
    <w:rsid w:val="00897EB4"/>
    <w:rsid w:val="008A6992"/>
    <w:rsid w:val="008C1468"/>
    <w:rsid w:val="00945FE0"/>
    <w:rsid w:val="00987367"/>
    <w:rsid w:val="00994CA8"/>
    <w:rsid w:val="009A7762"/>
    <w:rsid w:val="009B45D9"/>
    <w:rsid w:val="009D666C"/>
    <w:rsid w:val="00A17BE1"/>
    <w:rsid w:val="00A32320"/>
    <w:rsid w:val="00A3685C"/>
    <w:rsid w:val="00A476E9"/>
    <w:rsid w:val="00A53BFA"/>
    <w:rsid w:val="00A53D80"/>
    <w:rsid w:val="00A828EC"/>
    <w:rsid w:val="00AA1D8D"/>
    <w:rsid w:val="00AA7DFD"/>
    <w:rsid w:val="00AB35EE"/>
    <w:rsid w:val="00AB5BCB"/>
    <w:rsid w:val="00AE6BFF"/>
    <w:rsid w:val="00AF17DD"/>
    <w:rsid w:val="00B35905"/>
    <w:rsid w:val="00B36E72"/>
    <w:rsid w:val="00B47730"/>
    <w:rsid w:val="00B53B3A"/>
    <w:rsid w:val="00B71E20"/>
    <w:rsid w:val="00B748D0"/>
    <w:rsid w:val="00B83CB4"/>
    <w:rsid w:val="00B87DEC"/>
    <w:rsid w:val="00B97AC4"/>
    <w:rsid w:val="00BB5485"/>
    <w:rsid w:val="00BF159B"/>
    <w:rsid w:val="00BF2A1F"/>
    <w:rsid w:val="00C00659"/>
    <w:rsid w:val="00C17DC9"/>
    <w:rsid w:val="00C20BA0"/>
    <w:rsid w:val="00C44F92"/>
    <w:rsid w:val="00C52104"/>
    <w:rsid w:val="00C53C0A"/>
    <w:rsid w:val="00C60AB6"/>
    <w:rsid w:val="00C633D1"/>
    <w:rsid w:val="00C7011F"/>
    <w:rsid w:val="00C707AF"/>
    <w:rsid w:val="00C842FA"/>
    <w:rsid w:val="00CA2B5E"/>
    <w:rsid w:val="00CB0664"/>
    <w:rsid w:val="00CB110A"/>
    <w:rsid w:val="00D1726F"/>
    <w:rsid w:val="00D30258"/>
    <w:rsid w:val="00D67445"/>
    <w:rsid w:val="00D75EB7"/>
    <w:rsid w:val="00D81ECB"/>
    <w:rsid w:val="00DD4CEE"/>
    <w:rsid w:val="00DD6964"/>
    <w:rsid w:val="00DE589F"/>
    <w:rsid w:val="00DF1E8F"/>
    <w:rsid w:val="00E06754"/>
    <w:rsid w:val="00E321EB"/>
    <w:rsid w:val="00E34F34"/>
    <w:rsid w:val="00E42B38"/>
    <w:rsid w:val="00E60547"/>
    <w:rsid w:val="00EA0A2A"/>
    <w:rsid w:val="00EC06B6"/>
    <w:rsid w:val="00EF4C56"/>
    <w:rsid w:val="00F20013"/>
    <w:rsid w:val="00F266AE"/>
    <w:rsid w:val="00F3471C"/>
    <w:rsid w:val="00F503CA"/>
    <w:rsid w:val="00FA6FA9"/>
    <w:rsid w:val="00FC65F6"/>
    <w:rsid w:val="00FC693F"/>
    <w:rsid w:val="00FD7C22"/>
    <w:rsid w:val="00FE1EFD"/>
    <w:rsid w:val="00FE3DC5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B8D89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youtube.com/embed/PSC0mj-JsPc?start=21&amp;feature=oembed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8.png"/><Relationship Id="rId25" Type="http://schemas.openxmlformats.org/officeDocument/2006/relationships/image" Target="media/image13.jp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embed/KEcYqqPr1c8?feature=oembed" TargetMode="External"/><Relationship Id="rId24" Type="http://schemas.openxmlformats.org/officeDocument/2006/relationships/hyperlink" Target="https://www.youtube.com/embed/PixLa1QlpZA?feature=oembed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hyperlink" Target="https://wordwall.net/hr/resource/9932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ZC05k9JN4iQ?feature=oembed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1.jp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1727</TotalTime>
  <Pages>3</Pages>
  <Words>3031</Words>
  <Characters>17280</Characters>
  <Application>Microsoft Office Word</Application>
  <DocSecurity>0</DocSecurity>
  <Lines>144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Josip Kunac</cp:lastModifiedBy>
  <cp:revision>47</cp:revision>
  <dcterms:created xsi:type="dcterms:W3CDTF">2026-07-13T15:42:00Z</dcterms:created>
  <dcterms:modified xsi:type="dcterms:W3CDTF">2026-08-05T10:56:00Z</dcterms:modified>
  <cp:category/>
  <dc:identifier/>
  <cp:contentStatus/>
  <dc:language/>
  <cp:version/>
</cp:coreProperties>
</file>