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DC3ACF" w14:paraId="4BC9591A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484111B2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0350BF59" w14:textId="77777777" w:rsidR="00DC3ACF" w:rsidRDefault="00D8130F">
            <w:pPr>
              <w:spacing w:before="60" w:after="60"/>
              <w:ind w:left="108" w:right="108"/>
            </w:pPr>
            <w:r>
              <w:t>Klinča Sela</w:t>
            </w:r>
          </w:p>
        </w:tc>
      </w:tr>
      <w:tr w:rsidR="00DC3ACF" w14:paraId="30C7269D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66C14E4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7B6A1C28" w14:textId="77777777" w:rsidR="00DC3ACF" w:rsidRDefault="00D8130F">
            <w:pPr>
              <w:spacing w:before="60" w:after="60"/>
              <w:ind w:left="108" w:right="108"/>
            </w:pPr>
            <w:r>
              <w:t>Katolički vjeronauk</w:t>
            </w:r>
          </w:p>
        </w:tc>
      </w:tr>
      <w:tr w:rsidR="00DC3ACF" w14:paraId="3702B61F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63212714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09E52680" w14:textId="77777777" w:rsidR="00DC3ACF" w:rsidRDefault="00D8130F">
            <w:pPr>
              <w:spacing w:before="60" w:after="60"/>
              <w:ind w:left="108" w:right="108"/>
            </w:pPr>
            <w:r>
              <w:t xml:space="preserve">Josip Kunac, </w:t>
            </w:r>
            <w:r>
              <w:rPr>
                <w:i/>
              </w:rPr>
              <w:t>prof.</w:t>
            </w:r>
          </w:p>
        </w:tc>
      </w:tr>
      <w:tr w:rsidR="00DC3ACF" w14:paraId="5435AC2F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7E1190E2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02F03534" w14:textId="77777777" w:rsidR="00DC3ACF" w:rsidRDefault="00D8130F">
            <w:pPr>
              <w:spacing w:before="60" w:after="60"/>
              <w:ind w:left="108" w:right="108"/>
            </w:pPr>
            <w:r>
              <w:t>5. razred</w:t>
            </w:r>
          </w:p>
        </w:tc>
      </w:tr>
      <w:tr w:rsidR="00DC3ACF" w14:paraId="5257ACD3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A1B6BEF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790866AB" w14:textId="21E7C7BE" w:rsidR="00DC3ACF" w:rsidRDefault="00D8130F">
            <w:pPr>
              <w:spacing w:before="60" w:after="60"/>
              <w:ind w:left="108" w:right="108"/>
            </w:pPr>
            <w:r>
              <w:t>4</w:t>
            </w:r>
            <w:r w:rsidR="002D56F9">
              <w:t>8</w:t>
            </w:r>
            <w:r>
              <w:t>.</w:t>
            </w:r>
          </w:p>
        </w:tc>
      </w:tr>
      <w:tr w:rsidR="00DC3ACF" w14:paraId="30CDA10F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88DFA7D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49CF4D19" w14:textId="77777777" w:rsidR="00DC3ACF" w:rsidRDefault="00D8130F">
            <w:pPr>
              <w:spacing w:before="60" w:after="60"/>
              <w:ind w:left="108" w:right="108"/>
            </w:pPr>
            <w:r>
              <w:t>IV. ŠIRENJE ISUSOVE PORUKE</w:t>
            </w:r>
          </w:p>
        </w:tc>
      </w:tr>
      <w:tr w:rsidR="00DC3ACF" w14:paraId="53ECBE2B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BA88248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6A9AE915" w14:textId="22FA5203" w:rsidR="00DC3ACF" w:rsidRDefault="00D8130F">
            <w:pPr>
              <w:spacing w:before="60" w:after="60"/>
              <w:ind w:left="108" w:right="108"/>
            </w:pPr>
            <w:r>
              <w:t xml:space="preserve">1. Isus šalje Duha Svetoga </w:t>
            </w:r>
            <w:r>
              <w:t>I.</w:t>
            </w:r>
          </w:p>
        </w:tc>
      </w:tr>
    </w:tbl>
    <w:p w14:paraId="3C4854E8" w14:textId="77777777" w:rsidR="00DC3ACF" w:rsidRDefault="00D8130F">
      <w:pPr>
        <w:keepNext/>
        <w:spacing w:before="220" w:after="40"/>
        <w:jc w:val="both"/>
      </w:pPr>
      <w:r>
        <w:rPr>
          <w:b/>
          <w:color w:val="C96A00"/>
          <w:sz w:val="26"/>
        </w:rPr>
        <w:t>Odgojno-obrazovni ishodi učenja:</w:t>
      </w:r>
    </w:p>
    <w:p w14:paraId="3DEE2797" w14:textId="77777777" w:rsidR="00DC3ACF" w:rsidRDefault="00D8130F">
      <w:pPr>
        <w:jc w:val="both"/>
      </w:pPr>
      <w:r>
        <w:t>OŠ KV B.5.1. Učenik opisuje znakove Božje naklonosti, skrbi, prijateljstva, praštanja i izbavljenja prema čovjeku.</w:t>
      </w:r>
    </w:p>
    <w:p w14:paraId="7471A77D" w14:textId="77777777" w:rsidR="00DC3ACF" w:rsidRDefault="00D8130F">
      <w:pPr>
        <w:jc w:val="both"/>
      </w:pPr>
      <w:r>
        <w:t>OŠ KV B.5.3. Učenik opisuje središnja slavlja liturgijske godine.</w:t>
      </w:r>
    </w:p>
    <w:p w14:paraId="47336C3B" w14:textId="77777777" w:rsidR="00DC3ACF" w:rsidRDefault="00D8130F">
      <w:pPr>
        <w:jc w:val="both"/>
      </w:pPr>
      <w:r>
        <w:t>OŠ KV C.5.1. Učenik navodi i objašnjava vrednote kraljevstva Božjega.</w:t>
      </w:r>
    </w:p>
    <w:p w14:paraId="1ACBFD29" w14:textId="77777777" w:rsidR="00DC3ACF" w:rsidRDefault="00D8130F">
      <w:pPr>
        <w:jc w:val="both"/>
      </w:pPr>
      <w:r>
        <w:t>OŠ KV D.5.1. Učenik otkriva svoju ulogu u Crkvi i svojoj sredini.</w:t>
      </w:r>
    </w:p>
    <w:p w14:paraId="1EBBCCB0" w14:textId="77777777" w:rsidR="00DC3ACF" w:rsidRDefault="00D8130F">
      <w:pPr>
        <w:jc w:val="both"/>
      </w:pPr>
      <w:r>
        <w:t>OŠ KV D.5.2. Učenik prepoznaje i opisuje biblijske likove i događaje na reprodukcijama umjetničkih djela.</w:t>
      </w:r>
    </w:p>
    <w:p w14:paraId="25A837A8" w14:textId="77777777" w:rsidR="00DC3ACF" w:rsidRDefault="00D8130F">
      <w:pPr>
        <w:spacing w:after="220"/>
        <w:jc w:val="both"/>
      </w:pPr>
      <w:r>
        <w:t>OŠ KV D.5.2. Učenik otkriva i interpretira kršćanske / duhovne poruke i doživljaje koje otkriva u umjetničkome djelu.</w:t>
      </w:r>
    </w:p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DC3ACF" w14:paraId="6EA96EF9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416BF8F4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663A8912" w14:textId="77777777" w:rsidR="00DC3ACF" w:rsidRDefault="00D8130F">
            <w:pPr>
              <w:spacing w:before="60" w:after="60"/>
              <w:ind w:left="108" w:right="108"/>
              <w:jc w:val="both"/>
            </w:pPr>
            <w:r>
              <w:t>Duh Sveti, Pedesetnica, Duhovi, apostoli, Marija, Crkva, prva kršćanska zajednica, zajedništvo, lomljenje kruha, molitva</w:t>
            </w:r>
          </w:p>
        </w:tc>
      </w:tr>
      <w:tr w:rsidR="00DC3ACF" w14:paraId="7CC53A88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751334D3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7CDE71EB" w14:textId="77777777" w:rsidR="00DC3ACF" w:rsidRDefault="00D8130F">
            <w:pPr>
              <w:spacing w:before="60" w:after="60"/>
              <w:ind w:left="108" w:right="108"/>
              <w:jc w:val="both"/>
            </w:pPr>
            <w:r>
              <w:t>Kako Duh Sveti od skupine učenika oblikuje Crkvu koja moli, živi u zajedništvu i svjedoči Isusa?</w:t>
            </w:r>
          </w:p>
        </w:tc>
      </w:tr>
      <w:tr w:rsidR="00DC3ACF" w14:paraId="011AB911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5635E7B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402C5DE4" w14:textId="77777777" w:rsidR="00DC3ACF" w:rsidRDefault="00D8130F">
            <w:pPr>
              <w:spacing w:before="60" w:after="60"/>
              <w:ind w:left="108" w:right="108"/>
              <w:jc w:val="both"/>
            </w:pPr>
            <w:r>
              <w:t>razgovor, slagalica tekstova, čitanje s dokazom, uspoređivanje, vremenska crta, rad na pojmovima, problemsko i suradničko učenje, analiza umjetničkoga djela, likovno izražavanje, formativna provjera</w:t>
            </w:r>
          </w:p>
        </w:tc>
      </w:tr>
      <w:tr w:rsidR="00DC3ACF" w14:paraId="4957BBB8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793A6E5B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51A88734" w14:textId="77777777" w:rsidR="00DC3ACF" w:rsidRDefault="00D8130F">
            <w:pPr>
              <w:spacing w:before="60" w:after="60"/>
              <w:ind w:left="108" w:right="108"/>
              <w:jc w:val="both"/>
            </w:pPr>
            <w:r>
              <w:t>frontalni rad, individualni rad, rad u paru, rad u skupinama</w:t>
            </w:r>
          </w:p>
        </w:tc>
      </w:tr>
      <w:tr w:rsidR="00DC3ACF" w14:paraId="7100E2B1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45C955EA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57F1C434" w14:textId="77777777" w:rsidR="00DC3ACF" w:rsidRDefault="00D8130F">
            <w:pPr>
              <w:spacing w:before="60" w:after="60"/>
              <w:ind w:left="108" w:right="108"/>
              <w:jc w:val="both"/>
            </w:pPr>
            <w:r>
              <w:t>udžbenik, radna bilježnica, Biblija, digitalni udžbenik, prilozi 1 i 2, bilježnica, bojice, kartice, grafički predlošci, računalo ili tablet (po izboru)</w:t>
            </w:r>
          </w:p>
        </w:tc>
      </w:tr>
      <w:tr w:rsidR="00DC3ACF" w14:paraId="514D1A17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4A059E68" w14:textId="77777777" w:rsidR="00DC3ACF" w:rsidRDefault="00D8130F">
            <w:pPr>
              <w:spacing w:before="60" w:after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549ACA3B" w14:textId="77777777" w:rsidR="00DC3ACF" w:rsidRDefault="00D8130F">
            <w:pPr>
              <w:spacing w:before="60" w:after="60"/>
              <w:ind w:left="108" w:right="108"/>
              <w:jc w:val="both"/>
            </w:pPr>
            <w:r>
              <w:t>Hrvatski jezik – čitanje i sažimanje biblijskoga teksta; Likovna kultura – analiza umjetničkoga djela i crtanje; Osobni i socijalni razvoj – zajedništvo, dijeljenje i suradnja; Učiti kako učiti – izdvajanje dokaza, vremenska crta i samovrednovanje; Uporaba IKT-a – digitalni zadatak</w:t>
            </w:r>
          </w:p>
        </w:tc>
      </w:tr>
    </w:tbl>
    <w:p w14:paraId="15EECA56" w14:textId="77777777" w:rsidR="00DC3ACF" w:rsidRDefault="00D8130F">
      <w:pPr>
        <w:keepNext/>
        <w:spacing w:before="120" w:after="40"/>
        <w:jc w:val="both"/>
      </w:pPr>
      <w:r>
        <w:rPr>
          <w:b/>
          <w:color w:val="C96A00"/>
          <w:sz w:val="26"/>
        </w:rPr>
        <w:t>Vrednovanje:</w:t>
      </w:r>
    </w:p>
    <w:p w14:paraId="04D500E4" w14:textId="77777777" w:rsidR="00DC3ACF" w:rsidRDefault="00D8130F" w:rsidP="00F54AAD">
      <w:pPr>
        <w:jc w:val="both"/>
      </w:pPr>
      <w:r>
        <w:rPr>
          <w:b/>
        </w:rPr>
        <w:t xml:space="preserve">Vrednovanje za učenje: </w:t>
      </w:r>
      <w:r>
        <w:t>odgovori tijekom obrade tekstova, razlikovanje znakova Pedesetnice, tumačenje obilježja prve kršćanske zajednice, rad na vremenskoj crti, analiza umjetničkoga djela i formativna provjera.</w:t>
      </w:r>
    </w:p>
    <w:p w14:paraId="7A8FCE6A" w14:textId="77777777" w:rsidR="00DC3ACF" w:rsidRDefault="00D8130F" w:rsidP="00F54AAD">
      <w:pPr>
        <w:jc w:val="both"/>
      </w:pPr>
      <w:r>
        <w:rPr>
          <w:b/>
        </w:rPr>
        <w:t xml:space="preserve">Vrednovanje kao učenje: </w:t>
      </w:r>
      <w:r>
        <w:t>samovrednovanje kratkom izlaznom procjenom razumijevanja.</w:t>
      </w:r>
    </w:p>
    <w:p w14:paraId="79EEC36C" w14:textId="77777777" w:rsidR="00DC3ACF" w:rsidRDefault="00D8130F" w:rsidP="00F54AAD">
      <w:pPr>
        <w:jc w:val="both"/>
      </w:pPr>
      <w:r>
        <w:rPr>
          <w:b/>
        </w:rPr>
        <w:t xml:space="preserve">Vrednovanje naučenoga: </w:t>
      </w:r>
      <w:r>
        <w:t>formalno brojčano vrednovanje nije predviđeno.</w:t>
      </w:r>
    </w:p>
    <w:p w14:paraId="57CBFD72" w14:textId="77777777" w:rsidR="00DC3ACF" w:rsidRDefault="00D8130F" w:rsidP="00F54AAD">
      <w:pPr>
        <w:jc w:val="both"/>
      </w:pPr>
      <w:r>
        <w:br w:type="page"/>
      </w:r>
    </w:p>
    <w:p w14:paraId="47C6D7F4" w14:textId="77777777" w:rsidR="00DC3ACF" w:rsidRDefault="00D8130F">
      <w:pPr>
        <w:keepNext/>
        <w:spacing w:after="28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81"/>
      </w:tblGrid>
      <w:tr w:rsidR="00DC3ACF" w14:paraId="6301AD58" w14:textId="77777777" w:rsidTr="00F54AAD">
        <w:trPr>
          <w:jc w:val="center"/>
        </w:trPr>
        <w:tc>
          <w:tcPr>
            <w:tcW w:w="5000" w:type="pct"/>
            <w:shd w:val="clear" w:color="auto" w:fill="00B05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25787CE" w14:textId="77777777" w:rsidR="00DC3ACF" w:rsidRDefault="00D8130F">
            <w:pPr>
              <w:jc w:val="both"/>
            </w:pPr>
            <w:r>
              <w:rPr>
                <w:b/>
                <w:color w:val="FFFFFF"/>
                <w:sz w:val="32"/>
              </w:rPr>
              <w:t>I. UVODNI DIO – DOŽIVI</w:t>
            </w:r>
            <w:r>
              <w:rPr>
                <w:color w:val="FFFFFF"/>
                <w:sz w:val="20"/>
              </w:rPr>
              <w:t xml:space="preserve"> (približno 7–10 minuta)</w:t>
            </w:r>
          </w:p>
        </w:tc>
      </w:tr>
    </w:tbl>
    <w:p w14:paraId="5263FC0F" w14:textId="77777777" w:rsidR="00DC3ACF" w:rsidRDefault="00D8130F">
      <w:pPr>
        <w:keepNext/>
        <w:spacing w:before="60" w:after="40"/>
        <w:jc w:val="both"/>
      </w:pPr>
      <w:r>
        <w:rPr>
          <w:b/>
          <w:color w:val="C96A00"/>
          <w:sz w:val="26"/>
        </w:rPr>
        <w:t>Uvodna molitva:</w:t>
      </w:r>
    </w:p>
    <w:p w14:paraId="60C9A549" w14:textId="77777777" w:rsidR="00DC3ACF" w:rsidRDefault="00D8130F">
      <w:pPr>
        <w:spacing w:after="220"/>
        <w:jc w:val="both"/>
      </w:pPr>
      <w:r>
        <w:t>Oče naš…</w:t>
      </w:r>
    </w:p>
    <w:p w14:paraId="32D6D98E" w14:textId="77777777" w:rsidR="00DC3ACF" w:rsidRDefault="00D8130F">
      <w:pPr>
        <w:spacing w:after="220"/>
        <w:jc w:val="both"/>
      </w:pPr>
      <w:r>
        <w:t>ili:</w:t>
      </w:r>
    </w:p>
    <w:p w14:paraId="7764F5F9" w14:textId="77777777" w:rsidR="00DC3ACF" w:rsidRDefault="00D8130F">
      <w:pPr>
        <w:spacing w:after="220"/>
        <w:jc w:val="both"/>
        <w:rPr>
          <w:sz w:val="48"/>
        </w:rPr>
      </w:pPr>
      <w:r>
        <w:rPr>
          <w:sz w:val="48"/>
        </w:rPr>
        <w:t>Duše Sveti, dođi u naše misli i srca. Daj nam pažnju da čujemo Božju riječ, hrabrost da činimo dobro i otvorenost da u drugima prepoznamo članove iste Crkve. Pomozi nam razumjeti kako je na Pedesetnicu započelo javno svjedočenje prve kršćanske zajednice. Amen.</w:t>
      </w:r>
    </w:p>
    <w:p w14:paraId="4702ED8E" w14:textId="40E4DCC3" w:rsidR="00F54AAD" w:rsidRDefault="00F54AAD">
      <w:pPr>
        <w:spacing w:after="220"/>
        <w:jc w:val="both"/>
      </w:pPr>
      <w:r>
        <w:t>Ili:</w:t>
      </w:r>
    </w:p>
    <w:p w14:paraId="454F555C" w14:textId="66E993B2" w:rsidR="00F54AAD" w:rsidRDefault="00F54AAD">
      <w:pPr>
        <w:spacing w:after="220"/>
        <w:jc w:val="both"/>
      </w:pPr>
      <w:r>
        <w:t xml:space="preserve">Učenici će poslušati i otpjevati pjesmu </w:t>
      </w:r>
      <w:r w:rsidRPr="00F54AAD">
        <w:rPr>
          <w:i/>
          <w:iCs/>
        </w:rPr>
        <w:t>Dođi Duše presveti</w:t>
      </w:r>
      <w:r>
        <w:t xml:space="preserve">; 4:22; </w:t>
      </w:r>
      <w:r w:rsidR="006D7CF9">
        <w:t>A</w:t>
      </w:r>
      <w:r w:rsidRPr="00F54AAD">
        <w:t>utor: Marinko Grubešić, Izvor: YouTube</w:t>
      </w:r>
    </w:p>
    <w:p w14:paraId="7EA46F89" w14:textId="1506C6DB" w:rsidR="00F54AAD" w:rsidRDefault="00F54AAD">
      <w:pPr>
        <w:spacing w:after="220"/>
        <w:jc w:val="both"/>
      </w:pPr>
      <w:r>
        <w:rPr>
          <w:noProof/>
        </w:rPr>
        <w:drawing>
          <wp:inline distT="0" distB="0" distL="0" distR="0" wp14:anchorId="400787A4" wp14:editId="5BB3EF9B">
            <wp:extent cx="2401200" cy="1800000"/>
            <wp:effectExtent l="0" t="0" r="0" b="0"/>
            <wp:docPr id="125038609" name="Videozapis 1" descr="Marinko Grubešić - Dođi Duše Presvet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8609" name="Videozapis 1" descr="Marinko Grubešić - Dođi Duše Presveti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sU9TdLkTq1s?feature=oembed&quot; frameborder=&quot;0&quot; allow=&quot;accelerometer; autoplay; clipboard-write; encrypted-media; gyroscope; picture-in-picture; web-share&quot; referrerpolicy=&quot;strict-origin-when-cross-origin&quot; allowfullscreen=&quot;&quot; title=&quot;Marinko Grubešić - Dođi Duše Presveti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DC3ACF" w14:paraId="04B5061E" w14:textId="77777777">
        <w:trPr>
          <w:jc w:val="center"/>
        </w:trPr>
        <w:tc>
          <w:tcPr>
            <w:tcW w:w="10681" w:type="dxa"/>
            <w:shd w:val="clear" w:color="auto" w:fill="EAF4E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3D460B" w14:textId="77777777" w:rsidR="00DC3ACF" w:rsidRDefault="00D8130F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sz w:val="21"/>
              </w:rPr>
              <w:t>Vjeroučitelj će pročitati: „Primit ćete snagu Duha Svetoga koji će sići na vas i bit ćete mi svjedoci… sve do kraja zemlje.“ (Dj 1,8). Nakon kratke tišine učenici će otvoriti dlanove i u sebi izreći: „Duše Sveti, vodi me prema dobru.“</w:t>
            </w:r>
          </w:p>
        </w:tc>
      </w:tr>
    </w:tbl>
    <w:p w14:paraId="2FB85297" w14:textId="77777777" w:rsidR="00DC3ACF" w:rsidRDefault="00DC3ACF">
      <w:pPr>
        <w:spacing w:after="220"/>
        <w:jc w:val="both"/>
      </w:pPr>
    </w:p>
    <w:p w14:paraId="4D452C58" w14:textId="77777777" w:rsidR="00DC3ACF" w:rsidRDefault="00D8130F">
      <w:pPr>
        <w:keepNext/>
        <w:spacing w:before="60" w:after="40"/>
        <w:jc w:val="both"/>
      </w:pPr>
      <w:r>
        <w:rPr>
          <w:b/>
          <w:color w:val="C96A00"/>
          <w:sz w:val="26"/>
        </w:rPr>
        <w:t>Povezivanje s prethodnim satom / pregled domaće zadaće:</w:t>
      </w:r>
    </w:p>
    <w:p w14:paraId="71C2FC5D" w14:textId="77777777" w:rsidR="00DC3ACF" w:rsidRDefault="00D8130F">
      <w:pPr>
        <w:jc w:val="both"/>
      </w:pPr>
      <w:r>
        <w:t>Učenici daju vjeroučitelju na uvid domaću zadaću od prošloga susreta:</w:t>
      </w:r>
    </w:p>
    <w:p w14:paraId="6058782A" w14:textId="77777777" w:rsidR="00DC3ACF" w:rsidRDefault="00D8130F">
      <w:pPr>
        <w:jc w:val="both"/>
      </w:pPr>
      <w:r>
        <w:t>„Učenici će u bilježnici izraditi mini-kviz s pet pitanja i četiri ponuđena odgovora o nastavnoj cjelini Isus Krist. Pitanja trebaju obuhvatiti najmanje tri različite podteme, a točan odgovor jasno označuju na dnu stranice.“</w:t>
      </w:r>
    </w:p>
    <w:p w14:paraId="3D06D12E" w14:textId="77777777" w:rsidR="00DC3ACF" w:rsidRDefault="00D8130F">
      <w:pPr>
        <w:jc w:val="both"/>
      </w:pPr>
      <w:r>
        <w:t>Ili:</w:t>
      </w:r>
    </w:p>
    <w:p w14:paraId="49939718" w14:textId="26175811" w:rsidR="00DC3ACF" w:rsidRDefault="00D8130F">
      <w:pPr>
        <w:jc w:val="both"/>
      </w:pPr>
      <w:r>
        <w:t>„Učenici će odabrati jedan naslov iz nastavne cjeline, nacrtati njegov jednostavan simbol i napisati dvije kratke rečenice: „O Isusu sam naučio/la…“ i „To mogu pokazati tako da…““</w:t>
      </w:r>
    </w:p>
    <w:p w14:paraId="3E185533" w14:textId="77777777" w:rsidR="00DC3ACF" w:rsidRDefault="00D8130F">
      <w:pPr>
        <w:keepNext/>
        <w:spacing w:before="60" w:after="40"/>
        <w:jc w:val="both"/>
      </w:pPr>
      <w:r>
        <w:rPr>
          <w:b/>
          <w:color w:val="C96A00"/>
          <w:sz w:val="26"/>
        </w:rPr>
        <w:lastRenderedPageBreak/>
        <w:t>Motivacija:</w:t>
      </w:r>
    </w:p>
    <w:p w14:paraId="46896B6E" w14:textId="71DBF67F" w:rsidR="00DC3ACF" w:rsidRDefault="00D8130F">
      <w:pPr>
        <w:jc w:val="both"/>
      </w:pPr>
      <w:r>
        <w:t xml:space="preserve">Vjeroučitelj će </w:t>
      </w:r>
      <w:r w:rsidR="00615F14">
        <w:t>prikazati</w:t>
      </w:r>
      <w:r>
        <w:t xml:space="preserve"> omotnic</w:t>
      </w:r>
      <w:r w:rsidR="00615F14">
        <w:t>u</w:t>
      </w:r>
      <w:r>
        <w:t xml:space="preserve"> </w:t>
      </w:r>
      <w:r w:rsidR="00615F14">
        <w:t>s</w:t>
      </w:r>
      <w:r>
        <w:t xml:space="preserve"> tri kartice: VJETAR – PLAMEN – JEZICI. Učenici najprije pojedinačno zapisuju jednu pretpostavku što bi ta tri traga mogla povezivati. Zatim u paru uspoređuju pretpostavke i biraju jednu koju će obrazložiti razredu.</w:t>
      </w:r>
    </w:p>
    <w:p w14:paraId="1FFC6F58" w14:textId="0E9C37FE" w:rsidR="00615F14" w:rsidRDefault="00615F14" w:rsidP="00615F14">
      <w:pPr>
        <w:keepNext/>
        <w:spacing w:before="220"/>
        <w:jc w:val="center"/>
      </w:pPr>
      <w:r w:rsidRPr="00615F14">
        <w:rPr>
          <w:noProof/>
        </w:rPr>
        <w:drawing>
          <wp:inline distT="0" distB="0" distL="0" distR="0" wp14:anchorId="1A1CBE74" wp14:editId="0FAF46E1">
            <wp:extent cx="4867200" cy="3240000"/>
            <wp:effectExtent l="0" t="0" r="0" b="0"/>
            <wp:docPr id="129009188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91888" name=""/>
                    <pic:cNvPicPr/>
                  </pic:nvPicPr>
                  <pic:blipFill rotWithShape="1">
                    <a:blip r:embed="rId8"/>
                    <a:srcRect t="5368" b="5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B3600" w14:textId="2F3BB0DA" w:rsidR="00DC3ACF" w:rsidRDefault="00D8130F">
      <w:pPr>
        <w:keepNext/>
        <w:spacing w:before="220"/>
        <w:jc w:val="both"/>
      </w:pPr>
      <w:r>
        <w:t>Razgovor:</w:t>
      </w:r>
    </w:p>
    <w:p w14:paraId="7A836C12" w14:textId="77777777" w:rsidR="00DC3ACF" w:rsidRDefault="00D8130F" w:rsidP="00615F14">
      <w:pPr>
        <w:pStyle w:val="Odlomakpopisa"/>
        <w:numPr>
          <w:ilvl w:val="0"/>
          <w:numId w:val="4"/>
        </w:numPr>
        <w:spacing w:after="20"/>
        <w:jc w:val="both"/>
      </w:pPr>
      <w:r>
        <w:t xml:space="preserve">Što može biti zajedničko vjetru, plamenu i jezicima? </w:t>
      </w:r>
      <w:r w:rsidRPr="00615F14">
        <w:rPr>
          <w:color w:val="6B6B6B"/>
          <w:sz w:val="18"/>
        </w:rPr>
        <w:t>(To su znakovi povezani s događajem Pedesetnice.)</w:t>
      </w:r>
    </w:p>
    <w:p w14:paraId="1ED5F915" w14:textId="77777777" w:rsidR="00DC3ACF" w:rsidRDefault="00D8130F" w:rsidP="00615F14">
      <w:pPr>
        <w:pStyle w:val="Odlomakpopisa"/>
        <w:numPr>
          <w:ilvl w:val="0"/>
          <w:numId w:val="4"/>
        </w:numPr>
        <w:spacing w:after="20"/>
        <w:jc w:val="both"/>
      </w:pPr>
      <w:r>
        <w:t xml:space="preserve">Je li Duh Sveti samo jedan od tih znakova? </w:t>
      </w:r>
      <w:r w:rsidRPr="00615F14">
        <w:rPr>
          <w:color w:val="6B6B6B"/>
          <w:sz w:val="18"/>
        </w:rPr>
        <w:t>(Ne; znakovi pomažu govoriti o njegovu djelovanju, ali Duh Sveti je treća božanska Osoba.)</w:t>
      </w:r>
    </w:p>
    <w:p w14:paraId="11C16EED" w14:textId="77777777" w:rsidR="00DC3ACF" w:rsidRDefault="00D8130F" w:rsidP="00615F14">
      <w:pPr>
        <w:pStyle w:val="Odlomakpopisa"/>
        <w:numPr>
          <w:ilvl w:val="0"/>
          <w:numId w:val="4"/>
        </w:numPr>
        <w:spacing w:after="20"/>
        <w:jc w:val="both"/>
      </w:pPr>
      <w:r>
        <w:t xml:space="preserve">Što bi se moglo promijeniti u učenicima nakon toga događaja? </w:t>
      </w:r>
      <w:r w:rsidRPr="00615F14">
        <w:rPr>
          <w:color w:val="6B6B6B"/>
          <w:sz w:val="18"/>
        </w:rPr>
        <w:t>(Dobivaju snagu i hrabrost javno svjedočiti Isusa.)</w:t>
      </w:r>
    </w:p>
    <w:p w14:paraId="44C93AD6" w14:textId="77777777" w:rsidR="00DC3ACF" w:rsidRDefault="00D8130F">
      <w:pPr>
        <w:keepNext/>
        <w:spacing w:before="60" w:after="40"/>
        <w:jc w:val="both"/>
      </w:pPr>
      <w:r>
        <w:rPr>
          <w:b/>
          <w:color w:val="C96A00"/>
          <w:sz w:val="26"/>
        </w:rPr>
        <w:t>Najava teme i središnjega pitanja:</w:t>
      </w:r>
    </w:p>
    <w:p w14:paraId="76E2FB2E" w14:textId="77777777" w:rsidR="00DC3ACF" w:rsidRDefault="00D8130F">
      <w:pPr>
        <w:jc w:val="both"/>
      </w:pPr>
      <w:r>
        <w:t>Danas upoznajemo događaj Pedesetnice i život prve kršćanske zajednice. Posebno ćemo uočiti znakove silaska Duha Svetoga te molitvu, zajedništvo, lomljenje kruha i dijeljenje u prvoj Crkvi. Istraživat ćemo: Kako Duh Sveti od skupine učenika oblikuje Crkvu koja moli, živi u zajedništvu i svjedoči Isusa?</w:t>
      </w:r>
    </w:p>
    <w:p w14:paraId="7CCB12F0" w14:textId="77777777" w:rsidR="00DC3ACF" w:rsidRDefault="00DC3ACF">
      <w:pPr>
        <w:spacing w:after="220"/>
        <w:jc w:val="both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81"/>
      </w:tblGrid>
      <w:tr w:rsidR="00DC3ACF" w14:paraId="130350D7" w14:textId="77777777" w:rsidTr="00F54AAD">
        <w:trPr>
          <w:jc w:val="center"/>
        </w:trPr>
        <w:tc>
          <w:tcPr>
            <w:tcW w:w="5000" w:type="pct"/>
            <w:shd w:val="clear" w:color="auto" w:fill="00B05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5A26B83" w14:textId="77777777" w:rsidR="00DC3ACF" w:rsidRDefault="00D8130F">
            <w:pPr>
              <w:jc w:val="both"/>
            </w:pPr>
            <w:r>
              <w:rPr>
                <w:b/>
                <w:color w:val="FFFFFF"/>
                <w:sz w:val="32"/>
              </w:rPr>
              <w:t>II. SREDIŠNJI DIO – OTKRIJ I POVEŽI</w:t>
            </w:r>
            <w:r>
              <w:rPr>
                <w:color w:val="FFFFFF"/>
                <w:sz w:val="20"/>
              </w:rPr>
              <w:t xml:space="preserve"> (približno 27–30 minuta)</w:t>
            </w:r>
          </w:p>
        </w:tc>
      </w:tr>
    </w:tbl>
    <w:p w14:paraId="01411031" w14:textId="77777777" w:rsidR="00DC3ACF" w:rsidRDefault="00DC3ACF">
      <w:pPr>
        <w:spacing w:after="220"/>
        <w:jc w:val="both"/>
      </w:pP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DC3ACF" w14:paraId="5E65D5CB" w14:textId="77777777">
        <w:trPr>
          <w:jc w:val="center"/>
        </w:trPr>
        <w:tc>
          <w:tcPr>
            <w:tcW w:w="10681" w:type="dxa"/>
            <w:shd w:val="clear" w:color="auto" w:fill="EA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816D13D" w14:textId="77777777" w:rsidR="00DC3ACF" w:rsidRDefault="00D8130F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sz w:val="21"/>
              </w:rP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03C7C0BD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1: Obrada teksta / sadržaja</w:t>
      </w:r>
      <w:r>
        <w:rPr>
          <w:i/>
          <w:color w:val="6B6B6B"/>
          <w:sz w:val="20"/>
        </w:rPr>
        <w:t xml:space="preserve"> (rad u skupinama, rad u paru i zajednička provjera, 15 minuta)</w:t>
      </w:r>
    </w:p>
    <w:p w14:paraId="2139CD08" w14:textId="77777777" w:rsidR="00DC3ACF" w:rsidRDefault="00D8130F">
      <w:pPr>
        <w:jc w:val="both"/>
      </w:pPr>
      <w:r>
        <w:t>Rad u skupinama. Polovica skupina čita tekst „Pedesetnica – prvi Duhovi“, a druga polovica tekst „Prva kršćanska zajednica“. Svaka skupina izdvaja tri ključne riječi i jedan dokaz iz teksta. Zatim se učenici spajaju u parove iz različitih skupina i međusobno prepričavaju što su otkrili.</w:t>
      </w:r>
    </w:p>
    <w:p w14:paraId="417B727D" w14:textId="77777777" w:rsidR="00DC3ACF" w:rsidRDefault="00D8130F">
      <w:pPr>
        <w:spacing w:before="220"/>
        <w:jc w:val="both"/>
      </w:pPr>
      <w:r>
        <w:t>Prilog 1 – tekst za obradu:</w:t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DC3ACF" w14:paraId="7EE48C37" w14:textId="77777777">
        <w:trPr>
          <w:cantSplit/>
          <w:jc w:val="center"/>
        </w:trPr>
        <w:tc>
          <w:tcPr>
            <w:tcW w:w="10681" w:type="dxa"/>
            <w:shd w:val="clear" w:color="auto" w:fill="EAF2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7E4034C" w14:textId="77777777" w:rsidR="00DC3ACF" w:rsidRDefault="00D8130F">
            <w:pPr>
              <w:keepNext/>
              <w:spacing w:after="80"/>
              <w:jc w:val="center"/>
            </w:pPr>
            <w:r>
              <w:rPr>
                <w:b/>
              </w:rPr>
              <w:lastRenderedPageBreak/>
              <w:t>PEDESETNICA – PRVI DUHOVI</w:t>
            </w:r>
          </w:p>
          <w:p w14:paraId="415F44F0" w14:textId="77777777" w:rsidR="00DC3ACF" w:rsidRDefault="00D8130F">
            <w:pPr>
              <w:jc w:val="both"/>
            </w:pPr>
            <w:r>
              <w:rPr>
                <w:sz w:val="40"/>
              </w:rPr>
              <w:t>Kad je napokon došao dan Pedesetnice, svi su bili zajedno na istom mjestu. I eto iznenada šuma s neba, kao kad se digne silan vjetar. Ispuni svu kuću u kojoj su bili. I pokažu im se kao neki ognjeni razdijeljeni jezici te siđe po jedan na svakoga od njih. Svi se napuniše Duha Svetoga i počeše govoriti drugim jezicima, kako im već Duh davaše zboriti. (Dj 2,1–4)</w:t>
            </w:r>
          </w:p>
        </w:tc>
      </w:tr>
    </w:tbl>
    <w:p w14:paraId="20E422CD" w14:textId="77777777" w:rsidR="00DC3ACF" w:rsidRDefault="00D8130F">
      <w:pPr>
        <w:spacing w:before="220"/>
        <w:jc w:val="both"/>
      </w:pPr>
      <w:r>
        <w:t>Prilog 2 – tekst za obradu:</w:t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DC3ACF" w14:paraId="4FA851C4" w14:textId="77777777">
        <w:trPr>
          <w:cantSplit/>
          <w:jc w:val="center"/>
        </w:trPr>
        <w:tc>
          <w:tcPr>
            <w:tcW w:w="10681" w:type="dxa"/>
            <w:shd w:val="clear" w:color="auto" w:fill="EAF2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17E005" w14:textId="77777777" w:rsidR="00DC3ACF" w:rsidRDefault="00D8130F">
            <w:pPr>
              <w:keepNext/>
              <w:spacing w:after="80"/>
              <w:jc w:val="center"/>
            </w:pPr>
            <w:r>
              <w:rPr>
                <w:b/>
              </w:rPr>
              <w:t>PRVA KRŠĆANSKA ZAJEDNICA</w:t>
            </w:r>
          </w:p>
          <w:p w14:paraId="0DFA1FF2" w14:textId="77777777" w:rsidR="00DC3ACF" w:rsidRDefault="00D8130F">
            <w:pPr>
              <w:jc w:val="both"/>
            </w:pPr>
            <w:r>
              <w:rPr>
                <w:sz w:val="40"/>
              </w:rPr>
              <w:t>Bijahu postojani u nauku apostolskom, u zajedništvu, lomljenju kruha i molitvama. Strahopoštovanje obuzimaše svaku dušu: apostoli su činili mnoga čudesa i znamenja. Svi koji prigrliše vjeru bijahu združeni i sve im bijaše zajedničko. Sva bi imanja i dobra prodali porazdijelili svima kako bi tko trebao. Svaki bi dan jednodušno i postojano hrlili u Hram, u kućama bi lomili kruh te u radosti i prostodušnosti srca zajednički uzimali hranu hvaleći Boga i uživajući naklonost svega naroda. Gospodin je pak danomice</w:t>
            </w:r>
            <w:r>
              <w:rPr>
                <w:sz w:val="40"/>
              </w:rPr>
              <w:t xml:space="preserve"> zajednici pridruživao spašenike. (Dj 2,42–47)</w:t>
            </w:r>
          </w:p>
        </w:tc>
      </w:tr>
    </w:tbl>
    <w:p w14:paraId="0755B7A7" w14:textId="77777777" w:rsidR="00DC3ACF" w:rsidRDefault="00D8130F">
      <w:pPr>
        <w:keepNext/>
        <w:spacing w:before="220"/>
        <w:jc w:val="both"/>
      </w:pPr>
      <w:r>
        <w:t>Razgovor:</w:t>
      </w:r>
    </w:p>
    <w:p w14:paraId="7E734746" w14:textId="77777777" w:rsidR="00DC3ACF" w:rsidRDefault="00D8130F" w:rsidP="00615F14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Koja tri znaka prate događaj Pedesetnice? </w:t>
      </w:r>
      <w:r w:rsidRPr="00615F14">
        <w:rPr>
          <w:color w:val="6B6B6B"/>
          <w:sz w:val="18"/>
        </w:rPr>
        <w:t>(Šum poput silnoga vjetra, ognjeni jezici i govor drugim jezicima.)</w:t>
      </w:r>
    </w:p>
    <w:p w14:paraId="27823ED1" w14:textId="77777777" w:rsidR="00DC3ACF" w:rsidRDefault="00D8130F" w:rsidP="00615F14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Tko se napunio Duha Svetoga? </w:t>
      </w:r>
      <w:r w:rsidRPr="00615F14">
        <w:rPr>
          <w:color w:val="6B6B6B"/>
          <w:sz w:val="18"/>
        </w:rPr>
        <w:t>(Apostoli i ostali okupljeni učenici; prema udžbeničkom prikazu s njima je Marija.)</w:t>
      </w:r>
    </w:p>
    <w:p w14:paraId="4AB0B177" w14:textId="77777777" w:rsidR="00DC3ACF" w:rsidRDefault="00D8130F" w:rsidP="00615F14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Što se nakon Pedesetnice mijenja u apostolima? </w:t>
      </w:r>
      <w:r w:rsidRPr="00615F14">
        <w:rPr>
          <w:color w:val="6B6B6B"/>
          <w:sz w:val="18"/>
        </w:rPr>
        <w:t>(Hrabro i neustrašivo naviještaju Radosnu vijest.)</w:t>
      </w:r>
    </w:p>
    <w:p w14:paraId="7794FE64" w14:textId="77777777" w:rsidR="00DC3ACF" w:rsidRDefault="00D8130F" w:rsidP="00615F14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U čemu su prvi kršćani bili postojani? </w:t>
      </w:r>
      <w:r w:rsidRPr="00615F14">
        <w:rPr>
          <w:color w:val="6B6B6B"/>
          <w:sz w:val="18"/>
        </w:rPr>
        <w:t>(U nauku apostolskom, zajedništvu, lomljenju kruha i molitvama.)</w:t>
      </w:r>
    </w:p>
    <w:p w14:paraId="29F02C34" w14:textId="77777777" w:rsidR="00DC3ACF" w:rsidRDefault="00D8130F" w:rsidP="00615F14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Kako se zajedništvo vidi u odnosu prema dobrima? </w:t>
      </w:r>
      <w:r w:rsidRPr="00615F14">
        <w:rPr>
          <w:color w:val="6B6B6B"/>
          <w:sz w:val="18"/>
        </w:rPr>
        <w:t>(Dijele s potrebnima i brinu jedni za druge.)</w:t>
      </w:r>
    </w:p>
    <w:p w14:paraId="121ACE1C" w14:textId="4A41C748" w:rsidR="00DC3ACF" w:rsidRPr="00055A8E" w:rsidRDefault="00D8130F" w:rsidP="00055A8E">
      <w:pPr>
        <w:pStyle w:val="Odlomakpopisa"/>
        <w:numPr>
          <w:ilvl w:val="0"/>
          <w:numId w:val="5"/>
        </w:numPr>
        <w:spacing w:after="20"/>
        <w:jc w:val="both"/>
      </w:pPr>
      <w:r>
        <w:t xml:space="preserve">Zašto Pedesetnicu nazivamo rođendanom Crkve? </w:t>
      </w:r>
      <w:r w:rsidRPr="00615F14">
        <w:rPr>
          <w:color w:val="6B6B6B"/>
          <w:sz w:val="18"/>
        </w:rPr>
        <w:t>(Crkva se tada javno očituje po apostolskom navještaju i djelovanju Duha Svetoga.)</w:t>
      </w:r>
    </w:p>
    <w:p w14:paraId="4D8D709E" w14:textId="1F214859" w:rsidR="00615F14" w:rsidRPr="00615F14" w:rsidRDefault="00055A8E">
      <w:pPr>
        <w:jc w:val="both"/>
        <w:rPr>
          <w:iCs/>
        </w:rPr>
      </w:pPr>
      <w:r>
        <w:rPr>
          <w:iCs/>
        </w:rPr>
        <w:t>Radni predložak:</w:t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4129"/>
        <w:gridCol w:w="71"/>
        <w:gridCol w:w="4058"/>
      </w:tblGrid>
      <w:tr w:rsidR="00DC3ACF" w14:paraId="6D3E9C67" w14:textId="77777777" w:rsidTr="00055A8E">
        <w:trPr>
          <w:tblHeader/>
          <w:jc w:val="center"/>
        </w:trPr>
        <w:tc>
          <w:tcPr>
            <w:tcW w:w="2400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61D5B9" w14:textId="77777777" w:rsidR="00DC3ACF" w:rsidRPr="00943136" w:rsidRDefault="00D8130F">
            <w:pPr>
              <w:jc w:val="center"/>
              <w:rPr>
                <w:sz w:val="40"/>
                <w:szCs w:val="40"/>
              </w:rPr>
            </w:pPr>
            <w:r w:rsidRPr="00943136">
              <w:rPr>
                <w:b/>
                <w:color w:val="FFFFFF"/>
                <w:sz w:val="40"/>
                <w:szCs w:val="40"/>
              </w:rPr>
              <w:t>DOGAĐAJ</w:t>
            </w:r>
          </w:p>
        </w:tc>
        <w:tc>
          <w:tcPr>
            <w:tcW w:w="4129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50F3F9" w14:textId="77777777" w:rsidR="00DC3ACF" w:rsidRPr="00943136" w:rsidRDefault="00D8130F">
            <w:pPr>
              <w:jc w:val="center"/>
              <w:rPr>
                <w:sz w:val="40"/>
                <w:szCs w:val="40"/>
              </w:rPr>
            </w:pPr>
            <w:r w:rsidRPr="00943136">
              <w:rPr>
                <w:b/>
                <w:color w:val="FFFFFF"/>
                <w:sz w:val="40"/>
                <w:szCs w:val="40"/>
              </w:rPr>
              <w:t>ŠTO SE DOGAĐA?</w:t>
            </w:r>
          </w:p>
        </w:tc>
        <w:tc>
          <w:tcPr>
            <w:tcW w:w="4129" w:type="dxa"/>
            <w:gridSpan w:val="2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AC622A" w14:textId="77777777" w:rsidR="00DC3ACF" w:rsidRPr="00943136" w:rsidRDefault="00D8130F">
            <w:pPr>
              <w:jc w:val="center"/>
              <w:rPr>
                <w:sz w:val="40"/>
                <w:szCs w:val="40"/>
              </w:rPr>
            </w:pPr>
            <w:r w:rsidRPr="00943136">
              <w:rPr>
                <w:b/>
                <w:color w:val="FFFFFF"/>
                <w:sz w:val="40"/>
                <w:szCs w:val="40"/>
              </w:rPr>
              <w:t>ŠTO OTKRIVAMO?</w:t>
            </w:r>
          </w:p>
        </w:tc>
      </w:tr>
      <w:tr w:rsidR="00943136" w14:paraId="48724727" w14:textId="77777777" w:rsidTr="00055A8E">
        <w:trPr>
          <w:jc w:val="center"/>
        </w:trPr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030FA2" w14:textId="77777777" w:rsidR="00943136" w:rsidRPr="00943136" w:rsidRDefault="00943136" w:rsidP="00943136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PEDESETNICA</w:t>
            </w:r>
          </w:p>
        </w:tc>
        <w:tc>
          <w:tcPr>
            <w:tcW w:w="412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7B8934" w14:textId="11C09519" w:rsidR="00943136" w:rsidRPr="00943136" w:rsidRDefault="00943136" w:rsidP="00943136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___________________________________</w:t>
            </w:r>
            <w:r>
              <w:rPr>
                <w:sz w:val="32"/>
                <w:szCs w:val="32"/>
              </w:rPr>
              <w:t>______</w:t>
            </w:r>
            <w:r w:rsidRPr="00943136">
              <w:rPr>
                <w:sz w:val="32"/>
                <w:szCs w:val="32"/>
              </w:rPr>
              <w:t>_______</w:t>
            </w:r>
          </w:p>
        </w:tc>
        <w:tc>
          <w:tcPr>
            <w:tcW w:w="412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B5114" w14:textId="6FA54681" w:rsidR="00943136" w:rsidRPr="00943136" w:rsidRDefault="00943136" w:rsidP="00943136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___________________________________</w:t>
            </w:r>
            <w:r>
              <w:rPr>
                <w:sz w:val="32"/>
                <w:szCs w:val="32"/>
              </w:rPr>
              <w:t>______</w:t>
            </w:r>
            <w:r w:rsidRPr="00943136">
              <w:rPr>
                <w:sz w:val="32"/>
                <w:szCs w:val="32"/>
              </w:rPr>
              <w:t>_______</w:t>
            </w:r>
          </w:p>
        </w:tc>
      </w:tr>
      <w:tr w:rsidR="00943136" w14:paraId="75802F0E" w14:textId="77777777" w:rsidTr="00723FCB">
        <w:trPr>
          <w:jc w:val="center"/>
        </w:trPr>
        <w:tc>
          <w:tcPr>
            <w:tcW w:w="2400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2089AB" w14:textId="77777777" w:rsidR="00943136" w:rsidRPr="00943136" w:rsidRDefault="00943136" w:rsidP="00943136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PRVA ZAJEDNICA</w:t>
            </w:r>
          </w:p>
        </w:tc>
        <w:tc>
          <w:tcPr>
            <w:tcW w:w="4200" w:type="dxa"/>
            <w:gridSpan w:val="2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4E518A" w14:textId="76D0C52C" w:rsidR="00943136" w:rsidRPr="00943136" w:rsidRDefault="00943136" w:rsidP="00943136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___________________________________</w:t>
            </w:r>
            <w:r>
              <w:rPr>
                <w:sz w:val="32"/>
                <w:szCs w:val="32"/>
              </w:rPr>
              <w:t>______</w:t>
            </w:r>
            <w:r w:rsidRPr="00943136">
              <w:rPr>
                <w:sz w:val="32"/>
                <w:szCs w:val="32"/>
              </w:rPr>
              <w:t>_</w:t>
            </w:r>
            <w:r>
              <w:rPr>
                <w:sz w:val="32"/>
                <w:szCs w:val="32"/>
              </w:rPr>
              <w:t>__</w:t>
            </w:r>
            <w:r w:rsidRPr="00943136">
              <w:rPr>
                <w:sz w:val="32"/>
                <w:szCs w:val="32"/>
              </w:rPr>
              <w:t>______</w:t>
            </w:r>
          </w:p>
        </w:tc>
        <w:tc>
          <w:tcPr>
            <w:tcW w:w="4058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9B14F7" w14:textId="2580074F" w:rsidR="00943136" w:rsidRPr="00943136" w:rsidRDefault="00943136" w:rsidP="00943136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___________________________________</w:t>
            </w:r>
            <w:r>
              <w:rPr>
                <w:sz w:val="32"/>
                <w:szCs w:val="32"/>
              </w:rPr>
              <w:t>______</w:t>
            </w:r>
            <w:r w:rsidRPr="00943136">
              <w:rPr>
                <w:sz w:val="32"/>
                <w:szCs w:val="32"/>
              </w:rPr>
              <w:t>_______</w:t>
            </w:r>
          </w:p>
        </w:tc>
      </w:tr>
    </w:tbl>
    <w:p w14:paraId="304B3202" w14:textId="77777777" w:rsidR="00055A8E" w:rsidRDefault="00055A8E" w:rsidP="00055A8E">
      <w:pPr>
        <w:spacing w:after="20"/>
        <w:jc w:val="both"/>
      </w:pPr>
      <w:r>
        <w:lastRenderedPageBreak/>
        <w:t>Shematski prikaz i ključni naglasci:</w:t>
      </w:r>
    </w:p>
    <w:p w14:paraId="4FCA52BD" w14:textId="77777777" w:rsidR="00055A8E" w:rsidRDefault="00055A8E" w:rsidP="00055A8E">
      <w:pPr>
        <w:spacing w:after="2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671"/>
      </w:tblGrid>
      <w:tr w:rsidR="00055A8E" w14:paraId="4851DA8D" w14:textId="77777777" w:rsidTr="00880BA3">
        <w:tc>
          <w:tcPr>
            <w:tcW w:w="10671" w:type="dxa"/>
            <w:shd w:val="clear" w:color="auto" w:fill="FFF4DF"/>
          </w:tcPr>
          <w:p w14:paraId="1FD4F899" w14:textId="77777777" w:rsidR="00055A8E" w:rsidRDefault="00055A8E" w:rsidP="00880BA3">
            <w:pPr>
              <w:spacing w:after="20"/>
              <w:jc w:val="both"/>
            </w:pPr>
            <w:r w:rsidRPr="00943136">
              <w:rPr>
                <w:b/>
                <w:bCs/>
                <w:iCs/>
                <w:color w:val="002060"/>
                <w:sz w:val="40"/>
                <w:szCs w:val="40"/>
              </w:rPr>
              <w:t>Ključni slijed:</w:t>
            </w:r>
            <w:r w:rsidRPr="00943136">
              <w:rPr>
                <w:iCs/>
                <w:color w:val="002060"/>
                <w:sz w:val="40"/>
                <w:szCs w:val="40"/>
              </w:rPr>
              <w:t xml:space="preserve"> USKRSNUĆE → 40 DANA S UČENICIMA → ISUS ODLAZI OCU → 10 DANA MOLITVE → PEDESETNICA / DUHOVI → DUH SVETI → HRABRO NAVIJEŠTANJE → PRVA KRŠĆANSKA ZAJEDNICA.</w:t>
            </w:r>
          </w:p>
        </w:tc>
      </w:tr>
    </w:tbl>
    <w:p w14:paraId="073A2C51" w14:textId="77777777" w:rsidR="00055A8E" w:rsidRDefault="00055A8E" w:rsidP="00055A8E">
      <w:pPr>
        <w:spacing w:after="20"/>
        <w:jc w:val="both"/>
      </w:pPr>
    </w:p>
    <w:p w14:paraId="2EF5B1F7" w14:textId="60DF6EEF" w:rsidR="00055A8E" w:rsidRDefault="00D8130F">
      <w:pPr>
        <w:spacing w:before="220"/>
        <w:jc w:val="both"/>
      </w:pPr>
      <w:r>
        <w:t>Ili:</w:t>
      </w:r>
    </w:p>
    <w:p w14:paraId="4F621580" w14:textId="77777777" w:rsidR="00055A8E" w:rsidRDefault="00055A8E" w:rsidP="00055A8E">
      <w:pPr>
        <w:jc w:val="both"/>
      </w:pPr>
    </w:p>
    <w:p w14:paraId="3058E61D" w14:textId="5997D50D" w:rsidR="00055A8E" w:rsidRDefault="00D8130F">
      <w:pPr>
        <w:jc w:val="both"/>
      </w:pPr>
      <w:r>
        <w:t xml:space="preserve">Učenici će tekstove pročitati zajednički, odgovoriti na pitanja te u bilježnici </w:t>
      </w:r>
      <w:r w:rsidR="00055A8E">
        <w:t>pre</w:t>
      </w:r>
      <w:r>
        <w:t xml:space="preserve">crtati uzročno-posljedični slijed: </w:t>
      </w:r>
    </w:p>
    <w:p w14:paraId="2F8372FF" w14:textId="77777777" w:rsidR="00055A8E" w:rsidRDefault="00055A8E">
      <w:pPr>
        <w:jc w:val="both"/>
      </w:pPr>
    </w:p>
    <w:p w14:paraId="1FA826FA" w14:textId="5D80C146" w:rsidR="00DC3ACF" w:rsidRPr="00943136" w:rsidRDefault="00D8130F">
      <w:pPr>
        <w:jc w:val="both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>DUH SVETI → HRABROST APOSTOLA → NAVIJEŠTANJE → ZAJEDNICA → MOLITVA, LOMLJENJE KRUHA, ZAJEDNIŠTVO I DIJELJENJE.</w:t>
      </w:r>
    </w:p>
    <w:p w14:paraId="10EC17B2" w14:textId="77777777" w:rsidR="00DC3ACF" w:rsidRDefault="00D8130F">
      <w:pPr>
        <w:spacing w:before="220" w:after="220"/>
        <w:jc w:val="both"/>
      </w:pPr>
      <w:r>
        <w:rPr>
          <w:b/>
          <w:color w:val="5A8F3D"/>
          <w:sz w:val="36"/>
        </w:rPr>
        <w:t xml:space="preserve">Kršćanski naglasak: </w:t>
      </w:r>
      <w:r>
        <w:rPr>
          <w:sz w:val="36"/>
        </w:rPr>
        <w:t>Pedesetnica nije samo povijesni događaj. Kršćani vjeruju da Duh Sveti i danas oživljava Crkvu, daje snagu za svjedočenje i pomaže zajednici da moli, sluša Božju riječ, slavi euharistiju i služi ljudima.</w:t>
      </w:r>
    </w:p>
    <w:p w14:paraId="4C55B718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2: Tri znaka – tri poruke</w:t>
      </w:r>
      <w:r>
        <w:rPr>
          <w:i/>
          <w:color w:val="6B6B6B"/>
          <w:sz w:val="20"/>
        </w:rPr>
        <w:t xml:space="preserve"> (individualni rad, 6 minuta)</w:t>
      </w:r>
    </w:p>
    <w:p w14:paraId="0F5DECBD" w14:textId="64B9F82B" w:rsidR="00DC3ACF" w:rsidRDefault="00D8130F">
      <w:pPr>
        <w:jc w:val="both"/>
      </w:pPr>
      <w:r>
        <w:t>Učenici će uz svaki znak Pedesetnice zapisati što on može simbolički istaknuti: VJETAR; PLAMEN; RAZLIČITI JEZICI.</w:t>
      </w:r>
    </w:p>
    <w:p w14:paraId="214FBA0C" w14:textId="09484932" w:rsidR="00DC3ACF" w:rsidRDefault="00D8130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 xml:space="preserve">Rješenje: VJETAR – snaga i </w:t>
      </w:r>
      <w:r w:rsidR="00055A8E" w:rsidRPr="00055A8E">
        <w:rPr>
          <w:i/>
          <w:color w:val="6B6B6B"/>
          <w:sz w:val="21"/>
        </w:rPr>
        <w:t xml:space="preserve">nevidljivo </w:t>
      </w:r>
      <w:r>
        <w:rPr>
          <w:i/>
          <w:color w:val="6B6B6B"/>
          <w:sz w:val="21"/>
        </w:rPr>
        <w:t xml:space="preserve">djelovanje; PLAMEN – Božja prisutnost i gorljivost; </w:t>
      </w:r>
      <w:r w:rsidR="00055A8E" w:rsidRPr="00055A8E">
        <w:rPr>
          <w:i/>
          <w:color w:val="6B6B6B"/>
          <w:sz w:val="21"/>
        </w:rPr>
        <w:t xml:space="preserve">RAZLIČITI </w:t>
      </w:r>
      <w:r>
        <w:rPr>
          <w:i/>
          <w:color w:val="6B6B6B"/>
          <w:sz w:val="21"/>
        </w:rPr>
        <w:t xml:space="preserve">JEZICI – </w:t>
      </w:r>
      <w:r w:rsidR="00055A8E" w:rsidRPr="00055A8E">
        <w:rPr>
          <w:i/>
          <w:color w:val="6B6B6B"/>
          <w:sz w:val="21"/>
        </w:rPr>
        <w:t>Radosna vijest namijenjena je svim narodima</w:t>
      </w:r>
      <w:r>
        <w:rPr>
          <w:i/>
          <w:color w:val="6B6B6B"/>
          <w:sz w:val="21"/>
        </w:rPr>
        <w:t>.</w:t>
      </w:r>
    </w:p>
    <w:p w14:paraId="3A330276" w14:textId="77777777" w:rsidR="00055A8E" w:rsidRDefault="00055A8E">
      <w:pPr>
        <w:jc w:val="both"/>
        <w:rPr>
          <w:i/>
          <w:color w:val="6B6B6B"/>
          <w:sz w:val="21"/>
        </w:rPr>
      </w:pPr>
    </w:p>
    <w:p w14:paraId="52F66DF4" w14:textId="2B12CB28" w:rsidR="00055A8E" w:rsidRPr="00943136" w:rsidRDefault="00055A8E" w:rsidP="00055A8E">
      <w:pPr>
        <w:jc w:val="center"/>
        <w:rPr>
          <w:b/>
          <w:bCs/>
          <w:color w:val="1F497D" w:themeColor="text2"/>
          <w:sz w:val="40"/>
          <w:szCs w:val="40"/>
        </w:rPr>
      </w:pPr>
      <w:r w:rsidRPr="00943136">
        <w:rPr>
          <w:b/>
          <w:bCs/>
          <w:color w:val="1F497D" w:themeColor="text2"/>
          <w:sz w:val="40"/>
          <w:szCs w:val="40"/>
        </w:rPr>
        <w:t xml:space="preserve">VJETAR </w:t>
      </w:r>
      <w:r w:rsidRPr="00943136">
        <w:rPr>
          <w:rFonts w:ascii="Segoe UI Symbol" w:hAnsi="Segoe UI Symbol"/>
          <w:b/>
          <w:bCs/>
          <w:color w:val="1F497D" w:themeColor="text2"/>
          <w:sz w:val="40"/>
          <w:szCs w:val="40"/>
        </w:rPr>
        <w:t>🟎</w:t>
      </w:r>
      <w:r w:rsidRPr="00943136">
        <w:rPr>
          <w:b/>
          <w:bCs/>
          <w:color w:val="1F497D" w:themeColor="text2"/>
          <w:sz w:val="40"/>
          <w:szCs w:val="40"/>
        </w:rPr>
        <w:t xml:space="preserve"> PLAMEN </w:t>
      </w:r>
      <w:r w:rsidRPr="00943136">
        <w:rPr>
          <w:rFonts w:ascii="Segoe UI Symbol" w:hAnsi="Segoe UI Symbol"/>
          <w:b/>
          <w:bCs/>
          <w:color w:val="1F497D" w:themeColor="text2"/>
          <w:sz w:val="40"/>
          <w:szCs w:val="40"/>
        </w:rPr>
        <w:t>🟎</w:t>
      </w:r>
      <w:r w:rsidRPr="00943136">
        <w:rPr>
          <w:b/>
          <w:bCs/>
          <w:color w:val="1F497D" w:themeColor="text2"/>
          <w:sz w:val="40"/>
          <w:szCs w:val="40"/>
        </w:rPr>
        <w:t xml:space="preserve"> RAZLIČITI JEZICI</w:t>
      </w:r>
    </w:p>
    <w:p w14:paraId="0AA1185C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3: Četiri stupa zajednice</w:t>
      </w:r>
      <w:r>
        <w:rPr>
          <w:i/>
          <w:color w:val="6B6B6B"/>
          <w:sz w:val="20"/>
        </w:rPr>
        <w:t xml:space="preserve"> (rad u paru, 7 minuta)</w:t>
      </w:r>
    </w:p>
    <w:p w14:paraId="61302529" w14:textId="77777777" w:rsidR="00DC3ACF" w:rsidRDefault="00D8130F">
      <w:pPr>
        <w:jc w:val="both"/>
      </w:pPr>
      <w:r>
        <w:t>Rad u paru. Parovi će iz Dj 2,42 izdvojiti četiri obilježja prve zajednice i uz svako napisati kako se ono može prepoznati u Crkvi danas.</w:t>
      </w:r>
    </w:p>
    <w:p w14:paraId="314BC28B" w14:textId="116AAAC6" w:rsidR="00055A8E" w:rsidRDefault="00055A8E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nauk apostolski – slušanje i tumačenje Božje riječi; zajedništvo – međusobna briga; lomljenje kruha – euharistija; molitve – osobna i zajednička molitva</w:t>
      </w:r>
    </w:p>
    <w:p w14:paraId="060A6263" w14:textId="77777777" w:rsidR="00055A8E" w:rsidRDefault="00055A8E">
      <w:pPr>
        <w:jc w:val="both"/>
      </w:pPr>
    </w:p>
    <w:p w14:paraId="55414F89" w14:textId="45952624" w:rsidR="00055A8E" w:rsidRDefault="00055A8E">
      <w:pPr>
        <w:jc w:val="both"/>
      </w:pPr>
      <w:r>
        <w:rPr>
          <w:iCs/>
        </w:rPr>
        <w:t>Radni predložak:</w:t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7058"/>
      </w:tblGrid>
      <w:tr w:rsidR="00DC3ACF" w14:paraId="126A2984" w14:textId="77777777" w:rsidTr="00943136">
        <w:trPr>
          <w:jc w:val="center"/>
        </w:trPr>
        <w:tc>
          <w:tcPr>
            <w:tcW w:w="3600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0E8863" w14:textId="77777777" w:rsidR="00DC3ACF" w:rsidRPr="00943136" w:rsidRDefault="00D8130F">
            <w:pPr>
              <w:jc w:val="center"/>
              <w:rPr>
                <w:sz w:val="40"/>
                <w:szCs w:val="40"/>
              </w:rPr>
            </w:pPr>
            <w:r w:rsidRPr="00943136">
              <w:rPr>
                <w:b/>
                <w:color w:val="FFFFFF"/>
                <w:sz w:val="40"/>
                <w:szCs w:val="40"/>
              </w:rPr>
              <w:t>TADA</w:t>
            </w:r>
          </w:p>
        </w:tc>
        <w:tc>
          <w:tcPr>
            <w:tcW w:w="7058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93066C" w14:textId="77777777" w:rsidR="00DC3ACF" w:rsidRPr="00943136" w:rsidRDefault="00D8130F">
            <w:pPr>
              <w:jc w:val="center"/>
              <w:rPr>
                <w:sz w:val="40"/>
                <w:szCs w:val="40"/>
              </w:rPr>
            </w:pPr>
            <w:r w:rsidRPr="00943136">
              <w:rPr>
                <w:b/>
                <w:color w:val="FFFFFF"/>
                <w:sz w:val="40"/>
                <w:szCs w:val="40"/>
              </w:rPr>
              <w:t>DANAS</w:t>
            </w:r>
          </w:p>
        </w:tc>
      </w:tr>
      <w:tr w:rsidR="00DC3ACF" w14:paraId="20FB7246" w14:textId="77777777" w:rsidTr="00943136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C75CFC" w14:textId="77777777" w:rsidR="00DC3ACF" w:rsidRPr="00943136" w:rsidRDefault="00D8130F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NAUK APOSTOLSKI</w:t>
            </w:r>
          </w:p>
        </w:tc>
        <w:tc>
          <w:tcPr>
            <w:tcW w:w="70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46F395" w14:textId="1DC1A560" w:rsidR="00DC3ACF" w:rsidRPr="00943136" w:rsidRDefault="00D8130F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</w:t>
            </w:r>
            <w:r w:rsidR="00055A8E" w:rsidRPr="00943136">
              <w:rPr>
                <w:sz w:val="32"/>
                <w:szCs w:val="32"/>
              </w:rPr>
              <w:t>_______</w:t>
            </w:r>
            <w:r w:rsidR="00943136">
              <w:rPr>
                <w:sz w:val="32"/>
                <w:szCs w:val="32"/>
              </w:rPr>
              <w:t>_____</w:t>
            </w:r>
            <w:r w:rsidR="00055A8E" w:rsidRPr="00943136">
              <w:rPr>
                <w:sz w:val="32"/>
                <w:szCs w:val="32"/>
              </w:rPr>
              <w:t>___</w:t>
            </w:r>
            <w:r w:rsidRPr="00943136">
              <w:rPr>
                <w:sz w:val="32"/>
                <w:szCs w:val="32"/>
              </w:rPr>
              <w:t>__________________</w:t>
            </w:r>
          </w:p>
        </w:tc>
      </w:tr>
      <w:tr w:rsidR="00943136" w14:paraId="0024FD26" w14:textId="77777777" w:rsidTr="00943136">
        <w:trPr>
          <w:jc w:val="center"/>
        </w:trPr>
        <w:tc>
          <w:tcPr>
            <w:tcW w:w="3600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5BA46B" w14:textId="77777777" w:rsidR="00943136" w:rsidRPr="00943136" w:rsidRDefault="00943136" w:rsidP="00943136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ZAJEDNIŠTVO</w:t>
            </w:r>
          </w:p>
        </w:tc>
        <w:tc>
          <w:tcPr>
            <w:tcW w:w="7058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BF9786" w14:textId="01EDBB07" w:rsidR="00943136" w:rsidRPr="00943136" w:rsidRDefault="00943136" w:rsidP="00943136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_________________</w:t>
            </w:r>
            <w:r>
              <w:rPr>
                <w:sz w:val="32"/>
                <w:szCs w:val="32"/>
              </w:rPr>
              <w:t>_____</w:t>
            </w:r>
            <w:r w:rsidRPr="00943136">
              <w:rPr>
                <w:sz w:val="32"/>
                <w:szCs w:val="32"/>
              </w:rPr>
              <w:t>_____________________</w:t>
            </w:r>
          </w:p>
        </w:tc>
      </w:tr>
      <w:tr w:rsidR="00943136" w14:paraId="4957FD4A" w14:textId="77777777" w:rsidTr="00943136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104BE2" w14:textId="77777777" w:rsidR="00943136" w:rsidRPr="00943136" w:rsidRDefault="00943136" w:rsidP="00943136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LOMLJENJE KRUHA</w:t>
            </w:r>
          </w:p>
        </w:tc>
        <w:tc>
          <w:tcPr>
            <w:tcW w:w="70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3BF5F7" w14:textId="04E448C3" w:rsidR="00943136" w:rsidRPr="00943136" w:rsidRDefault="00943136" w:rsidP="00943136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_________________</w:t>
            </w:r>
            <w:r>
              <w:rPr>
                <w:sz w:val="32"/>
                <w:szCs w:val="32"/>
              </w:rPr>
              <w:t>_____</w:t>
            </w:r>
            <w:r w:rsidRPr="00943136">
              <w:rPr>
                <w:sz w:val="32"/>
                <w:szCs w:val="32"/>
              </w:rPr>
              <w:t>_____________________</w:t>
            </w:r>
          </w:p>
        </w:tc>
      </w:tr>
      <w:tr w:rsidR="00943136" w14:paraId="7D551795" w14:textId="77777777" w:rsidTr="00943136">
        <w:trPr>
          <w:jc w:val="center"/>
        </w:trPr>
        <w:tc>
          <w:tcPr>
            <w:tcW w:w="3600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9CE3B0" w14:textId="77777777" w:rsidR="00943136" w:rsidRPr="00943136" w:rsidRDefault="00943136" w:rsidP="00943136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lastRenderedPageBreak/>
              <w:t>MOLITVE</w:t>
            </w:r>
          </w:p>
        </w:tc>
        <w:tc>
          <w:tcPr>
            <w:tcW w:w="7058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D7AEAE" w14:textId="4B83B04E" w:rsidR="00943136" w:rsidRPr="00943136" w:rsidRDefault="00943136" w:rsidP="00943136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_________________</w:t>
            </w:r>
            <w:r>
              <w:rPr>
                <w:sz w:val="32"/>
                <w:szCs w:val="32"/>
              </w:rPr>
              <w:t>_____</w:t>
            </w:r>
            <w:r w:rsidRPr="00943136">
              <w:rPr>
                <w:sz w:val="32"/>
                <w:szCs w:val="32"/>
              </w:rPr>
              <w:t>_____________________</w:t>
            </w:r>
          </w:p>
        </w:tc>
      </w:tr>
    </w:tbl>
    <w:p w14:paraId="182B61E3" w14:textId="128225E1" w:rsidR="00DC3ACF" w:rsidRDefault="00D8130F" w:rsidP="00055A8E">
      <w:pPr>
        <w:jc w:val="both"/>
      </w:pPr>
      <w:r>
        <w:rPr>
          <w:b/>
          <w:color w:val="C96A00"/>
          <w:sz w:val="26"/>
        </w:rPr>
        <w:t>Aktivnost 4: Kad zajednica primijeti potrebu</w:t>
      </w:r>
      <w:r>
        <w:rPr>
          <w:i/>
          <w:color w:val="6B6B6B"/>
          <w:sz w:val="20"/>
        </w:rPr>
        <w:t xml:space="preserve"> (rad u skupinama, 8 minuta)</w:t>
      </w:r>
    </w:p>
    <w:p w14:paraId="535703B3" w14:textId="77777777" w:rsidR="00DC3ACF" w:rsidRDefault="00D8130F">
      <w:pPr>
        <w:jc w:val="both"/>
      </w:pPr>
      <w:r>
        <w:t>Rad u skupinama. Svaka skupina dobiva jednu životnu situaciju: starija susjeda ne može sama donijeti namirnice; obitelj u susjedstvu ostala je bez osnovnih stvari nakon poplave; novi član župne skupine nikoga ne poznaje. Skupina predlaže tri sigurna i realna postupka koji pokazuju zajedništvo bez izlaganja osobnih podataka.</w:t>
      </w:r>
    </w:p>
    <w:p w14:paraId="4C35D9BF" w14:textId="77777777" w:rsidR="00DC3ACF" w:rsidRDefault="00D8130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odgovori: ponuditi konkretnu pomoć uz odraslu osobu; uključiti osobu u razgovor i zajedničku aktivnost; prikupiti potrebne stvari preko provjerene humanitarne akcije.</w:t>
      </w:r>
    </w:p>
    <w:p w14:paraId="1F61A232" w14:textId="77777777" w:rsidR="00B961B8" w:rsidRDefault="00B961B8">
      <w:pPr>
        <w:jc w:val="both"/>
        <w:rPr>
          <w:i/>
          <w:color w:val="6B6B6B"/>
          <w:sz w:val="21"/>
        </w:rPr>
      </w:pPr>
    </w:p>
    <w:p w14:paraId="0687C9D1" w14:textId="671224D5" w:rsidR="00B961B8" w:rsidRPr="00943136" w:rsidRDefault="00B961B8" w:rsidP="00B961B8">
      <w:pPr>
        <w:jc w:val="center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 xml:space="preserve">starija susjeda ne može sama donijeti namirnice </w:t>
      </w:r>
      <w:r w:rsidRPr="00943136">
        <w:rPr>
          <w:rFonts w:ascii="Segoe UI Symbol" w:hAnsi="Segoe UI Symbol"/>
          <w:color w:val="002060"/>
          <w:sz w:val="40"/>
          <w:szCs w:val="40"/>
        </w:rPr>
        <w:t>🟎</w:t>
      </w:r>
      <w:r w:rsidRPr="00943136">
        <w:rPr>
          <w:color w:val="002060"/>
          <w:sz w:val="40"/>
          <w:szCs w:val="40"/>
        </w:rPr>
        <w:t xml:space="preserve"> obitelj u susjedstvu ostala je bez osnovnih stvari nakon poplave </w:t>
      </w:r>
      <w:r w:rsidRPr="00943136">
        <w:rPr>
          <w:rFonts w:ascii="Segoe UI Symbol" w:hAnsi="Segoe UI Symbol"/>
          <w:color w:val="002060"/>
          <w:sz w:val="40"/>
          <w:szCs w:val="40"/>
        </w:rPr>
        <w:t>🟎</w:t>
      </w:r>
      <w:r w:rsidRPr="00943136">
        <w:rPr>
          <w:color w:val="002060"/>
          <w:sz w:val="40"/>
          <w:szCs w:val="40"/>
        </w:rPr>
        <w:t xml:space="preserve"> novi član župne skupine nikoga ne poznaje</w:t>
      </w:r>
    </w:p>
    <w:p w14:paraId="48EF478F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5: Crkva ili crkva?</w:t>
      </w:r>
      <w:r>
        <w:rPr>
          <w:i/>
          <w:color w:val="6B6B6B"/>
          <w:sz w:val="20"/>
        </w:rPr>
        <w:t xml:space="preserve"> (individualni rad, 6 minuta)</w:t>
      </w:r>
    </w:p>
    <w:p w14:paraId="6C338F5F" w14:textId="77777777" w:rsidR="00B961B8" w:rsidRDefault="00D8130F">
      <w:pPr>
        <w:jc w:val="both"/>
      </w:pPr>
      <w:r>
        <w:t>Učenici će uz šest rečenica zapisati C kada se misli na Crkvu – zajednicu vjernika, a c kada se misli na crkvu – građevinu</w:t>
      </w:r>
      <w:r w:rsidR="00B961B8">
        <w:t>.</w:t>
      </w:r>
    </w:p>
    <w:p w14:paraId="0EB069BE" w14:textId="77777777" w:rsidR="00B961B8" w:rsidRDefault="00B961B8" w:rsidP="00B961B8">
      <w:pPr>
        <w:jc w:val="both"/>
      </w:pPr>
      <w:r>
        <w:rPr>
          <w:i/>
          <w:color w:val="6B6B6B"/>
          <w:sz w:val="21"/>
        </w:rPr>
        <w:t>Rješenje: 1 c; 2 C; 3 c; 4 C; 5 c; 6 C.</w:t>
      </w:r>
    </w:p>
    <w:p w14:paraId="35200FEF" w14:textId="77777777" w:rsidR="00B961B8" w:rsidRDefault="00B961B8">
      <w:pPr>
        <w:jc w:val="both"/>
      </w:pPr>
    </w:p>
    <w:p w14:paraId="3C655268" w14:textId="77777777" w:rsidR="00B961B8" w:rsidRPr="00943136" w:rsidRDefault="00D8130F">
      <w:pPr>
        <w:jc w:val="both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 xml:space="preserve">1. Nedjeljom ulazim u ____. </w:t>
      </w:r>
    </w:p>
    <w:p w14:paraId="12528E39" w14:textId="77777777" w:rsidR="00B961B8" w:rsidRPr="00943136" w:rsidRDefault="00D8130F">
      <w:pPr>
        <w:jc w:val="both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 xml:space="preserve">2. ____ naviješta Isusa. </w:t>
      </w:r>
    </w:p>
    <w:p w14:paraId="6316A4AE" w14:textId="77777777" w:rsidR="00B961B8" w:rsidRPr="00943136" w:rsidRDefault="00D8130F">
      <w:pPr>
        <w:jc w:val="both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 xml:space="preserve">3. U ____ se nalazi oltar. </w:t>
      </w:r>
    </w:p>
    <w:p w14:paraId="23211485" w14:textId="77777777" w:rsidR="00B961B8" w:rsidRPr="00943136" w:rsidRDefault="00D8130F">
      <w:pPr>
        <w:jc w:val="both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 xml:space="preserve">4. ____ čine kršteni vjernici. </w:t>
      </w:r>
    </w:p>
    <w:p w14:paraId="3EC47F16" w14:textId="77777777" w:rsidR="00B961B8" w:rsidRPr="00943136" w:rsidRDefault="00D8130F">
      <w:pPr>
        <w:jc w:val="both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 xml:space="preserve">5. Zvona se čuju s ____. </w:t>
      </w:r>
    </w:p>
    <w:p w14:paraId="1E990441" w14:textId="471D0137" w:rsidR="00DC3ACF" w:rsidRPr="00943136" w:rsidRDefault="00D8130F">
      <w:pPr>
        <w:jc w:val="both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>6. ____ moli i služi ljudima.</w:t>
      </w:r>
    </w:p>
    <w:p w14:paraId="443D30B0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6: Sedam darova Duha Svetoga</w:t>
      </w:r>
      <w:r>
        <w:rPr>
          <w:i/>
          <w:color w:val="6B6B6B"/>
          <w:sz w:val="20"/>
        </w:rPr>
        <w:t xml:space="preserve"> (rad u paru, 8 minuta)</w:t>
      </w:r>
    </w:p>
    <w:p w14:paraId="48AB17A1" w14:textId="77777777" w:rsidR="00135089" w:rsidRDefault="00D8130F">
      <w:pPr>
        <w:jc w:val="both"/>
      </w:pPr>
      <w:r>
        <w:t>Rad u paru. Učenici će povezati sedam darova Duha Svetoga s kratkim opisom</w:t>
      </w:r>
      <w:r w:rsidR="00135089">
        <w:t>.</w:t>
      </w:r>
      <w:r>
        <w:t xml:space="preserve"> </w:t>
      </w:r>
    </w:p>
    <w:p w14:paraId="66D2D175" w14:textId="6C359B49" w:rsidR="00B961B8" w:rsidRPr="00135089" w:rsidRDefault="00135089" w:rsidP="00135089">
      <w:pPr>
        <w:jc w:val="both"/>
        <w:rPr>
          <w:i/>
          <w:iCs/>
          <w:color w:val="808080" w:themeColor="background1" w:themeShade="80"/>
          <w:sz w:val="21"/>
          <w:szCs w:val="21"/>
        </w:rPr>
      </w:pPr>
      <w:r w:rsidRPr="00135089">
        <w:rPr>
          <w:i/>
          <w:iCs/>
          <w:color w:val="808080" w:themeColor="background1" w:themeShade="80"/>
          <w:sz w:val="21"/>
          <w:szCs w:val="21"/>
        </w:rPr>
        <w:t>Rješenje: mudrost – gledati život Božjim očima; razum – dublje shvaćati vjeru; savjet – izabrati dobro; jakost – ustrajati u dobru; znanje – ispravno razumjeti stvoreni svijet i život; pobožnost – živjeti odnos povjerenja s Bogom; strah Božji – poštovati Boga i ne željeti ga vrijeđati.</w:t>
      </w:r>
    </w:p>
    <w:p w14:paraId="2E0203F0" w14:textId="77777777" w:rsidR="00943136" w:rsidRDefault="00943136" w:rsidP="00135089">
      <w:pPr>
        <w:jc w:val="both"/>
        <w:rPr>
          <w:iCs/>
        </w:rPr>
      </w:pPr>
    </w:p>
    <w:p w14:paraId="140B412D" w14:textId="77777777" w:rsidR="00943136" w:rsidRDefault="00943136" w:rsidP="00135089">
      <w:pPr>
        <w:jc w:val="both"/>
        <w:rPr>
          <w:iCs/>
        </w:rPr>
      </w:pPr>
    </w:p>
    <w:p w14:paraId="029465DA" w14:textId="1E5DEAF3" w:rsidR="00135089" w:rsidRPr="00135089" w:rsidRDefault="00135089" w:rsidP="00135089">
      <w:pPr>
        <w:jc w:val="both"/>
      </w:pPr>
      <w:r>
        <w:rPr>
          <w:iCs/>
        </w:rPr>
        <w:t>Radni predložak:</w:t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6552"/>
      </w:tblGrid>
      <w:tr w:rsidR="00B961B8" w14:paraId="45870EBE" w14:textId="77777777" w:rsidTr="00943136">
        <w:trPr>
          <w:jc w:val="center"/>
        </w:trPr>
        <w:tc>
          <w:tcPr>
            <w:tcW w:w="4106" w:type="dxa"/>
            <w:tcBorders>
              <w:bottom w:val="nil"/>
            </w:tcBorders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CEEE96" w14:textId="345AA4FB" w:rsidR="00B961B8" w:rsidRPr="00943136" w:rsidRDefault="00B961B8" w:rsidP="00880BA3">
            <w:pPr>
              <w:jc w:val="center"/>
              <w:rPr>
                <w:sz w:val="40"/>
                <w:szCs w:val="40"/>
              </w:rPr>
            </w:pPr>
            <w:r w:rsidRPr="00943136">
              <w:rPr>
                <w:b/>
                <w:color w:val="FFFFFF"/>
                <w:sz w:val="40"/>
                <w:szCs w:val="40"/>
              </w:rPr>
              <w:t>DAR DUHA SVETOGA</w:t>
            </w:r>
          </w:p>
        </w:tc>
        <w:tc>
          <w:tcPr>
            <w:tcW w:w="6552" w:type="dxa"/>
            <w:tcBorders>
              <w:bottom w:val="nil"/>
            </w:tcBorders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A3DDF6" w14:textId="69F42ACA" w:rsidR="00B961B8" w:rsidRPr="00943136" w:rsidRDefault="00B961B8" w:rsidP="00880BA3">
            <w:pPr>
              <w:jc w:val="center"/>
              <w:rPr>
                <w:sz w:val="40"/>
                <w:szCs w:val="40"/>
              </w:rPr>
            </w:pPr>
            <w:r w:rsidRPr="00943136">
              <w:rPr>
                <w:b/>
                <w:color w:val="FFFFFF"/>
                <w:sz w:val="40"/>
                <w:szCs w:val="40"/>
              </w:rPr>
              <w:t>OPIS</w:t>
            </w:r>
          </w:p>
        </w:tc>
      </w:tr>
      <w:tr w:rsidR="00B961B8" w14:paraId="517D6BF9" w14:textId="77777777" w:rsidTr="00943136">
        <w:trPr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4D69D6" w14:textId="5E668D40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mudrost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E21646" w14:textId="758FE93B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poštovati Boga i ne željeti ga vrijeđati</w:t>
            </w:r>
          </w:p>
        </w:tc>
      </w:tr>
      <w:tr w:rsidR="00B961B8" w14:paraId="436FBB63" w14:textId="77777777" w:rsidTr="00943136">
        <w:trPr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A4028D" w14:textId="51E26043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razum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02C5EB" w14:textId="6FD40635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izabrati dobro</w:t>
            </w:r>
          </w:p>
        </w:tc>
      </w:tr>
      <w:tr w:rsidR="00B961B8" w14:paraId="6CC0DAC8" w14:textId="77777777" w:rsidTr="00943136">
        <w:trPr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7497D6" w14:textId="676C0141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savjet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F1C28A" w14:textId="5E1FC414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ustrajati u dobru</w:t>
            </w:r>
          </w:p>
        </w:tc>
      </w:tr>
      <w:tr w:rsidR="00B961B8" w14:paraId="4ED2D349" w14:textId="77777777" w:rsidTr="00943136">
        <w:trPr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9622C4" w14:textId="0109A0FC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jakost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C099A3" w14:textId="07F53A65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dublje shvaćati vjeru</w:t>
            </w:r>
          </w:p>
        </w:tc>
      </w:tr>
      <w:tr w:rsidR="00B961B8" w14:paraId="72154B21" w14:textId="77777777" w:rsidTr="00943136">
        <w:trPr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C0CB25" w14:textId="69718197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lastRenderedPageBreak/>
              <w:t>znanje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3DEF61" w14:textId="3612F629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živjeti odnos povjerenja s Bogom</w:t>
            </w:r>
          </w:p>
        </w:tc>
      </w:tr>
      <w:tr w:rsidR="00B961B8" w14:paraId="5FD9766E" w14:textId="77777777" w:rsidTr="00943136">
        <w:trPr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19D2D7" w14:textId="428577D7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pobožnost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A519B" w14:textId="70C85E03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gledati život Božjim očima</w:t>
            </w:r>
          </w:p>
        </w:tc>
      </w:tr>
      <w:tr w:rsidR="00B961B8" w14:paraId="51450D90" w14:textId="77777777" w:rsidTr="00943136">
        <w:trPr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3A45A" w14:textId="15534D52" w:rsidR="00B961B8" w:rsidRPr="00943136" w:rsidRDefault="00B961B8" w:rsidP="00B961B8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strah Božji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C4BAF4" w14:textId="431FA3E4" w:rsidR="00B961B8" w:rsidRPr="00943136" w:rsidRDefault="00135089" w:rsidP="00135089">
            <w:pPr>
              <w:rPr>
                <w:sz w:val="40"/>
                <w:szCs w:val="40"/>
              </w:rPr>
            </w:pPr>
            <w:r w:rsidRPr="00943136">
              <w:rPr>
                <w:sz w:val="40"/>
                <w:szCs w:val="40"/>
              </w:rPr>
              <w:t>ispravno razumjeti stvoreni svijet i život</w:t>
            </w:r>
          </w:p>
        </w:tc>
      </w:tr>
    </w:tbl>
    <w:p w14:paraId="3AF26834" w14:textId="40BA503E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7: Rođendan Crkve – pozivnica s činjenicama</w:t>
      </w:r>
      <w:r>
        <w:rPr>
          <w:i/>
          <w:color w:val="6B6B6B"/>
          <w:sz w:val="20"/>
        </w:rPr>
        <w:t xml:space="preserve"> (rad u skupinama, 8 minuta)</w:t>
      </w:r>
    </w:p>
    <w:p w14:paraId="00946FF5" w14:textId="77777777" w:rsidR="00DC3ACF" w:rsidRDefault="00D8130F">
      <w:pPr>
        <w:jc w:val="both"/>
      </w:pPr>
      <w:r>
        <w:t>Skupine će osmisliti kratku „pozivnicu“ na Pedesetnicu koja mora sadržavati tri točne činjenice, a ne samo ukrase: kada se slavi, što se dogodilo i zašto se događaj povezuje s rođenjem Crkve.</w:t>
      </w:r>
    </w:p>
    <w:p w14:paraId="5997AE0B" w14:textId="77777777" w:rsidR="00DC3ACF" w:rsidRDefault="00D8130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sadržaj: Pedesetnica / Duhovi – pedeseti dan nakon Uskrsa; Duh Sveti silazi na apostole i Mariju; apostoli hrabro naviještaju i Crkva se javno očituje.</w:t>
      </w:r>
    </w:p>
    <w:p w14:paraId="758B3487" w14:textId="77777777" w:rsidR="00135089" w:rsidRDefault="00135089">
      <w:pPr>
        <w:jc w:val="both"/>
        <w:rPr>
          <w:i/>
          <w:color w:val="6B6B6B"/>
          <w:sz w:val="21"/>
        </w:rPr>
      </w:pPr>
    </w:p>
    <w:p w14:paraId="41F09652" w14:textId="7C1CAEE2" w:rsidR="00135089" w:rsidRPr="00135089" w:rsidRDefault="00135089" w:rsidP="00135089">
      <w:pPr>
        <w:jc w:val="center"/>
        <w:rPr>
          <w:iCs/>
        </w:rPr>
      </w:pPr>
      <w:r w:rsidRPr="00135089">
        <w:rPr>
          <w:iCs/>
          <w:noProof/>
        </w:rPr>
        <w:drawing>
          <wp:inline distT="0" distB="0" distL="0" distR="0" wp14:anchorId="736E029E" wp14:editId="6E7E59AF">
            <wp:extent cx="5760000" cy="4320000"/>
            <wp:effectExtent l="0" t="0" r="0" b="4445"/>
            <wp:docPr id="9937527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7527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CC400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8: Od Uskrsa do Duhova</w:t>
      </w:r>
      <w:r>
        <w:rPr>
          <w:i/>
          <w:color w:val="6B6B6B"/>
          <w:sz w:val="20"/>
        </w:rPr>
        <w:t xml:space="preserve"> (individualni rad, 7 minuta)</w:t>
      </w:r>
    </w:p>
    <w:p w14:paraId="3DF7F770" w14:textId="77777777" w:rsidR="00DC3ACF" w:rsidRDefault="00D8130F">
      <w:pPr>
        <w:jc w:val="both"/>
      </w:pPr>
      <w:r>
        <w:t>Učenici će složiti četiri kartice pravilnim redom: ISUS USKRSNUO – 40 DANA S UČENICIMA – UZAŠAŠĆE – 10 DANA POSLIJE: PEDESETNICA. Ispod svake kartice zapisuju broj dana ili kratko objašnjenje.</w:t>
      </w:r>
    </w:p>
    <w:p w14:paraId="6CDC4971" w14:textId="77777777" w:rsidR="00DC3ACF" w:rsidRDefault="00D8130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Uskrsnuće → četrdeset dana Isus je s učenicima → uzašašće → deset dana poslije silazak Duha Svetoga na Pedesetnicu, pedeseti dan nakon Uskrsa.</w:t>
      </w:r>
    </w:p>
    <w:p w14:paraId="025E5158" w14:textId="77777777" w:rsidR="00135089" w:rsidRDefault="00135089">
      <w:pPr>
        <w:jc w:val="both"/>
        <w:rPr>
          <w:i/>
          <w:color w:val="6B6B6B"/>
          <w:sz w:val="21"/>
        </w:rPr>
      </w:pPr>
    </w:p>
    <w:p w14:paraId="357CD4D6" w14:textId="53C74544" w:rsidR="00135089" w:rsidRPr="00943136" w:rsidRDefault="00135089" w:rsidP="00943136">
      <w:pPr>
        <w:jc w:val="center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>UZAŠAŠĆE – 10 DANA POSLIJE: PEDESETNICA – 40 DANA S UČENICIMA – ISUS USKRSNUO</w:t>
      </w:r>
    </w:p>
    <w:p w14:paraId="59FA785F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lastRenderedPageBreak/>
        <w:t>Aktivnost 9: Prije i poslije Pedesetnice</w:t>
      </w:r>
      <w:r>
        <w:rPr>
          <w:i/>
          <w:color w:val="6B6B6B"/>
          <w:sz w:val="20"/>
        </w:rPr>
        <w:t xml:space="preserve"> (rad u paru, 7 minuta)</w:t>
      </w:r>
    </w:p>
    <w:p w14:paraId="18CDFB6D" w14:textId="77777777" w:rsidR="00135089" w:rsidRDefault="00D8130F">
      <w:pPr>
        <w:jc w:val="both"/>
      </w:pPr>
      <w:r>
        <w:t xml:space="preserve">Parovi će dovršiti dvije strane usporedbe. </w:t>
      </w:r>
    </w:p>
    <w:p w14:paraId="78E8CC52" w14:textId="677E854A" w:rsidR="00DC3ACF" w:rsidRPr="00135089" w:rsidRDefault="00135089">
      <w:pPr>
        <w:jc w:val="both"/>
        <w:rPr>
          <w:i/>
          <w:iCs/>
          <w:color w:val="808080" w:themeColor="background1" w:themeShade="80"/>
          <w:sz w:val="21"/>
          <w:szCs w:val="21"/>
        </w:rPr>
      </w:pPr>
      <w:r w:rsidRPr="00135089">
        <w:rPr>
          <w:i/>
          <w:iCs/>
          <w:color w:val="808080" w:themeColor="background1" w:themeShade="80"/>
          <w:sz w:val="21"/>
          <w:szCs w:val="21"/>
        </w:rPr>
        <w:t>Rješenje: PRIJE: učenici su okupljeni, mole i čekaju Isusovo obećanje. POSLIJE: ispunjeni Duhom Svetim hrabro naviještaju Radosnu vijest i okuplja se zajednica.</w:t>
      </w:r>
    </w:p>
    <w:p w14:paraId="40D9B1C6" w14:textId="77777777" w:rsidR="00055A8E" w:rsidRDefault="00055A8E">
      <w:pPr>
        <w:jc w:val="both"/>
      </w:pPr>
    </w:p>
    <w:p w14:paraId="7AD9C266" w14:textId="77777777" w:rsidR="00055A8E" w:rsidRDefault="00055A8E">
      <w:pPr>
        <w:jc w:val="both"/>
      </w:pPr>
    </w:p>
    <w:p w14:paraId="1E274F92" w14:textId="26FB87F8" w:rsidR="00055A8E" w:rsidRDefault="00055A8E">
      <w:pPr>
        <w:jc w:val="both"/>
      </w:pPr>
      <w:r>
        <w:rPr>
          <w:iCs/>
        </w:rPr>
        <w:t>Radni predložak:</w:t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DC3ACF" w14:paraId="0E600436" w14:textId="77777777">
        <w:trPr>
          <w:tblHeader/>
          <w:jc w:val="center"/>
        </w:trPr>
        <w:tc>
          <w:tcPr>
            <w:tcW w:w="5329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F350A4" w14:textId="77777777" w:rsidR="00DC3ACF" w:rsidRPr="00943136" w:rsidRDefault="00D8130F">
            <w:pPr>
              <w:jc w:val="center"/>
              <w:rPr>
                <w:sz w:val="40"/>
                <w:szCs w:val="40"/>
              </w:rPr>
            </w:pPr>
            <w:r w:rsidRPr="00943136">
              <w:rPr>
                <w:b/>
                <w:color w:val="FFFFFF"/>
                <w:sz w:val="40"/>
                <w:szCs w:val="40"/>
              </w:rPr>
              <w:t>PRIJE PEDESETNICE</w:t>
            </w:r>
          </w:p>
        </w:tc>
        <w:tc>
          <w:tcPr>
            <w:tcW w:w="5329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6957F4" w14:textId="77777777" w:rsidR="00DC3ACF" w:rsidRPr="00943136" w:rsidRDefault="00D8130F">
            <w:pPr>
              <w:jc w:val="center"/>
              <w:rPr>
                <w:sz w:val="40"/>
                <w:szCs w:val="40"/>
              </w:rPr>
            </w:pPr>
            <w:r w:rsidRPr="00943136">
              <w:rPr>
                <w:b/>
                <w:color w:val="FFFFFF"/>
                <w:sz w:val="40"/>
                <w:szCs w:val="40"/>
              </w:rPr>
              <w:t>POSLIJE PEDESETNICE</w:t>
            </w:r>
          </w:p>
        </w:tc>
      </w:tr>
      <w:tr w:rsidR="00943136" w14:paraId="32A51B8E" w14:textId="77777777">
        <w:trPr>
          <w:jc w:val="center"/>
        </w:trPr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8E338F" w14:textId="42E15828" w:rsidR="00943136" w:rsidRPr="00943136" w:rsidRDefault="00943136" w:rsidP="00943136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_______________</w:t>
            </w:r>
            <w:r>
              <w:rPr>
                <w:sz w:val="32"/>
                <w:szCs w:val="32"/>
              </w:rPr>
              <w:t>____</w:t>
            </w:r>
            <w:r w:rsidRPr="00943136">
              <w:rPr>
                <w:sz w:val="32"/>
                <w:szCs w:val="32"/>
              </w:rPr>
              <w:t>_____________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5CA14F" w14:textId="44D2FF01" w:rsidR="00943136" w:rsidRPr="00943136" w:rsidRDefault="00943136" w:rsidP="00943136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_______________</w:t>
            </w:r>
            <w:r>
              <w:rPr>
                <w:sz w:val="32"/>
                <w:szCs w:val="32"/>
              </w:rPr>
              <w:t>____</w:t>
            </w:r>
            <w:r w:rsidRPr="00943136">
              <w:rPr>
                <w:sz w:val="32"/>
                <w:szCs w:val="32"/>
              </w:rPr>
              <w:t>_____________</w:t>
            </w:r>
          </w:p>
        </w:tc>
      </w:tr>
      <w:tr w:rsidR="00943136" w14:paraId="482DBEA2" w14:textId="77777777">
        <w:trPr>
          <w:jc w:val="center"/>
        </w:trPr>
        <w:tc>
          <w:tcPr>
            <w:tcW w:w="5329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1EF7D9" w14:textId="4753CDE3" w:rsidR="00943136" w:rsidRPr="00943136" w:rsidRDefault="00943136" w:rsidP="00943136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_______________</w:t>
            </w:r>
            <w:r>
              <w:rPr>
                <w:sz w:val="32"/>
                <w:szCs w:val="32"/>
              </w:rPr>
              <w:t>____</w:t>
            </w:r>
            <w:r w:rsidRPr="00943136">
              <w:rPr>
                <w:sz w:val="32"/>
                <w:szCs w:val="32"/>
              </w:rPr>
              <w:t>_____________</w:t>
            </w:r>
          </w:p>
        </w:tc>
        <w:tc>
          <w:tcPr>
            <w:tcW w:w="5329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16EA77" w14:textId="6E224EE7" w:rsidR="00943136" w:rsidRPr="00943136" w:rsidRDefault="00943136" w:rsidP="00943136">
            <w:pPr>
              <w:jc w:val="center"/>
              <w:rPr>
                <w:sz w:val="32"/>
                <w:szCs w:val="32"/>
              </w:rPr>
            </w:pPr>
            <w:r w:rsidRPr="00943136">
              <w:rPr>
                <w:sz w:val="32"/>
                <w:szCs w:val="32"/>
              </w:rPr>
              <w:t>_______________</w:t>
            </w:r>
            <w:r>
              <w:rPr>
                <w:sz w:val="32"/>
                <w:szCs w:val="32"/>
              </w:rPr>
              <w:t>____</w:t>
            </w:r>
            <w:r w:rsidRPr="00943136">
              <w:rPr>
                <w:sz w:val="32"/>
                <w:szCs w:val="32"/>
              </w:rPr>
              <w:t>_____________</w:t>
            </w:r>
          </w:p>
        </w:tc>
      </w:tr>
    </w:tbl>
    <w:p w14:paraId="1DF730CF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10: Zajednica koja raste iznutra</w:t>
      </w:r>
      <w:r>
        <w:rPr>
          <w:i/>
          <w:color w:val="6B6B6B"/>
          <w:sz w:val="20"/>
        </w:rPr>
        <w:t xml:space="preserve"> (rad u skupinama, 8 minuta)</w:t>
      </w:r>
    </w:p>
    <w:p w14:paraId="2F183484" w14:textId="77777777" w:rsidR="00DC3ACF" w:rsidRDefault="00D8130F">
      <w:pPr>
        <w:jc w:val="both"/>
      </w:pPr>
      <w:r>
        <w:t>Skupine dobivaju pojmove MOLITVA – ZAJEDNIŠTVO – DIJELJENJE – SLUŠANJE BOŽJE RIJEČI – RADOST. Trebaju ih povezati u mrežu tako da uz svaku vezu kažu jednu rečenicu „Ovo je povezano zato što…“. Cilj nije pronaći jedini raspored, nego objasniti veze.</w:t>
      </w:r>
    </w:p>
    <w:p w14:paraId="4EA37216" w14:textId="77777777" w:rsidR="00DC3ACF" w:rsidRDefault="00D8130F">
      <w:pPr>
        <w:jc w:val="both"/>
        <w:rPr>
          <w:iCs/>
          <w:color w:val="6B6B6B"/>
          <w:sz w:val="21"/>
        </w:rPr>
      </w:pPr>
      <w:r>
        <w:rPr>
          <w:i/>
          <w:color w:val="6B6B6B"/>
          <w:sz w:val="21"/>
        </w:rPr>
        <w:t>Mogući zaključak: zajednica raste kada vjera nije samo privatna misao, nego postaje molitva, slušanje, dijeljenje, radost i služenje.</w:t>
      </w:r>
    </w:p>
    <w:p w14:paraId="63035026" w14:textId="77777777" w:rsidR="00135089" w:rsidRDefault="00135089">
      <w:pPr>
        <w:jc w:val="both"/>
        <w:rPr>
          <w:iCs/>
          <w:color w:val="6B6B6B"/>
          <w:sz w:val="21"/>
        </w:rPr>
      </w:pPr>
    </w:p>
    <w:p w14:paraId="128F6AB6" w14:textId="22FD72FA" w:rsidR="00135089" w:rsidRPr="00943136" w:rsidRDefault="00135089" w:rsidP="00135089">
      <w:pPr>
        <w:jc w:val="center"/>
        <w:rPr>
          <w:iCs/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>MOLITVA – ZAJEDNIŠTVO – DIJELJENJE – SLUŠANJE BOŽJE RIJEČI – RADOST</w:t>
      </w:r>
    </w:p>
    <w:p w14:paraId="6F5C906E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11: Lov na dokaz u tekstu</w:t>
      </w:r>
      <w:r>
        <w:rPr>
          <w:i/>
          <w:color w:val="6B6B6B"/>
          <w:sz w:val="20"/>
        </w:rPr>
        <w:t xml:space="preserve"> (individualni rad, 7 minuta)</w:t>
      </w:r>
    </w:p>
    <w:p w14:paraId="4D1DAF04" w14:textId="77777777" w:rsidR="00DC3ACF" w:rsidRDefault="00D8130F">
      <w:pPr>
        <w:jc w:val="both"/>
      </w:pPr>
      <w:r>
        <w:t>Učenici će uz četiri tvrdnje prepisati samo po dvije ili tri riječi iz biblijskoga teksta koje ih potvrđuju: 1. Duh Sveti daje snagu. 2. Radosna vijest prelazi jezične granice. 3. Prvi kršćani mole zajedno. 4. Zajednica brine o potrebnima.</w:t>
      </w:r>
    </w:p>
    <w:p w14:paraId="06D00B64" w14:textId="77777777" w:rsidR="00DC3ACF" w:rsidRDefault="00D8130F">
      <w:pPr>
        <w:jc w:val="both"/>
        <w:rPr>
          <w:iCs/>
          <w:color w:val="6B6B6B"/>
          <w:sz w:val="21"/>
        </w:rPr>
      </w:pPr>
      <w:r>
        <w:rPr>
          <w:i/>
          <w:color w:val="6B6B6B"/>
          <w:sz w:val="21"/>
        </w:rPr>
        <w:t>Mogući dokazi: „napuniše Duha Svetoga“; „govoriti drugim jezicima“; „u… molitvama“; „porazdijelili svima kako bi tko trebao“.</w:t>
      </w:r>
    </w:p>
    <w:p w14:paraId="23DFAB0E" w14:textId="77777777" w:rsidR="00A96063" w:rsidRDefault="00A96063">
      <w:pPr>
        <w:jc w:val="both"/>
        <w:rPr>
          <w:iCs/>
          <w:color w:val="6B6B6B"/>
          <w:sz w:val="21"/>
        </w:rPr>
      </w:pPr>
    </w:p>
    <w:p w14:paraId="4248E1BE" w14:textId="77777777" w:rsidR="00A96063" w:rsidRPr="00943136" w:rsidRDefault="00A96063">
      <w:pPr>
        <w:jc w:val="both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 xml:space="preserve">1. Duh Sveti daje snagu. </w:t>
      </w:r>
    </w:p>
    <w:p w14:paraId="533C8842" w14:textId="77777777" w:rsidR="00A96063" w:rsidRPr="00943136" w:rsidRDefault="00A96063">
      <w:pPr>
        <w:jc w:val="both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 xml:space="preserve">2. Radosna vijest prelazi jezične granice. </w:t>
      </w:r>
    </w:p>
    <w:p w14:paraId="57AD6611" w14:textId="77777777" w:rsidR="00A96063" w:rsidRPr="00943136" w:rsidRDefault="00A96063">
      <w:pPr>
        <w:jc w:val="both"/>
        <w:rPr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 xml:space="preserve">3. Prvi kršćani mole zajedno. </w:t>
      </w:r>
    </w:p>
    <w:p w14:paraId="05EE1F3A" w14:textId="544434E0" w:rsidR="00A96063" w:rsidRPr="00943136" w:rsidRDefault="00A96063">
      <w:pPr>
        <w:jc w:val="both"/>
        <w:rPr>
          <w:iCs/>
          <w:color w:val="002060"/>
          <w:sz w:val="40"/>
          <w:szCs w:val="40"/>
        </w:rPr>
      </w:pPr>
      <w:r w:rsidRPr="00943136">
        <w:rPr>
          <w:color w:val="002060"/>
          <w:sz w:val="40"/>
          <w:szCs w:val="40"/>
        </w:rPr>
        <w:t>4. Zajednica brine o potrebnima.</w:t>
      </w:r>
    </w:p>
    <w:p w14:paraId="7651B41F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12: Učimo iz umjetnosti</w:t>
      </w:r>
      <w:r>
        <w:rPr>
          <w:i/>
          <w:color w:val="6B6B6B"/>
          <w:sz w:val="20"/>
        </w:rPr>
        <w:t xml:space="preserve"> (rad u paru i razgovor, 9 minuta)</w:t>
      </w:r>
    </w:p>
    <w:p w14:paraId="3777FD54" w14:textId="0464AE72" w:rsidR="00DC3ACF" w:rsidRDefault="00E30A7D">
      <w:pPr>
        <w:jc w:val="both"/>
      </w:pPr>
      <w:r w:rsidRPr="00E30A7D">
        <w:rPr>
          <w:highlight w:val="cyan"/>
        </w:rPr>
        <w:t>a)</w:t>
      </w:r>
      <w:r>
        <w:t xml:space="preserve"> Učenici će promotriti reprodukciju Louisa Gallochea „Duhovi“. Najprije u tišini uočavaju tri detalja, zatim u paru biraju jedan detalj koji najjasnije povezuju s Dj 2,1–4.</w:t>
      </w:r>
    </w:p>
    <w:p w14:paraId="3C6FA2BB" w14:textId="77777777" w:rsidR="00E30A7D" w:rsidRDefault="00E30A7D" w:rsidP="00E30A7D">
      <w:pPr>
        <w:jc w:val="both"/>
        <w:rPr>
          <w:b/>
        </w:rPr>
      </w:pPr>
    </w:p>
    <w:p w14:paraId="4192B085" w14:textId="048D512B" w:rsidR="00E30A7D" w:rsidRDefault="00E30A7D" w:rsidP="00E30A7D">
      <w:pPr>
        <w:jc w:val="both"/>
      </w:pPr>
      <w:r>
        <w:rPr>
          <w:b/>
        </w:rPr>
        <w:t>Informativno o umjetniku:</w:t>
      </w:r>
    </w:p>
    <w:p w14:paraId="1383C7BF" w14:textId="46B803F5" w:rsidR="00E30A7D" w:rsidRPr="007A2EDF" w:rsidRDefault="00E30A7D" w:rsidP="00E30A7D">
      <w:pPr>
        <w:jc w:val="both"/>
      </w:pPr>
      <w:r w:rsidRPr="007A2EDF">
        <w:rPr>
          <w:color w:val="0070C0"/>
        </w:rPr>
        <w:t xml:space="preserve">Louis Galloche </w:t>
      </w:r>
      <w:r w:rsidRPr="007A2EDF">
        <w:rPr>
          <w:color w:val="auto"/>
        </w:rPr>
        <w:t>(1670.–1761.) bio je francuski slikar koji je često slikao religiozne teme. Školovao se i u Rimu te je bio član Francuske kraljevske akademije.</w:t>
      </w:r>
    </w:p>
    <w:p w14:paraId="113E40EE" w14:textId="77777777" w:rsidR="00DC3ACF" w:rsidRDefault="00D8130F">
      <w:pPr>
        <w:spacing w:before="220"/>
        <w:jc w:val="center"/>
      </w:pPr>
      <w:r>
        <w:rPr>
          <w:noProof/>
        </w:rPr>
        <w:lastRenderedPageBreak/>
        <w:drawing>
          <wp:inline distT="0" distB="0" distL="0" distR="0" wp14:anchorId="252D30A7" wp14:editId="51B042B8">
            <wp:extent cx="2209244" cy="324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_pentecost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9244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DB3E5" w14:textId="77777777" w:rsidR="00DC3ACF" w:rsidRDefault="00D8130F">
      <w:pPr>
        <w:spacing w:after="80"/>
        <w:jc w:val="center"/>
      </w:pPr>
      <w:r>
        <w:rPr>
          <w:i/>
          <w:color w:val="6B6B6B"/>
          <w:sz w:val="18"/>
        </w:rPr>
        <w:t>Louis Galloche, Duhovi</w:t>
      </w:r>
    </w:p>
    <w:p w14:paraId="6BFB0BF7" w14:textId="77777777" w:rsidR="00DC3ACF" w:rsidRDefault="00D8130F">
      <w:pPr>
        <w:keepNext/>
        <w:spacing w:before="220"/>
        <w:jc w:val="both"/>
      </w:pPr>
      <w:r>
        <w:t>Razgovor:</w:t>
      </w:r>
    </w:p>
    <w:p w14:paraId="1906F047" w14:textId="77777777" w:rsidR="00DC3ACF" w:rsidRDefault="00D8130F" w:rsidP="00E30A7D">
      <w:pPr>
        <w:pStyle w:val="Odlomakpopisa"/>
        <w:numPr>
          <w:ilvl w:val="0"/>
          <w:numId w:val="6"/>
        </w:numPr>
        <w:spacing w:after="20"/>
        <w:jc w:val="both"/>
      </w:pPr>
      <w:r>
        <w:t xml:space="preserve">Gdje je pogled promatrača najviše usmjeren? </w:t>
      </w:r>
      <w:r w:rsidRPr="00E30A7D">
        <w:rPr>
          <w:color w:val="6B6B6B"/>
          <w:sz w:val="18"/>
        </w:rPr>
        <w:t>(Prema središtu okupljene zajednice i svjetlu odozgo.)</w:t>
      </w:r>
    </w:p>
    <w:p w14:paraId="3A3C9CD9" w14:textId="77777777" w:rsidR="00DC3ACF" w:rsidRDefault="00D8130F" w:rsidP="00E30A7D">
      <w:pPr>
        <w:pStyle w:val="Odlomakpopisa"/>
        <w:numPr>
          <w:ilvl w:val="0"/>
          <w:numId w:val="6"/>
        </w:numPr>
        <w:spacing w:after="20"/>
        <w:jc w:val="both"/>
      </w:pPr>
      <w:r>
        <w:t xml:space="preserve">Kako slikar prikazuje silazak Duha Svetoga? </w:t>
      </w:r>
      <w:r w:rsidRPr="00E30A7D">
        <w:rPr>
          <w:color w:val="6B6B6B"/>
          <w:sz w:val="18"/>
        </w:rPr>
        <w:t>(Svjetlom, golubicom i plamenovima iznad okupljenih.)</w:t>
      </w:r>
    </w:p>
    <w:p w14:paraId="425A0E7E" w14:textId="77777777" w:rsidR="00DC3ACF" w:rsidRDefault="00D8130F" w:rsidP="00E30A7D">
      <w:pPr>
        <w:pStyle w:val="Odlomakpopisa"/>
        <w:numPr>
          <w:ilvl w:val="0"/>
          <w:numId w:val="6"/>
        </w:numPr>
        <w:spacing w:after="20"/>
        <w:jc w:val="both"/>
      </w:pPr>
      <w:r>
        <w:t xml:space="preserve">Što govore pokreti ruku i izrazi lica? </w:t>
      </w:r>
      <w:r w:rsidRPr="00E30A7D">
        <w:rPr>
          <w:color w:val="6B6B6B"/>
          <w:sz w:val="18"/>
        </w:rPr>
        <w:t>(Iznenađenje, molitvu, primanje dara i snažan doživljaj događaja.)</w:t>
      </w:r>
    </w:p>
    <w:p w14:paraId="4004A836" w14:textId="68A86ADA" w:rsidR="00E30A7D" w:rsidRDefault="00D8130F" w:rsidP="00E30A7D">
      <w:pPr>
        <w:pStyle w:val="Odlomakpopisa"/>
        <w:numPr>
          <w:ilvl w:val="0"/>
          <w:numId w:val="6"/>
        </w:numPr>
        <w:spacing w:after="20"/>
        <w:jc w:val="both"/>
      </w:pPr>
      <w:r>
        <w:t xml:space="preserve">Koji dio Dj 2,1–4 umjetnički prikaz posebno naglašava? </w:t>
      </w:r>
      <w:r w:rsidRPr="00E30A7D">
        <w:rPr>
          <w:color w:val="6B6B6B"/>
          <w:sz w:val="18"/>
        </w:rPr>
        <w:t>(Božji dolazak i vidljive znakove njegova djelovanja.)</w:t>
      </w:r>
    </w:p>
    <w:p w14:paraId="32C30258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13: Prozor Pedesetnice</w:t>
      </w:r>
      <w:r>
        <w:rPr>
          <w:i/>
          <w:color w:val="6B6B6B"/>
          <w:sz w:val="20"/>
        </w:rPr>
        <w:t xml:space="preserve"> (individualni rad – crtanje bojicama, 8 minuta)</w:t>
      </w:r>
    </w:p>
    <w:p w14:paraId="7E3DCB4C" w14:textId="77777777" w:rsidR="00DC3ACF" w:rsidRDefault="00D8130F">
      <w:pPr>
        <w:jc w:val="both"/>
      </w:pPr>
      <w:r>
        <w:t>U četiri velika polja učenici će bojicama nacrtati VJETAR, PLAMEN, JEZIKE i HRABRO NAVIJEŠTANJE. Ispod svakoga polja pišu samo jednu ključnu riječ. Crtež ne treba doslovno prikazivati Duha Svetoga, nego znakove i učinak njegova djelovanja.</w:t>
      </w:r>
    </w:p>
    <w:p w14:paraId="23AD20F1" w14:textId="10B013AB" w:rsidR="00DC3ACF" w:rsidRDefault="00055A8E">
      <w:pPr>
        <w:spacing w:before="220"/>
        <w:jc w:val="both"/>
      </w:pPr>
      <w:r>
        <w:rPr>
          <w:iCs/>
        </w:rPr>
        <w:t>Radni predložak:</w:t>
      </w:r>
    </w:p>
    <w:p w14:paraId="43D57A9E" w14:textId="36E9AA11" w:rsidR="00DC3ACF" w:rsidRDefault="00265880">
      <w:pPr>
        <w:spacing w:before="220"/>
        <w:jc w:val="center"/>
      </w:pPr>
      <w:r w:rsidRPr="00265880">
        <w:rPr>
          <w:noProof/>
        </w:rPr>
        <w:drawing>
          <wp:inline distT="0" distB="0" distL="0" distR="0" wp14:anchorId="3D2E24CB" wp14:editId="43BD3E4D">
            <wp:extent cx="4773600" cy="3240000"/>
            <wp:effectExtent l="0" t="0" r="8255" b="0"/>
            <wp:docPr id="20809300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93002" name=""/>
                    <pic:cNvPicPr/>
                  </pic:nvPicPr>
                  <pic:blipFill rotWithShape="1">
                    <a:blip r:embed="rId11"/>
                    <a:srcRect t="2496" b="7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60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DDAA9" w14:textId="77777777" w:rsidR="00DC3ACF" w:rsidRDefault="00D8130F">
      <w:pPr>
        <w:spacing w:before="440"/>
        <w:jc w:val="both"/>
      </w:pPr>
      <w:r>
        <w:rPr>
          <w:i/>
          <w:color w:val="6B6B6B"/>
          <w:sz w:val="21"/>
        </w:rPr>
        <w:lastRenderedPageBreak/>
        <w:t>Mogući primjer rješenja:</w:t>
      </w:r>
    </w:p>
    <w:p w14:paraId="474A6860" w14:textId="08CC7DAD" w:rsidR="00DC3ACF" w:rsidRDefault="00265880">
      <w:pPr>
        <w:spacing w:before="220"/>
        <w:jc w:val="center"/>
      </w:pPr>
      <w:r w:rsidRPr="00265880">
        <w:rPr>
          <w:noProof/>
        </w:rPr>
        <w:drawing>
          <wp:inline distT="0" distB="0" distL="0" distR="0" wp14:anchorId="27FE0415" wp14:editId="4FA7D68A">
            <wp:extent cx="4320000" cy="3240000"/>
            <wp:effectExtent l="0" t="0" r="4445" b="0"/>
            <wp:docPr id="1074931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310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302C5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14: Srce prve zajednice</w:t>
      </w:r>
      <w:r>
        <w:rPr>
          <w:i/>
          <w:color w:val="6B6B6B"/>
          <w:sz w:val="20"/>
        </w:rPr>
        <w:t xml:space="preserve"> (individualni rad – crtanje bojicama, 8 minuta)</w:t>
      </w:r>
    </w:p>
    <w:p w14:paraId="7EDDF583" w14:textId="77777777" w:rsidR="00DC3ACF" w:rsidRDefault="00D8130F">
      <w:pPr>
        <w:jc w:val="both"/>
      </w:pPr>
      <w:r>
        <w:t>U četiri dijela srca učenici će nacrtati jednostavne prizore za ZAJEDNIŠTVO, MOLITVU, LOMLJENJE KRUHA i DIJELJENJE. Prizori trebaju biti opći i bez imena stvarnih osoba.</w:t>
      </w:r>
    </w:p>
    <w:p w14:paraId="24209A67" w14:textId="6FBE7932" w:rsidR="00DC3ACF" w:rsidRDefault="00055A8E">
      <w:pPr>
        <w:spacing w:before="220"/>
        <w:jc w:val="both"/>
      </w:pPr>
      <w:r>
        <w:rPr>
          <w:iCs/>
        </w:rPr>
        <w:t>Radni predložak:</w:t>
      </w:r>
    </w:p>
    <w:p w14:paraId="11D025FB" w14:textId="75F25A13" w:rsidR="00DC3ACF" w:rsidRDefault="00265880">
      <w:pPr>
        <w:spacing w:before="220"/>
        <w:jc w:val="center"/>
      </w:pPr>
      <w:r w:rsidRPr="00265880">
        <w:rPr>
          <w:noProof/>
        </w:rPr>
        <w:drawing>
          <wp:inline distT="0" distB="0" distL="0" distR="0" wp14:anchorId="6D767EE4" wp14:editId="222A5C48">
            <wp:extent cx="4320000" cy="3240000"/>
            <wp:effectExtent l="0" t="0" r="4445" b="0"/>
            <wp:docPr id="202103865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3865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C960" w14:textId="77777777" w:rsidR="00DC3ACF" w:rsidRDefault="00D8130F">
      <w:pPr>
        <w:spacing w:before="440"/>
        <w:jc w:val="both"/>
      </w:pPr>
      <w:r>
        <w:rPr>
          <w:i/>
          <w:color w:val="6B6B6B"/>
          <w:sz w:val="21"/>
        </w:rPr>
        <w:t>Mogući primjer rješenja:</w:t>
      </w:r>
    </w:p>
    <w:p w14:paraId="383354BF" w14:textId="09402E04" w:rsidR="00DC3ACF" w:rsidRDefault="00265880">
      <w:pPr>
        <w:spacing w:before="220"/>
        <w:jc w:val="center"/>
      </w:pPr>
      <w:r w:rsidRPr="00265880">
        <w:rPr>
          <w:noProof/>
        </w:rPr>
        <w:lastRenderedPageBreak/>
        <w:drawing>
          <wp:inline distT="0" distB="0" distL="0" distR="0" wp14:anchorId="7E31FA89" wp14:editId="5F773118">
            <wp:extent cx="4320000" cy="3240000"/>
            <wp:effectExtent l="0" t="0" r="4445" b="0"/>
            <wp:docPr id="153229837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29837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6FA61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15: Poučna priča</w:t>
      </w:r>
      <w:r>
        <w:rPr>
          <w:i/>
          <w:color w:val="6B6B6B"/>
          <w:sz w:val="20"/>
        </w:rPr>
        <w:t xml:space="preserve"> (individualni rad i razgovor, 8 minuta)</w:t>
      </w:r>
    </w:p>
    <w:p w14:paraId="520030A8" w14:textId="77777777" w:rsidR="00DC3ACF" w:rsidRDefault="00D8130F">
      <w:pPr>
        <w:jc w:val="both"/>
      </w:pPr>
      <w:r>
        <w:t>Vjeroučitelj će pročitati poučnu priču.</w:t>
      </w:r>
    </w:p>
    <w:p w14:paraId="6C577991" w14:textId="77777777" w:rsidR="00DC3ACF" w:rsidRDefault="00D8130F">
      <w:pPr>
        <w:spacing w:before="100"/>
        <w:jc w:val="both"/>
      </w:pPr>
      <w:r>
        <w:rPr>
          <w:b/>
        </w:rPr>
        <w:t>Svjetlo na četvrtome katu</w:t>
      </w:r>
    </w:p>
    <w:p w14:paraId="72DF9606" w14:textId="77777777" w:rsidR="00DC3ACF" w:rsidRDefault="00D8130F">
      <w:pPr>
        <w:jc w:val="both"/>
      </w:pPr>
      <w:r>
        <w:t xml:space="preserve">U zgradi u kojoj živi Petra na nekoliko je sati nestalo struje. Dizalo nije radilo, a gospodin Josip s četvrtoga kata teško je nosio vrećice. Petrin tata uzeo je jednu vrećicu, susjeda Ana donijela je baterijsku svjetiljku, a Petra je pridržavala vrata. Nitko nije napravio veliko djelo, ali svatko je učinio ono što je mogao. Kasnije je baka rekla: „Zajednica nije jaka zato što su svi isti, nego zato što se darovi dijele.“ Petra se sjetila prve kršćanske zajednice: molili su, bili zajedno i primjećivali tko </w:t>
      </w:r>
      <w:r>
        <w:t>nešto treba. Shvatila je da Crkva nije samo mjesto u koje se ulazi, nego ljudi koji dopuštaju da ih vjera pokrene na dobro.</w:t>
      </w:r>
    </w:p>
    <w:p w14:paraId="068B692E" w14:textId="77777777" w:rsidR="00DC3ACF" w:rsidRDefault="00D8130F">
      <w:pPr>
        <w:keepNext/>
        <w:spacing w:before="220"/>
        <w:jc w:val="both"/>
      </w:pPr>
      <w:r>
        <w:t>Razgovor:</w:t>
      </w:r>
    </w:p>
    <w:p w14:paraId="2D4ECD13" w14:textId="77777777" w:rsidR="00DC3ACF" w:rsidRDefault="00D8130F" w:rsidP="00402E24">
      <w:pPr>
        <w:pStyle w:val="Odlomakpopisa"/>
        <w:numPr>
          <w:ilvl w:val="0"/>
          <w:numId w:val="9"/>
        </w:numPr>
        <w:spacing w:after="20"/>
        <w:jc w:val="both"/>
      </w:pPr>
      <w:r>
        <w:t xml:space="preserve">Što je svatko u zgradi učinio? </w:t>
      </w:r>
      <w:r w:rsidRPr="00402E24">
        <w:rPr>
          <w:color w:val="6B6B6B"/>
          <w:sz w:val="18"/>
        </w:rPr>
        <w:t>(Dao je ono što je mogao: snagu, svjetlo ili pomoć.)</w:t>
      </w:r>
    </w:p>
    <w:p w14:paraId="431E10B1" w14:textId="77777777" w:rsidR="00DC3ACF" w:rsidRDefault="00D8130F" w:rsidP="00402E24">
      <w:pPr>
        <w:pStyle w:val="Odlomakpopisa"/>
        <w:numPr>
          <w:ilvl w:val="0"/>
          <w:numId w:val="9"/>
        </w:numPr>
        <w:spacing w:after="20"/>
        <w:jc w:val="both"/>
      </w:pPr>
      <w:r>
        <w:t xml:space="preserve">Zašto priča ne govori samo o dobroj organizaciji? </w:t>
      </w:r>
      <w:r w:rsidRPr="00402E24">
        <w:rPr>
          <w:color w:val="6B6B6B"/>
          <w:sz w:val="18"/>
        </w:rPr>
        <w:t>(Povezuje zajedništvo s vjerom koja potiče na služenje.)</w:t>
      </w:r>
    </w:p>
    <w:p w14:paraId="73733861" w14:textId="77777777" w:rsidR="00DC3ACF" w:rsidRPr="00402E24" w:rsidRDefault="00D8130F" w:rsidP="00402E24">
      <w:pPr>
        <w:pStyle w:val="Odlomakpopisa"/>
        <w:numPr>
          <w:ilvl w:val="0"/>
          <w:numId w:val="9"/>
        </w:numPr>
        <w:spacing w:after="20"/>
        <w:jc w:val="both"/>
      </w:pPr>
      <w:r>
        <w:t xml:space="preserve">Koja obilježja prve kršćanske zajednice prepoznajemo? </w:t>
      </w:r>
      <w:r w:rsidRPr="00402E24">
        <w:rPr>
          <w:color w:val="6B6B6B"/>
          <w:sz w:val="18"/>
        </w:rPr>
        <w:t>(Zajedništvo, dijeljenje, brigu i spremnost pomoći.)</w:t>
      </w:r>
    </w:p>
    <w:p w14:paraId="171D0AF2" w14:textId="77777777" w:rsidR="00402E24" w:rsidRDefault="00402E24" w:rsidP="00402E24">
      <w:pPr>
        <w:spacing w:after="20"/>
        <w:jc w:val="both"/>
      </w:pPr>
    </w:p>
    <w:p w14:paraId="2646D887" w14:textId="77777777" w:rsidR="00DC3ACF" w:rsidRDefault="00D8130F">
      <w:pPr>
        <w:jc w:val="both"/>
      </w:pPr>
      <w:r>
        <w:rPr>
          <w:b/>
        </w:rPr>
        <w:t xml:space="preserve">Pouka: </w:t>
      </w:r>
      <w:r>
        <w:t>Duh Sveti gradi Crkvu tako da vjera postaje zajedništvo, molitva i konkretna ljubav prema čovjeku.</w:t>
      </w:r>
    </w:p>
    <w:p w14:paraId="06ED6D1E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16: Zapišimo!</w:t>
      </w:r>
      <w:r>
        <w:rPr>
          <w:i/>
          <w:color w:val="6B6B6B"/>
          <w:sz w:val="20"/>
        </w:rPr>
        <w:t xml:space="preserve"> (individualni rad uz zajedničku provjeru, 6 minuta)</w:t>
      </w:r>
    </w:p>
    <w:p w14:paraId="5D7FC29B" w14:textId="77777777" w:rsidR="00DC3ACF" w:rsidRDefault="00D8130F">
      <w:pPr>
        <w:jc w:val="both"/>
      </w:pPr>
      <w:r>
        <w:t>Učenici će u bilježnici dopuniti pet rečenica.</w:t>
      </w:r>
    </w:p>
    <w:p w14:paraId="0959A2AE" w14:textId="77777777" w:rsidR="00DC3ACF" w:rsidRDefault="00D8130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50; apostole i Mariju; Crkve; nauku apostolskom; zajedništvu.</w:t>
      </w:r>
    </w:p>
    <w:p w14:paraId="1F2E2E61" w14:textId="77777777" w:rsidR="00055A8E" w:rsidRDefault="00055A8E">
      <w:pPr>
        <w:jc w:val="both"/>
      </w:pPr>
    </w:p>
    <w:tbl>
      <w:tblPr>
        <w:tblW w:w="10658" w:type="dxa"/>
        <w:jc w:val="center"/>
        <w:tblBorders>
          <w:top w:val="single" w:sz="6" w:space="0" w:color="ED7D31"/>
          <w:left w:val="single" w:sz="6" w:space="0" w:color="ED7D31"/>
          <w:bottom w:val="single" w:sz="6" w:space="0" w:color="ED7D31"/>
          <w:right w:val="single" w:sz="6" w:space="0" w:color="ED7D31"/>
          <w:insideH w:val="single" w:sz="6" w:space="0" w:color="ED7D31"/>
          <w:insideV w:val="single" w:sz="6" w:space="0" w:color="ED7D31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DC3ACF" w14:paraId="2F340F58" w14:textId="77777777">
        <w:trPr>
          <w:cantSplit/>
          <w:jc w:val="center"/>
        </w:trPr>
        <w:tc>
          <w:tcPr>
            <w:tcW w:w="10681" w:type="dxa"/>
            <w:shd w:val="clear" w:color="auto" w:fill="FFF2C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EC2B60A" w14:textId="62544D38" w:rsidR="00DC3ACF" w:rsidRDefault="000752EC">
            <w:pPr>
              <w:spacing w:after="80"/>
              <w:jc w:val="center"/>
            </w:pPr>
            <w:r w:rsidRPr="000752EC">
              <w:rPr>
                <w:b/>
                <w:color w:val="C96A00"/>
                <w:sz w:val="48"/>
              </w:rPr>
              <w:lastRenderedPageBreak/>
              <w:t>ISUS ŠALJE DUHA SVETOGA</w:t>
            </w:r>
          </w:p>
          <w:p w14:paraId="1ECE8CC1" w14:textId="77777777" w:rsidR="00DC3ACF" w:rsidRDefault="00D8130F">
            <w:pPr>
              <w:jc w:val="both"/>
            </w:pPr>
            <w:r>
              <w:rPr>
                <w:sz w:val="48"/>
              </w:rPr>
              <w:t>Pedesetnica se slavi ______ dana nakon Uskrsa.</w:t>
            </w:r>
          </w:p>
          <w:p w14:paraId="74FA89E6" w14:textId="77777777" w:rsidR="00DC3ACF" w:rsidRDefault="00D8130F">
            <w:pPr>
              <w:jc w:val="both"/>
            </w:pPr>
            <w:r>
              <w:rPr>
                <w:sz w:val="48"/>
              </w:rPr>
              <w:t>Duh Sveti silazi na ______ i ______.</w:t>
            </w:r>
          </w:p>
          <w:p w14:paraId="4A8928D3" w14:textId="77777777" w:rsidR="00DC3ACF" w:rsidRDefault="00D8130F">
            <w:pPr>
              <w:jc w:val="both"/>
            </w:pPr>
            <w:r>
              <w:rPr>
                <w:sz w:val="48"/>
              </w:rPr>
              <w:t>Pedesetnicu nazivamo rođendanom ______.</w:t>
            </w:r>
          </w:p>
          <w:p w14:paraId="0AF012A1" w14:textId="77777777" w:rsidR="00DC3ACF" w:rsidRDefault="00D8130F">
            <w:pPr>
              <w:jc w:val="both"/>
            </w:pPr>
            <w:r>
              <w:rPr>
                <w:sz w:val="48"/>
              </w:rPr>
              <w:t>Prvi kršćani bili su postojani u ______.</w:t>
            </w:r>
          </w:p>
          <w:p w14:paraId="37075426" w14:textId="77777777" w:rsidR="00DC3ACF" w:rsidRDefault="00D8130F">
            <w:pPr>
              <w:jc w:val="both"/>
            </w:pPr>
            <w:r>
              <w:rPr>
                <w:sz w:val="48"/>
              </w:rPr>
              <w:t>Posebno su živjeli u ______, lomljenju kruha i molitvama.</w:t>
            </w:r>
          </w:p>
        </w:tc>
      </w:tr>
    </w:tbl>
    <w:p w14:paraId="7B3D7F21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17: Radna bilježnica</w:t>
      </w:r>
      <w:r>
        <w:rPr>
          <w:i/>
          <w:color w:val="6B6B6B"/>
          <w:sz w:val="20"/>
        </w:rPr>
        <w:t xml:space="preserve"> (individualni rad uz zajedničku provjeru, približno 10 minuta)</w:t>
      </w:r>
    </w:p>
    <w:p w14:paraId="0142FEDE" w14:textId="77777777" w:rsidR="00DC3ACF" w:rsidRDefault="00D8130F">
      <w:pPr>
        <w:jc w:val="both"/>
      </w:pPr>
      <w:r>
        <w:t>Učenici će uz pomoć vjeroučitelja rješavati RB, str. 70–71 (mogu biti i odabrani zadatci po želji).</w:t>
      </w:r>
    </w:p>
    <w:p w14:paraId="02383117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18: Formativna provjera</w:t>
      </w:r>
      <w:r>
        <w:rPr>
          <w:i/>
          <w:color w:val="6B6B6B"/>
          <w:sz w:val="20"/>
        </w:rPr>
        <w:t xml:space="preserve"> (individualni rad i kratka zajednička provjera, 4 minute)</w:t>
      </w:r>
    </w:p>
    <w:p w14:paraId="40BFF9CD" w14:textId="77777777" w:rsidR="00DC3ACF" w:rsidRDefault="00D8130F">
      <w:pPr>
        <w:jc w:val="both"/>
      </w:pPr>
      <w:r>
        <w:t>Učenici će riješiti kratku provjeru:</w:t>
      </w:r>
    </w:p>
    <w:p w14:paraId="1FDF0686" w14:textId="77777777" w:rsidR="00DC3ACF" w:rsidRDefault="00D8130F" w:rsidP="00402E24">
      <w:pPr>
        <w:pStyle w:val="Odlomakpopisa"/>
        <w:numPr>
          <w:ilvl w:val="0"/>
          <w:numId w:val="10"/>
        </w:numPr>
        <w:spacing w:after="20"/>
        <w:jc w:val="both"/>
      </w:pPr>
      <w:r>
        <w:t xml:space="preserve">Duhovi se slave pedeseti dan nakon Uskrsa. </w:t>
      </w:r>
      <w:r w:rsidRPr="00402E24">
        <w:rPr>
          <w:color w:val="6B6B6B"/>
          <w:sz w:val="18"/>
        </w:rPr>
        <w:t>(T)</w:t>
      </w:r>
    </w:p>
    <w:p w14:paraId="4A0A1420" w14:textId="77777777" w:rsidR="00DC3ACF" w:rsidRDefault="00D8130F" w:rsidP="00402E24">
      <w:pPr>
        <w:pStyle w:val="Odlomakpopisa"/>
        <w:numPr>
          <w:ilvl w:val="0"/>
          <w:numId w:val="10"/>
        </w:numPr>
        <w:spacing w:after="20"/>
        <w:jc w:val="both"/>
      </w:pPr>
      <w:r>
        <w:t xml:space="preserve">Crkva znači samo građevinu. </w:t>
      </w:r>
      <w:r w:rsidRPr="00402E24">
        <w:rPr>
          <w:color w:val="6B6B6B"/>
          <w:sz w:val="18"/>
        </w:rPr>
        <w:t>(N – Crkva je zajednica vjernika.)</w:t>
      </w:r>
    </w:p>
    <w:p w14:paraId="7FB2FA78" w14:textId="77777777" w:rsidR="00DC3ACF" w:rsidRDefault="00D8130F" w:rsidP="00402E24">
      <w:pPr>
        <w:pStyle w:val="Odlomakpopisa"/>
        <w:numPr>
          <w:ilvl w:val="0"/>
          <w:numId w:val="10"/>
        </w:numPr>
        <w:spacing w:after="20"/>
        <w:jc w:val="both"/>
      </w:pPr>
      <w:r>
        <w:t xml:space="preserve">Prva kršćanska zajednica bila je postojana u molitvama. </w:t>
      </w:r>
      <w:r w:rsidRPr="00402E24">
        <w:rPr>
          <w:color w:val="6B6B6B"/>
          <w:sz w:val="18"/>
        </w:rPr>
        <w:t>(T)</w:t>
      </w:r>
    </w:p>
    <w:p w14:paraId="103FCE8C" w14:textId="77777777" w:rsidR="00DC3ACF" w:rsidRDefault="00D8130F" w:rsidP="00402E24">
      <w:pPr>
        <w:pStyle w:val="Odlomakpopisa"/>
        <w:numPr>
          <w:ilvl w:val="0"/>
          <w:numId w:val="10"/>
        </w:numPr>
        <w:spacing w:after="20"/>
        <w:jc w:val="both"/>
      </w:pPr>
      <w:r>
        <w:t xml:space="preserve">Duh Sveti apostole zatvara u strah. </w:t>
      </w:r>
      <w:r w:rsidRPr="00402E24">
        <w:rPr>
          <w:color w:val="6B6B6B"/>
          <w:sz w:val="18"/>
        </w:rPr>
        <w:t>(N – daje im snagu i hrabrost za svjedočenje.)</w:t>
      </w:r>
    </w:p>
    <w:p w14:paraId="7AE39B8F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19: Digitalni zadatci</w:t>
      </w:r>
      <w:r>
        <w:rPr>
          <w:i/>
          <w:color w:val="6B6B6B"/>
          <w:sz w:val="20"/>
        </w:rPr>
        <w:t xml:space="preserve"> (individualni rad ili rad u paru, 6 minuta)</w:t>
      </w:r>
    </w:p>
    <w:p w14:paraId="1FA3C822" w14:textId="77777777" w:rsidR="00265880" w:rsidRPr="00265880" w:rsidRDefault="00265880" w:rsidP="0026588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265880">
        <w:rPr>
          <w:rFonts w:asciiTheme="majorHAnsi" w:eastAsia="Times New Roman" w:hAnsiTheme="majorHAnsi" w:cstheme="majorHAnsi"/>
          <w:lang w:eastAsia="hr-HR"/>
        </w:rPr>
        <w:t>Učenici će riješiti zadatak pod ikonom 1. smješka, digitalni udžbenik, str. 52. Potom će netko nabrojati 7 darova Duha Svetoga.</w:t>
      </w:r>
    </w:p>
    <w:p w14:paraId="69418D13" w14:textId="77777777" w:rsidR="00265880" w:rsidRPr="00265880" w:rsidRDefault="00265880" w:rsidP="0026588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010B9B6F" w14:textId="6793A9B3" w:rsidR="00265880" w:rsidRDefault="00265880" w:rsidP="00265880">
      <w:pPr>
        <w:textAlignment w:val="center"/>
        <w:rPr>
          <w:b/>
          <w:bCs/>
        </w:rPr>
      </w:pPr>
      <w:hyperlink r:id="rId15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2A0AFAD8" w14:textId="77777777" w:rsidR="009864F6" w:rsidRPr="00265880" w:rsidRDefault="009864F6" w:rsidP="0026588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4623B313" w14:textId="77777777" w:rsidR="00265880" w:rsidRPr="00265880" w:rsidRDefault="00265880" w:rsidP="00265880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265880">
        <w:rPr>
          <w:rFonts w:asciiTheme="majorHAnsi" w:eastAsia="Times New Roman" w:hAnsiTheme="majorHAnsi" w:cstheme="majorHAnsi"/>
          <w:b/>
          <w:bCs/>
          <w:lang w:eastAsia="hr-HR"/>
        </w:rPr>
        <w:t>Kod:</w:t>
      </w:r>
    </w:p>
    <w:p w14:paraId="6299AE20" w14:textId="77777777" w:rsidR="00265880" w:rsidRPr="00265880" w:rsidRDefault="00265880" w:rsidP="0026588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3CB9F3BE" w14:textId="77777777" w:rsidR="00265880" w:rsidRPr="00265880" w:rsidRDefault="00265880" w:rsidP="0026588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265880">
        <w:rPr>
          <w:rFonts w:asciiTheme="majorHAnsi" w:eastAsia="Times New Roman" w:hAnsiTheme="majorHAnsi" w:cstheme="majorHAnsi"/>
          <w:noProof/>
          <w:lang w:eastAsia="hr-HR"/>
        </w:rPr>
        <w:drawing>
          <wp:inline distT="0" distB="0" distL="0" distR="0" wp14:anchorId="314DEF68" wp14:editId="15E633DD">
            <wp:extent cx="1440000" cy="1440000"/>
            <wp:effectExtent l="0" t="0" r="8255" b="8255"/>
            <wp:docPr id="1669199949" name="Slika 1669199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88C00" w14:textId="77777777" w:rsidR="00265880" w:rsidRPr="00265880" w:rsidRDefault="00265880" w:rsidP="0026588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5CAFBCE1" w14:textId="77777777" w:rsidR="00265880" w:rsidRPr="00265880" w:rsidRDefault="00265880" w:rsidP="0026588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265880">
        <w:rPr>
          <w:rFonts w:asciiTheme="majorHAnsi" w:eastAsia="Times New Roman" w:hAnsiTheme="majorHAnsi" w:cstheme="majorHAnsi"/>
          <w:lang w:eastAsia="hr-HR"/>
        </w:rPr>
        <w:t>Predstavljanje rezultata.</w:t>
      </w:r>
    </w:p>
    <w:p w14:paraId="4AD6BF4C" w14:textId="77777777" w:rsidR="00DC3ACF" w:rsidRDefault="00D8130F">
      <w:pPr>
        <w:spacing w:before="220"/>
        <w:jc w:val="both"/>
      </w:pPr>
      <w:r>
        <w:rPr>
          <w:b/>
        </w:rPr>
        <w:t xml:space="preserve">Nedigitalna alternativa: </w:t>
      </w:r>
      <w:r>
        <w:t>Učenici će na papiriću povezati sedam darova s kratkim opisima iz Aktivnosti 6, a zatim u paru provjeriti rješenja.</w:t>
      </w:r>
    </w:p>
    <w:p w14:paraId="2B75A59F" w14:textId="77777777" w:rsidR="00DC3ACF" w:rsidRDefault="00D8130F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20: Mikropauza</w:t>
      </w:r>
      <w:r>
        <w:rPr>
          <w:i/>
          <w:color w:val="6B6B6B"/>
          <w:sz w:val="20"/>
        </w:rPr>
        <w:t xml:space="preserve"> (frontalni rad, 2 minute)</w:t>
      </w:r>
    </w:p>
    <w:p w14:paraId="5B5F8486" w14:textId="77777777" w:rsidR="00DC3ACF" w:rsidRDefault="00D8130F">
      <w:pPr>
        <w:jc w:val="both"/>
      </w:pPr>
      <w: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7A6BF89F" w14:textId="77777777" w:rsidR="00DC3ACF" w:rsidRDefault="00D8130F" w:rsidP="00265880">
      <w:pPr>
        <w:spacing w:before="220"/>
        <w:jc w:val="both"/>
        <w:rPr>
          <w:color w:val="7030A0"/>
        </w:rPr>
      </w:pPr>
      <w:r>
        <w:rPr>
          <w:color w:val="7030A0"/>
        </w:rPr>
        <w:lastRenderedPageBreak/>
        <w:t>Zagonetka: „Što nestane čim izgovorite riječ?“ Učenici imaju deset sekundi za razmišljanje. Rješenje za vjeroučitelja: tišina. Nakon odgovora svi ostaju tri sekunde potpuno tihi i nastavljaju rad.</w:t>
      </w:r>
    </w:p>
    <w:p w14:paraId="27A29D81" w14:textId="77777777" w:rsidR="00265880" w:rsidRDefault="00265880" w:rsidP="00265880"/>
    <w:p w14:paraId="0ABBD7A8" w14:textId="77777777" w:rsidR="00265880" w:rsidRDefault="00265880" w:rsidP="00265880"/>
    <w:tbl>
      <w:tblPr>
        <w:tblW w:w="10658" w:type="dxa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DC3ACF" w14:paraId="48249E1F" w14:textId="77777777">
        <w:trPr>
          <w:jc w:val="center"/>
        </w:trPr>
        <w:tc>
          <w:tcPr>
            <w:tcW w:w="10681" w:type="dxa"/>
            <w:shd w:val="clear" w:color="auto" w:fill="00B05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B2DD3D7" w14:textId="77777777" w:rsidR="00DC3ACF" w:rsidRDefault="00D8130F">
            <w:pPr>
              <w:jc w:val="both"/>
            </w:pPr>
            <w:r>
              <w:rPr>
                <w:b/>
                <w:color w:val="FFFFFF"/>
                <w:sz w:val="32"/>
              </w:rPr>
              <w:t>III. ZAVRŠNI DIO – IZRAZI</w:t>
            </w:r>
            <w:r>
              <w:rPr>
                <w:color w:val="FFFFFF"/>
                <w:sz w:val="20"/>
              </w:rPr>
              <w:t xml:space="preserve"> (približno 8–10 minuta)</w:t>
            </w:r>
          </w:p>
        </w:tc>
      </w:tr>
    </w:tbl>
    <w:p w14:paraId="3FD2DBE3" w14:textId="77777777" w:rsidR="00DC3ACF" w:rsidRDefault="00D8130F">
      <w:pPr>
        <w:keepNext/>
        <w:spacing w:before="220" w:after="40"/>
        <w:jc w:val="both"/>
      </w:pPr>
      <w:r>
        <w:rPr>
          <w:b/>
          <w:color w:val="C96A00"/>
          <w:sz w:val="26"/>
        </w:rPr>
        <w:t>Aktualizacija:</w:t>
      </w:r>
    </w:p>
    <w:p w14:paraId="174A5807" w14:textId="77777777" w:rsidR="00DC3ACF" w:rsidRDefault="00D8130F">
      <w:pPr>
        <w:jc w:val="both"/>
      </w:pPr>
      <w:r>
        <w:t>Vjeroučitelj će odabrati dva ili tri pitanja:</w:t>
      </w:r>
    </w:p>
    <w:p w14:paraId="1A1FBFBD" w14:textId="77777777" w:rsidR="00DC3ACF" w:rsidRDefault="00D8130F">
      <w:pPr>
        <w:keepNext/>
        <w:jc w:val="both"/>
      </w:pPr>
      <w:r>
        <w:t>Razgovor:</w:t>
      </w:r>
    </w:p>
    <w:p w14:paraId="4F0B7C2B" w14:textId="77777777" w:rsidR="00DC3ACF" w:rsidRDefault="00D8130F" w:rsidP="00265880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Kako bi učeniku petoga razreda objasnio zašto su Duhovi važni? </w:t>
      </w:r>
      <w:r w:rsidRPr="00265880">
        <w:rPr>
          <w:color w:val="6B6B6B"/>
          <w:sz w:val="18"/>
        </w:rPr>
        <w:t>(Tada Duh Sveti osnažuje apostole, a Crkva se javno očituje i počinje širiti.)</w:t>
      </w:r>
    </w:p>
    <w:p w14:paraId="06A7548B" w14:textId="77777777" w:rsidR="00DC3ACF" w:rsidRDefault="00D8130F" w:rsidP="00265880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Kako se zajedništvo prve Crkve može živjeti danas? </w:t>
      </w:r>
      <w:r w:rsidRPr="00265880">
        <w:rPr>
          <w:color w:val="6B6B6B"/>
          <w:sz w:val="18"/>
        </w:rPr>
        <w:t>(Molitvom, sudjelovanjem u euharistiji, slušanjem Božje riječi, dijeljenjem i pomoći.)</w:t>
      </w:r>
    </w:p>
    <w:p w14:paraId="5C630095" w14:textId="77777777" w:rsidR="00DC3ACF" w:rsidRDefault="00D8130F" w:rsidP="00265880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Koji dar Duha Svetoga može pomoći kada treba hrabro učiniti dobro? </w:t>
      </w:r>
      <w:r w:rsidRPr="00265880">
        <w:rPr>
          <w:color w:val="6B6B6B"/>
          <w:sz w:val="18"/>
        </w:rPr>
        <w:t>(Jakost; mogući su i drugi darovi uz obrazloženje.)</w:t>
      </w:r>
    </w:p>
    <w:p w14:paraId="5D1A34C9" w14:textId="77777777" w:rsidR="00DC3ACF" w:rsidRDefault="00D8130F">
      <w:pPr>
        <w:keepNext/>
        <w:spacing w:before="60" w:after="40"/>
        <w:jc w:val="both"/>
      </w:pPr>
      <w:r>
        <w:rPr>
          <w:b/>
          <w:color w:val="C96A00"/>
          <w:sz w:val="26"/>
        </w:rPr>
        <w:t>Sinteza:</w:t>
      </w:r>
    </w:p>
    <w:p w14:paraId="5167E8FF" w14:textId="77777777" w:rsidR="00DC3ACF" w:rsidRDefault="00D8130F">
      <w:pPr>
        <w:jc w:val="both"/>
      </w:pPr>
      <w:r>
        <w:t>Učenici će napisati tri ključne riječi koje moraju ostati u odgovoru na središnje pitanje te od njih sastaviti jednu rečenicu.</w:t>
      </w:r>
    </w:p>
    <w:p w14:paraId="1A6260A5" w14:textId="77777777" w:rsidR="00DC3ACF" w:rsidRDefault="00D8130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Duh Sveti – Crkva – zajedništvo. Duh Sveti daje učenicima snagu i od njih gradi Crkvu koja moli, živi u zajedništvu i svjedoči Isusa.</w:t>
      </w:r>
    </w:p>
    <w:p w14:paraId="42895385" w14:textId="77777777" w:rsidR="00265880" w:rsidRDefault="00265880">
      <w:pPr>
        <w:jc w:val="both"/>
      </w:pP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DC3ACF" w14:paraId="015F2CC0" w14:textId="77777777">
        <w:trPr>
          <w:jc w:val="center"/>
        </w:trPr>
        <w:tc>
          <w:tcPr>
            <w:tcW w:w="10681" w:type="dxa"/>
            <w:shd w:val="clear" w:color="auto" w:fill="F1EC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2263E5" w14:textId="77777777" w:rsidR="00DC3ACF" w:rsidRDefault="00D8130F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Zaključak vjeroučitelja: </w:t>
            </w:r>
            <w:r>
              <w:rPr>
                <w:sz w:val="21"/>
              </w:rPr>
              <w:t>Pedesetnica otkriva da je Crkva zajednica koju Duh Sveti pokreće na vjeru, molitvu, euharistiju, zajedništvo i svjedočenje. Zato rođendan Crkve nije samo sjećanje na prošlost, nego poziv da i mi budemo živi članovi zajednice.</w:t>
            </w:r>
          </w:p>
        </w:tc>
      </w:tr>
    </w:tbl>
    <w:p w14:paraId="3B446C16" w14:textId="77777777" w:rsidR="00DC3ACF" w:rsidRDefault="00D8130F">
      <w:pPr>
        <w:keepNext/>
        <w:spacing w:before="220" w:after="40"/>
        <w:jc w:val="both"/>
      </w:pPr>
      <w:r>
        <w:rPr>
          <w:b/>
          <w:color w:val="C96A00"/>
          <w:sz w:val="26"/>
        </w:rPr>
        <w:t>Samovrednovanje:</w:t>
      </w:r>
    </w:p>
    <w:p w14:paraId="4AF35385" w14:textId="77777777" w:rsidR="00DC3ACF" w:rsidRDefault="00D8130F">
      <w:pPr>
        <w:jc w:val="both"/>
      </w:pPr>
      <w:r>
        <w:t>Učenici će odabrati razinu signala koja najbolje opisuje njihovo razumijevanje i u sebi imenovati jedan pojam koji žele ponoviti.</w:t>
      </w:r>
    </w:p>
    <w:p w14:paraId="73D7FE37" w14:textId="2F9CFD2B" w:rsidR="00DC3ACF" w:rsidRDefault="00770C8B" w:rsidP="00770C8B">
      <w:pPr>
        <w:spacing w:before="220"/>
      </w:pPr>
      <w:r w:rsidRPr="00770C8B">
        <w:rPr>
          <w:noProof/>
        </w:rPr>
        <w:drawing>
          <wp:inline distT="0" distB="0" distL="0" distR="0" wp14:anchorId="34A92B95" wp14:editId="6244294E">
            <wp:extent cx="4759200" cy="2520000"/>
            <wp:effectExtent l="0" t="0" r="3810" b="0"/>
            <wp:docPr id="5804586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58624" name=""/>
                    <pic:cNvPicPr/>
                  </pic:nvPicPr>
                  <pic:blipFill rotWithShape="1">
                    <a:blip r:embed="rId17"/>
                    <a:srcRect l="4962" t="4825" r="2724" b="8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2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06935" w14:textId="77777777" w:rsidR="00DC3ACF" w:rsidRDefault="00D8130F">
      <w:pPr>
        <w:keepNext/>
        <w:spacing w:before="220" w:after="40"/>
        <w:jc w:val="both"/>
      </w:pPr>
      <w:r>
        <w:rPr>
          <w:b/>
          <w:color w:val="C96A00"/>
          <w:sz w:val="26"/>
        </w:rPr>
        <w:t>Domaća zadaća:</w:t>
      </w:r>
    </w:p>
    <w:p w14:paraId="0210FF62" w14:textId="77777777" w:rsidR="00DC3ACF" w:rsidRDefault="00D8130F">
      <w:pPr>
        <w:jc w:val="both"/>
      </w:pPr>
      <w:r>
        <w:t>Učenici će riješiti, ili dovršiti rješavanje RB, str. 70–71.</w:t>
      </w:r>
    </w:p>
    <w:p w14:paraId="61220002" w14:textId="77777777" w:rsidR="00DC3ACF" w:rsidRDefault="00D8130F">
      <w:pPr>
        <w:spacing w:before="220"/>
        <w:jc w:val="both"/>
      </w:pPr>
      <w:r>
        <w:t>Ili:</w:t>
      </w:r>
    </w:p>
    <w:p w14:paraId="579126F4" w14:textId="77777777" w:rsidR="00265880" w:rsidRDefault="00265880" w:rsidP="00265880">
      <w:pPr>
        <w:jc w:val="both"/>
      </w:pPr>
    </w:p>
    <w:p w14:paraId="7067296A" w14:textId="77777777" w:rsidR="00DC3ACF" w:rsidRDefault="00D8130F">
      <w:pPr>
        <w:jc w:val="both"/>
      </w:pPr>
      <w:r>
        <w:t>Učenici će nacrtati malu vremensku crtu: Uskrs → 40 dana → Uzašašće → 10 dana → Pedesetnica te uz Pedesetnicu napisati jednu rečenicu o rođenju Crkve.</w:t>
      </w:r>
    </w:p>
    <w:p w14:paraId="40ACAC70" w14:textId="77777777" w:rsidR="00DC3ACF" w:rsidRDefault="00D8130F">
      <w:pPr>
        <w:spacing w:before="220" w:after="220"/>
        <w:jc w:val="both"/>
      </w:pPr>
      <w:r>
        <w:rPr>
          <w:b/>
        </w:rPr>
        <w:lastRenderedPageBreak/>
        <w:t xml:space="preserve">Izborna domaća zadaća: </w:t>
      </w:r>
      <w:r>
        <w:t>U obitelji će odabrati jedan dar Duha Svetoga i dogovoriti jedan mali čin dobra kojim ga mogu povezati sa svakodnevnim životom. U bilježnicu zapisuju samo naziv dara i opći čin, bez imena i privatnih podataka.</w:t>
      </w:r>
    </w:p>
    <w:p w14:paraId="3B6011F0" w14:textId="77777777" w:rsidR="00DC3ACF" w:rsidRDefault="00D8130F">
      <w:pPr>
        <w:keepNext/>
        <w:spacing w:before="220" w:after="40"/>
        <w:jc w:val="both"/>
      </w:pPr>
      <w:r>
        <w:rPr>
          <w:b/>
          <w:color w:val="C96A00"/>
          <w:sz w:val="26"/>
        </w:rPr>
        <w:t>Završna molitva:</w:t>
      </w:r>
    </w:p>
    <w:p w14:paraId="6F9D0870" w14:textId="77777777" w:rsidR="00DC3ACF" w:rsidRDefault="00D8130F">
      <w:pPr>
        <w:spacing w:after="220"/>
        <w:jc w:val="both"/>
      </w:pPr>
      <w:r>
        <w:rPr>
          <w:sz w:val="48"/>
        </w:rPr>
        <w:t>Duše Sveti, hvala Ti što si na Pedesetnicu osnažio apostole i okupio Crkvu. Uči nas slušati Božju riječ, moliti, dijeliti i primijetiti onoga komu treba pomoć. Daj da svojim životom donosimo mir, radost i hrabrost. Amen.</w:t>
      </w:r>
    </w:p>
    <w:p w14:paraId="7659B23C" w14:textId="77777777" w:rsidR="00DC3ACF" w:rsidRDefault="00D8130F">
      <w:pPr>
        <w:spacing w:after="220"/>
        <w:jc w:val="both"/>
      </w:pPr>
      <w:r>
        <w:t>ili:</w:t>
      </w:r>
    </w:p>
    <w:p w14:paraId="6A17AA3F" w14:textId="77777777" w:rsidR="00DC3ACF" w:rsidRDefault="00D8130F">
      <w:pPr>
        <w:spacing w:after="220"/>
        <w:jc w:val="both"/>
      </w:pPr>
      <w:r>
        <w:t>Anđele, čuvaru mili…</w:t>
      </w:r>
    </w:p>
    <w:p w14:paraId="28EB15DE" w14:textId="77777777" w:rsidR="00DC3ACF" w:rsidRDefault="00D8130F">
      <w:pPr>
        <w:spacing w:after="220"/>
        <w:jc w:val="both"/>
      </w:pPr>
      <w:r>
        <w:t>ili:</w:t>
      </w:r>
    </w:p>
    <w:p w14:paraId="5DB2BD77" w14:textId="77777777" w:rsidR="00DC3ACF" w:rsidRDefault="00D8130F">
      <w:pPr>
        <w:jc w:val="both"/>
      </w:pPr>
      <w:r>
        <w:t>Učenici će poslušati pjesmu „Anđele, čuvaru mili…“; 3:36; Autor: Marinko Grubešić; Izvor: YouTube.</w:t>
      </w:r>
    </w:p>
    <w:p w14:paraId="2D1B5393" w14:textId="1FE979FF" w:rsidR="00DC3ACF" w:rsidRDefault="00265880">
      <w:pPr>
        <w:spacing w:before="220"/>
      </w:pPr>
      <w:r w:rsidRPr="00844448">
        <w:rPr>
          <w:rFonts w:cs="Calibri"/>
          <w:noProof/>
          <w:lang w:eastAsia="hr-HR"/>
        </w:rPr>
        <w:drawing>
          <wp:inline distT="0" distB="0" distL="0" distR="0" wp14:anchorId="5AF9E8B4" wp14:editId="40611CA7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18"/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203F9" w14:textId="77777777" w:rsidR="00DC3ACF" w:rsidRDefault="00DC3ACF">
      <w:pPr>
        <w:spacing w:after="660"/>
        <w:jc w:val="both"/>
      </w:pPr>
    </w:p>
    <w:tbl>
      <w:tblPr>
        <w:tblW w:w="10658" w:type="dxa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DC3ACF" w14:paraId="3D7737C9" w14:textId="77777777">
        <w:trPr>
          <w:jc w:val="center"/>
        </w:trPr>
        <w:tc>
          <w:tcPr>
            <w:tcW w:w="10681" w:type="dxa"/>
            <w:shd w:val="clear" w:color="auto" w:fill="C96A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3F2B92" w14:textId="77777777" w:rsidR="00DC3ACF" w:rsidRDefault="00D8130F">
            <w:pPr>
              <w:jc w:val="center"/>
            </w:pPr>
            <w:r>
              <w:rPr>
                <w:b/>
                <w:color w:val="FFFFFF"/>
                <w:sz w:val="32"/>
              </w:rPr>
              <w:t>PREPORUČENI ODABIR ZA 45 MINUTA</w:t>
            </w:r>
          </w:p>
        </w:tc>
      </w:tr>
    </w:tbl>
    <w:p w14:paraId="21A3F941" w14:textId="77777777" w:rsidR="00DC3ACF" w:rsidRDefault="00DC3ACF" w:rsidP="00943136">
      <w:pPr>
        <w:jc w:val="both"/>
      </w:pP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531"/>
        <w:gridCol w:w="2127"/>
      </w:tblGrid>
      <w:tr w:rsidR="00DC3ACF" w14:paraId="50AF6D7F" w14:textId="77777777" w:rsidTr="001C447C">
        <w:trPr>
          <w:jc w:val="center"/>
        </w:trPr>
        <w:tc>
          <w:tcPr>
            <w:tcW w:w="8531" w:type="dxa"/>
            <w:shd w:val="clear" w:color="auto" w:fill="595959"/>
            <w:vAlign w:val="center"/>
          </w:tcPr>
          <w:p w14:paraId="2A9E0749" w14:textId="77777777" w:rsidR="00DC3ACF" w:rsidRDefault="00D8130F" w:rsidP="001C447C">
            <w:pPr>
              <w:spacing w:before="60" w:line="360" w:lineRule="auto"/>
            </w:pPr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7" w:type="dxa"/>
            <w:shd w:val="clear" w:color="auto" w:fill="595959"/>
          </w:tcPr>
          <w:p w14:paraId="0B8A38BD" w14:textId="77777777" w:rsidR="00DC3ACF" w:rsidRDefault="00D8130F" w:rsidP="00770C8B">
            <w:pPr>
              <w:spacing w:line="276" w:lineRule="auto"/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DC3ACF" w14:paraId="4A1AA400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087BDF" w14:textId="77777777" w:rsidR="00DC3ACF" w:rsidRDefault="00D8130F" w:rsidP="00770C8B">
            <w:pPr>
              <w:spacing w:line="276" w:lineRule="auto"/>
            </w:pPr>
            <w:r>
              <w:t>Uvodni dio – molitva, motivacija i najava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8518F0" w14:textId="77777777" w:rsidR="00DC3ACF" w:rsidRDefault="00D8130F" w:rsidP="00770C8B">
            <w:pPr>
              <w:spacing w:line="276" w:lineRule="auto"/>
              <w:jc w:val="center"/>
            </w:pPr>
            <w:r>
              <w:t>8 min</w:t>
            </w:r>
          </w:p>
        </w:tc>
      </w:tr>
      <w:tr w:rsidR="00DC3ACF" w14:paraId="6BD529CE" w14:textId="77777777">
        <w:trPr>
          <w:jc w:val="center"/>
        </w:trPr>
        <w:tc>
          <w:tcPr>
            <w:tcW w:w="853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1274A7" w14:textId="77777777" w:rsidR="00DC3ACF" w:rsidRDefault="00D8130F" w:rsidP="00770C8B">
            <w:pPr>
              <w:spacing w:line="276" w:lineRule="auto"/>
            </w:pPr>
            <w:r>
              <w:t>Aktivnost 1 – obrada dvaju biblijskih tekstova</w:t>
            </w:r>
          </w:p>
        </w:tc>
        <w:tc>
          <w:tcPr>
            <w:tcW w:w="21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123703" w14:textId="77777777" w:rsidR="00DC3ACF" w:rsidRDefault="00D8130F" w:rsidP="00770C8B">
            <w:pPr>
              <w:spacing w:line="276" w:lineRule="auto"/>
              <w:jc w:val="center"/>
            </w:pPr>
            <w:r>
              <w:t>15 min</w:t>
            </w:r>
          </w:p>
        </w:tc>
      </w:tr>
      <w:tr w:rsidR="00DC3ACF" w14:paraId="54DDA1CF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BB1BB1F" w14:textId="77777777" w:rsidR="00DC3ACF" w:rsidRDefault="00D8130F" w:rsidP="00770C8B">
            <w:pPr>
              <w:spacing w:line="276" w:lineRule="auto"/>
            </w:pPr>
            <w:r>
              <w:t>Aktivnost 6 – sedam darova Duha Svetoga (rad u paru)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6474B2" w14:textId="77777777" w:rsidR="00DC3ACF" w:rsidRDefault="00D8130F" w:rsidP="00770C8B">
            <w:pPr>
              <w:spacing w:line="276" w:lineRule="auto"/>
              <w:jc w:val="center"/>
            </w:pPr>
            <w:r>
              <w:t>6 min</w:t>
            </w:r>
          </w:p>
        </w:tc>
      </w:tr>
      <w:tr w:rsidR="00DC3ACF" w14:paraId="41750099" w14:textId="77777777">
        <w:trPr>
          <w:jc w:val="center"/>
        </w:trPr>
        <w:tc>
          <w:tcPr>
            <w:tcW w:w="853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957789" w14:textId="77777777" w:rsidR="00DC3ACF" w:rsidRDefault="00D8130F" w:rsidP="00770C8B">
            <w:pPr>
              <w:spacing w:line="276" w:lineRule="auto"/>
            </w:pPr>
            <w:r>
              <w:t>Aktivnost 11 – lov na dokaz u tekstu (individualni rad)</w:t>
            </w:r>
          </w:p>
        </w:tc>
        <w:tc>
          <w:tcPr>
            <w:tcW w:w="21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17ADD7" w14:textId="77777777" w:rsidR="00DC3ACF" w:rsidRDefault="00D8130F" w:rsidP="00770C8B">
            <w:pPr>
              <w:spacing w:line="276" w:lineRule="auto"/>
              <w:jc w:val="center"/>
            </w:pPr>
            <w:r>
              <w:t>5 min</w:t>
            </w:r>
          </w:p>
        </w:tc>
      </w:tr>
      <w:tr w:rsidR="00DC3ACF" w14:paraId="2B9F6CEE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A4D236" w14:textId="77777777" w:rsidR="00DC3ACF" w:rsidRDefault="00D8130F" w:rsidP="00770C8B">
            <w:pPr>
              <w:spacing w:line="276" w:lineRule="auto"/>
            </w:pPr>
            <w:r>
              <w:t>Aktivnost 16 – Zapišimo!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213949" w14:textId="77777777" w:rsidR="00DC3ACF" w:rsidRDefault="00D8130F" w:rsidP="00770C8B">
            <w:pPr>
              <w:spacing w:line="276" w:lineRule="auto"/>
              <w:jc w:val="center"/>
            </w:pPr>
            <w:r>
              <w:t>5 min</w:t>
            </w:r>
          </w:p>
        </w:tc>
      </w:tr>
      <w:tr w:rsidR="00DC3ACF" w14:paraId="69498684" w14:textId="77777777">
        <w:trPr>
          <w:jc w:val="center"/>
        </w:trPr>
        <w:tc>
          <w:tcPr>
            <w:tcW w:w="853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E229DE9" w14:textId="77777777" w:rsidR="00DC3ACF" w:rsidRDefault="00D8130F" w:rsidP="00770C8B">
            <w:pPr>
              <w:spacing w:line="276" w:lineRule="auto"/>
            </w:pPr>
            <w:r>
              <w:t>Završni dio – aktualizacija, sinteza i samovrednovanje</w:t>
            </w:r>
          </w:p>
        </w:tc>
        <w:tc>
          <w:tcPr>
            <w:tcW w:w="21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10B702" w14:textId="77777777" w:rsidR="00DC3ACF" w:rsidRDefault="00D8130F" w:rsidP="00770C8B">
            <w:pPr>
              <w:spacing w:line="276" w:lineRule="auto"/>
              <w:jc w:val="center"/>
            </w:pPr>
            <w:r>
              <w:t>4 min</w:t>
            </w:r>
          </w:p>
        </w:tc>
      </w:tr>
      <w:tr w:rsidR="00DC3ACF" w14:paraId="3ABC923C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4BA5809" w14:textId="77777777" w:rsidR="00DC3ACF" w:rsidRDefault="00D8130F" w:rsidP="00770C8B">
            <w:pPr>
              <w:spacing w:line="276" w:lineRule="auto"/>
            </w:pPr>
            <w:r>
              <w:t>Završna molitva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D02231" w14:textId="77777777" w:rsidR="00DC3ACF" w:rsidRDefault="00D8130F" w:rsidP="00770C8B">
            <w:pPr>
              <w:spacing w:line="276" w:lineRule="auto"/>
              <w:jc w:val="center"/>
            </w:pPr>
            <w:r>
              <w:t>2 min</w:t>
            </w:r>
          </w:p>
        </w:tc>
      </w:tr>
    </w:tbl>
    <w:p w14:paraId="6F42D8DE" w14:textId="77777777" w:rsidR="00DC3ACF" w:rsidRDefault="00D8130F">
      <w:pPr>
        <w:spacing w:after="260"/>
        <w:jc w:val="both"/>
      </w:pPr>
      <w:r>
        <w:rPr>
          <w:i/>
          <w:color w:val="6B6B6B"/>
        </w:rPr>
        <w:lastRenderedPageBreak/>
        <w:t>Ukupno: 45 minuta. Mikropauza se koristi samo po potrebi; tada se skraćuje predstavljanje skupina ili završna rasprava.</w:t>
      </w:r>
    </w:p>
    <w:p w14:paraId="7286AB04" w14:textId="77777777" w:rsidR="00DC3ACF" w:rsidRDefault="00D8130F">
      <w:pPr>
        <w:keepNext/>
        <w:spacing w:after="40"/>
        <w:jc w:val="both"/>
      </w:pPr>
      <w:r>
        <w:rPr>
          <w:b/>
          <w:color w:val="C96A00"/>
          <w:sz w:val="26"/>
        </w:rPr>
        <w:t>PRILOZI ZA BRZU UPORABU</w:t>
      </w:r>
    </w:p>
    <w:p w14:paraId="335BA7B9" w14:textId="77777777" w:rsidR="00DC3ACF" w:rsidRDefault="00D8130F">
      <w:pPr>
        <w:jc w:val="both"/>
      </w:pPr>
      <w:r>
        <w:rPr>
          <w:b/>
        </w:rPr>
        <w:t>Prilog 1: Kratka kontrolna lista za vjeroučitelja</w:t>
      </w:r>
    </w:p>
    <w:p w14:paraId="5E3E3401" w14:textId="77777777" w:rsidR="00DC3ACF" w:rsidRDefault="00D8130F">
      <w:pPr>
        <w:spacing w:after="20"/>
      </w:pPr>
      <w:r>
        <w:t>□ Mogu li učenici objasniti što se slavi na Pedesetnicu / Duhove?</w:t>
      </w:r>
    </w:p>
    <w:p w14:paraId="135DF55D" w14:textId="77777777" w:rsidR="00DC3ACF" w:rsidRDefault="00D8130F">
      <w:pPr>
        <w:spacing w:after="20"/>
      </w:pPr>
      <w:r>
        <w:t>□ Mogu li navesti najmanje tri znaka iz Dj 2,1–4?</w:t>
      </w:r>
    </w:p>
    <w:p w14:paraId="169AB2F3" w14:textId="77777777" w:rsidR="00DC3ACF" w:rsidRDefault="00D8130F">
      <w:pPr>
        <w:spacing w:after="20"/>
      </w:pPr>
      <w:r>
        <w:t>□ Mogu li izdvojiti četiri obilježja prve kršćanske zajednice iz Dj 2,42–47?</w:t>
      </w:r>
    </w:p>
    <w:p w14:paraId="47CFD6AA" w14:textId="77777777" w:rsidR="00DC3ACF" w:rsidRDefault="00D8130F">
      <w:pPr>
        <w:spacing w:after="20"/>
      </w:pPr>
      <w:r>
        <w:t>□ Razlikuju li Crkvu – zajednicu vjernika od crkve – građevine?</w:t>
      </w:r>
    </w:p>
    <w:p w14:paraId="0B6B0F0E" w14:textId="77777777" w:rsidR="00DC3ACF" w:rsidRDefault="00D8130F">
      <w:pPr>
        <w:spacing w:after="20"/>
      </w:pPr>
      <w:r>
        <w:t>□ Mogu li povezati djelovanje Duha Svetoga sa svjedočenjem i zajedništvom?</w:t>
      </w:r>
    </w:p>
    <w:sectPr w:rsidR="00DC3ACF" w:rsidSect="00034616">
      <w:pgSz w:w="12240" w:h="15840"/>
      <w:pgMar w:top="709" w:right="709" w:bottom="709" w:left="85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8D56CF"/>
    <w:multiLevelType w:val="hybridMultilevel"/>
    <w:tmpl w:val="1FDC7FB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8B4D88"/>
    <w:multiLevelType w:val="hybridMultilevel"/>
    <w:tmpl w:val="525AAFF8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C55CFD"/>
    <w:multiLevelType w:val="hybridMultilevel"/>
    <w:tmpl w:val="3CD4F8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5F6EB1"/>
    <w:multiLevelType w:val="hybridMultilevel"/>
    <w:tmpl w:val="B60435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6A4FE8"/>
    <w:multiLevelType w:val="hybridMultilevel"/>
    <w:tmpl w:val="7D8CE79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6050B9"/>
    <w:multiLevelType w:val="hybridMultilevel"/>
    <w:tmpl w:val="27483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0F71DB"/>
    <w:multiLevelType w:val="hybridMultilevel"/>
    <w:tmpl w:val="5CD0F5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2406186"/>
    <w:multiLevelType w:val="hybridMultilevel"/>
    <w:tmpl w:val="2744DC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5F4CAA"/>
    <w:multiLevelType w:val="hybridMultilevel"/>
    <w:tmpl w:val="8FA2BB7A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E55DB8"/>
    <w:multiLevelType w:val="hybridMultilevel"/>
    <w:tmpl w:val="2F16A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7AB7DB1"/>
    <w:multiLevelType w:val="hybridMultilevel"/>
    <w:tmpl w:val="4AF027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3F2A92"/>
    <w:multiLevelType w:val="hybridMultilevel"/>
    <w:tmpl w:val="B3D8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7B1C08"/>
    <w:multiLevelType w:val="hybridMultilevel"/>
    <w:tmpl w:val="121C31BE"/>
    <w:lvl w:ilvl="0" w:tplc="5F20DDCC">
      <w:start w:val="1"/>
      <w:numFmt w:val="bullet"/>
      <w:lvlText w:val="-"/>
      <w:lvlJc w:val="left"/>
      <w:pPr>
        <w:ind w:left="83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6" w15:restartNumberingAfterBreak="0">
    <w:nsid w:val="2DBB08A3"/>
    <w:multiLevelType w:val="hybridMultilevel"/>
    <w:tmpl w:val="F73E9C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1402DC"/>
    <w:multiLevelType w:val="multilevel"/>
    <w:tmpl w:val="B79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DA0500"/>
    <w:multiLevelType w:val="hybridMultilevel"/>
    <w:tmpl w:val="F4A89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3225AE"/>
    <w:multiLevelType w:val="hybridMultilevel"/>
    <w:tmpl w:val="7480D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F74396"/>
    <w:multiLevelType w:val="hybridMultilevel"/>
    <w:tmpl w:val="13AC3474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3B4901"/>
    <w:multiLevelType w:val="hybridMultilevel"/>
    <w:tmpl w:val="F8F224E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D46F9E"/>
    <w:multiLevelType w:val="hybridMultilevel"/>
    <w:tmpl w:val="2B5A8A42"/>
    <w:lvl w:ilvl="0" w:tplc="B352C65C">
      <w:numFmt w:val="bullet"/>
      <w:lvlText w:val="•"/>
      <w:lvlJc w:val="left"/>
      <w:pPr>
        <w:ind w:left="445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33" w15:restartNumberingAfterBreak="0">
    <w:nsid w:val="41DD747D"/>
    <w:multiLevelType w:val="hybridMultilevel"/>
    <w:tmpl w:val="85CC678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4C08DD"/>
    <w:multiLevelType w:val="hybridMultilevel"/>
    <w:tmpl w:val="840643C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5D3808"/>
    <w:multiLevelType w:val="singleLevel"/>
    <w:tmpl w:val="9F7A8E0C"/>
    <w:lvl w:ilvl="0">
      <w:start w:val="1"/>
      <w:numFmt w:val="bullet"/>
      <w:lvlText w:val="-"/>
      <w:lvlJc w:val="left"/>
      <w:pPr>
        <w:ind w:left="720" w:hanging="360"/>
      </w:pPr>
    </w:lvl>
  </w:abstractNum>
  <w:abstractNum w:abstractNumId="36" w15:restartNumberingAfterBreak="0">
    <w:nsid w:val="466F5A25"/>
    <w:multiLevelType w:val="hybridMultilevel"/>
    <w:tmpl w:val="28EA0E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44166D"/>
    <w:multiLevelType w:val="hybridMultilevel"/>
    <w:tmpl w:val="E2F6B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7B11B4"/>
    <w:multiLevelType w:val="hybridMultilevel"/>
    <w:tmpl w:val="2ABCE64E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D824C5"/>
    <w:multiLevelType w:val="hybridMultilevel"/>
    <w:tmpl w:val="B8B8DDD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4C1EFD"/>
    <w:multiLevelType w:val="multilevel"/>
    <w:tmpl w:val="2FF8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3A7F11"/>
    <w:multiLevelType w:val="singleLevel"/>
    <w:tmpl w:val="659EB9E2"/>
    <w:lvl w:ilvl="0">
      <w:start w:val="1"/>
      <w:numFmt w:val="bullet"/>
      <w:pStyle w:val="Grafikeoznake"/>
      <w:lvlText w:val="–"/>
      <w:lvlJc w:val="left"/>
      <w:pPr>
        <w:tabs>
          <w:tab w:val="num" w:pos="442"/>
        </w:tabs>
        <w:ind w:left="442" w:hanging="283"/>
      </w:pPr>
      <w:rPr>
        <w:rFonts w:ascii="Calibri" w:hAnsi="Calibri"/>
      </w:rPr>
    </w:lvl>
  </w:abstractNum>
  <w:abstractNum w:abstractNumId="49" w15:restartNumberingAfterBreak="0">
    <w:nsid w:val="6F1A77B6"/>
    <w:multiLevelType w:val="hybridMultilevel"/>
    <w:tmpl w:val="98CC6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72636A"/>
    <w:multiLevelType w:val="hybridMultilevel"/>
    <w:tmpl w:val="3DC2AE2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2401B5"/>
    <w:multiLevelType w:val="multilevel"/>
    <w:tmpl w:val="767A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713807"/>
    <w:multiLevelType w:val="hybridMultilevel"/>
    <w:tmpl w:val="2CF2A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EF2C07"/>
    <w:multiLevelType w:val="hybridMultilevel"/>
    <w:tmpl w:val="75E0A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BC6CCA"/>
    <w:multiLevelType w:val="hybridMultilevel"/>
    <w:tmpl w:val="A4B06C2C"/>
    <w:lvl w:ilvl="0" w:tplc="041A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1703702783">
    <w:abstractNumId w:val="48"/>
  </w:num>
  <w:num w:numId="2" w16cid:durableId="937248109">
    <w:abstractNumId w:val="10"/>
  </w:num>
  <w:num w:numId="3" w16cid:durableId="1615287469">
    <w:abstractNumId w:val="13"/>
  </w:num>
  <w:num w:numId="4" w16cid:durableId="1671371644">
    <w:abstractNumId w:val="14"/>
  </w:num>
  <w:num w:numId="5" w16cid:durableId="513761812">
    <w:abstractNumId w:val="44"/>
  </w:num>
  <w:num w:numId="6" w16cid:durableId="2042632452">
    <w:abstractNumId w:val="51"/>
  </w:num>
  <w:num w:numId="7" w16cid:durableId="555357540">
    <w:abstractNumId w:val="45"/>
  </w:num>
  <w:num w:numId="8" w16cid:durableId="1983994830">
    <w:abstractNumId w:val="33"/>
  </w:num>
  <w:num w:numId="9" w16cid:durableId="1330130983">
    <w:abstractNumId w:val="9"/>
  </w:num>
  <w:num w:numId="10" w16cid:durableId="245657244">
    <w:abstractNumId w:val="31"/>
  </w:num>
  <w:num w:numId="11" w16cid:durableId="694815609">
    <w:abstractNumId w:val="34"/>
  </w:num>
  <w:num w:numId="12" w16cid:durableId="19046359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F55"/>
    <w:rsid w:val="000311CB"/>
    <w:rsid w:val="00034616"/>
    <w:rsid w:val="00055A8E"/>
    <w:rsid w:val="00057764"/>
    <w:rsid w:val="0006063C"/>
    <w:rsid w:val="000618B5"/>
    <w:rsid w:val="000752EC"/>
    <w:rsid w:val="000A16E4"/>
    <w:rsid w:val="000C29D8"/>
    <w:rsid w:val="000D5C0E"/>
    <w:rsid w:val="00101A46"/>
    <w:rsid w:val="001106A2"/>
    <w:rsid w:val="00134E35"/>
    <w:rsid w:val="00135089"/>
    <w:rsid w:val="0015074B"/>
    <w:rsid w:val="00153B07"/>
    <w:rsid w:val="00156D3E"/>
    <w:rsid w:val="0016319A"/>
    <w:rsid w:val="00163A5E"/>
    <w:rsid w:val="00172E15"/>
    <w:rsid w:val="00181A65"/>
    <w:rsid w:val="00195197"/>
    <w:rsid w:val="001C4469"/>
    <w:rsid w:val="001C447C"/>
    <w:rsid w:val="001D6E47"/>
    <w:rsid w:val="001E6F01"/>
    <w:rsid w:val="002155CD"/>
    <w:rsid w:val="00237952"/>
    <w:rsid w:val="00265880"/>
    <w:rsid w:val="00287219"/>
    <w:rsid w:val="0029639D"/>
    <w:rsid w:val="002A64BE"/>
    <w:rsid w:val="002C1C97"/>
    <w:rsid w:val="002D1CEB"/>
    <w:rsid w:val="002D56F9"/>
    <w:rsid w:val="002D6C46"/>
    <w:rsid w:val="002F7FDF"/>
    <w:rsid w:val="003054B1"/>
    <w:rsid w:val="00326F90"/>
    <w:rsid w:val="003978CD"/>
    <w:rsid w:val="003C290B"/>
    <w:rsid w:val="003F4C18"/>
    <w:rsid w:val="003F61B2"/>
    <w:rsid w:val="00402E24"/>
    <w:rsid w:val="00457C7D"/>
    <w:rsid w:val="004B2C41"/>
    <w:rsid w:val="004B4883"/>
    <w:rsid w:val="004B6390"/>
    <w:rsid w:val="004C47DB"/>
    <w:rsid w:val="004D114B"/>
    <w:rsid w:val="004F07BF"/>
    <w:rsid w:val="00571A66"/>
    <w:rsid w:val="005806C7"/>
    <w:rsid w:val="00597EDA"/>
    <w:rsid w:val="005B302E"/>
    <w:rsid w:val="005B422B"/>
    <w:rsid w:val="005B5DBA"/>
    <w:rsid w:val="005F00CE"/>
    <w:rsid w:val="005F1EDE"/>
    <w:rsid w:val="00600F65"/>
    <w:rsid w:val="00613BE8"/>
    <w:rsid w:val="00615F14"/>
    <w:rsid w:val="00654B43"/>
    <w:rsid w:val="00671A8C"/>
    <w:rsid w:val="006C0FE8"/>
    <w:rsid w:val="006C2795"/>
    <w:rsid w:val="006C4531"/>
    <w:rsid w:val="006D7CF9"/>
    <w:rsid w:val="006E41ED"/>
    <w:rsid w:val="006E742B"/>
    <w:rsid w:val="00737DD5"/>
    <w:rsid w:val="00770C8B"/>
    <w:rsid w:val="007A2EDF"/>
    <w:rsid w:val="0082258F"/>
    <w:rsid w:val="00831545"/>
    <w:rsid w:val="008644DA"/>
    <w:rsid w:val="00872494"/>
    <w:rsid w:val="008727BC"/>
    <w:rsid w:val="00876DB2"/>
    <w:rsid w:val="00897EB4"/>
    <w:rsid w:val="008A6992"/>
    <w:rsid w:val="008C1468"/>
    <w:rsid w:val="008E3DFD"/>
    <w:rsid w:val="00943136"/>
    <w:rsid w:val="00945FE0"/>
    <w:rsid w:val="009864F6"/>
    <w:rsid w:val="00987367"/>
    <w:rsid w:val="00994CA8"/>
    <w:rsid w:val="009A7762"/>
    <w:rsid w:val="009D666C"/>
    <w:rsid w:val="009E259F"/>
    <w:rsid w:val="00A476E9"/>
    <w:rsid w:val="00A525D1"/>
    <w:rsid w:val="00A53BFA"/>
    <w:rsid w:val="00A53D80"/>
    <w:rsid w:val="00A57F68"/>
    <w:rsid w:val="00A96063"/>
    <w:rsid w:val="00AA1D8D"/>
    <w:rsid w:val="00AA7DFD"/>
    <w:rsid w:val="00AB35EE"/>
    <w:rsid w:val="00AB5BCB"/>
    <w:rsid w:val="00AE6BFF"/>
    <w:rsid w:val="00AF17DD"/>
    <w:rsid w:val="00B35905"/>
    <w:rsid w:val="00B36E72"/>
    <w:rsid w:val="00B47730"/>
    <w:rsid w:val="00B53B3A"/>
    <w:rsid w:val="00B71E20"/>
    <w:rsid w:val="00B748D0"/>
    <w:rsid w:val="00B83CB4"/>
    <w:rsid w:val="00B87DEC"/>
    <w:rsid w:val="00B961B8"/>
    <w:rsid w:val="00B97AC4"/>
    <w:rsid w:val="00BB5485"/>
    <w:rsid w:val="00BF2A1F"/>
    <w:rsid w:val="00C17DC9"/>
    <w:rsid w:val="00C44F92"/>
    <w:rsid w:val="00C53C0A"/>
    <w:rsid w:val="00C707AF"/>
    <w:rsid w:val="00C842FA"/>
    <w:rsid w:val="00CA2B5E"/>
    <w:rsid w:val="00CB0664"/>
    <w:rsid w:val="00CB110A"/>
    <w:rsid w:val="00CF11F3"/>
    <w:rsid w:val="00D1726F"/>
    <w:rsid w:val="00D30258"/>
    <w:rsid w:val="00D75EB7"/>
    <w:rsid w:val="00D8130F"/>
    <w:rsid w:val="00D81ECB"/>
    <w:rsid w:val="00DC3ACF"/>
    <w:rsid w:val="00DE589F"/>
    <w:rsid w:val="00DF1E8F"/>
    <w:rsid w:val="00E06754"/>
    <w:rsid w:val="00E30A7D"/>
    <w:rsid w:val="00E321EB"/>
    <w:rsid w:val="00E34F34"/>
    <w:rsid w:val="00E42B38"/>
    <w:rsid w:val="00E60547"/>
    <w:rsid w:val="00EA0A2A"/>
    <w:rsid w:val="00EC06B6"/>
    <w:rsid w:val="00F20013"/>
    <w:rsid w:val="00F266AE"/>
    <w:rsid w:val="00F3471C"/>
    <w:rsid w:val="00F503CA"/>
    <w:rsid w:val="00F54AAD"/>
    <w:rsid w:val="00FC693F"/>
    <w:rsid w:val="00FD7C22"/>
    <w:rsid w:val="00FE1EFD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5A0A1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37DD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876D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53C0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5EB7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402E2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www.youtube.com/embed/PixLa1QlpZA?feature=oembed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embed/sU9TdLkTq1s?feature=oembed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udzbenici.ks.hr/media/sedam-darova-duha-svetoga/" TargetMode="External"/><Relationship Id="rId10" Type="http://schemas.openxmlformats.org/officeDocument/2006/relationships/image" Target="media/image4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1597</TotalTime>
  <Pages>15</Pages>
  <Words>3119</Words>
  <Characters>17782</Characters>
  <Application>Microsoft Office Word</Application>
  <DocSecurity>0</DocSecurity>
  <Lines>148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37. Salomon – mudri kralj</vt:lpstr>
      <vt:lpstr/>
    </vt:vector>
  </TitlesOfParts>
  <Manager/>
  <Company/>
  <LinksUpToDate>false</LinksUpToDate>
  <CharactersWithSpaces>20860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Nastavna priprema za Katolički vjeronauk, 5. razred</dc:subject>
  <dc:creator>Josip Kunac</dc:creator>
  <cp:keywords/>
  <dc:description>generated by python-docx</dc:description>
  <cp:lastModifiedBy>Josip Kunac</cp:lastModifiedBy>
  <cp:revision>45</cp:revision>
  <dcterms:created xsi:type="dcterms:W3CDTF">2026-07-13T15:42:00Z</dcterms:created>
  <dcterms:modified xsi:type="dcterms:W3CDTF">2026-08-04T06:45:00Z</dcterms:modified>
  <cp:category/>
</cp:coreProperties>
</file>