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5000" w:type="pct"/>
        <w:tblCellMar>
          <w:left w:w="0" w:type="dxa"/>
          <w:right w:w="0" w:type="dxa"/>
        </w:tblCellMar>
        <w:tblLook w:val="04A0" w:firstRow="1" w:lastRow="0" w:firstColumn="1" w:lastColumn="0" w:noHBand="0" w:noVBand="1"/>
      </w:tblPr>
      <w:tblGrid>
        <w:gridCol w:w="3898"/>
        <w:gridCol w:w="6773"/>
      </w:tblGrid>
      <w:tr w:rsidR="005B799B" w14:paraId="451449A6" w14:textId="77777777" w:rsidTr="00897855">
        <w:tc>
          <w:tcPr>
            <w:tcW w:w="3901" w:type="dxa"/>
            <w:shd w:val="clear" w:color="auto" w:fill="F2F2F2"/>
            <w:vAlign w:val="center"/>
          </w:tcPr>
          <w:p w14:paraId="3717D4C5" w14:textId="77777777" w:rsidR="004F598F" w:rsidRDefault="00C64C0C">
            <w:pPr>
              <w:spacing w:before="60"/>
              <w:ind w:left="108" w:right="108"/>
            </w:pPr>
            <w:r>
              <w:rPr>
                <w:b/>
              </w:rPr>
              <w:t>Osnovna škola</w:t>
            </w:r>
          </w:p>
        </w:tc>
        <w:tc>
          <w:tcPr>
            <w:tcW w:w="6780" w:type="dxa"/>
            <w:vAlign w:val="center"/>
          </w:tcPr>
          <w:p w14:paraId="284A4A62" w14:textId="77777777" w:rsidR="004F598F" w:rsidRDefault="00C64C0C">
            <w:pPr>
              <w:spacing w:before="60"/>
              <w:ind w:left="108" w:right="108"/>
            </w:pPr>
            <w:r>
              <w:t>Klinča Sela</w:t>
            </w:r>
          </w:p>
        </w:tc>
      </w:tr>
      <w:tr w:rsidR="005B799B" w14:paraId="2E35515C" w14:textId="77777777" w:rsidTr="00897855">
        <w:tc>
          <w:tcPr>
            <w:tcW w:w="3901" w:type="dxa"/>
            <w:shd w:val="clear" w:color="auto" w:fill="F2F2F2"/>
            <w:vAlign w:val="center"/>
          </w:tcPr>
          <w:p w14:paraId="365A3A0D" w14:textId="77777777" w:rsidR="004F598F" w:rsidRDefault="00C64C0C">
            <w:pPr>
              <w:spacing w:before="60"/>
              <w:ind w:left="108" w:right="108"/>
            </w:pPr>
            <w:r>
              <w:rPr>
                <w:b/>
              </w:rPr>
              <w:t>Nastavni predmet</w:t>
            </w:r>
          </w:p>
        </w:tc>
        <w:tc>
          <w:tcPr>
            <w:tcW w:w="6780" w:type="dxa"/>
            <w:vAlign w:val="center"/>
          </w:tcPr>
          <w:p w14:paraId="3E71C8E8" w14:textId="77777777" w:rsidR="004F598F" w:rsidRDefault="00C64C0C">
            <w:pPr>
              <w:spacing w:before="60"/>
              <w:ind w:left="108" w:right="108"/>
            </w:pPr>
            <w:r>
              <w:t>Katolički vjeronauk</w:t>
            </w:r>
          </w:p>
        </w:tc>
      </w:tr>
      <w:tr w:rsidR="005B799B" w14:paraId="0A43D0A0" w14:textId="77777777" w:rsidTr="00897855">
        <w:tc>
          <w:tcPr>
            <w:tcW w:w="3901" w:type="dxa"/>
            <w:shd w:val="clear" w:color="auto" w:fill="F2F2F2"/>
            <w:vAlign w:val="center"/>
          </w:tcPr>
          <w:p w14:paraId="4E7F1189" w14:textId="77777777" w:rsidR="004F598F" w:rsidRDefault="00C64C0C">
            <w:pPr>
              <w:spacing w:before="60"/>
              <w:ind w:left="108" w:right="108"/>
            </w:pPr>
            <w:r>
              <w:rPr>
                <w:b/>
              </w:rPr>
              <w:t>Vjeroučitelj</w:t>
            </w:r>
          </w:p>
        </w:tc>
        <w:tc>
          <w:tcPr>
            <w:tcW w:w="6780" w:type="dxa"/>
            <w:vAlign w:val="center"/>
          </w:tcPr>
          <w:p w14:paraId="7BD089CF" w14:textId="77777777" w:rsidR="004F598F" w:rsidRDefault="00C64C0C">
            <w:pPr>
              <w:spacing w:before="60"/>
              <w:ind w:left="108" w:right="108"/>
            </w:pPr>
            <w:r>
              <w:t xml:space="preserve">Josip Kunac, </w:t>
            </w:r>
            <w:r>
              <w:rPr>
                <w:i/>
              </w:rPr>
              <w:t>prof.</w:t>
            </w:r>
          </w:p>
        </w:tc>
      </w:tr>
      <w:tr w:rsidR="005B799B" w14:paraId="14D07C3A" w14:textId="77777777" w:rsidTr="00897855">
        <w:tc>
          <w:tcPr>
            <w:tcW w:w="3901" w:type="dxa"/>
            <w:shd w:val="clear" w:color="auto" w:fill="F2F2F2"/>
            <w:vAlign w:val="center"/>
          </w:tcPr>
          <w:p w14:paraId="66A73881" w14:textId="77777777" w:rsidR="004F598F" w:rsidRDefault="00C64C0C">
            <w:pPr>
              <w:spacing w:before="60"/>
              <w:ind w:left="108" w:right="108"/>
            </w:pPr>
            <w:r>
              <w:rPr>
                <w:b/>
              </w:rPr>
              <w:t>Razredni odjel</w:t>
            </w:r>
          </w:p>
        </w:tc>
        <w:tc>
          <w:tcPr>
            <w:tcW w:w="6780" w:type="dxa"/>
            <w:vAlign w:val="center"/>
          </w:tcPr>
          <w:p w14:paraId="382F976A" w14:textId="77777777" w:rsidR="004F598F" w:rsidRDefault="00C64C0C">
            <w:pPr>
              <w:spacing w:before="60"/>
              <w:ind w:left="108" w:right="108"/>
            </w:pPr>
            <w:r>
              <w:t>5. razred</w:t>
            </w:r>
          </w:p>
        </w:tc>
      </w:tr>
      <w:tr w:rsidR="005B799B" w14:paraId="74EF4EEF" w14:textId="77777777" w:rsidTr="00897855">
        <w:tc>
          <w:tcPr>
            <w:tcW w:w="3901" w:type="dxa"/>
            <w:shd w:val="clear" w:color="auto" w:fill="F2F2F2"/>
            <w:vAlign w:val="center"/>
          </w:tcPr>
          <w:p w14:paraId="1D3A71D3" w14:textId="77777777" w:rsidR="004F598F" w:rsidRDefault="00C64C0C">
            <w:pPr>
              <w:spacing w:before="60"/>
              <w:ind w:left="108" w:right="108"/>
            </w:pPr>
            <w:r>
              <w:rPr>
                <w:b/>
              </w:rPr>
              <w:t>Redni broj pripreme</w:t>
            </w:r>
          </w:p>
        </w:tc>
        <w:tc>
          <w:tcPr>
            <w:tcW w:w="6780" w:type="dxa"/>
            <w:vAlign w:val="center"/>
          </w:tcPr>
          <w:p w14:paraId="662D5A55" w14:textId="73D38EB3" w:rsidR="004F598F" w:rsidRDefault="00C64C0C">
            <w:pPr>
              <w:spacing w:before="60"/>
              <w:ind w:left="108" w:right="108"/>
            </w:pPr>
            <w:r>
              <w:t>4</w:t>
            </w:r>
            <w:r w:rsidR="0057220D">
              <w:t>7</w:t>
            </w:r>
            <w:r>
              <w:t>.</w:t>
            </w:r>
          </w:p>
        </w:tc>
      </w:tr>
      <w:tr w:rsidR="005B799B" w14:paraId="311247E5" w14:textId="77777777" w:rsidTr="00897855">
        <w:tc>
          <w:tcPr>
            <w:tcW w:w="3901" w:type="dxa"/>
            <w:shd w:val="clear" w:color="auto" w:fill="F2F2F2"/>
            <w:vAlign w:val="center"/>
          </w:tcPr>
          <w:p w14:paraId="1BB421C9" w14:textId="77777777" w:rsidR="004F598F" w:rsidRDefault="00C64C0C">
            <w:pPr>
              <w:spacing w:before="60"/>
              <w:ind w:left="108" w:right="108"/>
            </w:pPr>
            <w:r>
              <w:rPr>
                <w:b/>
              </w:rPr>
              <w:t>Nastavna cjelina / tema</w:t>
            </w:r>
          </w:p>
        </w:tc>
        <w:tc>
          <w:tcPr>
            <w:tcW w:w="6780" w:type="dxa"/>
            <w:vAlign w:val="center"/>
          </w:tcPr>
          <w:p w14:paraId="6880D257" w14:textId="77777777" w:rsidR="004F598F" w:rsidRDefault="00C64C0C">
            <w:pPr>
              <w:spacing w:before="60"/>
              <w:ind w:left="108" w:right="108"/>
            </w:pPr>
            <w:r>
              <w:t>III. ISUS KRIST</w:t>
            </w:r>
          </w:p>
        </w:tc>
      </w:tr>
      <w:tr w:rsidR="005B799B" w14:paraId="5839C667" w14:textId="77777777" w:rsidTr="00897855">
        <w:tc>
          <w:tcPr>
            <w:tcW w:w="3901" w:type="dxa"/>
            <w:shd w:val="clear" w:color="auto" w:fill="F2F2F2"/>
            <w:vAlign w:val="center"/>
          </w:tcPr>
          <w:p w14:paraId="255CF270" w14:textId="77777777" w:rsidR="004F598F" w:rsidRDefault="00C64C0C">
            <w:pPr>
              <w:spacing w:before="60"/>
              <w:ind w:left="108" w:right="108"/>
            </w:pPr>
            <w:r>
              <w:rPr>
                <w:b/>
              </w:rPr>
              <w:t>Nastavna jedinica / podtema</w:t>
            </w:r>
          </w:p>
        </w:tc>
        <w:tc>
          <w:tcPr>
            <w:tcW w:w="6780" w:type="dxa"/>
            <w:vAlign w:val="center"/>
          </w:tcPr>
          <w:p w14:paraId="79CD68C8" w14:textId="03477397" w:rsidR="004F598F" w:rsidRDefault="0057220D">
            <w:pPr>
              <w:spacing w:before="60"/>
              <w:ind w:left="108" w:right="108"/>
            </w:pPr>
            <w:r>
              <w:t>9. Ponavljanje nastavne cjeline</w:t>
            </w:r>
          </w:p>
        </w:tc>
      </w:tr>
    </w:tbl>
    <w:p w14:paraId="3B7D4019" w14:textId="4E832D07" w:rsidR="004F598F" w:rsidRDefault="004C5940">
      <w:pPr>
        <w:spacing w:before="140" w:after="40"/>
      </w:pPr>
      <w:r>
        <w:rPr>
          <w:b/>
          <w:color w:val="C96A00"/>
          <w:sz w:val="26"/>
        </w:rPr>
        <w:t>Odgojno-obrazovni ishodi učenja:</w:t>
      </w:r>
    </w:p>
    <w:p w14:paraId="4F10E163" w14:textId="77777777" w:rsidR="004F598F" w:rsidRDefault="00C64C0C">
      <w:pPr>
        <w:spacing w:after="0"/>
        <w:jc w:val="both"/>
      </w:pPr>
      <w:r>
        <w:t>OŠ KV A.5.1. Učenik istražuje što nas sve unatoč razlikama povezuje.</w:t>
      </w:r>
    </w:p>
    <w:p w14:paraId="55A378CB" w14:textId="77777777" w:rsidR="004F598F" w:rsidRDefault="00C64C0C">
      <w:pPr>
        <w:spacing w:after="0"/>
        <w:jc w:val="both"/>
      </w:pPr>
      <w:r>
        <w:t>OŠ KV B.5.2. Učenik objašnjava osobu Isusa Krista i Njegovo poslanje kao temelj kršćanske vjere i navještaja Božjega kraljevstva.</w:t>
      </w:r>
    </w:p>
    <w:p w14:paraId="7B5DD7D0" w14:textId="77777777" w:rsidR="004F598F" w:rsidRDefault="00C64C0C">
      <w:pPr>
        <w:spacing w:after="0"/>
        <w:jc w:val="both"/>
      </w:pPr>
      <w:r>
        <w:t>OŠ KV B.5.2. Učenik iz Isusovih riječi i djela uočava znakove Božje ljubavi prema grešnima i odbačenima.</w:t>
      </w:r>
    </w:p>
    <w:p w14:paraId="5A2D3F1F" w14:textId="77777777" w:rsidR="004F598F" w:rsidRDefault="00C64C0C">
      <w:pPr>
        <w:spacing w:after="0"/>
        <w:jc w:val="both"/>
      </w:pPr>
      <w:r>
        <w:t>OŠ KV B.5.2. Učenik objašnjava osnovne informacije o vjerskim skupinama u Isusovo vrijeme i situaciju u Palestini u prvom stoljeću radi boljeg shvaćanja Isusove poruke.</w:t>
      </w:r>
    </w:p>
    <w:p w14:paraId="14DB6C25" w14:textId="77777777" w:rsidR="004F598F" w:rsidRDefault="00C64C0C">
      <w:pPr>
        <w:spacing w:after="0"/>
        <w:jc w:val="both"/>
      </w:pPr>
      <w:r>
        <w:t>OŠ KV B.5.2. Učenik opisuje Isusov poziv na vjeru i svetost života za stvaranje Božjega kraljevstva na Zemlji.</w:t>
      </w:r>
    </w:p>
    <w:p w14:paraId="40D07FCA" w14:textId="77777777" w:rsidR="004F598F" w:rsidRDefault="00C64C0C">
      <w:pPr>
        <w:spacing w:after="0"/>
        <w:jc w:val="both"/>
      </w:pPr>
      <w:r>
        <w:t>OŠ KV C.5.1. Učenik na primjeru evanđeoskih tekstova objašnjava Isusov pristup prema svakom čovjeku.</w:t>
      </w:r>
    </w:p>
    <w:p w14:paraId="19C332A4" w14:textId="77777777" w:rsidR="004F598F" w:rsidRDefault="00C64C0C">
      <w:pPr>
        <w:spacing w:after="0"/>
        <w:jc w:val="both"/>
      </w:pPr>
      <w:r>
        <w:t>OŠ KV C.5.1. Učenik navodi i objašnjava vrednote kraljevstva Božjega.</w:t>
      </w:r>
    </w:p>
    <w:p w14:paraId="707A7147" w14:textId="77777777" w:rsidR="004F598F" w:rsidRDefault="00C64C0C">
      <w:pPr>
        <w:spacing w:after="0"/>
        <w:jc w:val="both"/>
      </w:pPr>
      <w:r>
        <w:t>OŠ KV C.5.1. Učenik predlaže konkretne postupke prema onima koji su u različitim potrebama.</w:t>
      </w:r>
    </w:p>
    <w:p w14:paraId="2458975F" w14:textId="77777777" w:rsidR="004F598F" w:rsidRDefault="00C64C0C">
      <w:pPr>
        <w:spacing w:after="0"/>
        <w:jc w:val="both"/>
      </w:pPr>
      <w:r>
        <w:t>OŠ KV D.5.1. Učenik objašnjava naziv, poslanje i poziv apostola u Isusovo doba.</w:t>
      </w:r>
    </w:p>
    <w:p w14:paraId="75B3E49C" w14:textId="77777777" w:rsidR="004F598F" w:rsidRDefault="00C64C0C">
      <w:pPr>
        <w:spacing w:after="0"/>
        <w:jc w:val="both"/>
      </w:pPr>
      <w:r>
        <w:t>OŠ KV D.5.1. Učenik otkriva svoju ulogu u Crkvi i svojoj sredini.</w:t>
      </w:r>
    </w:p>
    <w:p w14:paraId="2BBFFFE4" w14:textId="77777777" w:rsidR="004F598F" w:rsidRDefault="00C64C0C">
      <w:pPr>
        <w:spacing w:after="0"/>
        <w:jc w:val="both"/>
      </w:pPr>
      <w:r>
        <w:t>OŠ KV D.5.2. Učenik izražava svoj unutarnji doživljaj vjere kroz različite oblike izražavanja.</w:t>
      </w:r>
    </w:p>
    <w:p w14:paraId="16DD0E93" w14:textId="77777777" w:rsidR="004C5940" w:rsidRDefault="004C5940">
      <w:pPr>
        <w:spacing w:after="0"/>
        <w:jc w:val="both"/>
      </w:pPr>
    </w:p>
    <w:tbl>
      <w:tblPr>
        <w:tblStyle w:val="Reetkatablice"/>
        <w:tblW w:w="5000" w:type="pct"/>
        <w:tblCellMar>
          <w:left w:w="0" w:type="dxa"/>
          <w:right w:w="0" w:type="dxa"/>
        </w:tblCellMar>
        <w:tblLook w:val="04A0" w:firstRow="1" w:lastRow="0" w:firstColumn="1" w:lastColumn="0" w:noHBand="0" w:noVBand="1"/>
      </w:tblPr>
      <w:tblGrid>
        <w:gridCol w:w="3898"/>
        <w:gridCol w:w="6773"/>
      </w:tblGrid>
      <w:tr w:rsidR="005B799B" w14:paraId="3E791FC7" w14:textId="77777777" w:rsidTr="00897855">
        <w:tc>
          <w:tcPr>
            <w:tcW w:w="3901" w:type="dxa"/>
            <w:shd w:val="clear" w:color="auto" w:fill="F2F2F2"/>
            <w:vAlign w:val="center"/>
          </w:tcPr>
          <w:p w14:paraId="7FC88A71" w14:textId="77777777" w:rsidR="004F598F" w:rsidRDefault="00C64C0C">
            <w:pPr>
              <w:spacing w:before="60"/>
              <w:ind w:left="108" w:right="108"/>
            </w:pPr>
            <w:r>
              <w:rPr>
                <w:b/>
              </w:rPr>
              <w:t>Ključni pojmovi</w:t>
            </w:r>
          </w:p>
        </w:tc>
        <w:tc>
          <w:tcPr>
            <w:tcW w:w="6780" w:type="dxa"/>
            <w:vAlign w:val="center"/>
          </w:tcPr>
          <w:p w14:paraId="4B740F3B" w14:textId="77777777" w:rsidR="004F598F" w:rsidRDefault="00C64C0C" w:rsidP="004C5940">
            <w:pPr>
              <w:spacing w:before="60"/>
              <w:ind w:left="108" w:right="108"/>
              <w:jc w:val="both"/>
            </w:pPr>
            <w:r>
              <w:t>Isus Krist, kraljevstvo Božje, ljubav, suvremenici, odbačeni, bolesni, opraštanje, obraćenje, apostoli, poslanje, svjedoci, Isusov učenik</w:t>
            </w:r>
          </w:p>
        </w:tc>
      </w:tr>
      <w:tr w:rsidR="005B799B" w14:paraId="1AB0D4CE" w14:textId="77777777" w:rsidTr="00897855">
        <w:tc>
          <w:tcPr>
            <w:tcW w:w="3901" w:type="dxa"/>
            <w:shd w:val="clear" w:color="auto" w:fill="F2F2F2"/>
            <w:vAlign w:val="center"/>
          </w:tcPr>
          <w:p w14:paraId="47C4EADC" w14:textId="77777777" w:rsidR="004F598F" w:rsidRDefault="00C64C0C">
            <w:pPr>
              <w:spacing w:before="60"/>
              <w:ind w:left="108" w:right="108"/>
            </w:pPr>
            <w:r>
              <w:rPr>
                <w:b/>
              </w:rPr>
              <w:t>Središnje / problemsko pitanje</w:t>
            </w:r>
          </w:p>
        </w:tc>
        <w:tc>
          <w:tcPr>
            <w:tcW w:w="6780" w:type="dxa"/>
            <w:vAlign w:val="center"/>
          </w:tcPr>
          <w:p w14:paraId="6872E465" w14:textId="77777777" w:rsidR="004F598F" w:rsidRDefault="00C64C0C" w:rsidP="004C5940">
            <w:pPr>
              <w:spacing w:before="60"/>
              <w:ind w:left="108" w:right="108"/>
              <w:jc w:val="both"/>
            </w:pPr>
            <w:r>
              <w:t>Kako Isusove riječi i djela pokazuju kakav je Bog i kako nas pozivaju živjeti, služiti i svjedočiti?</w:t>
            </w:r>
          </w:p>
        </w:tc>
      </w:tr>
      <w:tr w:rsidR="005B799B" w14:paraId="7AA169D0" w14:textId="77777777" w:rsidTr="00897855">
        <w:tc>
          <w:tcPr>
            <w:tcW w:w="3901" w:type="dxa"/>
            <w:shd w:val="clear" w:color="auto" w:fill="F2F2F2"/>
            <w:vAlign w:val="center"/>
          </w:tcPr>
          <w:p w14:paraId="0CE09BB6" w14:textId="77777777" w:rsidR="004F598F" w:rsidRDefault="00C64C0C">
            <w:pPr>
              <w:spacing w:before="60"/>
              <w:ind w:left="108" w:right="108"/>
            </w:pPr>
            <w:r>
              <w:rPr>
                <w:b/>
              </w:rPr>
              <w:t>Nastavne metode</w:t>
            </w:r>
          </w:p>
        </w:tc>
        <w:tc>
          <w:tcPr>
            <w:tcW w:w="6780" w:type="dxa"/>
            <w:vAlign w:val="center"/>
          </w:tcPr>
          <w:p w14:paraId="1FC2436D" w14:textId="77777777" w:rsidR="004F598F" w:rsidRDefault="00C64C0C" w:rsidP="004C5940">
            <w:pPr>
              <w:spacing w:before="60"/>
              <w:ind w:left="108" w:right="108"/>
              <w:jc w:val="both"/>
            </w:pPr>
            <w:r>
              <w:t>razgovor, rad na udžbeničkome sažetku, uspoređivanje, povezivanje, razvrstavanje, kviz, problemsko i suradničko učenje, rad na pojmovima, likovno izražavanje, analiza umjetničkoga djela, formativna provjera</w:t>
            </w:r>
          </w:p>
        </w:tc>
      </w:tr>
      <w:tr w:rsidR="005B799B" w14:paraId="0ECCAE56" w14:textId="77777777" w:rsidTr="00897855">
        <w:tc>
          <w:tcPr>
            <w:tcW w:w="3901" w:type="dxa"/>
            <w:shd w:val="clear" w:color="auto" w:fill="F2F2F2"/>
            <w:vAlign w:val="center"/>
          </w:tcPr>
          <w:p w14:paraId="1D6539C4" w14:textId="77777777" w:rsidR="004F598F" w:rsidRDefault="00C64C0C">
            <w:pPr>
              <w:spacing w:before="60"/>
              <w:ind w:left="108" w:right="108"/>
            </w:pPr>
            <w:r>
              <w:rPr>
                <w:b/>
              </w:rPr>
              <w:t>Oblici rada</w:t>
            </w:r>
          </w:p>
        </w:tc>
        <w:tc>
          <w:tcPr>
            <w:tcW w:w="6780" w:type="dxa"/>
            <w:vAlign w:val="center"/>
          </w:tcPr>
          <w:p w14:paraId="4F65C894" w14:textId="77777777" w:rsidR="004F598F" w:rsidRDefault="00C64C0C" w:rsidP="004C5940">
            <w:pPr>
              <w:spacing w:before="60"/>
              <w:ind w:left="108" w:right="108"/>
              <w:jc w:val="both"/>
            </w:pPr>
            <w:r>
              <w:t>frontalni rad, individualni rad, rad u paru, rad u skupinama</w:t>
            </w:r>
          </w:p>
        </w:tc>
      </w:tr>
      <w:tr w:rsidR="005B799B" w14:paraId="520D6E2E" w14:textId="77777777" w:rsidTr="00897855">
        <w:tc>
          <w:tcPr>
            <w:tcW w:w="3901" w:type="dxa"/>
            <w:shd w:val="clear" w:color="auto" w:fill="F2F2F2"/>
            <w:vAlign w:val="center"/>
          </w:tcPr>
          <w:p w14:paraId="5D48C12D" w14:textId="77777777" w:rsidR="004F598F" w:rsidRDefault="00C64C0C">
            <w:pPr>
              <w:spacing w:before="60"/>
              <w:ind w:left="108" w:right="108"/>
            </w:pPr>
            <w:r>
              <w:rPr>
                <w:b/>
              </w:rPr>
              <w:t>Nastavna sredstva</w:t>
            </w:r>
          </w:p>
        </w:tc>
        <w:tc>
          <w:tcPr>
            <w:tcW w:w="6780" w:type="dxa"/>
            <w:vAlign w:val="center"/>
          </w:tcPr>
          <w:p w14:paraId="4B27D46E" w14:textId="77777777" w:rsidR="004F598F" w:rsidRDefault="00C64C0C" w:rsidP="004C5940">
            <w:pPr>
              <w:spacing w:before="60"/>
              <w:ind w:left="108" w:right="108"/>
              <w:jc w:val="both"/>
            </w:pPr>
            <w:r>
              <w:t>udžbenik, Biblija, bilježnica, bojice, kartice, grafički predlošci, reprodukcije umjetničkih djela, računalo ili tablet, projektor</w:t>
            </w:r>
          </w:p>
        </w:tc>
      </w:tr>
      <w:tr w:rsidR="005B799B" w14:paraId="7FA45BC1" w14:textId="77777777" w:rsidTr="00897855">
        <w:tc>
          <w:tcPr>
            <w:tcW w:w="3901" w:type="dxa"/>
            <w:shd w:val="clear" w:color="auto" w:fill="F2F2F2"/>
            <w:vAlign w:val="center"/>
          </w:tcPr>
          <w:p w14:paraId="6848BBF7" w14:textId="77777777" w:rsidR="004F598F" w:rsidRDefault="00C64C0C">
            <w:pPr>
              <w:spacing w:before="60"/>
              <w:ind w:left="108" w:right="108"/>
            </w:pPr>
            <w:r>
              <w:rPr>
                <w:b/>
              </w:rPr>
              <w:t>Međupredmetne poveznice</w:t>
            </w:r>
          </w:p>
        </w:tc>
        <w:tc>
          <w:tcPr>
            <w:tcW w:w="6780" w:type="dxa"/>
            <w:vAlign w:val="center"/>
          </w:tcPr>
          <w:p w14:paraId="495FEA17" w14:textId="77777777" w:rsidR="004F598F" w:rsidRDefault="00C64C0C" w:rsidP="004C5940">
            <w:pPr>
              <w:spacing w:before="60"/>
              <w:ind w:left="108" w:right="108"/>
              <w:jc w:val="both"/>
            </w:pPr>
            <w:r>
              <w:t>Hrvatski jezik – čitanje, govor i kratko pisano izražavanje; Likovna kultura – vizualno i likovno izražavanje; Osobni i socijalni razvoj – odnosi, empatija i odgovornost; Građanski odgoj i obrazovanje – ljudsko dostojanstvo i solidarnost; Učiti kako učiti – povezivanje informacija i samovrednovanje; Uporaba IKT-a – digitalni kviz i zadatak</w:t>
            </w:r>
          </w:p>
        </w:tc>
      </w:tr>
    </w:tbl>
    <w:p w14:paraId="5F60EE6D" w14:textId="77777777" w:rsidR="004F598F" w:rsidRDefault="00C64C0C">
      <w:pPr>
        <w:spacing w:before="60" w:after="40"/>
      </w:pPr>
      <w:r>
        <w:rPr>
          <w:b/>
          <w:color w:val="C96A00"/>
          <w:sz w:val="26"/>
        </w:rPr>
        <w:t>Vrednovanje:</w:t>
      </w:r>
    </w:p>
    <w:p w14:paraId="24A7BA6B" w14:textId="77777777" w:rsidR="004F598F" w:rsidRDefault="00C64C0C">
      <w:pPr>
        <w:spacing w:after="0"/>
        <w:jc w:val="both"/>
      </w:pPr>
      <w:r w:rsidRPr="004C5940">
        <w:rPr>
          <w:b/>
          <w:bCs/>
        </w:rPr>
        <w:t>Vrednovanje za učenje:</w:t>
      </w:r>
      <w:r>
        <w:t xml:space="preserve"> odgovori tijekom razgovora, povezivanje pojmova, rad na grafičkim organizatorima, objašnjavanje vrednota kraljevstva Božjega, rad na umjetničkim djelima, radni zadatci i formativna provjera.</w:t>
      </w:r>
    </w:p>
    <w:p w14:paraId="51A76726" w14:textId="77777777" w:rsidR="004F598F" w:rsidRDefault="00C64C0C">
      <w:pPr>
        <w:spacing w:after="0"/>
        <w:jc w:val="both"/>
      </w:pPr>
      <w:r w:rsidRPr="004C5940">
        <w:rPr>
          <w:b/>
          <w:bCs/>
        </w:rPr>
        <w:t xml:space="preserve">Vrednovanje kao učenje: </w:t>
      </w:r>
      <w:r>
        <w:t>samovrednovanje metodom „Polica razumijevanja“ i kratka učenička refleksija.</w:t>
      </w:r>
    </w:p>
    <w:p w14:paraId="00E076A1" w14:textId="06D15BE2" w:rsidR="004C5940" w:rsidRDefault="00C64C0C">
      <w:pPr>
        <w:spacing w:after="80"/>
        <w:jc w:val="both"/>
      </w:pPr>
      <w:r w:rsidRPr="004C5940">
        <w:rPr>
          <w:b/>
          <w:bCs/>
        </w:rPr>
        <w:t xml:space="preserve">Vrednovanje naučenoga: </w:t>
      </w:r>
      <w:r>
        <w:t>rezultat digitalnoga kviza može se vrednovati brojčano prema unaprijed poznatim kriterijima; ostale aktivnosti služe ponavljanju i formativnomu praćenju.</w:t>
      </w:r>
    </w:p>
    <w:p w14:paraId="59F911F2" w14:textId="77777777" w:rsidR="00AA3C76" w:rsidRDefault="00AA3C76">
      <w:pPr>
        <w:spacing w:after="80"/>
        <w:jc w:val="both"/>
      </w:pPr>
    </w:p>
    <w:p w14:paraId="3D7AAF90" w14:textId="77777777" w:rsidR="004F598F" w:rsidRDefault="00C64C0C">
      <w:pPr>
        <w:spacing w:before="100" w:after="280"/>
        <w:jc w:val="center"/>
      </w:pPr>
      <w:r>
        <w:rPr>
          <w:b/>
          <w:color w:val="0070C0"/>
          <w:sz w:val="40"/>
        </w:rPr>
        <w:lastRenderedPageBreak/>
        <w:t>TIJEK NASTAVNOGA SATA</w:t>
      </w:r>
    </w:p>
    <w:tbl>
      <w:tblPr>
        <w:tblW w:w="10658" w:type="dxa"/>
        <w:tblLayout w:type="fixed"/>
        <w:tblLook w:val="04A0" w:firstRow="1" w:lastRow="0" w:firstColumn="1" w:lastColumn="0" w:noHBand="0" w:noVBand="1"/>
      </w:tblPr>
      <w:tblGrid>
        <w:gridCol w:w="10658"/>
      </w:tblGrid>
      <w:tr w:rsidR="005B799B" w14:paraId="7C078B7E" w14:textId="77777777">
        <w:tc>
          <w:tcPr>
            <w:tcW w:w="10681" w:type="dxa"/>
            <w:shd w:val="clear" w:color="auto" w:fill="00B050"/>
            <w:tcMar>
              <w:top w:w="90" w:type="dxa"/>
              <w:left w:w="150" w:type="dxa"/>
              <w:bottom w:w="90" w:type="dxa"/>
              <w:right w:w="150" w:type="dxa"/>
            </w:tcMar>
            <w:vAlign w:val="center"/>
          </w:tcPr>
          <w:p w14:paraId="26ADFE75" w14:textId="77777777" w:rsidR="004F598F" w:rsidRDefault="00C64C0C">
            <w:pPr>
              <w:spacing w:after="0"/>
            </w:pPr>
            <w:r>
              <w:rPr>
                <w:b/>
                <w:color w:val="FFFFFF"/>
                <w:sz w:val="32"/>
              </w:rPr>
              <w:t>I. UVODNI DIO – DOŽIVI (približno 7–10 minuta)</w:t>
            </w:r>
          </w:p>
        </w:tc>
      </w:tr>
    </w:tbl>
    <w:p w14:paraId="487F5B6E" w14:textId="77777777" w:rsidR="004F598F" w:rsidRDefault="00C64C0C">
      <w:pPr>
        <w:spacing w:before="60" w:after="40"/>
      </w:pPr>
      <w:r>
        <w:rPr>
          <w:b/>
          <w:color w:val="C96A00"/>
          <w:sz w:val="26"/>
        </w:rPr>
        <w:t>Uvodna molitva:</w:t>
      </w:r>
    </w:p>
    <w:p w14:paraId="58E37223" w14:textId="77777777" w:rsidR="004F598F" w:rsidRDefault="00C64C0C">
      <w:pPr>
        <w:spacing w:after="40"/>
        <w:jc w:val="both"/>
      </w:pPr>
      <w:r>
        <w:t>Oče naš…</w:t>
      </w:r>
    </w:p>
    <w:p w14:paraId="6A1ADFE7" w14:textId="77777777" w:rsidR="004C5940" w:rsidRDefault="004C5940">
      <w:pPr>
        <w:spacing w:after="40"/>
        <w:jc w:val="both"/>
      </w:pPr>
    </w:p>
    <w:p w14:paraId="289E8720" w14:textId="77777777" w:rsidR="004F598F" w:rsidRDefault="00C64C0C">
      <w:pPr>
        <w:spacing w:after="20"/>
      </w:pPr>
      <w:r>
        <w:t>ili:</w:t>
      </w:r>
    </w:p>
    <w:p w14:paraId="64B2AB5E" w14:textId="77777777" w:rsidR="004F598F" w:rsidRPr="004C5940" w:rsidRDefault="00C64C0C">
      <w:pPr>
        <w:jc w:val="both"/>
        <w:rPr>
          <w:sz w:val="48"/>
          <w:szCs w:val="48"/>
        </w:rPr>
      </w:pPr>
      <w:r w:rsidRPr="004C5940">
        <w:rPr>
          <w:sz w:val="48"/>
          <w:szCs w:val="48"/>
        </w:rPr>
        <w:t>Isuse, hvala Ti za sve što smo o Tebi učili: za ljubav kojom primaš čovjeka, za pomoć bolesnima, oprost grešnicima i poziv učenicima. Pomozi nam danas povezati znanje i prepoznati kako Tvoje riječi i djela mogu usmjeravati naš život. Amen.</w:t>
      </w:r>
    </w:p>
    <w:p w14:paraId="5F450DA7" w14:textId="77777777" w:rsidR="004C5940" w:rsidRDefault="004C5940">
      <w:pPr>
        <w:jc w:val="both"/>
      </w:pPr>
    </w:p>
    <w:tbl>
      <w:tblPr>
        <w:tblW w:w="10658" w:type="dxa"/>
        <w:tblLayout w:type="fixed"/>
        <w:tblLook w:val="04A0" w:firstRow="1" w:lastRow="0" w:firstColumn="1" w:lastColumn="0" w:noHBand="0" w:noVBand="1"/>
      </w:tblPr>
      <w:tblGrid>
        <w:gridCol w:w="10658"/>
      </w:tblGrid>
      <w:tr w:rsidR="005B799B" w14:paraId="037DD4BF" w14:textId="77777777">
        <w:tc>
          <w:tcPr>
            <w:tcW w:w="10681" w:type="dxa"/>
            <w:tcBorders>
              <w:top w:val="single" w:sz="5" w:space="0" w:color="B7C9D6"/>
              <w:left w:val="single" w:sz="5" w:space="0" w:color="B7C9D6"/>
              <w:bottom w:val="single" w:sz="5" w:space="0" w:color="B7C9D6"/>
              <w:right w:val="single" w:sz="5" w:space="0" w:color="B7C9D6"/>
            </w:tcBorders>
            <w:shd w:val="clear" w:color="auto" w:fill="EAF4E2"/>
            <w:tcMar>
              <w:top w:w="110" w:type="dxa"/>
              <w:left w:w="140" w:type="dxa"/>
              <w:bottom w:w="110" w:type="dxa"/>
              <w:right w:w="140" w:type="dxa"/>
            </w:tcMar>
          </w:tcPr>
          <w:p w14:paraId="35651FB3" w14:textId="77777777" w:rsidR="004F598F" w:rsidRDefault="00C64C0C">
            <w:pPr>
              <w:spacing w:after="0"/>
            </w:pPr>
            <w:r>
              <w:rPr>
                <w:b/>
                <w:color w:val="C96A00"/>
                <w:sz w:val="21"/>
              </w:rPr>
              <w:t xml:space="preserve">Alternativa: </w:t>
            </w:r>
            <w:r>
              <w:rPr>
                <w:sz w:val="21"/>
              </w:rPr>
              <w:t>Vjeroučitelj će pročitati: „Kao što mene posla Otac i ja šaljem vas.“ (Iv 20,21). Nakon kratke tišine učenici će otvoriti dlanove prema naprijed i u sebi izreći: „Isuse, pokaži mi gdje danas mogu činiti dobro.“</w:t>
            </w:r>
          </w:p>
        </w:tc>
      </w:tr>
    </w:tbl>
    <w:p w14:paraId="0D575824" w14:textId="77777777" w:rsidR="004F598F" w:rsidRDefault="00C64C0C">
      <w:pPr>
        <w:spacing w:before="60" w:after="40"/>
      </w:pPr>
      <w:r>
        <w:rPr>
          <w:b/>
          <w:color w:val="C96A00"/>
          <w:sz w:val="26"/>
        </w:rPr>
        <w:t>Povezivanje s prethodnim satom / pregled domaće zadaće:</w:t>
      </w:r>
    </w:p>
    <w:p w14:paraId="6ADD0BC2" w14:textId="77777777" w:rsidR="004F598F" w:rsidRDefault="00C64C0C">
      <w:pPr>
        <w:spacing w:after="20"/>
        <w:jc w:val="both"/>
      </w:pPr>
      <w:r>
        <w:t>Učenici daju vjeroučitelju na uvid domaću zadaću od prošloga susreta:</w:t>
      </w:r>
    </w:p>
    <w:p w14:paraId="3D18F189" w14:textId="77777777" w:rsidR="004F598F" w:rsidRDefault="00C64C0C">
      <w:pPr>
        <w:spacing w:after="20"/>
        <w:jc w:val="both"/>
      </w:pPr>
      <w:r>
        <w:t>„Učenici će riješiti, ili dovršiti rješavanje RB, str. 67–68.“</w:t>
      </w:r>
    </w:p>
    <w:p w14:paraId="00F6E985" w14:textId="77777777" w:rsidR="004F598F" w:rsidRDefault="00C64C0C">
      <w:pPr>
        <w:spacing w:after="20"/>
      </w:pPr>
      <w:r>
        <w:t>Ili:</w:t>
      </w:r>
    </w:p>
    <w:p w14:paraId="1B693124" w14:textId="60375C9C" w:rsidR="004F598F" w:rsidRDefault="00C64C0C">
      <w:pPr>
        <w:jc w:val="both"/>
      </w:pPr>
      <w:r>
        <w:t>„Učenici će odabrati jedno područje – DOM, ŠKOLA, ŽUPA ili ONLINE – nacrtati jednostavan simbol dobra koje ondje mogu činiti i dovršiti rečenicu: „Isusov učenik sam kada…““</w:t>
      </w:r>
    </w:p>
    <w:p w14:paraId="2D8EF0CC" w14:textId="77777777" w:rsidR="004F598F" w:rsidRDefault="00C64C0C">
      <w:pPr>
        <w:spacing w:before="60" w:after="40"/>
      </w:pPr>
      <w:r>
        <w:rPr>
          <w:b/>
          <w:color w:val="C96A00"/>
          <w:sz w:val="26"/>
        </w:rPr>
        <w:t>Motivacija:</w:t>
      </w:r>
    </w:p>
    <w:p w14:paraId="5FB8825C" w14:textId="77777777" w:rsidR="004F598F" w:rsidRDefault="00C64C0C">
      <w:pPr>
        <w:spacing w:after="40"/>
        <w:jc w:val="both"/>
      </w:pPr>
      <w:r>
        <w:t>Vjeroučitelj će projicirati sažetak nastavne cjeline iz udžbenika, str. 50. Učenici ga trideset sekundi promatraju u tišini. Zatim svaki učenik odabire jednu granu prikaza i izgovara samo jednu riječ koju uz nju povezuje. Riječi se ne ponavljaju dok god razred može ponuditi novu.</w:t>
      </w:r>
    </w:p>
    <w:p w14:paraId="446DE71D" w14:textId="50033F1F" w:rsidR="004F598F" w:rsidRDefault="00270738" w:rsidP="00270738">
      <w:pPr>
        <w:pStyle w:val="StandardWeb"/>
        <w:jc w:val="center"/>
      </w:pPr>
      <w:r w:rsidRPr="00270738">
        <w:rPr>
          <w:noProof/>
        </w:rPr>
        <w:lastRenderedPageBreak/>
        <w:drawing>
          <wp:inline distT="0" distB="0" distL="0" distR="0" wp14:anchorId="367B7BF3" wp14:editId="05740C29">
            <wp:extent cx="4424400" cy="4320000"/>
            <wp:effectExtent l="0" t="0" r="0" b="4445"/>
            <wp:docPr id="26474897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48975" name=""/>
                    <pic:cNvPicPr/>
                  </pic:nvPicPr>
                  <pic:blipFill rotWithShape="1">
                    <a:blip r:embed="rId8"/>
                    <a:srcRect b="2350"/>
                    <a:stretch>
                      <a:fillRect/>
                    </a:stretch>
                  </pic:blipFill>
                  <pic:spPr bwMode="auto">
                    <a:xfrm>
                      <a:off x="0" y="0"/>
                      <a:ext cx="4424400" cy="4320000"/>
                    </a:xfrm>
                    <a:prstGeom prst="rect">
                      <a:avLst/>
                    </a:prstGeom>
                    <a:ln>
                      <a:noFill/>
                    </a:ln>
                    <a:extLst>
                      <a:ext uri="{53640926-AAD7-44D8-BBD7-CCE9431645EC}">
                        <a14:shadowObscured xmlns:a14="http://schemas.microsoft.com/office/drawing/2010/main"/>
                      </a:ext>
                    </a:extLst>
                  </pic:spPr>
                </pic:pic>
              </a:graphicData>
            </a:graphic>
          </wp:inline>
        </w:drawing>
      </w:r>
    </w:p>
    <w:p w14:paraId="4748240B" w14:textId="77777777" w:rsidR="004F598F" w:rsidRDefault="00C64C0C">
      <w:pPr>
        <w:spacing w:before="20" w:after="80"/>
        <w:jc w:val="center"/>
      </w:pPr>
      <w:r>
        <w:rPr>
          <w:i/>
          <w:color w:val="6B6B6B"/>
          <w:sz w:val="18"/>
        </w:rPr>
        <w:t>Sažetak nastavne cjeline, udžbenik, str. 50.</w:t>
      </w:r>
    </w:p>
    <w:p w14:paraId="359B920A" w14:textId="77777777" w:rsidR="004F598F" w:rsidRDefault="00C64C0C">
      <w:pPr>
        <w:spacing w:before="120" w:after="0"/>
        <w:jc w:val="both"/>
      </w:pPr>
      <w:r>
        <w:t>Razgovor:</w:t>
      </w:r>
    </w:p>
    <w:p w14:paraId="2C3E4D85" w14:textId="77777777" w:rsidR="004F598F" w:rsidRDefault="00C64C0C">
      <w:pPr>
        <w:pStyle w:val="Odlomakpopisa"/>
        <w:numPr>
          <w:ilvl w:val="0"/>
          <w:numId w:val="7"/>
        </w:numPr>
        <w:spacing w:after="0"/>
      </w:pPr>
      <w:r>
        <w:t xml:space="preserve">Koja je riječ povezana s kraljevstvom Božjim? </w:t>
      </w:r>
      <w:r w:rsidRPr="00270738">
        <w:rPr>
          <w:color w:val="808080" w:themeColor="background1" w:themeShade="80"/>
          <w:sz w:val="18"/>
          <w:szCs w:val="18"/>
        </w:rPr>
        <w:t>(Ljubav.)</w:t>
      </w:r>
    </w:p>
    <w:p w14:paraId="6D30B085" w14:textId="77777777" w:rsidR="004F598F" w:rsidRDefault="00C64C0C">
      <w:pPr>
        <w:pStyle w:val="Odlomakpopisa"/>
        <w:numPr>
          <w:ilvl w:val="0"/>
          <w:numId w:val="7"/>
        </w:numPr>
        <w:spacing w:after="0"/>
      </w:pPr>
      <w:r>
        <w:t xml:space="preserve">Koje skupine pripadaju Isusovim suvremenicima? </w:t>
      </w:r>
      <w:r w:rsidRPr="00270738">
        <w:rPr>
          <w:color w:val="808080" w:themeColor="background1" w:themeShade="80"/>
          <w:sz w:val="18"/>
          <w:szCs w:val="18"/>
        </w:rPr>
        <w:t>(Svećenici i leviti, farizeji, zeloti i pismoznanci.)</w:t>
      </w:r>
    </w:p>
    <w:p w14:paraId="7FF0C9E9" w14:textId="77777777" w:rsidR="004F598F" w:rsidRDefault="00C64C0C">
      <w:pPr>
        <w:pStyle w:val="Odlomakpopisa"/>
        <w:numPr>
          <w:ilvl w:val="0"/>
          <w:numId w:val="7"/>
        </w:numPr>
        <w:spacing w:after="0"/>
      </w:pPr>
      <w:r>
        <w:t xml:space="preserve">Prema komu Isus pokazuje posebnu pažnju? </w:t>
      </w:r>
      <w:r w:rsidRPr="00270738">
        <w:rPr>
          <w:color w:val="808080" w:themeColor="background1" w:themeShade="80"/>
          <w:sz w:val="18"/>
          <w:szCs w:val="18"/>
        </w:rPr>
        <w:t>(Prema odbačenima, bolesnima i grešnicima.)</w:t>
      </w:r>
    </w:p>
    <w:p w14:paraId="537EE98D" w14:textId="77777777" w:rsidR="004F598F" w:rsidRDefault="00C64C0C">
      <w:pPr>
        <w:pStyle w:val="Odlomakpopisa"/>
        <w:numPr>
          <w:ilvl w:val="0"/>
          <w:numId w:val="7"/>
        </w:numPr>
        <w:spacing w:after="0"/>
      </w:pPr>
      <w:r>
        <w:t xml:space="preserve">Koje dvije riječi sažimaju Isusovo opraštanje? </w:t>
      </w:r>
      <w:r w:rsidRPr="00270738">
        <w:rPr>
          <w:color w:val="808080" w:themeColor="background1" w:themeShade="80"/>
          <w:sz w:val="18"/>
          <w:szCs w:val="18"/>
        </w:rPr>
        <w:t>(Opraštanje i obraćenje.)</w:t>
      </w:r>
    </w:p>
    <w:p w14:paraId="46D2B471" w14:textId="77777777" w:rsidR="004F598F" w:rsidRDefault="00C64C0C">
      <w:pPr>
        <w:pStyle w:val="Odlomakpopisa"/>
        <w:numPr>
          <w:ilvl w:val="0"/>
          <w:numId w:val="7"/>
        </w:numPr>
        <w:spacing w:after="0"/>
      </w:pPr>
      <w:r>
        <w:t>Što je povezano s apostolima?</w:t>
      </w:r>
      <w:r w:rsidRPr="00270738">
        <w:rPr>
          <w:color w:val="808080" w:themeColor="background1" w:themeShade="80"/>
          <w:sz w:val="18"/>
          <w:szCs w:val="18"/>
        </w:rPr>
        <w:t xml:space="preserve"> (Poslanje i svjedoci.)</w:t>
      </w:r>
    </w:p>
    <w:p w14:paraId="1C61344F" w14:textId="77777777" w:rsidR="004F598F" w:rsidRDefault="00C64C0C">
      <w:pPr>
        <w:spacing w:before="60" w:after="40"/>
      </w:pPr>
      <w:r>
        <w:rPr>
          <w:b/>
          <w:color w:val="C96A00"/>
          <w:sz w:val="26"/>
        </w:rPr>
        <w:t>Najava teme i središnjega pitanja:</w:t>
      </w:r>
    </w:p>
    <w:p w14:paraId="58208BB2" w14:textId="77777777" w:rsidR="004F598F" w:rsidRDefault="00C64C0C" w:rsidP="00270738">
      <w:pPr>
        <w:spacing w:after="0"/>
        <w:jc w:val="both"/>
      </w:pPr>
      <w:r>
        <w:t>Danas ponavljamo nastavnu cjelinu Isus Krist. Povezivat ćemo Isusovo poslanje, kraljevstvo Božje, njegove suvremenike, odnos prema bolesnima i grešnicima, poziv apostola i naše učeništvo. Istraživat ćemo: Kako Isusove riječi i djela pokazuju kakav je Bog i kako nas pozivaju živjeti, služiti i svjedočiti?</w:t>
      </w:r>
    </w:p>
    <w:p w14:paraId="5DB4269D" w14:textId="77777777" w:rsidR="00270738" w:rsidRDefault="00270738" w:rsidP="00270738"/>
    <w:p w14:paraId="4DF66D13" w14:textId="77777777" w:rsidR="00270738" w:rsidRDefault="00270738" w:rsidP="00270738"/>
    <w:tbl>
      <w:tblPr>
        <w:tblW w:w="10652" w:type="dxa"/>
        <w:tblLayout w:type="fixed"/>
        <w:tblLook w:val="04A0" w:firstRow="1" w:lastRow="0" w:firstColumn="1" w:lastColumn="0" w:noHBand="0" w:noVBand="1"/>
      </w:tblPr>
      <w:tblGrid>
        <w:gridCol w:w="10652"/>
      </w:tblGrid>
      <w:tr w:rsidR="005B799B" w14:paraId="45944021" w14:textId="77777777" w:rsidTr="00270738">
        <w:tc>
          <w:tcPr>
            <w:tcW w:w="10652" w:type="dxa"/>
            <w:shd w:val="clear" w:color="auto" w:fill="00B050"/>
            <w:tcMar>
              <w:top w:w="90" w:type="dxa"/>
              <w:left w:w="150" w:type="dxa"/>
              <w:bottom w:w="90" w:type="dxa"/>
              <w:right w:w="150" w:type="dxa"/>
            </w:tcMar>
            <w:vAlign w:val="center"/>
          </w:tcPr>
          <w:p w14:paraId="739C1310" w14:textId="77777777" w:rsidR="004F598F" w:rsidRDefault="00C64C0C">
            <w:pPr>
              <w:spacing w:after="0"/>
            </w:pPr>
            <w:r>
              <w:rPr>
                <w:b/>
                <w:color w:val="FFFFFF"/>
                <w:sz w:val="32"/>
              </w:rPr>
              <w:t>II. SREDIŠNJI DIO – OTKRIJ I POVEŽI (približno 27–30 minuta)</w:t>
            </w:r>
          </w:p>
        </w:tc>
      </w:tr>
    </w:tbl>
    <w:p w14:paraId="7ABA5F5C" w14:textId="77777777" w:rsidR="00270738" w:rsidRDefault="00270738"/>
    <w:tbl>
      <w:tblPr>
        <w:tblW w:w="10658" w:type="dxa"/>
        <w:tblInd w:w="-6" w:type="dxa"/>
        <w:tblLayout w:type="fixed"/>
        <w:tblLook w:val="04A0" w:firstRow="1" w:lastRow="0" w:firstColumn="1" w:lastColumn="0" w:noHBand="0" w:noVBand="1"/>
      </w:tblPr>
      <w:tblGrid>
        <w:gridCol w:w="10658"/>
      </w:tblGrid>
      <w:tr w:rsidR="005B799B" w14:paraId="66D0B3B0" w14:textId="77777777" w:rsidTr="00270738">
        <w:tc>
          <w:tcPr>
            <w:tcW w:w="10658" w:type="dxa"/>
            <w:tcBorders>
              <w:top w:val="single" w:sz="5" w:space="0" w:color="B7C9D6"/>
              <w:left w:val="single" w:sz="5" w:space="0" w:color="B7C9D6"/>
              <w:bottom w:val="single" w:sz="5" w:space="0" w:color="B7C9D6"/>
              <w:right w:val="single" w:sz="5" w:space="0" w:color="B7C9D6"/>
            </w:tcBorders>
            <w:shd w:val="clear" w:color="auto" w:fill="EAF2F8"/>
            <w:tcMar>
              <w:top w:w="110" w:type="dxa"/>
              <w:left w:w="140" w:type="dxa"/>
              <w:bottom w:w="110" w:type="dxa"/>
              <w:right w:w="140" w:type="dxa"/>
            </w:tcMar>
          </w:tcPr>
          <w:p w14:paraId="636CFA71" w14:textId="77777777" w:rsidR="004F598F" w:rsidRDefault="00C64C0C" w:rsidP="00270738">
            <w:pPr>
              <w:spacing w:after="0"/>
              <w:jc w:val="both"/>
            </w:pPr>
            <w:r>
              <w:rPr>
                <w:b/>
                <w:color w:val="C96A00"/>
                <w:sz w:val="21"/>
              </w:rPr>
              <w:t xml:space="preserve">Napomena o izboru aktivnosti: </w:t>
            </w:r>
            <w:r>
              <w:rPr>
                <w:sz w:val="21"/>
              </w:rPr>
              <w:t>Aktivnosti u nastavku predstavljaju prijedloge i mogućnosti izbora. Nije predviđeno da se sve provedu u jednom nastavnom satu. Vjeroučitelj odabire aktivnosti prema odgojno-obrazovnim ishodima, raspoloživom vremenu, osobitostima razreda, dostupnoj opremi i potrebama učenika.</w:t>
            </w:r>
          </w:p>
        </w:tc>
      </w:tr>
    </w:tbl>
    <w:p w14:paraId="6F8A63B1" w14:textId="77777777" w:rsidR="004F598F" w:rsidRDefault="00C64C0C">
      <w:pPr>
        <w:spacing w:before="100" w:after="40"/>
      </w:pPr>
      <w:r>
        <w:rPr>
          <w:b/>
          <w:color w:val="C96A00"/>
          <w:sz w:val="26"/>
        </w:rPr>
        <w:t xml:space="preserve">Aktivnost 1: Obrada sažetka / sadržaja </w:t>
      </w:r>
      <w:r>
        <w:rPr>
          <w:i/>
          <w:color w:val="6B6B6B"/>
          <w:sz w:val="20"/>
        </w:rPr>
        <w:t>(rad u paru i razgovor, 8 minuta)</w:t>
      </w:r>
    </w:p>
    <w:p w14:paraId="2B1F67B3" w14:textId="77777777" w:rsidR="004F598F" w:rsidRDefault="00C64C0C">
      <w:pPr>
        <w:spacing w:after="0"/>
        <w:jc w:val="both"/>
      </w:pPr>
      <w:r>
        <w:t>Rad u paru. Učenici će ponovno promotriti sažetak nastavne cjeline, udžbenik, str. 50. Partner A prati grane KRALJEVSTVO BOŽJE – SUVREMENICI – ISUS LIJEČI, a partner B grane ISUS OPRAŠTA – APOSTOLI – ISUSOV UČENIK. Svaki partner u jednoj rečenici objašnjava što je najvažnije u njegovim granama. Zatim zamjenjuju uloge i zajedno oblikuju jednu rečenicu koja povezuje cijeli prikaz.</w:t>
      </w:r>
    </w:p>
    <w:p w14:paraId="6EDA152B" w14:textId="77777777" w:rsidR="004F598F" w:rsidRDefault="00C64C0C">
      <w:pPr>
        <w:spacing w:after="0"/>
        <w:jc w:val="both"/>
      </w:pPr>
      <w:r>
        <w:rPr>
          <w:i/>
          <w:color w:val="6B6B6B"/>
          <w:sz w:val="21"/>
        </w:rPr>
        <w:lastRenderedPageBreak/>
        <w:t>Mogući odgovor: Isus naviješta kraljevstvo ljubavi, susreće različite ljude, liječi i oprašta, poziva apostole te i nas šalje da budemo njegovi učenici i svjedoci.</w:t>
      </w:r>
    </w:p>
    <w:p w14:paraId="3F6AF5FA" w14:textId="77777777" w:rsidR="004F598F" w:rsidRDefault="00C64C0C">
      <w:pPr>
        <w:spacing w:before="120" w:after="0"/>
        <w:jc w:val="both"/>
      </w:pPr>
      <w:r>
        <w:t>Razgovor:</w:t>
      </w:r>
    </w:p>
    <w:p w14:paraId="056B4C45" w14:textId="77777777" w:rsidR="004F598F" w:rsidRDefault="00C64C0C">
      <w:pPr>
        <w:pStyle w:val="Odlomakpopisa"/>
        <w:numPr>
          <w:ilvl w:val="0"/>
          <w:numId w:val="7"/>
        </w:numPr>
        <w:spacing w:after="0"/>
      </w:pPr>
      <w:r>
        <w:t xml:space="preserve">Zašto ljubav stoji uz kraljevstvo Božje? </w:t>
      </w:r>
      <w:r w:rsidRPr="00270738">
        <w:rPr>
          <w:color w:val="808080" w:themeColor="background1" w:themeShade="80"/>
          <w:sz w:val="18"/>
          <w:szCs w:val="18"/>
        </w:rPr>
        <w:t>(Jer je ljubav temeljna vrednota Isusova navještaja.)</w:t>
      </w:r>
    </w:p>
    <w:p w14:paraId="00599B62" w14:textId="77777777" w:rsidR="004F598F" w:rsidRDefault="00C64C0C">
      <w:pPr>
        <w:pStyle w:val="Odlomakpopisa"/>
        <w:numPr>
          <w:ilvl w:val="0"/>
          <w:numId w:val="7"/>
        </w:numPr>
        <w:spacing w:after="0"/>
      </w:pPr>
      <w:r>
        <w:t xml:space="preserve">Što je zajedničko Isusovu liječenju i opraštanju? </w:t>
      </w:r>
      <w:r w:rsidRPr="00270738">
        <w:rPr>
          <w:color w:val="808080" w:themeColor="background1" w:themeShade="80"/>
          <w:sz w:val="18"/>
          <w:szCs w:val="18"/>
        </w:rPr>
        <w:t>(Čovjeku vraćaju dostojanstvo, nadu i mogućnost novoga početka.)</w:t>
      </w:r>
    </w:p>
    <w:p w14:paraId="08AAA771" w14:textId="77777777" w:rsidR="004F598F" w:rsidRDefault="00C64C0C">
      <w:pPr>
        <w:pStyle w:val="Odlomakpopisa"/>
        <w:numPr>
          <w:ilvl w:val="0"/>
          <w:numId w:val="7"/>
        </w:numPr>
        <w:spacing w:after="0"/>
      </w:pPr>
      <w:r>
        <w:t xml:space="preserve">Zašto su apostoli nazvani poslanicima? </w:t>
      </w:r>
      <w:r w:rsidRPr="00270738">
        <w:rPr>
          <w:color w:val="808080" w:themeColor="background1" w:themeShade="80"/>
          <w:sz w:val="18"/>
          <w:szCs w:val="18"/>
        </w:rPr>
        <w:t>(Isus ih šalje prenositi Radosnu vijest.)</w:t>
      </w:r>
    </w:p>
    <w:p w14:paraId="15E64D4E" w14:textId="77777777" w:rsidR="004F598F" w:rsidRDefault="00C64C0C">
      <w:pPr>
        <w:pStyle w:val="Odlomakpopisa"/>
        <w:numPr>
          <w:ilvl w:val="0"/>
          <w:numId w:val="7"/>
        </w:numPr>
        <w:spacing w:after="0"/>
      </w:pPr>
      <w:r>
        <w:t xml:space="preserve">Kako se sadržaj o Isusovu učeniku nastavlja na apostole? </w:t>
      </w:r>
      <w:r w:rsidRPr="00270738">
        <w:rPr>
          <w:color w:val="808080" w:themeColor="background1" w:themeShade="80"/>
          <w:sz w:val="18"/>
          <w:szCs w:val="18"/>
        </w:rPr>
        <w:t>(I kršćani danas pozvani su svjedočiti riječima i djelima.)</w:t>
      </w:r>
    </w:p>
    <w:p w14:paraId="5F230E1D" w14:textId="77777777" w:rsidR="00270738" w:rsidRDefault="00270738">
      <w:pPr>
        <w:spacing w:before="120" w:after="40"/>
      </w:pPr>
    </w:p>
    <w:p w14:paraId="3F30747B" w14:textId="15184530" w:rsidR="004F598F" w:rsidRDefault="00C64C0C">
      <w:pPr>
        <w:spacing w:before="120" w:after="40"/>
      </w:pPr>
      <w:r>
        <w:t>Shematski prikaz i ključni naglasci:</w:t>
      </w:r>
    </w:p>
    <w:p w14:paraId="0642FE4A" w14:textId="77777777" w:rsidR="00270738" w:rsidRDefault="00270738" w:rsidP="00270738">
      <w:pPr>
        <w:spacing w:after="0"/>
      </w:pPr>
    </w:p>
    <w:tbl>
      <w:tblPr>
        <w:tblW w:w="5000" w:type="pct"/>
        <w:jc w:val="center"/>
        <w:tblLook w:val="04A0" w:firstRow="1" w:lastRow="0" w:firstColumn="1" w:lastColumn="0" w:noHBand="0" w:noVBand="1"/>
      </w:tblPr>
      <w:tblGrid>
        <w:gridCol w:w="3465"/>
        <w:gridCol w:w="7204"/>
      </w:tblGrid>
      <w:tr w:rsidR="004F598F" w:rsidRPr="00244A3B" w14:paraId="69A53EE2" w14:textId="77777777" w:rsidTr="00244A3B">
        <w:trPr>
          <w:jc w:val="center"/>
        </w:trPr>
        <w:tc>
          <w:tcPr>
            <w:tcW w:w="1624" w:type="pct"/>
            <w:tcBorders>
              <w:top w:val="single" w:sz="5" w:space="0" w:color="A6A6A6"/>
              <w:left w:val="single" w:sz="5" w:space="0" w:color="A6A6A6"/>
              <w:bottom w:val="single" w:sz="5" w:space="0" w:color="A6A6A6"/>
              <w:right w:val="single" w:sz="5" w:space="0" w:color="A6A6A6"/>
            </w:tcBorders>
            <w:shd w:val="clear" w:color="auto" w:fill="0070C0"/>
            <w:vAlign w:val="center"/>
          </w:tcPr>
          <w:p w14:paraId="40F16465" w14:textId="77777777" w:rsidR="004F598F" w:rsidRPr="00244A3B" w:rsidRDefault="00C64C0C">
            <w:pPr>
              <w:spacing w:after="0"/>
              <w:jc w:val="center"/>
              <w:rPr>
                <w:sz w:val="40"/>
                <w:szCs w:val="40"/>
              </w:rPr>
            </w:pPr>
            <w:r w:rsidRPr="00244A3B">
              <w:rPr>
                <w:b/>
                <w:color w:val="FFFFFF"/>
                <w:sz w:val="40"/>
                <w:szCs w:val="40"/>
              </w:rPr>
              <w:t>PODTEMA</w:t>
            </w:r>
          </w:p>
        </w:tc>
        <w:tc>
          <w:tcPr>
            <w:tcW w:w="3376" w:type="pct"/>
            <w:tcBorders>
              <w:top w:val="single" w:sz="5" w:space="0" w:color="A6A6A6"/>
              <w:left w:val="single" w:sz="5" w:space="0" w:color="A6A6A6"/>
              <w:bottom w:val="single" w:sz="5" w:space="0" w:color="A6A6A6"/>
              <w:right w:val="single" w:sz="5" w:space="0" w:color="A6A6A6"/>
            </w:tcBorders>
            <w:shd w:val="clear" w:color="auto" w:fill="0070C0"/>
            <w:vAlign w:val="center"/>
          </w:tcPr>
          <w:p w14:paraId="07A5406D" w14:textId="77777777" w:rsidR="004F598F" w:rsidRPr="00244A3B" w:rsidRDefault="00C64C0C">
            <w:pPr>
              <w:spacing w:after="0"/>
              <w:jc w:val="center"/>
              <w:rPr>
                <w:sz w:val="40"/>
                <w:szCs w:val="40"/>
              </w:rPr>
            </w:pPr>
            <w:r w:rsidRPr="00244A3B">
              <w:rPr>
                <w:b/>
                <w:color w:val="FFFFFF"/>
                <w:sz w:val="40"/>
                <w:szCs w:val="40"/>
              </w:rPr>
              <w:t>KLJUČNI NAGLASAK</w:t>
            </w:r>
          </w:p>
        </w:tc>
      </w:tr>
      <w:tr w:rsidR="004F598F" w:rsidRPr="00244A3B" w14:paraId="659CE565" w14:textId="77777777" w:rsidTr="00244A3B">
        <w:trPr>
          <w:jc w:val="center"/>
        </w:trPr>
        <w:tc>
          <w:tcPr>
            <w:tcW w:w="1624" w:type="pct"/>
            <w:tcBorders>
              <w:top w:val="single" w:sz="5" w:space="0" w:color="A6A6A6"/>
              <w:left w:val="single" w:sz="5" w:space="0" w:color="A6A6A6"/>
              <w:bottom w:val="single" w:sz="5" w:space="0" w:color="A6A6A6"/>
              <w:right w:val="single" w:sz="5" w:space="0" w:color="A6A6A6"/>
            </w:tcBorders>
            <w:vAlign w:val="center"/>
          </w:tcPr>
          <w:p w14:paraId="036A412B" w14:textId="77777777" w:rsidR="004F598F" w:rsidRPr="00244A3B" w:rsidRDefault="00C64C0C">
            <w:pPr>
              <w:spacing w:after="0"/>
              <w:rPr>
                <w:sz w:val="40"/>
                <w:szCs w:val="40"/>
              </w:rPr>
            </w:pPr>
            <w:r w:rsidRPr="00244A3B">
              <w:rPr>
                <w:sz w:val="40"/>
                <w:szCs w:val="40"/>
              </w:rPr>
              <w:t>ISUS KRIST</w:t>
            </w:r>
          </w:p>
        </w:tc>
        <w:tc>
          <w:tcPr>
            <w:tcW w:w="3376" w:type="pct"/>
            <w:tcBorders>
              <w:top w:val="single" w:sz="5" w:space="0" w:color="A6A6A6"/>
              <w:left w:val="single" w:sz="5" w:space="0" w:color="A6A6A6"/>
              <w:bottom w:val="single" w:sz="5" w:space="0" w:color="A6A6A6"/>
              <w:right w:val="single" w:sz="5" w:space="0" w:color="A6A6A6"/>
            </w:tcBorders>
            <w:vAlign w:val="center"/>
          </w:tcPr>
          <w:p w14:paraId="1E52B2AA" w14:textId="77777777" w:rsidR="004F598F" w:rsidRPr="00244A3B" w:rsidRDefault="00C64C0C">
            <w:pPr>
              <w:spacing w:after="0"/>
              <w:rPr>
                <w:sz w:val="40"/>
                <w:szCs w:val="40"/>
              </w:rPr>
            </w:pPr>
            <w:r w:rsidRPr="00244A3B">
              <w:rPr>
                <w:sz w:val="40"/>
                <w:szCs w:val="40"/>
              </w:rPr>
              <w:t>središte kršćanske vjere i Onaj koji mijenja svijet</w:t>
            </w:r>
          </w:p>
        </w:tc>
      </w:tr>
      <w:tr w:rsidR="004F598F" w:rsidRPr="00244A3B" w14:paraId="002F8619" w14:textId="77777777" w:rsidTr="00244A3B">
        <w:trPr>
          <w:jc w:val="center"/>
        </w:trPr>
        <w:tc>
          <w:tcPr>
            <w:tcW w:w="1624"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4F193207" w14:textId="77777777" w:rsidR="004F598F" w:rsidRPr="00244A3B" w:rsidRDefault="00C64C0C">
            <w:pPr>
              <w:spacing w:after="0"/>
              <w:rPr>
                <w:sz w:val="40"/>
                <w:szCs w:val="40"/>
              </w:rPr>
            </w:pPr>
            <w:r w:rsidRPr="00244A3B">
              <w:rPr>
                <w:sz w:val="40"/>
                <w:szCs w:val="40"/>
              </w:rPr>
              <w:t>KRALJEVSTVO BOŽJE</w:t>
            </w:r>
          </w:p>
        </w:tc>
        <w:tc>
          <w:tcPr>
            <w:tcW w:w="3376"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14A10452" w14:textId="77777777" w:rsidR="004F598F" w:rsidRPr="00244A3B" w:rsidRDefault="00C64C0C">
            <w:pPr>
              <w:spacing w:after="0"/>
              <w:rPr>
                <w:sz w:val="40"/>
                <w:szCs w:val="40"/>
              </w:rPr>
            </w:pPr>
            <w:r w:rsidRPr="00244A3B">
              <w:rPr>
                <w:sz w:val="40"/>
                <w:szCs w:val="40"/>
              </w:rPr>
              <w:t>ljubav, mir, pravednost, dobrota</w:t>
            </w:r>
          </w:p>
        </w:tc>
      </w:tr>
      <w:tr w:rsidR="004F598F" w:rsidRPr="00244A3B" w14:paraId="0782B8B0" w14:textId="77777777" w:rsidTr="00244A3B">
        <w:trPr>
          <w:jc w:val="center"/>
        </w:trPr>
        <w:tc>
          <w:tcPr>
            <w:tcW w:w="1624" w:type="pct"/>
            <w:tcBorders>
              <w:top w:val="single" w:sz="5" w:space="0" w:color="A6A6A6"/>
              <w:left w:val="single" w:sz="5" w:space="0" w:color="A6A6A6"/>
              <w:bottom w:val="single" w:sz="5" w:space="0" w:color="A6A6A6"/>
              <w:right w:val="single" w:sz="5" w:space="0" w:color="A6A6A6"/>
            </w:tcBorders>
            <w:vAlign w:val="center"/>
          </w:tcPr>
          <w:p w14:paraId="3A382B6C" w14:textId="77777777" w:rsidR="004F598F" w:rsidRPr="00244A3B" w:rsidRDefault="00C64C0C">
            <w:pPr>
              <w:spacing w:after="0"/>
              <w:rPr>
                <w:sz w:val="40"/>
                <w:szCs w:val="40"/>
              </w:rPr>
            </w:pPr>
            <w:r w:rsidRPr="00244A3B">
              <w:rPr>
                <w:sz w:val="40"/>
                <w:szCs w:val="40"/>
              </w:rPr>
              <w:t>SUSRET S LJUDIMA</w:t>
            </w:r>
          </w:p>
        </w:tc>
        <w:tc>
          <w:tcPr>
            <w:tcW w:w="3376" w:type="pct"/>
            <w:tcBorders>
              <w:top w:val="single" w:sz="5" w:space="0" w:color="A6A6A6"/>
              <w:left w:val="single" w:sz="5" w:space="0" w:color="A6A6A6"/>
              <w:bottom w:val="single" w:sz="5" w:space="0" w:color="A6A6A6"/>
              <w:right w:val="single" w:sz="5" w:space="0" w:color="A6A6A6"/>
            </w:tcBorders>
            <w:vAlign w:val="center"/>
          </w:tcPr>
          <w:p w14:paraId="17E6ACDF" w14:textId="77777777" w:rsidR="004F598F" w:rsidRPr="00244A3B" w:rsidRDefault="00C64C0C">
            <w:pPr>
              <w:spacing w:after="0"/>
              <w:rPr>
                <w:sz w:val="40"/>
                <w:szCs w:val="40"/>
              </w:rPr>
            </w:pPr>
            <w:r w:rsidRPr="00244A3B">
              <w:rPr>
                <w:sz w:val="40"/>
                <w:szCs w:val="40"/>
              </w:rPr>
              <w:t>poštovanje dostojanstva svakoga čovjeka</w:t>
            </w:r>
          </w:p>
        </w:tc>
      </w:tr>
      <w:tr w:rsidR="004F598F" w:rsidRPr="00244A3B" w14:paraId="669529C1" w14:textId="77777777" w:rsidTr="00244A3B">
        <w:trPr>
          <w:jc w:val="center"/>
        </w:trPr>
        <w:tc>
          <w:tcPr>
            <w:tcW w:w="1624"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3CF3EAF7" w14:textId="77777777" w:rsidR="004F598F" w:rsidRPr="00244A3B" w:rsidRDefault="00C64C0C">
            <w:pPr>
              <w:spacing w:after="0"/>
              <w:rPr>
                <w:sz w:val="40"/>
                <w:szCs w:val="40"/>
              </w:rPr>
            </w:pPr>
            <w:r w:rsidRPr="00244A3B">
              <w:rPr>
                <w:sz w:val="40"/>
                <w:szCs w:val="40"/>
              </w:rPr>
              <w:t>LIJEČI I OPRAŠTA</w:t>
            </w:r>
          </w:p>
        </w:tc>
        <w:tc>
          <w:tcPr>
            <w:tcW w:w="3376"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7489D3F4" w14:textId="77777777" w:rsidR="004F598F" w:rsidRPr="00244A3B" w:rsidRDefault="00C64C0C">
            <w:pPr>
              <w:spacing w:after="0"/>
              <w:rPr>
                <w:sz w:val="40"/>
                <w:szCs w:val="40"/>
              </w:rPr>
            </w:pPr>
            <w:r w:rsidRPr="00244A3B">
              <w:rPr>
                <w:sz w:val="40"/>
                <w:szCs w:val="40"/>
              </w:rPr>
              <w:t>milosrđe, pomoć, oprost i obraćenje</w:t>
            </w:r>
          </w:p>
        </w:tc>
      </w:tr>
      <w:tr w:rsidR="004F598F" w:rsidRPr="00244A3B" w14:paraId="13FB9698" w14:textId="77777777" w:rsidTr="00244A3B">
        <w:trPr>
          <w:jc w:val="center"/>
        </w:trPr>
        <w:tc>
          <w:tcPr>
            <w:tcW w:w="1624" w:type="pct"/>
            <w:tcBorders>
              <w:top w:val="single" w:sz="5" w:space="0" w:color="A6A6A6"/>
              <w:left w:val="single" w:sz="5" w:space="0" w:color="A6A6A6"/>
              <w:bottom w:val="single" w:sz="5" w:space="0" w:color="A6A6A6"/>
              <w:right w:val="single" w:sz="5" w:space="0" w:color="A6A6A6"/>
            </w:tcBorders>
            <w:vAlign w:val="center"/>
          </w:tcPr>
          <w:p w14:paraId="036FC388" w14:textId="77777777" w:rsidR="004F598F" w:rsidRPr="00244A3B" w:rsidRDefault="00C64C0C">
            <w:pPr>
              <w:spacing w:after="0"/>
              <w:rPr>
                <w:sz w:val="40"/>
                <w:szCs w:val="40"/>
              </w:rPr>
            </w:pPr>
            <w:r w:rsidRPr="00244A3B">
              <w:rPr>
                <w:sz w:val="40"/>
                <w:szCs w:val="40"/>
              </w:rPr>
              <w:t>APOSTOLI</w:t>
            </w:r>
          </w:p>
        </w:tc>
        <w:tc>
          <w:tcPr>
            <w:tcW w:w="3376" w:type="pct"/>
            <w:tcBorders>
              <w:top w:val="single" w:sz="5" w:space="0" w:color="A6A6A6"/>
              <w:left w:val="single" w:sz="5" w:space="0" w:color="A6A6A6"/>
              <w:bottom w:val="single" w:sz="5" w:space="0" w:color="A6A6A6"/>
              <w:right w:val="single" w:sz="5" w:space="0" w:color="A6A6A6"/>
            </w:tcBorders>
            <w:vAlign w:val="center"/>
          </w:tcPr>
          <w:p w14:paraId="71ACF9E4" w14:textId="77777777" w:rsidR="004F598F" w:rsidRPr="00244A3B" w:rsidRDefault="00C64C0C">
            <w:pPr>
              <w:spacing w:after="0"/>
              <w:rPr>
                <w:sz w:val="40"/>
                <w:szCs w:val="40"/>
              </w:rPr>
            </w:pPr>
            <w:r w:rsidRPr="00244A3B">
              <w:rPr>
                <w:sz w:val="40"/>
                <w:szCs w:val="40"/>
              </w:rPr>
              <w:t>poziv, poslanje i svjedočenje</w:t>
            </w:r>
          </w:p>
        </w:tc>
      </w:tr>
      <w:tr w:rsidR="004F598F" w:rsidRPr="00244A3B" w14:paraId="646C8C19" w14:textId="77777777" w:rsidTr="00244A3B">
        <w:trPr>
          <w:jc w:val="center"/>
        </w:trPr>
        <w:tc>
          <w:tcPr>
            <w:tcW w:w="1624"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35CCF4F3" w14:textId="77777777" w:rsidR="004F598F" w:rsidRPr="00244A3B" w:rsidRDefault="00C64C0C">
            <w:pPr>
              <w:spacing w:after="0"/>
              <w:rPr>
                <w:sz w:val="40"/>
                <w:szCs w:val="40"/>
              </w:rPr>
            </w:pPr>
            <w:r w:rsidRPr="00244A3B">
              <w:rPr>
                <w:sz w:val="40"/>
                <w:szCs w:val="40"/>
              </w:rPr>
              <w:t>ISUSOV UČENIK</w:t>
            </w:r>
          </w:p>
        </w:tc>
        <w:tc>
          <w:tcPr>
            <w:tcW w:w="3376"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12DDDCCE" w14:textId="77777777" w:rsidR="004F598F" w:rsidRPr="00244A3B" w:rsidRDefault="00C64C0C">
            <w:pPr>
              <w:spacing w:after="0"/>
              <w:rPr>
                <w:sz w:val="40"/>
                <w:szCs w:val="40"/>
              </w:rPr>
            </w:pPr>
            <w:r w:rsidRPr="00244A3B">
              <w:rPr>
                <w:sz w:val="40"/>
                <w:szCs w:val="40"/>
              </w:rPr>
              <w:t>molitva, služenje i življenje Radosne vijesti</w:t>
            </w:r>
          </w:p>
        </w:tc>
      </w:tr>
    </w:tbl>
    <w:p w14:paraId="5A981BF5" w14:textId="77777777" w:rsidR="006E0389" w:rsidRPr="006E0389" w:rsidRDefault="006E0389">
      <w:pPr>
        <w:spacing w:after="0"/>
        <w:jc w:val="both"/>
        <w:rPr>
          <w:b/>
          <w:color w:val="5A8F3D"/>
        </w:rPr>
      </w:pPr>
    </w:p>
    <w:p w14:paraId="33477CF1" w14:textId="6F0EAD45" w:rsidR="004F598F" w:rsidRDefault="00C64C0C">
      <w:pPr>
        <w:spacing w:after="0"/>
        <w:jc w:val="both"/>
      </w:pPr>
      <w:r>
        <w:rPr>
          <w:b/>
          <w:color w:val="5A8F3D"/>
          <w:sz w:val="36"/>
        </w:rPr>
        <w:t xml:space="preserve">Kršćanski naglasak: </w:t>
      </w:r>
      <w:r>
        <w:rPr>
          <w:sz w:val="36"/>
        </w:rPr>
        <w:t>Isus Krist naviješta kraljevstvo Božje, ulazi u odnose s ljudima, liječi i oprašta, okuplja učenike i šalje ih da svjedoče.</w:t>
      </w:r>
      <w:r w:rsidR="006E0389">
        <w:rPr>
          <w:sz w:val="36"/>
        </w:rPr>
        <w:t xml:space="preserve"> On je naš učitelj kojega nasljedujemo.</w:t>
      </w:r>
    </w:p>
    <w:p w14:paraId="1525D721" w14:textId="77777777" w:rsidR="006E0389" w:rsidRDefault="006E0389" w:rsidP="006E0389">
      <w:pPr>
        <w:keepNext/>
        <w:spacing w:before="100" w:after="40"/>
      </w:pPr>
      <w:r>
        <w:rPr>
          <w:rFonts w:cs="Calibri"/>
          <w:b/>
          <w:color w:val="C96A00"/>
          <w:sz w:val="26"/>
        </w:rPr>
        <w:t xml:space="preserve">Aktivnost 2: Radni listić </w:t>
      </w:r>
      <w:r>
        <w:rPr>
          <w:rFonts w:cs="Calibri"/>
          <w:i/>
          <w:color w:val="6B6B6B"/>
          <w:sz w:val="20"/>
        </w:rPr>
        <w:t>(individualni rad uz provjeru u paru, 18–20 minuta)</w:t>
      </w:r>
    </w:p>
    <w:p w14:paraId="67BAD957" w14:textId="77777777" w:rsidR="006E0389" w:rsidRDefault="006E0389" w:rsidP="006E0389">
      <w:pPr>
        <w:spacing w:after="0"/>
        <w:jc w:val="both"/>
      </w:pPr>
      <w:r>
        <w:t xml:space="preserve">Učenici će samostalno riješiti priloženi radni listić. </w:t>
      </w:r>
      <w:r>
        <w:rPr>
          <w:rFonts w:cs="Calibri"/>
        </w:rPr>
        <w:t xml:space="preserve"> Najprije rade samostalno. Zatim u paru uspoređuju odgovore i plavom bojicom označuju samo mjesta koja žele još provjeriti. Vjeroučitelj zajednički provjerava odabrane zadatke.</w:t>
      </w:r>
    </w:p>
    <w:p w14:paraId="0630BBF8" w14:textId="77777777" w:rsidR="006E0389" w:rsidRDefault="006E0389" w:rsidP="006E0389">
      <w:pPr>
        <w:spacing w:after="0"/>
        <w:jc w:val="both"/>
        <w:rPr>
          <w:rFonts w:cs="Calibri"/>
          <w:i/>
          <w:color w:val="auto"/>
          <w:sz w:val="21"/>
        </w:rPr>
      </w:pPr>
    </w:p>
    <w:p w14:paraId="16A7D903" w14:textId="6FA2C919" w:rsidR="006E0389" w:rsidRDefault="006E0389" w:rsidP="006E0389">
      <w:pPr>
        <w:pStyle w:val="Odlomakpopisa"/>
        <w:numPr>
          <w:ilvl w:val="0"/>
          <w:numId w:val="13"/>
        </w:numPr>
        <w:spacing w:after="0"/>
        <w:ind w:left="284" w:hanging="284"/>
        <w:jc w:val="both"/>
        <w:rPr>
          <w:rFonts w:cs="Calibri"/>
          <w:iCs/>
          <w:color w:val="auto"/>
          <w:sz w:val="21"/>
        </w:rPr>
      </w:pPr>
      <w:r w:rsidRPr="004935E9">
        <w:rPr>
          <w:rFonts w:cs="Calibri"/>
          <w:b/>
          <w:bCs/>
          <w:iCs/>
          <w:color w:val="auto"/>
          <w:sz w:val="21"/>
        </w:rPr>
        <w:t xml:space="preserve">Jednostavnija varijanta: </w:t>
      </w:r>
      <w:r w:rsidRPr="004935E9">
        <w:rPr>
          <w:rFonts w:cs="Calibri"/>
          <w:iCs/>
          <w:color w:val="auto"/>
          <w:sz w:val="21"/>
        </w:rPr>
        <w:t>učenik rješava zadatke 1–</w:t>
      </w:r>
      <w:r w:rsidR="000C1CC5">
        <w:rPr>
          <w:rFonts w:cs="Calibri"/>
          <w:iCs/>
          <w:color w:val="auto"/>
          <w:sz w:val="21"/>
        </w:rPr>
        <w:t>3</w:t>
      </w:r>
      <w:r w:rsidRPr="004935E9">
        <w:rPr>
          <w:rFonts w:cs="Calibri"/>
          <w:iCs/>
          <w:color w:val="auto"/>
          <w:sz w:val="21"/>
        </w:rPr>
        <w:t xml:space="preserve">. </w:t>
      </w:r>
    </w:p>
    <w:p w14:paraId="403CF93E" w14:textId="77777777" w:rsidR="006E0389" w:rsidRPr="004935E9" w:rsidRDefault="006E0389" w:rsidP="006E0389">
      <w:pPr>
        <w:pStyle w:val="Odlomakpopisa"/>
        <w:numPr>
          <w:ilvl w:val="0"/>
          <w:numId w:val="13"/>
        </w:numPr>
        <w:spacing w:after="0"/>
        <w:ind w:left="284" w:hanging="284"/>
        <w:jc w:val="both"/>
        <w:rPr>
          <w:rFonts w:cs="Calibri"/>
          <w:iCs/>
          <w:color w:val="auto"/>
          <w:sz w:val="21"/>
        </w:rPr>
      </w:pPr>
      <w:r w:rsidRPr="004935E9">
        <w:rPr>
          <w:rFonts w:cs="Calibri"/>
          <w:b/>
          <w:bCs/>
          <w:iCs/>
          <w:color w:val="auto"/>
          <w:sz w:val="21"/>
        </w:rPr>
        <w:t>Zadatak proširenja:</w:t>
      </w:r>
      <w:r w:rsidRPr="004935E9">
        <w:rPr>
          <w:rFonts w:cs="Calibri"/>
          <w:iCs/>
          <w:color w:val="auto"/>
          <w:sz w:val="21"/>
        </w:rPr>
        <w:t xml:space="preserve"> učenik uz jedan odgovor navodi biblijski događaj ili poruku koja ga potvrđuje.</w:t>
      </w:r>
    </w:p>
    <w:p w14:paraId="7E329F5A" w14:textId="77777777" w:rsidR="006E0389" w:rsidRDefault="006E0389" w:rsidP="006E0389">
      <w:pPr>
        <w:spacing w:after="0"/>
        <w:jc w:val="both"/>
      </w:pPr>
    </w:p>
    <w:p w14:paraId="77184C1C" w14:textId="6E24A2CB" w:rsidR="006E0389" w:rsidRDefault="006E0389" w:rsidP="006E0389">
      <w:pPr>
        <w:textAlignment w:val="center"/>
        <w:rPr>
          <w:b/>
          <w:bCs/>
        </w:rPr>
      </w:pPr>
      <w:hyperlink r:id="rId9" w:history="1">
        <w:r>
          <w:rPr>
            <w:rStyle w:val="Hiperveza"/>
            <w:rFonts w:eastAsia="Times New Roman"/>
            <w:b/>
            <w:bCs/>
            <w:lang w:eastAsia="hr-HR"/>
          </w:rPr>
          <w:t>klikni ovdje - poveznica</w:t>
        </w:r>
        <w:r>
          <w:rPr>
            <w:rStyle w:val="Hiperveza"/>
            <w:b/>
            <w:bCs/>
          </w:rPr>
          <w:t xml:space="preserve"> za PDF</w:t>
        </w:r>
      </w:hyperlink>
    </w:p>
    <w:p w14:paraId="7A2CB74B" w14:textId="77777777" w:rsidR="006E0389" w:rsidRDefault="006E0389" w:rsidP="006E0389">
      <w:pPr>
        <w:textAlignment w:val="center"/>
      </w:pPr>
    </w:p>
    <w:p w14:paraId="2080B275" w14:textId="25C43EAD" w:rsidR="006E0389" w:rsidRDefault="006E0389" w:rsidP="006E0389">
      <w:pPr>
        <w:textAlignment w:val="center"/>
      </w:pPr>
      <w:hyperlink r:id="rId10" w:history="1">
        <w:r>
          <w:rPr>
            <w:rStyle w:val="Hiperveza"/>
            <w:rFonts w:eastAsia="Times New Roman"/>
            <w:b/>
            <w:bCs/>
            <w:lang w:eastAsia="hr-HR"/>
          </w:rPr>
          <w:t>klikni ovdje - poveznica</w:t>
        </w:r>
        <w:r>
          <w:rPr>
            <w:rStyle w:val="Hiperveza"/>
            <w:b/>
            <w:bCs/>
          </w:rPr>
          <w:t xml:space="preserve"> za WORD</w:t>
        </w:r>
      </w:hyperlink>
    </w:p>
    <w:p w14:paraId="044AEFE0" w14:textId="77777777" w:rsidR="006E0389" w:rsidRDefault="006E0389" w:rsidP="006E0389">
      <w:pPr>
        <w:textAlignment w:val="center"/>
      </w:pPr>
    </w:p>
    <w:p w14:paraId="49E10EC9" w14:textId="77777777" w:rsidR="006E0389" w:rsidRDefault="006E0389" w:rsidP="006E0389">
      <w:pPr>
        <w:keepNext/>
        <w:spacing w:before="100" w:after="40"/>
      </w:pPr>
      <w:r>
        <w:rPr>
          <w:rFonts w:cs="Calibri"/>
          <w:b/>
          <w:color w:val="C96A00"/>
          <w:sz w:val="26"/>
        </w:rPr>
        <w:t xml:space="preserve">Aktivnost 3: Kviz </w:t>
      </w:r>
      <w:r>
        <w:rPr>
          <w:b/>
          <w:color w:val="C96A00"/>
          <w:sz w:val="26"/>
        </w:rPr>
        <w:t xml:space="preserve"> </w:t>
      </w:r>
      <w:r>
        <w:rPr>
          <w:i/>
          <w:color w:val="6B6B6B"/>
          <w:sz w:val="20"/>
        </w:rPr>
        <w:t>(25 minuta)</w:t>
      </w:r>
    </w:p>
    <w:p w14:paraId="5A010784" w14:textId="77777777" w:rsidR="006E0389" w:rsidRPr="00A8036C" w:rsidRDefault="006E0389" w:rsidP="006E0389">
      <w:pPr>
        <w:spacing w:after="0"/>
        <w:jc w:val="both"/>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lang w:eastAsia="hr-HR"/>
        </w:rPr>
        <w:t>Učenici će imati kviz u Blooketu, Kahootu ili Quizizzu (digitalnu platformu odabire vjeroučitelj. Kviz je istovjetan na svim navedenim platformama!). Najbolji će dobiti odlične ocjene.</w:t>
      </w:r>
    </w:p>
    <w:p w14:paraId="748A2C44" w14:textId="77777777" w:rsidR="006E0389" w:rsidRPr="00A8036C" w:rsidRDefault="006E0389" w:rsidP="006E0389">
      <w:pPr>
        <w:spacing w:after="0"/>
        <w:jc w:val="both"/>
        <w:textAlignment w:val="center"/>
        <w:rPr>
          <w:rFonts w:asciiTheme="majorHAnsi" w:eastAsia="Times New Roman" w:hAnsiTheme="majorHAnsi" w:cstheme="majorHAnsi"/>
          <w:lang w:eastAsia="hr-HR"/>
        </w:rPr>
      </w:pPr>
    </w:p>
    <w:p w14:paraId="73D11A52" w14:textId="77777777" w:rsidR="006E0389" w:rsidRPr="00A8036C" w:rsidRDefault="006E0389" w:rsidP="006E0389">
      <w:pPr>
        <w:spacing w:after="0"/>
        <w:jc w:val="both"/>
        <w:textAlignment w:val="center"/>
        <w:rPr>
          <w:rFonts w:asciiTheme="majorHAnsi" w:eastAsia="Times New Roman" w:hAnsiTheme="majorHAnsi" w:cstheme="majorHAnsi"/>
          <w:b/>
          <w:bCs/>
          <w:lang w:eastAsia="hr-HR"/>
        </w:rPr>
      </w:pPr>
      <w:r w:rsidRPr="00A8036C">
        <w:rPr>
          <w:rFonts w:asciiTheme="majorHAnsi" w:eastAsia="Times New Roman" w:hAnsiTheme="majorHAnsi" w:cstheme="majorHAnsi"/>
          <w:b/>
          <w:bCs/>
          <w:lang w:eastAsia="hr-HR"/>
        </w:rPr>
        <w:t>1. Blooket - link za vjeroučitelja:</w:t>
      </w:r>
    </w:p>
    <w:p w14:paraId="37EBB21A" w14:textId="77777777" w:rsidR="006E0389" w:rsidRPr="00A8036C" w:rsidRDefault="006E0389" w:rsidP="006E0389">
      <w:pPr>
        <w:spacing w:after="0"/>
        <w:jc w:val="both"/>
        <w:textAlignment w:val="center"/>
        <w:rPr>
          <w:rFonts w:asciiTheme="majorHAnsi" w:eastAsia="Times New Roman" w:hAnsiTheme="majorHAnsi" w:cstheme="majorHAnsi"/>
          <w:lang w:eastAsia="hr-HR"/>
        </w:rPr>
      </w:pPr>
    </w:p>
    <w:p w14:paraId="681C6217" w14:textId="796C8E4E" w:rsidR="006E0389" w:rsidRDefault="006E0389" w:rsidP="006E0389">
      <w:pPr>
        <w:textAlignment w:val="center"/>
        <w:rPr>
          <w:b/>
          <w:bCs/>
        </w:rPr>
      </w:pPr>
      <w:hyperlink r:id="rId11" w:history="1">
        <w:r>
          <w:rPr>
            <w:rStyle w:val="Hiperveza"/>
            <w:rFonts w:eastAsia="Times New Roman"/>
            <w:b/>
            <w:bCs/>
            <w:lang w:eastAsia="hr-HR"/>
          </w:rPr>
          <w:t>klikni ovdje - poveznica</w:t>
        </w:r>
      </w:hyperlink>
    </w:p>
    <w:p w14:paraId="23EBF39C" w14:textId="77777777" w:rsidR="006E0389" w:rsidRDefault="006E0389" w:rsidP="006E0389">
      <w:pPr>
        <w:spacing w:after="0"/>
        <w:jc w:val="both"/>
        <w:textAlignment w:val="center"/>
        <w:rPr>
          <w:rFonts w:asciiTheme="majorHAnsi" w:hAnsiTheme="majorHAnsi" w:cstheme="majorHAnsi"/>
        </w:rPr>
      </w:pPr>
    </w:p>
    <w:p w14:paraId="2DED66B0" w14:textId="77777777" w:rsidR="006E0389" w:rsidRPr="00A8036C" w:rsidRDefault="006E0389" w:rsidP="006E0389">
      <w:pPr>
        <w:spacing w:after="0"/>
        <w:jc w:val="both"/>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b/>
          <w:bCs/>
          <w:lang w:eastAsia="hr-HR"/>
        </w:rPr>
        <w:t>Blooket</w:t>
      </w:r>
      <w:r w:rsidRPr="00A8036C">
        <w:rPr>
          <w:rFonts w:asciiTheme="majorHAnsi" w:eastAsia="Times New Roman" w:hAnsiTheme="majorHAnsi" w:cstheme="majorHAnsi"/>
          <w:lang w:eastAsia="hr-HR"/>
        </w:rPr>
        <w:t xml:space="preserve"> je besplatni alat istovjetan kahootu i potrebna je registracija. Blooket je najbolji od tri ponuđene platforme prema autoru ove pripreme.</w:t>
      </w:r>
    </w:p>
    <w:p w14:paraId="07893E90" w14:textId="77777777" w:rsidR="006E0389" w:rsidRPr="00A8036C" w:rsidRDefault="006E0389" w:rsidP="006E0389">
      <w:pPr>
        <w:spacing w:after="0"/>
        <w:jc w:val="both"/>
        <w:textAlignment w:val="center"/>
        <w:rPr>
          <w:rFonts w:asciiTheme="majorHAnsi" w:eastAsia="Times New Roman" w:hAnsiTheme="majorHAnsi" w:cstheme="majorHAnsi"/>
          <w:lang w:eastAsia="hr-HR"/>
        </w:rPr>
      </w:pPr>
    </w:p>
    <w:p w14:paraId="3731DEDF" w14:textId="77777777" w:rsidR="006E0389" w:rsidRPr="00A8036C" w:rsidRDefault="006E0389" w:rsidP="006E0389">
      <w:pPr>
        <w:spacing w:after="0"/>
        <w:jc w:val="both"/>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lang w:eastAsia="hr-HR"/>
        </w:rPr>
        <w:t xml:space="preserve">Postupak: Registrirati se i prijaviti na </w:t>
      </w:r>
      <w:hyperlink r:id="rId12" w:history="1">
        <w:r w:rsidRPr="00A8036C">
          <w:rPr>
            <w:rStyle w:val="Hiperveza"/>
            <w:rFonts w:asciiTheme="majorHAnsi" w:eastAsia="Times New Roman" w:hAnsiTheme="majorHAnsi" w:cstheme="majorHAnsi"/>
            <w:lang w:eastAsia="hr-HR"/>
          </w:rPr>
          <w:t>https://www.blooket.com</w:t>
        </w:r>
      </w:hyperlink>
      <w:r w:rsidRPr="00A8036C">
        <w:rPr>
          <w:rFonts w:asciiTheme="majorHAnsi" w:eastAsia="Times New Roman" w:hAnsiTheme="majorHAnsi" w:cstheme="majorHAnsi"/>
          <w:lang w:eastAsia="hr-HR"/>
        </w:rPr>
        <w:t xml:space="preserve"> . Vjeroučitelj će kliknuti na gornji link ili ga zalijepiti u adresnu traku i nakon što mu se prikaže kviz pritiskati redom:</w:t>
      </w:r>
    </w:p>
    <w:p w14:paraId="0F3FF292" w14:textId="77777777" w:rsidR="006E0389" w:rsidRPr="00A8036C" w:rsidRDefault="006E0389" w:rsidP="006E0389">
      <w:pPr>
        <w:spacing w:after="0"/>
        <w:jc w:val="both"/>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lang w:eastAsia="hr-HR"/>
        </w:rPr>
        <w:t>1.  Host</w:t>
      </w:r>
    </w:p>
    <w:p w14:paraId="2349918C" w14:textId="77777777" w:rsidR="006E0389" w:rsidRPr="00A8036C" w:rsidRDefault="006E0389" w:rsidP="006E0389">
      <w:pPr>
        <w:spacing w:after="0"/>
        <w:jc w:val="both"/>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lang w:eastAsia="hr-HR"/>
        </w:rPr>
        <w:t>2. U „Select a Game Mode“ izabrati „Classic“</w:t>
      </w:r>
    </w:p>
    <w:p w14:paraId="58617EC6" w14:textId="77777777" w:rsidR="006E0389" w:rsidRPr="00A8036C" w:rsidRDefault="006E0389" w:rsidP="006E0389">
      <w:pPr>
        <w:spacing w:after="0"/>
        <w:jc w:val="both"/>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lang w:eastAsia="hr-HR"/>
        </w:rPr>
        <w:t>3. Pritisnuti desno „Host Game“</w:t>
      </w:r>
    </w:p>
    <w:p w14:paraId="2F4966BF" w14:textId="77777777" w:rsidR="006E0389" w:rsidRPr="00A8036C" w:rsidRDefault="006E0389" w:rsidP="006E0389">
      <w:pPr>
        <w:spacing w:after="0"/>
        <w:jc w:val="both"/>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lang w:eastAsia="hr-HR"/>
        </w:rPr>
        <w:t>4. Na dnu odabrati 33 pitanja koliko kviz ima, ostalo ostaviti kako je</w:t>
      </w:r>
    </w:p>
    <w:p w14:paraId="2DF767AF" w14:textId="77777777" w:rsidR="006E0389" w:rsidRPr="00A8036C" w:rsidRDefault="006E0389" w:rsidP="006E0389">
      <w:pPr>
        <w:spacing w:after="0"/>
        <w:jc w:val="both"/>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lang w:eastAsia="hr-HR"/>
        </w:rPr>
        <w:t>5. Pritisnuti „Host now“</w:t>
      </w:r>
    </w:p>
    <w:p w14:paraId="07516431" w14:textId="77777777" w:rsidR="006E0389" w:rsidRPr="00A8036C" w:rsidRDefault="006E0389" w:rsidP="006E0389">
      <w:pPr>
        <w:spacing w:after="0"/>
        <w:jc w:val="both"/>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lang w:eastAsia="hr-HR"/>
        </w:rPr>
        <w:t>6. Učenici će u tražilicu upisati „Play blooket“ i pritisnuti „Play blooket“, potom s projekcije prepisati broj s projekcije u Game ID, odabrati nadimak i igra slijedi kao i u kahootu. Može se istovremeno igrati pojedinačno, ekipno ili mješovito. Ako se formiraju pojedine ekipe, dogovorom biraju nadimak/nick.</w:t>
      </w:r>
    </w:p>
    <w:p w14:paraId="587D6771" w14:textId="77777777" w:rsidR="006E0389" w:rsidRPr="00A8036C" w:rsidRDefault="006E0389" w:rsidP="006E0389">
      <w:pPr>
        <w:spacing w:after="0"/>
        <w:jc w:val="both"/>
        <w:textAlignment w:val="center"/>
        <w:rPr>
          <w:rFonts w:asciiTheme="majorHAnsi" w:eastAsia="Times New Roman" w:hAnsiTheme="majorHAnsi" w:cstheme="majorHAnsi"/>
          <w:lang w:eastAsia="hr-HR"/>
        </w:rPr>
      </w:pPr>
    </w:p>
    <w:p w14:paraId="5DF64A5E" w14:textId="77777777" w:rsidR="006E0389" w:rsidRPr="00A8036C" w:rsidRDefault="006E0389" w:rsidP="006E0389">
      <w:pPr>
        <w:spacing w:after="0"/>
        <w:jc w:val="both"/>
        <w:textAlignment w:val="center"/>
        <w:rPr>
          <w:rFonts w:asciiTheme="majorHAnsi" w:hAnsiTheme="majorHAnsi" w:cstheme="majorHAnsi"/>
          <w:b/>
          <w:bCs/>
        </w:rPr>
      </w:pPr>
      <w:bookmarkStart w:id="0" w:name="_Hlk130418435"/>
      <w:r w:rsidRPr="00A8036C">
        <w:rPr>
          <w:rFonts w:asciiTheme="majorHAnsi" w:hAnsiTheme="majorHAnsi" w:cstheme="majorHAnsi"/>
          <w:b/>
          <w:bCs/>
        </w:rPr>
        <w:t>2. Kahoot - link za  vjeroučitelja:</w:t>
      </w:r>
    </w:p>
    <w:bookmarkEnd w:id="0"/>
    <w:p w14:paraId="4C8FDCB4" w14:textId="77777777" w:rsidR="006E0389" w:rsidRPr="00A8036C" w:rsidRDefault="006E0389" w:rsidP="006E0389">
      <w:pPr>
        <w:spacing w:after="0"/>
        <w:jc w:val="both"/>
        <w:textAlignment w:val="center"/>
        <w:rPr>
          <w:rFonts w:asciiTheme="majorHAnsi" w:hAnsiTheme="majorHAnsi" w:cstheme="majorHAnsi"/>
          <w:b/>
          <w:bCs/>
        </w:rPr>
      </w:pPr>
    </w:p>
    <w:p w14:paraId="4612B617" w14:textId="0026C962" w:rsidR="006E0389" w:rsidRDefault="006E0389" w:rsidP="006E0389">
      <w:pPr>
        <w:spacing w:after="0"/>
        <w:jc w:val="both"/>
        <w:textAlignment w:val="center"/>
        <w:rPr>
          <w:rFonts w:asciiTheme="majorHAnsi" w:hAnsiTheme="majorHAnsi" w:cstheme="majorHAnsi"/>
        </w:rPr>
      </w:pPr>
      <w:hyperlink r:id="rId13" w:history="1">
        <w:r>
          <w:rPr>
            <w:rStyle w:val="Hiperveza"/>
            <w:rFonts w:eastAsia="Times New Roman"/>
            <w:b/>
            <w:bCs/>
            <w:lang w:eastAsia="hr-HR"/>
          </w:rPr>
          <w:t>klikni ovdje - poveznica</w:t>
        </w:r>
      </w:hyperlink>
    </w:p>
    <w:p w14:paraId="56E05BE2" w14:textId="77777777" w:rsidR="006E0389" w:rsidRPr="00A8036C" w:rsidRDefault="006E0389" w:rsidP="006E0389">
      <w:pPr>
        <w:spacing w:after="0"/>
        <w:jc w:val="both"/>
        <w:textAlignment w:val="center"/>
        <w:rPr>
          <w:rFonts w:asciiTheme="majorHAnsi" w:hAnsiTheme="majorHAnsi" w:cstheme="majorHAnsi"/>
          <w:b/>
          <w:bCs/>
        </w:rPr>
      </w:pPr>
    </w:p>
    <w:p w14:paraId="7831CA89" w14:textId="77777777" w:rsidR="006E0389" w:rsidRPr="00A8036C" w:rsidRDefault="006E0389" w:rsidP="006E0389">
      <w:pPr>
        <w:spacing w:after="0"/>
        <w:jc w:val="both"/>
        <w:textAlignment w:val="center"/>
        <w:rPr>
          <w:rFonts w:asciiTheme="majorHAnsi" w:hAnsiTheme="majorHAnsi" w:cstheme="majorHAnsi"/>
          <w:b/>
          <w:bCs/>
        </w:rPr>
      </w:pPr>
    </w:p>
    <w:p w14:paraId="2933D704" w14:textId="55689E63" w:rsidR="006E0389" w:rsidRPr="00A8036C" w:rsidRDefault="006E0389" w:rsidP="006E0389">
      <w:pPr>
        <w:spacing w:after="0"/>
        <w:jc w:val="both"/>
        <w:textAlignment w:val="center"/>
        <w:rPr>
          <w:rFonts w:asciiTheme="majorHAnsi" w:hAnsiTheme="majorHAnsi" w:cstheme="majorHAnsi"/>
          <w:b/>
          <w:bCs/>
        </w:rPr>
      </w:pPr>
      <w:r w:rsidRPr="00A8036C">
        <w:rPr>
          <w:rFonts w:asciiTheme="majorHAnsi" w:hAnsiTheme="majorHAnsi" w:cstheme="majorHAnsi"/>
          <w:b/>
          <w:bCs/>
        </w:rPr>
        <w:t xml:space="preserve">3. </w:t>
      </w:r>
      <w:r w:rsidR="00F5510C" w:rsidRPr="00F5510C">
        <w:rPr>
          <w:rFonts w:asciiTheme="majorHAnsi" w:hAnsiTheme="majorHAnsi" w:cstheme="majorHAnsi"/>
          <w:b/>
          <w:bCs/>
        </w:rPr>
        <w:t>Wayground</w:t>
      </w:r>
      <w:r w:rsidRPr="00A8036C">
        <w:rPr>
          <w:rFonts w:asciiTheme="majorHAnsi" w:hAnsiTheme="majorHAnsi" w:cstheme="majorHAnsi"/>
          <w:b/>
          <w:bCs/>
        </w:rPr>
        <w:t xml:space="preserve"> - link za  vjeroučitelja:</w:t>
      </w:r>
    </w:p>
    <w:p w14:paraId="44CC8800" w14:textId="77777777" w:rsidR="006E0389" w:rsidRPr="00A8036C" w:rsidRDefault="006E0389" w:rsidP="006E0389">
      <w:pPr>
        <w:spacing w:after="0"/>
        <w:jc w:val="both"/>
        <w:textAlignment w:val="center"/>
        <w:rPr>
          <w:rFonts w:asciiTheme="majorHAnsi" w:hAnsiTheme="majorHAnsi" w:cstheme="majorHAnsi"/>
          <w:b/>
          <w:bCs/>
        </w:rPr>
      </w:pPr>
    </w:p>
    <w:p w14:paraId="758A2FC7" w14:textId="060B954A" w:rsidR="006E0389" w:rsidRDefault="006E0389" w:rsidP="006E0389">
      <w:pPr>
        <w:spacing w:after="0"/>
        <w:jc w:val="both"/>
        <w:textAlignment w:val="center"/>
        <w:rPr>
          <w:rFonts w:asciiTheme="majorHAnsi" w:hAnsiTheme="majorHAnsi" w:cstheme="majorHAnsi"/>
        </w:rPr>
      </w:pPr>
      <w:hyperlink r:id="rId14" w:history="1">
        <w:r>
          <w:rPr>
            <w:rStyle w:val="Hiperveza"/>
            <w:rFonts w:eastAsia="Times New Roman"/>
            <w:b/>
            <w:bCs/>
            <w:lang w:eastAsia="hr-HR"/>
          </w:rPr>
          <w:t>klikni ovdje - poveznica</w:t>
        </w:r>
      </w:hyperlink>
    </w:p>
    <w:p w14:paraId="5157E5F2" w14:textId="77777777" w:rsidR="006E0389" w:rsidRPr="00A8036C" w:rsidRDefault="006E0389" w:rsidP="006E0389">
      <w:pPr>
        <w:spacing w:after="0"/>
        <w:jc w:val="both"/>
        <w:textAlignment w:val="center"/>
        <w:rPr>
          <w:rFonts w:asciiTheme="majorHAnsi" w:hAnsiTheme="majorHAnsi" w:cstheme="majorHAnsi"/>
          <w:b/>
          <w:bCs/>
        </w:rPr>
      </w:pPr>
    </w:p>
    <w:p w14:paraId="17DC6526" w14:textId="77777777" w:rsidR="00F5510C" w:rsidRPr="00FA1A32" w:rsidRDefault="00F5510C" w:rsidP="00F5510C">
      <w:pPr>
        <w:pStyle w:val="StandardWeb"/>
        <w:spacing w:before="0" w:beforeAutospacing="0" w:after="0" w:afterAutospacing="0"/>
        <w:rPr>
          <w:rFonts w:asciiTheme="majorHAnsi" w:hAnsiTheme="majorHAnsi" w:cstheme="majorHAnsi"/>
          <w:sz w:val="22"/>
          <w:szCs w:val="22"/>
        </w:rPr>
      </w:pPr>
      <w:r w:rsidRPr="00FA1A32">
        <w:rPr>
          <w:rFonts w:asciiTheme="majorHAnsi" w:hAnsiTheme="majorHAnsi" w:cstheme="majorHAnsi"/>
          <w:b/>
          <w:bCs/>
          <w:sz w:val="22"/>
          <w:szCs w:val="22"/>
        </w:rPr>
        <w:t>Wayground</w:t>
      </w:r>
      <w:r w:rsidRPr="00FA1A32">
        <w:rPr>
          <w:rFonts w:asciiTheme="majorHAnsi" w:hAnsiTheme="majorHAnsi" w:cstheme="majorHAnsi"/>
          <w:sz w:val="22"/>
          <w:szCs w:val="22"/>
        </w:rPr>
        <w:t xml:space="preserve"> je besplatni alat sličan Blooketu i Kahootu (potrebna je registracija). Prema autoru ove pripreme, od navedene tri platforme zahtijeva najviše koraka pri pokretanju.</w:t>
      </w:r>
    </w:p>
    <w:p w14:paraId="7D21257D" w14:textId="77777777" w:rsidR="00F5510C" w:rsidRDefault="00F5510C" w:rsidP="00F5510C">
      <w:pPr>
        <w:pStyle w:val="StandardWeb"/>
        <w:spacing w:before="0" w:beforeAutospacing="0" w:after="0" w:afterAutospacing="0"/>
        <w:rPr>
          <w:rFonts w:asciiTheme="majorHAnsi" w:hAnsiTheme="majorHAnsi" w:cstheme="majorHAnsi"/>
          <w:sz w:val="22"/>
          <w:szCs w:val="22"/>
        </w:rPr>
      </w:pPr>
    </w:p>
    <w:p w14:paraId="7BA81F92" w14:textId="77777777" w:rsidR="00F5510C" w:rsidRPr="00FA1A32" w:rsidRDefault="00F5510C" w:rsidP="00F5510C">
      <w:pPr>
        <w:pStyle w:val="StandardWeb"/>
        <w:spacing w:before="0" w:beforeAutospacing="0" w:after="0" w:afterAutospacing="0"/>
        <w:rPr>
          <w:rFonts w:asciiTheme="majorHAnsi" w:hAnsiTheme="majorHAnsi" w:cstheme="majorHAnsi"/>
          <w:sz w:val="22"/>
          <w:szCs w:val="22"/>
        </w:rPr>
      </w:pPr>
      <w:r w:rsidRPr="00FA1A32">
        <w:rPr>
          <w:rFonts w:asciiTheme="majorHAnsi" w:hAnsiTheme="majorHAnsi" w:cstheme="majorHAnsi"/>
          <w:sz w:val="22"/>
          <w:szCs w:val="22"/>
        </w:rPr>
        <w:t>Postupak za vjeroučitelja:</w:t>
      </w:r>
    </w:p>
    <w:p w14:paraId="7BD02B48" w14:textId="77777777" w:rsidR="00F5510C" w:rsidRPr="00FA1A32" w:rsidRDefault="00F5510C" w:rsidP="00F5510C">
      <w:pPr>
        <w:pStyle w:val="StandardWeb"/>
        <w:numPr>
          <w:ilvl w:val="0"/>
          <w:numId w:val="16"/>
        </w:numPr>
        <w:spacing w:before="0" w:beforeAutospacing="0" w:after="0" w:afterAutospacing="0"/>
        <w:rPr>
          <w:rFonts w:asciiTheme="majorHAnsi" w:hAnsiTheme="majorHAnsi" w:cstheme="majorHAnsi"/>
          <w:sz w:val="22"/>
          <w:szCs w:val="22"/>
        </w:rPr>
      </w:pPr>
      <w:r w:rsidRPr="00FA1A32">
        <w:rPr>
          <w:rFonts w:asciiTheme="majorHAnsi" w:hAnsiTheme="majorHAnsi" w:cstheme="majorHAnsi"/>
          <w:sz w:val="22"/>
          <w:szCs w:val="22"/>
        </w:rPr>
        <w:t xml:space="preserve">Nakon prijave na </w:t>
      </w:r>
      <w:hyperlink r:id="rId15" w:tgtFrame="_blank" w:history="1">
        <w:r w:rsidRPr="00FA1A32">
          <w:rPr>
            <w:rStyle w:val="Hiperveza"/>
            <w:rFonts w:asciiTheme="majorHAnsi" w:hAnsiTheme="majorHAnsi" w:cstheme="majorHAnsi"/>
            <w:sz w:val="22"/>
            <w:szCs w:val="22"/>
          </w:rPr>
          <w:t>wayground.com</w:t>
        </w:r>
      </w:hyperlink>
      <w:r w:rsidRPr="00FA1A32">
        <w:rPr>
          <w:rFonts w:asciiTheme="majorHAnsi" w:hAnsiTheme="majorHAnsi" w:cstheme="majorHAnsi"/>
          <w:sz w:val="22"/>
          <w:szCs w:val="22"/>
        </w:rPr>
        <w:t>, kliknuti na gornju poveznicu kviza (ili je zalijepiti u adresnu traku).</w:t>
      </w:r>
    </w:p>
    <w:p w14:paraId="7C19641C" w14:textId="77777777" w:rsidR="00F5510C" w:rsidRPr="00FA1A32" w:rsidRDefault="00F5510C" w:rsidP="00F5510C">
      <w:pPr>
        <w:pStyle w:val="StandardWeb"/>
        <w:numPr>
          <w:ilvl w:val="0"/>
          <w:numId w:val="16"/>
        </w:numPr>
        <w:spacing w:before="0" w:beforeAutospacing="0" w:after="0" w:afterAutospacing="0"/>
        <w:rPr>
          <w:rFonts w:asciiTheme="majorHAnsi" w:hAnsiTheme="majorHAnsi" w:cstheme="majorHAnsi"/>
          <w:sz w:val="22"/>
          <w:szCs w:val="22"/>
        </w:rPr>
      </w:pPr>
      <w:r w:rsidRPr="00FA1A32">
        <w:rPr>
          <w:rFonts w:asciiTheme="majorHAnsi" w:hAnsiTheme="majorHAnsi" w:cstheme="majorHAnsi"/>
          <w:sz w:val="22"/>
          <w:szCs w:val="22"/>
        </w:rPr>
        <w:t xml:space="preserve">Kliknuti na ljubičasti gumb </w:t>
      </w:r>
      <w:r w:rsidRPr="00771F07">
        <w:rPr>
          <w:rFonts w:asciiTheme="majorHAnsi" w:hAnsiTheme="majorHAnsi" w:cstheme="majorHAnsi"/>
          <w:b/>
          <w:bCs/>
          <w:color w:val="D02596"/>
          <w:sz w:val="22"/>
          <w:szCs w:val="22"/>
        </w:rPr>
        <w:t>„Start now“</w:t>
      </w:r>
      <w:r w:rsidRPr="00FA1A32">
        <w:rPr>
          <w:rFonts w:asciiTheme="majorHAnsi" w:hAnsiTheme="majorHAnsi" w:cstheme="majorHAnsi"/>
          <w:sz w:val="22"/>
          <w:szCs w:val="22"/>
        </w:rPr>
        <w:t xml:space="preserve"> i odabrati način igre (</w:t>
      </w:r>
      <w:r w:rsidRPr="00FA1A32">
        <w:rPr>
          <w:rFonts w:asciiTheme="majorHAnsi" w:hAnsiTheme="majorHAnsi" w:cstheme="majorHAnsi"/>
          <w:b/>
          <w:bCs/>
          <w:sz w:val="22"/>
          <w:szCs w:val="22"/>
        </w:rPr>
        <w:t>„Instructor-paced“</w:t>
      </w:r>
      <w:r w:rsidRPr="00FA1A32">
        <w:rPr>
          <w:rFonts w:asciiTheme="majorHAnsi" w:hAnsiTheme="majorHAnsi" w:cstheme="majorHAnsi"/>
          <w:sz w:val="22"/>
          <w:szCs w:val="22"/>
        </w:rPr>
        <w:t xml:space="preserve"> za vođenje korak po korak ili </w:t>
      </w:r>
      <w:r w:rsidRPr="00FA1A32">
        <w:rPr>
          <w:rFonts w:asciiTheme="majorHAnsi" w:hAnsiTheme="majorHAnsi" w:cstheme="majorHAnsi"/>
          <w:b/>
          <w:bCs/>
          <w:sz w:val="22"/>
          <w:szCs w:val="22"/>
        </w:rPr>
        <w:t>„Classic“</w:t>
      </w:r>
      <w:r w:rsidRPr="00FA1A32">
        <w:rPr>
          <w:rFonts w:asciiTheme="majorHAnsi" w:hAnsiTheme="majorHAnsi" w:cstheme="majorHAnsi"/>
          <w:sz w:val="22"/>
          <w:szCs w:val="22"/>
        </w:rPr>
        <w:t xml:space="preserve"> za samostalan tempo učenika).</w:t>
      </w:r>
    </w:p>
    <w:p w14:paraId="75228938" w14:textId="77777777" w:rsidR="00F5510C" w:rsidRPr="00FA1A32" w:rsidRDefault="00F5510C" w:rsidP="00F5510C">
      <w:pPr>
        <w:pStyle w:val="StandardWeb"/>
        <w:numPr>
          <w:ilvl w:val="0"/>
          <w:numId w:val="16"/>
        </w:numPr>
        <w:spacing w:before="0" w:beforeAutospacing="0" w:after="0" w:afterAutospacing="0"/>
        <w:rPr>
          <w:rFonts w:asciiTheme="majorHAnsi" w:hAnsiTheme="majorHAnsi" w:cstheme="majorHAnsi"/>
          <w:sz w:val="22"/>
          <w:szCs w:val="22"/>
        </w:rPr>
      </w:pPr>
      <w:r w:rsidRPr="00FA1A32">
        <w:rPr>
          <w:rFonts w:asciiTheme="majorHAnsi" w:hAnsiTheme="majorHAnsi" w:cstheme="majorHAnsi"/>
          <w:sz w:val="22"/>
          <w:szCs w:val="22"/>
        </w:rPr>
        <w:t xml:space="preserve">Kliknuti </w:t>
      </w:r>
      <w:r w:rsidRPr="00FA1A32">
        <w:rPr>
          <w:rFonts w:asciiTheme="majorHAnsi" w:hAnsiTheme="majorHAnsi" w:cstheme="majorHAnsi"/>
          <w:b/>
          <w:bCs/>
          <w:sz w:val="22"/>
          <w:szCs w:val="22"/>
        </w:rPr>
        <w:t>„Continue“</w:t>
      </w:r>
      <w:r w:rsidRPr="00FA1A32">
        <w:rPr>
          <w:rFonts w:asciiTheme="majorHAnsi" w:hAnsiTheme="majorHAnsi" w:cstheme="majorHAnsi"/>
          <w:sz w:val="22"/>
          <w:szCs w:val="22"/>
        </w:rPr>
        <w:t xml:space="preserve"> – na ekranu/projekciji prikazat će se kod igre (</w:t>
      </w:r>
      <w:r w:rsidRPr="00FA1A32">
        <w:rPr>
          <w:rFonts w:asciiTheme="majorHAnsi" w:hAnsiTheme="majorHAnsi" w:cstheme="majorHAnsi"/>
          <w:b/>
          <w:bCs/>
          <w:sz w:val="22"/>
          <w:szCs w:val="22"/>
        </w:rPr>
        <w:t>Game code</w:t>
      </w:r>
      <w:r w:rsidRPr="00FA1A32">
        <w:rPr>
          <w:rFonts w:asciiTheme="majorHAnsi" w:hAnsiTheme="majorHAnsi" w:cstheme="majorHAnsi"/>
          <w:sz w:val="22"/>
          <w:szCs w:val="22"/>
        </w:rPr>
        <w:t>).</w:t>
      </w:r>
    </w:p>
    <w:p w14:paraId="48F71DB5" w14:textId="77777777" w:rsidR="00F5510C" w:rsidRPr="00FA1A32" w:rsidRDefault="00F5510C" w:rsidP="00F5510C">
      <w:pPr>
        <w:pStyle w:val="StandardWeb"/>
        <w:numPr>
          <w:ilvl w:val="0"/>
          <w:numId w:val="16"/>
        </w:numPr>
        <w:spacing w:before="0" w:beforeAutospacing="0" w:after="0" w:afterAutospacing="0"/>
        <w:rPr>
          <w:rFonts w:asciiTheme="majorHAnsi" w:hAnsiTheme="majorHAnsi" w:cstheme="majorHAnsi"/>
          <w:sz w:val="22"/>
          <w:szCs w:val="22"/>
        </w:rPr>
      </w:pPr>
      <w:r w:rsidRPr="00FA1A32">
        <w:rPr>
          <w:rFonts w:asciiTheme="majorHAnsi" w:hAnsiTheme="majorHAnsi" w:cstheme="majorHAnsi"/>
          <w:b/>
          <w:bCs/>
          <w:sz w:val="22"/>
          <w:szCs w:val="22"/>
        </w:rPr>
        <w:t>Učenici</w:t>
      </w:r>
      <w:r w:rsidRPr="00FA1A32">
        <w:rPr>
          <w:rFonts w:asciiTheme="majorHAnsi" w:hAnsiTheme="majorHAnsi" w:cstheme="majorHAnsi"/>
          <w:sz w:val="22"/>
          <w:szCs w:val="22"/>
        </w:rPr>
        <w:t xml:space="preserve"> na svojim uređajima otvaraju stranicu </w:t>
      </w:r>
      <w:r w:rsidRPr="00FA1A32">
        <w:rPr>
          <w:rFonts w:asciiTheme="majorHAnsi" w:hAnsiTheme="majorHAnsi" w:cstheme="majorHAnsi"/>
          <w:b/>
          <w:bCs/>
          <w:sz w:val="22"/>
          <w:szCs w:val="22"/>
        </w:rPr>
        <w:t>joinmyquiz.com</w:t>
      </w:r>
      <w:r w:rsidRPr="00FA1A32">
        <w:rPr>
          <w:rFonts w:asciiTheme="majorHAnsi" w:hAnsiTheme="majorHAnsi" w:cstheme="majorHAnsi"/>
          <w:sz w:val="22"/>
          <w:szCs w:val="22"/>
        </w:rPr>
        <w:t>, upisuju kod s projekcije i unose svoj nadimak/ime.</w:t>
      </w:r>
    </w:p>
    <w:p w14:paraId="21BD657C" w14:textId="4B3B860A" w:rsidR="006E0389" w:rsidRPr="00A8036C" w:rsidRDefault="00F5510C" w:rsidP="00F5510C">
      <w:pPr>
        <w:spacing w:after="0"/>
        <w:jc w:val="both"/>
        <w:textAlignment w:val="center"/>
        <w:rPr>
          <w:rFonts w:asciiTheme="majorHAnsi" w:hAnsiTheme="majorHAnsi" w:cstheme="majorHAnsi"/>
          <w:b/>
          <w:bCs/>
        </w:rPr>
      </w:pPr>
      <w:r w:rsidRPr="00FA1A32">
        <w:rPr>
          <w:rFonts w:asciiTheme="majorHAnsi" w:hAnsiTheme="majorHAnsi" w:cstheme="majorHAnsi"/>
        </w:rPr>
        <w:t>Igra se može igrati pojedinačno ili u ekipama. Kada se svi učenici prijave, vjeroučitelj pokreće igru.</w:t>
      </w:r>
    </w:p>
    <w:p w14:paraId="5890E591" w14:textId="0C14A6BB" w:rsidR="004F598F" w:rsidRPr="00715A7C" w:rsidRDefault="00C64C0C">
      <w:pPr>
        <w:spacing w:before="100" w:after="40"/>
        <w:rPr>
          <w:color w:val="FF0000"/>
        </w:rPr>
      </w:pPr>
      <w:r w:rsidRPr="00A20801">
        <w:rPr>
          <w:b/>
          <w:color w:val="C96A00"/>
          <w:sz w:val="26"/>
        </w:rPr>
        <w:t xml:space="preserve">Aktivnost </w:t>
      </w:r>
      <w:r w:rsidR="00715A7C" w:rsidRPr="00A20801">
        <w:rPr>
          <w:b/>
          <w:color w:val="C96A00"/>
          <w:sz w:val="26"/>
        </w:rPr>
        <w:t>4</w:t>
      </w:r>
      <w:r w:rsidRPr="00A20801">
        <w:rPr>
          <w:b/>
          <w:color w:val="C96A00"/>
          <w:sz w:val="26"/>
        </w:rPr>
        <w:t>: Karta pojmova cjeline</w:t>
      </w:r>
      <w:r w:rsidRPr="00A20801">
        <w:rPr>
          <w:b/>
          <w:color w:val="808080"/>
          <w:sz w:val="26"/>
        </w:rPr>
        <w:t xml:space="preserve"> </w:t>
      </w:r>
      <w:r w:rsidRPr="00A20801">
        <w:rPr>
          <w:i/>
          <w:color w:val="808080"/>
          <w:sz w:val="20"/>
        </w:rPr>
        <w:t>(individualni rad, 8 minuta)</w:t>
      </w:r>
    </w:p>
    <w:p w14:paraId="49C3D879" w14:textId="77777777" w:rsidR="004F598F" w:rsidRDefault="00C64C0C">
      <w:pPr>
        <w:spacing w:after="0"/>
        <w:jc w:val="both"/>
      </w:pPr>
      <w:r w:rsidRPr="00A20801">
        <w:rPr>
          <w:color w:val="auto"/>
        </w:rPr>
        <w:t>Učenici će u tablicu upisati po dvije ključne riječi uz svaku podtemu. Riječi biraju iz sjećanja, a zatim u paru uspoređuju odgovore i provjeravaju ih na sažetku iz udž</w:t>
      </w:r>
      <w:r>
        <w:t>benika.</w:t>
      </w:r>
    </w:p>
    <w:p w14:paraId="795469E7" w14:textId="77777777" w:rsidR="004F598F" w:rsidRDefault="00C64C0C">
      <w:pPr>
        <w:spacing w:after="0"/>
        <w:jc w:val="both"/>
      </w:pPr>
      <w:r>
        <w:rPr>
          <w:i/>
          <w:color w:val="6B6B6B"/>
          <w:sz w:val="21"/>
        </w:rPr>
        <w:t>Rješenje: KRALJEVSTVO – ljubav, mir; SUVREMENICI – farizeji, pismoznanci; LIJEČI – bolesni, odbačeni; OPRAŠTA – oprost, obraćenje; APOSTOLI – poslanje, svjedoci; UČENIK – molitva, služenje. Mogući su i drugi točni pojmovi.</w:t>
      </w:r>
    </w:p>
    <w:p w14:paraId="53664505" w14:textId="77777777" w:rsidR="00A20801" w:rsidRDefault="00A20801">
      <w:pPr>
        <w:spacing w:before="160" w:after="40"/>
      </w:pPr>
    </w:p>
    <w:p w14:paraId="366FBBDA" w14:textId="6EC9EBC1" w:rsidR="004F598F" w:rsidRDefault="00C64C0C" w:rsidP="0095064A">
      <w:pPr>
        <w:spacing w:after="40"/>
      </w:pPr>
      <w:r>
        <w:t>Radni predložak:</w:t>
      </w:r>
    </w:p>
    <w:tbl>
      <w:tblPr>
        <w:tblW w:w="5000" w:type="pct"/>
        <w:jc w:val="center"/>
        <w:tblLook w:val="04A0" w:firstRow="1" w:lastRow="0" w:firstColumn="1" w:lastColumn="0" w:noHBand="0" w:noVBand="1"/>
      </w:tblPr>
      <w:tblGrid>
        <w:gridCol w:w="3153"/>
        <w:gridCol w:w="3758"/>
        <w:gridCol w:w="3758"/>
      </w:tblGrid>
      <w:tr w:rsidR="004F598F" w14:paraId="6820D96F" w14:textId="77777777" w:rsidTr="00A20801">
        <w:trPr>
          <w:jc w:val="center"/>
        </w:trPr>
        <w:tc>
          <w:tcPr>
            <w:tcW w:w="1478" w:type="pct"/>
            <w:tcBorders>
              <w:top w:val="single" w:sz="5" w:space="0" w:color="A6A6A6"/>
              <w:left w:val="single" w:sz="5" w:space="0" w:color="A6A6A6"/>
              <w:bottom w:val="single" w:sz="5" w:space="0" w:color="A6A6A6"/>
              <w:right w:val="single" w:sz="5" w:space="0" w:color="A6A6A6"/>
            </w:tcBorders>
            <w:shd w:val="clear" w:color="auto" w:fill="0070C0"/>
            <w:vAlign w:val="center"/>
          </w:tcPr>
          <w:p w14:paraId="77867AA0" w14:textId="77777777" w:rsidR="004F598F" w:rsidRPr="0095064A" w:rsidRDefault="00C64C0C">
            <w:pPr>
              <w:spacing w:after="0"/>
              <w:jc w:val="center"/>
              <w:rPr>
                <w:sz w:val="40"/>
                <w:szCs w:val="40"/>
              </w:rPr>
            </w:pPr>
            <w:r w:rsidRPr="0095064A">
              <w:rPr>
                <w:b/>
                <w:color w:val="FFFFFF"/>
                <w:sz w:val="40"/>
                <w:szCs w:val="40"/>
              </w:rPr>
              <w:t>PODTEMA</w:t>
            </w:r>
          </w:p>
        </w:tc>
        <w:tc>
          <w:tcPr>
            <w:tcW w:w="1761" w:type="pct"/>
            <w:tcBorders>
              <w:top w:val="single" w:sz="5" w:space="0" w:color="A6A6A6"/>
              <w:left w:val="single" w:sz="5" w:space="0" w:color="A6A6A6"/>
              <w:bottom w:val="single" w:sz="5" w:space="0" w:color="A6A6A6"/>
              <w:right w:val="single" w:sz="5" w:space="0" w:color="A6A6A6"/>
            </w:tcBorders>
            <w:shd w:val="clear" w:color="auto" w:fill="0070C0"/>
            <w:vAlign w:val="center"/>
          </w:tcPr>
          <w:p w14:paraId="7D1B438F" w14:textId="77777777" w:rsidR="004F598F" w:rsidRPr="0095064A" w:rsidRDefault="00C64C0C">
            <w:pPr>
              <w:spacing w:after="0"/>
              <w:jc w:val="center"/>
              <w:rPr>
                <w:sz w:val="40"/>
                <w:szCs w:val="40"/>
              </w:rPr>
            </w:pPr>
            <w:r w:rsidRPr="0095064A">
              <w:rPr>
                <w:b/>
                <w:color w:val="FFFFFF"/>
                <w:sz w:val="40"/>
                <w:szCs w:val="40"/>
              </w:rPr>
              <w:t>KLJUČNA RIJEČ 1</w:t>
            </w:r>
          </w:p>
        </w:tc>
        <w:tc>
          <w:tcPr>
            <w:tcW w:w="1761" w:type="pct"/>
            <w:tcBorders>
              <w:top w:val="single" w:sz="5" w:space="0" w:color="A6A6A6"/>
              <w:left w:val="single" w:sz="5" w:space="0" w:color="A6A6A6"/>
              <w:bottom w:val="single" w:sz="5" w:space="0" w:color="A6A6A6"/>
              <w:right w:val="single" w:sz="5" w:space="0" w:color="A6A6A6"/>
            </w:tcBorders>
            <w:shd w:val="clear" w:color="auto" w:fill="0070C0"/>
            <w:vAlign w:val="center"/>
          </w:tcPr>
          <w:p w14:paraId="19FBB379" w14:textId="77777777" w:rsidR="004F598F" w:rsidRPr="0095064A" w:rsidRDefault="00C64C0C">
            <w:pPr>
              <w:spacing w:after="0"/>
              <w:jc w:val="center"/>
              <w:rPr>
                <w:sz w:val="40"/>
                <w:szCs w:val="40"/>
              </w:rPr>
            </w:pPr>
            <w:r w:rsidRPr="0095064A">
              <w:rPr>
                <w:b/>
                <w:color w:val="FFFFFF"/>
                <w:sz w:val="40"/>
                <w:szCs w:val="40"/>
              </w:rPr>
              <w:t>KLJUČNA RIJEČ 2</w:t>
            </w:r>
          </w:p>
        </w:tc>
      </w:tr>
      <w:tr w:rsidR="004F598F" w14:paraId="00174790" w14:textId="77777777" w:rsidTr="00A20801">
        <w:trPr>
          <w:jc w:val="center"/>
        </w:trPr>
        <w:tc>
          <w:tcPr>
            <w:tcW w:w="1478" w:type="pct"/>
            <w:tcBorders>
              <w:top w:val="single" w:sz="5" w:space="0" w:color="A6A6A6"/>
              <w:left w:val="single" w:sz="5" w:space="0" w:color="A6A6A6"/>
              <w:bottom w:val="single" w:sz="5" w:space="0" w:color="A6A6A6"/>
              <w:right w:val="single" w:sz="5" w:space="0" w:color="A6A6A6"/>
            </w:tcBorders>
            <w:vAlign w:val="center"/>
          </w:tcPr>
          <w:p w14:paraId="4F42652B" w14:textId="77777777" w:rsidR="004F598F" w:rsidRPr="0095064A" w:rsidRDefault="00C64C0C">
            <w:pPr>
              <w:spacing w:after="0"/>
              <w:rPr>
                <w:sz w:val="40"/>
                <w:szCs w:val="40"/>
              </w:rPr>
            </w:pPr>
            <w:r w:rsidRPr="0095064A">
              <w:rPr>
                <w:sz w:val="40"/>
                <w:szCs w:val="40"/>
              </w:rPr>
              <w:t>KRALJEVSTVO BOŽJE</w:t>
            </w:r>
          </w:p>
        </w:tc>
        <w:tc>
          <w:tcPr>
            <w:tcW w:w="1761" w:type="pct"/>
            <w:tcBorders>
              <w:top w:val="single" w:sz="5" w:space="0" w:color="A6A6A6"/>
              <w:left w:val="single" w:sz="5" w:space="0" w:color="A6A6A6"/>
              <w:bottom w:val="single" w:sz="5" w:space="0" w:color="A6A6A6"/>
              <w:right w:val="single" w:sz="5" w:space="0" w:color="A6A6A6"/>
            </w:tcBorders>
            <w:vAlign w:val="center"/>
          </w:tcPr>
          <w:p w14:paraId="41300766" w14:textId="4837A455" w:rsidR="004F598F" w:rsidRPr="0095064A" w:rsidRDefault="00C64C0C" w:rsidP="00A20801">
            <w:pPr>
              <w:spacing w:after="0"/>
              <w:jc w:val="center"/>
              <w:rPr>
                <w:sz w:val="32"/>
                <w:szCs w:val="32"/>
              </w:rPr>
            </w:pPr>
            <w:r w:rsidRPr="0095064A">
              <w:rPr>
                <w:sz w:val="32"/>
                <w:szCs w:val="32"/>
              </w:rPr>
              <w:t>______</w:t>
            </w:r>
            <w:r w:rsidR="0095064A">
              <w:rPr>
                <w:sz w:val="32"/>
                <w:szCs w:val="32"/>
              </w:rPr>
              <w:t>____</w:t>
            </w:r>
            <w:r w:rsidRPr="0095064A">
              <w:rPr>
                <w:sz w:val="32"/>
                <w:szCs w:val="32"/>
              </w:rPr>
              <w:t>____________</w:t>
            </w:r>
          </w:p>
        </w:tc>
        <w:tc>
          <w:tcPr>
            <w:tcW w:w="1761" w:type="pct"/>
            <w:tcBorders>
              <w:top w:val="single" w:sz="5" w:space="0" w:color="A6A6A6"/>
              <w:left w:val="single" w:sz="5" w:space="0" w:color="A6A6A6"/>
              <w:bottom w:val="single" w:sz="5" w:space="0" w:color="A6A6A6"/>
              <w:right w:val="single" w:sz="5" w:space="0" w:color="A6A6A6"/>
            </w:tcBorders>
            <w:vAlign w:val="center"/>
          </w:tcPr>
          <w:p w14:paraId="6A98B9A8" w14:textId="574D2578" w:rsidR="004F598F" w:rsidRPr="0095064A" w:rsidRDefault="00C64C0C" w:rsidP="00A20801">
            <w:pPr>
              <w:spacing w:after="0"/>
              <w:jc w:val="center"/>
              <w:rPr>
                <w:sz w:val="32"/>
                <w:szCs w:val="32"/>
              </w:rPr>
            </w:pPr>
            <w:r w:rsidRPr="0095064A">
              <w:rPr>
                <w:sz w:val="32"/>
                <w:szCs w:val="32"/>
              </w:rPr>
              <w:t>_____</w:t>
            </w:r>
            <w:r w:rsidR="0095064A">
              <w:rPr>
                <w:sz w:val="32"/>
                <w:szCs w:val="32"/>
              </w:rPr>
              <w:t>____</w:t>
            </w:r>
            <w:r w:rsidRPr="0095064A">
              <w:rPr>
                <w:sz w:val="32"/>
                <w:szCs w:val="32"/>
              </w:rPr>
              <w:t>_____________</w:t>
            </w:r>
          </w:p>
        </w:tc>
      </w:tr>
      <w:tr w:rsidR="0095064A" w14:paraId="6BD206BB" w14:textId="77777777" w:rsidTr="00A20801">
        <w:trPr>
          <w:jc w:val="center"/>
        </w:trPr>
        <w:tc>
          <w:tcPr>
            <w:tcW w:w="1478"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18211783" w14:textId="77777777" w:rsidR="0095064A" w:rsidRPr="0095064A" w:rsidRDefault="0095064A" w:rsidP="0095064A">
            <w:pPr>
              <w:spacing w:after="0"/>
              <w:rPr>
                <w:sz w:val="40"/>
                <w:szCs w:val="40"/>
              </w:rPr>
            </w:pPr>
            <w:r w:rsidRPr="0095064A">
              <w:rPr>
                <w:sz w:val="40"/>
                <w:szCs w:val="40"/>
              </w:rPr>
              <w:lastRenderedPageBreak/>
              <w:t>ISUSOVI SUVREMENICI</w:t>
            </w:r>
          </w:p>
        </w:tc>
        <w:tc>
          <w:tcPr>
            <w:tcW w:w="1761"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488FB8E9" w14:textId="6B6D97DC" w:rsidR="0095064A" w:rsidRPr="0095064A" w:rsidRDefault="0095064A" w:rsidP="0095064A">
            <w:pPr>
              <w:spacing w:after="0"/>
              <w:jc w:val="center"/>
              <w:rPr>
                <w:sz w:val="32"/>
                <w:szCs w:val="32"/>
              </w:rPr>
            </w:pPr>
            <w:r w:rsidRPr="0095064A">
              <w:rPr>
                <w:sz w:val="32"/>
                <w:szCs w:val="32"/>
              </w:rPr>
              <w:t>______</w:t>
            </w:r>
            <w:r>
              <w:rPr>
                <w:sz w:val="32"/>
                <w:szCs w:val="32"/>
              </w:rPr>
              <w:t>____</w:t>
            </w:r>
            <w:r w:rsidRPr="0095064A">
              <w:rPr>
                <w:sz w:val="32"/>
                <w:szCs w:val="32"/>
              </w:rPr>
              <w:t>____________</w:t>
            </w:r>
          </w:p>
        </w:tc>
        <w:tc>
          <w:tcPr>
            <w:tcW w:w="1761"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4CB58C3E" w14:textId="34808DF6" w:rsidR="0095064A" w:rsidRPr="0095064A" w:rsidRDefault="0095064A" w:rsidP="0095064A">
            <w:pPr>
              <w:spacing w:after="0"/>
              <w:jc w:val="center"/>
              <w:rPr>
                <w:sz w:val="32"/>
                <w:szCs w:val="32"/>
              </w:rPr>
            </w:pPr>
            <w:r w:rsidRPr="0095064A">
              <w:rPr>
                <w:sz w:val="32"/>
                <w:szCs w:val="32"/>
              </w:rPr>
              <w:t>_____</w:t>
            </w:r>
            <w:r>
              <w:rPr>
                <w:sz w:val="32"/>
                <w:szCs w:val="32"/>
              </w:rPr>
              <w:t>____</w:t>
            </w:r>
            <w:r w:rsidRPr="0095064A">
              <w:rPr>
                <w:sz w:val="32"/>
                <w:szCs w:val="32"/>
              </w:rPr>
              <w:t>_____________</w:t>
            </w:r>
          </w:p>
        </w:tc>
      </w:tr>
      <w:tr w:rsidR="0095064A" w14:paraId="38BCD1C0" w14:textId="77777777" w:rsidTr="00A20801">
        <w:trPr>
          <w:jc w:val="center"/>
        </w:trPr>
        <w:tc>
          <w:tcPr>
            <w:tcW w:w="1478" w:type="pct"/>
            <w:tcBorders>
              <w:top w:val="single" w:sz="5" w:space="0" w:color="A6A6A6"/>
              <w:left w:val="single" w:sz="5" w:space="0" w:color="A6A6A6"/>
              <w:bottom w:val="single" w:sz="5" w:space="0" w:color="A6A6A6"/>
              <w:right w:val="single" w:sz="5" w:space="0" w:color="A6A6A6"/>
            </w:tcBorders>
            <w:vAlign w:val="center"/>
          </w:tcPr>
          <w:p w14:paraId="73591676" w14:textId="77777777" w:rsidR="0095064A" w:rsidRPr="0095064A" w:rsidRDefault="0095064A" w:rsidP="0095064A">
            <w:pPr>
              <w:spacing w:after="0"/>
              <w:rPr>
                <w:sz w:val="40"/>
                <w:szCs w:val="40"/>
              </w:rPr>
            </w:pPr>
            <w:r w:rsidRPr="0095064A">
              <w:rPr>
                <w:sz w:val="40"/>
                <w:szCs w:val="40"/>
              </w:rPr>
              <w:t>ISUS LIJEČI</w:t>
            </w:r>
          </w:p>
        </w:tc>
        <w:tc>
          <w:tcPr>
            <w:tcW w:w="1761" w:type="pct"/>
            <w:tcBorders>
              <w:top w:val="single" w:sz="5" w:space="0" w:color="A6A6A6"/>
              <w:left w:val="single" w:sz="5" w:space="0" w:color="A6A6A6"/>
              <w:bottom w:val="single" w:sz="5" w:space="0" w:color="A6A6A6"/>
              <w:right w:val="single" w:sz="5" w:space="0" w:color="A6A6A6"/>
            </w:tcBorders>
            <w:vAlign w:val="center"/>
          </w:tcPr>
          <w:p w14:paraId="3BBFA7AD" w14:textId="30619DEB" w:rsidR="0095064A" w:rsidRPr="0095064A" w:rsidRDefault="0095064A" w:rsidP="0095064A">
            <w:pPr>
              <w:spacing w:after="0"/>
              <w:jc w:val="center"/>
              <w:rPr>
                <w:sz w:val="32"/>
                <w:szCs w:val="32"/>
              </w:rPr>
            </w:pPr>
            <w:r w:rsidRPr="0095064A">
              <w:rPr>
                <w:sz w:val="32"/>
                <w:szCs w:val="32"/>
              </w:rPr>
              <w:t>______</w:t>
            </w:r>
            <w:r>
              <w:rPr>
                <w:sz w:val="32"/>
                <w:szCs w:val="32"/>
              </w:rPr>
              <w:t>____</w:t>
            </w:r>
            <w:r w:rsidRPr="0095064A">
              <w:rPr>
                <w:sz w:val="32"/>
                <w:szCs w:val="32"/>
              </w:rPr>
              <w:t>____________</w:t>
            </w:r>
          </w:p>
        </w:tc>
        <w:tc>
          <w:tcPr>
            <w:tcW w:w="1761" w:type="pct"/>
            <w:tcBorders>
              <w:top w:val="single" w:sz="5" w:space="0" w:color="A6A6A6"/>
              <w:left w:val="single" w:sz="5" w:space="0" w:color="A6A6A6"/>
              <w:bottom w:val="single" w:sz="5" w:space="0" w:color="A6A6A6"/>
              <w:right w:val="single" w:sz="5" w:space="0" w:color="A6A6A6"/>
            </w:tcBorders>
            <w:vAlign w:val="center"/>
          </w:tcPr>
          <w:p w14:paraId="42906699" w14:textId="4F4DB366" w:rsidR="0095064A" w:rsidRPr="0095064A" w:rsidRDefault="0095064A" w:rsidP="0095064A">
            <w:pPr>
              <w:spacing w:after="0"/>
              <w:jc w:val="center"/>
              <w:rPr>
                <w:sz w:val="32"/>
                <w:szCs w:val="32"/>
              </w:rPr>
            </w:pPr>
            <w:r w:rsidRPr="0095064A">
              <w:rPr>
                <w:sz w:val="32"/>
                <w:szCs w:val="32"/>
              </w:rPr>
              <w:t>_____</w:t>
            </w:r>
            <w:r>
              <w:rPr>
                <w:sz w:val="32"/>
                <w:szCs w:val="32"/>
              </w:rPr>
              <w:t>____</w:t>
            </w:r>
            <w:r w:rsidRPr="0095064A">
              <w:rPr>
                <w:sz w:val="32"/>
                <w:szCs w:val="32"/>
              </w:rPr>
              <w:t>_____________</w:t>
            </w:r>
          </w:p>
        </w:tc>
      </w:tr>
      <w:tr w:rsidR="0095064A" w14:paraId="2B13C6CA" w14:textId="77777777" w:rsidTr="00A20801">
        <w:trPr>
          <w:jc w:val="center"/>
        </w:trPr>
        <w:tc>
          <w:tcPr>
            <w:tcW w:w="1478"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3EC7883E" w14:textId="77777777" w:rsidR="0095064A" w:rsidRPr="0095064A" w:rsidRDefault="0095064A" w:rsidP="0095064A">
            <w:pPr>
              <w:spacing w:after="0"/>
              <w:rPr>
                <w:sz w:val="40"/>
                <w:szCs w:val="40"/>
              </w:rPr>
            </w:pPr>
            <w:r w:rsidRPr="0095064A">
              <w:rPr>
                <w:sz w:val="40"/>
                <w:szCs w:val="40"/>
              </w:rPr>
              <w:t>ISUS OPRAŠTA</w:t>
            </w:r>
          </w:p>
        </w:tc>
        <w:tc>
          <w:tcPr>
            <w:tcW w:w="1761"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07C29608" w14:textId="521D0B06" w:rsidR="0095064A" w:rsidRPr="0095064A" w:rsidRDefault="0095064A" w:rsidP="0095064A">
            <w:pPr>
              <w:spacing w:after="0"/>
              <w:jc w:val="center"/>
              <w:rPr>
                <w:sz w:val="32"/>
                <w:szCs w:val="32"/>
              </w:rPr>
            </w:pPr>
            <w:r w:rsidRPr="0095064A">
              <w:rPr>
                <w:sz w:val="32"/>
                <w:szCs w:val="32"/>
              </w:rPr>
              <w:t>______</w:t>
            </w:r>
            <w:r>
              <w:rPr>
                <w:sz w:val="32"/>
                <w:szCs w:val="32"/>
              </w:rPr>
              <w:t>____</w:t>
            </w:r>
            <w:r w:rsidRPr="0095064A">
              <w:rPr>
                <w:sz w:val="32"/>
                <w:szCs w:val="32"/>
              </w:rPr>
              <w:t>____________</w:t>
            </w:r>
          </w:p>
        </w:tc>
        <w:tc>
          <w:tcPr>
            <w:tcW w:w="1761"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4F026CC6" w14:textId="18ACB22A" w:rsidR="0095064A" w:rsidRPr="0095064A" w:rsidRDefault="0095064A" w:rsidP="0095064A">
            <w:pPr>
              <w:spacing w:after="0"/>
              <w:jc w:val="center"/>
              <w:rPr>
                <w:sz w:val="32"/>
                <w:szCs w:val="32"/>
              </w:rPr>
            </w:pPr>
            <w:r w:rsidRPr="0095064A">
              <w:rPr>
                <w:sz w:val="32"/>
                <w:szCs w:val="32"/>
              </w:rPr>
              <w:t>_____</w:t>
            </w:r>
            <w:r>
              <w:rPr>
                <w:sz w:val="32"/>
                <w:szCs w:val="32"/>
              </w:rPr>
              <w:t>____</w:t>
            </w:r>
            <w:r w:rsidRPr="0095064A">
              <w:rPr>
                <w:sz w:val="32"/>
                <w:szCs w:val="32"/>
              </w:rPr>
              <w:t>_____________</w:t>
            </w:r>
          </w:p>
        </w:tc>
      </w:tr>
      <w:tr w:rsidR="0095064A" w14:paraId="0DA42142" w14:textId="77777777" w:rsidTr="00A20801">
        <w:trPr>
          <w:jc w:val="center"/>
        </w:trPr>
        <w:tc>
          <w:tcPr>
            <w:tcW w:w="1478" w:type="pct"/>
            <w:tcBorders>
              <w:top w:val="single" w:sz="5" w:space="0" w:color="A6A6A6"/>
              <w:left w:val="single" w:sz="5" w:space="0" w:color="A6A6A6"/>
              <w:bottom w:val="single" w:sz="5" w:space="0" w:color="A6A6A6"/>
              <w:right w:val="single" w:sz="5" w:space="0" w:color="A6A6A6"/>
            </w:tcBorders>
            <w:vAlign w:val="center"/>
          </w:tcPr>
          <w:p w14:paraId="30BE0B93" w14:textId="77777777" w:rsidR="0095064A" w:rsidRPr="0095064A" w:rsidRDefault="0095064A" w:rsidP="0095064A">
            <w:pPr>
              <w:spacing w:after="0"/>
              <w:rPr>
                <w:sz w:val="40"/>
                <w:szCs w:val="40"/>
              </w:rPr>
            </w:pPr>
            <w:r w:rsidRPr="0095064A">
              <w:rPr>
                <w:sz w:val="40"/>
                <w:szCs w:val="40"/>
              </w:rPr>
              <w:t>APOSTOLI</w:t>
            </w:r>
          </w:p>
        </w:tc>
        <w:tc>
          <w:tcPr>
            <w:tcW w:w="1761" w:type="pct"/>
            <w:tcBorders>
              <w:top w:val="single" w:sz="5" w:space="0" w:color="A6A6A6"/>
              <w:left w:val="single" w:sz="5" w:space="0" w:color="A6A6A6"/>
              <w:bottom w:val="single" w:sz="5" w:space="0" w:color="A6A6A6"/>
              <w:right w:val="single" w:sz="5" w:space="0" w:color="A6A6A6"/>
            </w:tcBorders>
            <w:vAlign w:val="center"/>
          </w:tcPr>
          <w:p w14:paraId="05CED83A" w14:textId="70158258" w:rsidR="0095064A" w:rsidRPr="0095064A" w:rsidRDefault="0095064A" w:rsidP="0095064A">
            <w:pPr>
              <w:spacing w:after="0"/>
              <w:jc w:val="center"/>
              <w:rPr>
                <w:sz w:val="32"/>
                <w:szCs w:val="32"/>
              </w:rPr>
            </w:pPr>
            <w:r w:rsidRPr="0095064A">
              <w:rPr>
                <w:sz w:val="32"/>
                <w:szCs w:val="32"/>
              </w:rPr>
              <w:t>______</w:t>
            </w:r>
            <w:r>
              <w:rPr>
                <w:sz w:val="32"/>
                <w:szCs w:val="32"/>
              </w:rPr>
              <w:t>____</w:t>
            </w:r>
            <w:r w:rsidRPr="0095064A">
              <w:rPr>
                <w:sz w:val="32"/>
                <w:szCs w:val="32"/>
              </w:rPr>
              <w:t>____________</w:t>
            </w:r>
          </w:p>
        </w:tc>
        <w:tc>
          <w:tcPr>
            <w:tcW w:w="1761" w:type="pct"/>
            <w:tcBorders>
              <w:top w:val="single" w:sz="5" w:space="0" w:color="A6A6A6"/>
              <w:left w:val="single" w:sz="5" w:space="0" w:color="A6A6A6"/>
              <w:bottom w:val="single" w:sz="5" w:space="0" w:color="A6A6A6"/>
              <w:right w:val="single" w:sz="5" w:space="0" w:color="A6A6A6"/>
            </w:tcBorders>
            <w:vAlign w:val="center"/>
          </w:tcPr>
          <w:p w14:paraId="6B49EA08" w14:textId="36772D06" w:rsidR="0095064A" w:rsidRPr="0095064A" w:rsidRDefault="0095064A" w:rsidP="0095064A">
            <w:pPr>
              <w:spacing w:after="0"/>
              <w:jc w:val="center"/>
              <w:rPr>
                <w:sz w:val="32"/>
                <w:szCs w:val="32"/>
              </w:rPr>
            </w:pPr>
            <w:r w:rsidRPr="0095064A">
              <w:rPr>
                <w:sz w:val="32"/>
                <w:szCs w:val="32"/>
              </w:rPr>
              <w:t>_____</w:t>
            </w:r>
            <w:r>
              <w:rPr>
                <w:sz w:val="32"/>
                <w:szCs w:val="32"/>
              </w:rPr>
              <w:t>____</w:t>
            </w:r>
            <w:r w:rsidRPr="0095064A">
              <w:rPr>
                <w:sz w:val="32"/>
                <w:szCs w:val="32"/>
              </w:rPr>
              <w:t>_____________</w:t>
            </w:r>
          </w:p>
        </w:tc>
      </w:tr>
      <w:tr w:rsidR="0095064A" w14:paraId="50615DEB" w14:textId="77777777" w:rsidTr="00A20801">
        <w:trPr>
          <w:jc w:val="center"/>
        </w:trPr>
        <w:tc>
          <w:tcPr>
            <w:tcW w:w="1478"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6C9C8743" w14:textId="77777777" w:rsidR="0095064A" w:rsidRPr="0095064A" w:rsidRDefault="0095064A" w:rsidP="0095064A">
            <w:pPr>
              <w:spacing w:after="0"/>
              <w:rPr>
                <w:sz w:val="40"/>
                <w:szCs w:val="40"/>
              </w:rPr>
            </w:pPr>
            <w:r w:rsidRPr="0095064A">
              <w:rPr>
                <w:sz w:val="40"/>
                <w:szCs w:val="40"/>
              </w:rPr>
              <w:t>I JA SAM ISUSOV UČENIK</w:t>
            </w:r>
          </w:p>
        </w:tc>
        <w:tc>
          <w:tcPr>
            <w:tcW w:w="1761"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4BFE0E93" w14:textId="4DBEF652" w:rsidR="0095064A" w:rsidRPr="0095064A" w:rsidRDefault="0095064A" w:rsidP="0095064A">
            <w:pPr>
              <w:spacing w:after="0"/>
              <w:jc w:val="center"/>
              <w:rPr>
                <w:sz w:val="32"/>
                <w:szCs w:val="32"/>
              </w:rPr>
            </w:pPr>
            <w:r w:rsidRPr="0095064A">
              <w:rPr>
                <w:sz w:val="32"/>
                <w:szCs w:val="32"/>
              </w:rPr>
              <w:t>______</w:t>
            </w:r>
            <w:r>
              <w:rPr>
                <w:sz w:val="32"/>
                <w:szCs w:val="32"/>
              </w:rPr>
              <w:t>____</w:t>
            </w:r>
            <w:r w:rsidRPr="0095064A">
              <w:rPr>
                <w:sz w:val="32"/>
                <w:szCs w:val="32"/>
              </w:rPr>
              <w:t>____________</w:t>
            </w:r>
          </w:p>
        </w:tc>
        <w:tc>
          <w:tcPr>
            <w:tcW w:w="1761"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6C81F358" w14:textId="423ECA0B" w:rsidR="0095064A" w:rsidRPr="0095064A" w:rsidRDefault="0095064A" w:rsidP="0095064A">
            <w:pPr>
              <w:spacing w:after="0"/>
              <w:jc w:val="center"/>
              <w:rPr>
                <w:sz w:val="32"/>
                <w:szCs w:val="32"/>
              </w:rPr>
            </w:pPr>
            <w:r w:rsidRPr="0095064A">
              <w:rPr>
                <w:sz w:val="32"/>
                <w:szCs w:val="32"/>
              </w:rPr>
              <w:t>_____</w:t>
            </w:r>
            <w:r>
              <w:rPr>
                <w:sz w:val="32"/>
                <w:szCs w:val="32"/>
              </w:rPr>
              <w:t>____</w:t>
            </w:r>
            <w:r w:rsidRPr="0095064A">
              <w:rPr>
                <w:sz w:val="32"/>
                <w:szCs w:val="32"/>
              </w:rPr>
              <w:t>_____________</w:t>
            </w:r>
          </w:p>
        </w:tc>
      </w:tr>
    </w:tbl>
    <w:p w14:paraId="5D508194" w14:textId="77777777" w:rsidR="004F598F" w:rsidRDefault="004F598F">
      <w:pPr>
        <w:spacing w:after="40"/>
      </w:pPr>
    </w:p>
    <w:p w14:paraId="7487F948" w14:textId="39B4C3C4" w:rsidR="004F598F" w:rsidRDefault="00C64C0C">
      <w:pPr>
        <w:spacing w:before="100" w:after="40"/>
      </w:pPr>
      <w:r>
        <w:rPr>
          <w:b/>
          <w:color w:val="C96A00"/>
          <w:sz w:val="26"/>
        </w:rPr>
        <w:t xml:space="preserve">Aktivnost </w:t>
      </w:r>
      <w:r w:rsidR="00715A7C">
        <w:rPr>
          <w:b/>
          <w:color w:val="C96A00"/>
          <w:sz w:val="26"/>
        </w:rPr>
        <w:t>5</w:t>
      </w:r>
      <w:r>
        <w:rPr>
          <w:b/>
          <w:color w:val="C96A00"/>
          <w:sz w:val="26"/>
        </w:rPr>
        <w:t xml:space="preserve">: Tko su Isusovi suvremenici? </w:t>
      </w:r>
      <w:r>
        <w:rPr>
          <w:i/>
          <w:color w:val="6B6B6B"/>
          <w:sz w:val="20"/>
        </w:rPr>
        <w:t>(rad u paru, 7 minuta)</w:t>
      </w:r>
    </w:p>
    <w:p w14:paraId="1F733C4A" w14:textId="77777777" w:rsidR="004F598F" w:rsidRDefault="00C64C0C">
      <w:pPr>
        <w:spacing w:after="0"/>
        <w:jc w:val="both"/>
      </w:pPr>
      <w:r>
        <w:t>Parovi će povezati četiri skupine s odgovarajućim opisom. Nakon povezivanja svaki par odabire jednu skupinu i objašnjava zašto poznavanje Isusovih suvremenika pomaže razumjeti njegovo djelovanje.</w:t>
      </w:r>
    </w:p>
    <w:p w14:paraId="22DCA38C" w14:textId="77777777" w:rsidR="004F598F" w:rsidRDefault="00C64C0C">
      <w:pPr>
        <w:spacing w:after="0"/>
        <w:jc w:val="both"/>
      </w:pPr>
      <w:r>
        <w:rPr>
          <w:i/>
          <w:color w:val="6B6B6B"/>
          <w:sz w:val="21"/>
        </w:rPr>
        <w:t>Rješenje: SVEĆENICI I LEVITI – povezani s hramskom službom; FARIZEJI – vjerska skupina koja je naglašavala vjernost Zakonu i predaji; ZELOTI – politički pokret otpora rimskoj vlasti; PISMOZNANCI – poznavatelji i tumači Zakona.</w:t>
      </w:r>
    </w:p>
    <w:p w14:paraId="6E179D86" w14:textId="77777777" w:rsidR="00A20801" w:rsidRDefault="00A20801">
      <w:pPr>
        <w:spacing w:before="160" w:after="40"/>
      </w:pPr>
    </w:p>
    <w:p w14:paraId="057B0256" w14:textId="1572BF0A" w:rsidR="004F598F" w:rsidRDefault="00C64C0C" w:rsidP="0095064A">
      <w:pPr>
        <w:spacing w:after="40"/>
      </w:pPr>
      <w:r>
        <w:t>Radni predložak:</w:t>
      </w:r>
    </w:p>
    <w:tbl>
      <w:tblPr>
        <w:tblW w:w="0" w:type="auto"/>
        <w:jc w:val="center"/>
        <w:tblLook w:val="04A0" w:firstRow="1" w:lastRow="0" w:firstColumn="1" w:lastColumn="0" w:noHBand="0" w:noVBand="1"/>
      </w:tblPr>
      <w:tblGrid>
        <w:gridCol w:w="2948"/>
        <w:gridCol w:w="7229"/>
      </w:tblGrid>
      <w:tr w:rsidR="004F598F" w14:paraId="7EFE24BF" w14:textId="77777777">
        <w:trPr>
          <w:jc w:val="center"/>
        </w:trPr>
        <w:tc>
          <w:tcPr>
            <w:tcW w:w="2948"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5B1553DD" w14:textId="77777777" w:rsidR="004F598F" w:rsidRPr="0095064A" w:rsidRDefault="00C64C0C">
            <w:pPr>
              <w:spacing w:after="0"/>
              <w:jc w:val="center"/>
              <w:rPr>
                <w:sz w:val="40"/>
                <w:szCs w:val="40"/>
              </w:rPr>
            </w:pPr>
            <w:r w:rsidRPr="0095064A">
              <w:rPr>
                <w:b/>
                <w:color w:val="FFFFFF"/>
                <w:sz w:val="40"/>
                <w:szCs w:val="40"/>
              </w:rPr>
              <w:t>SKUPINA</w:t>
            </w:r>
          </w:p>
        </w:tc>
        <w:tc>
          <w:tcPr>
            <w:tcW w:w="5783"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5C3F2F15" w14:textId="77777777" w:rsidR="004F598F" w:rsidRPr="0095064A" w:rsidRDefault="00C64C0C">
            <w:pPr>
              <w:spacing w:after="0"/>
              <w:jc w:val="center"/>
              <w:rPr>
                <w:sz w:val="40"/>
                <w:szCs w:val="40"/>
              </w:rPr>
            </w:pPr>
            <w:r w:rsidRPr="0095064A">
              <w:rPr>
                <w:b/>
                <w:color w:val="FFFFFF"/>
                <w:sz w:val="40"/>
                <w:szCs w:val="40"/>
              </w:rPr>
              <w:t>OPIS</w:t>
            </w:r>
          </w:p>
        </w:tc>
      </w:tr>
      <w:tr w:rsidR="004F598F" w14:paraId="4D3B893C" w14:textId="77777777">
        <w:trPr>
          <w:jc w:val="center"/>
        </w:trPr>
        <w:tc>
          <w:tcPr>
            <w:tcW w:w="2948" w:type="dxa"/>
            <w:tcBorders>
              <w:top w:val="single" w:sz="5" w:space="0" w:color="A6A6A6"/>
              <w:left w:val="single" w:sz="5" w:space="0" w:color="A6A6A6"/>
              <w:bottom w:val="single" w:sz="5" w:space="0" w:color="A6A6A6"/>
              <w:right w:val="single" w:sz="5" w:space="0" w:color="A6A6A6"/>
            </w:tcBorders>
            <w:vAlign w:val="center"/>
          </w:tcPr>
          <w:p w14:paraId="76D4B7B5" w14:textId="77777777" w:rsidR="004F598F" w:rsidRPr="0095064A" w:rsidRDefault="00C64C0C">
            <w:pPr>
              <w:spacing w:after="0"/>
              <w:rPr>
                <w:sz w:val="40"/>
                <w:szCs w:val="40"/>
              </w:rPr>
            </w:pPr>
            <w:r w:rsidRPr="0095064A">
              <w:rPr>
                <w:sz w:val="40"/>
                <w:szCs w:val="40"/>
              </w:rPr>
              <w:t>SVEĆENICI I LEVITI</w:t>
            </w:r>
          </w:p>
        </w:tc>
        <w:tc>
          <w:tcPr>
            <w:tcW w:w="5783" w:type="dxa"/>
            <w:tcBorders>
              <w:top w:val="single" w:sz="5" w:space="0" w:color="A6A6A6"/>
              <w:left w:val="single" w:sz="5" w:space="0" w:color="A6A6A6"/>
              <w:bottom w:val="single" w:sz="5" w:space="0" w:color="A6A6A6"/>
              <w:right w:val="single" w:sz="5" w:space="0" w:color="A6A6A6"/>
            </w:tcBorders>
            <w:vAlign w:val="center"/>
          </w:tcPr>
          <w:p w14:paraId="59989290" w14:textId="77777777" w:rsidR="004F598F" w:rsidRPr="0095064A" w:rsidRDefault="00C64C0C">
            <w:pPr>
              <w:spacing w:after="0"/>
              <w:rPr>
                <w:sz w:val="32"/>
                <w:szCs w:val="32"/>
              </w:rPr>
            </w:pPr>
            <w:r w:rsidRPr="0095064A">
              <w:rPr>
                <w:sz w:val="32"/>
                <w:szCs w:val="32"/>
              </w:rPr>
              <w:t>____________________________________________</w:t>
            </w:r>
          </w:p>
        </w:tc>
      </w:tr>
      <w:tr w:rsidR="004F598F" w14:paraId="1A517A99" w14:textId="77777777">
        <w:trPr>
          <w:jc w:val="center"/>
        </w:trPr>
        <w:tc>
          <w:tcPr>
            <w:tcW w:w="2948"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000CA45C" w14:textId="77777777" w:rsidR="004F598F" w:rsidRPr="0095064A" w:rsidRDefault="00C64C0C">
            <w:pPr>
              <w:spacing w:after="0"/>
              <w:rPr>
                <w:sz w:val="40"/>
                <w:szCs w:val="40"/>
              </w:rPr>
            </w:pPr>
            <w:r w:rsidRPr="0095064A">
              <w:rPr>
                <w:sz w:val="40"/>
                <w:szCs w:val="40"/>
              </w:rPr>
              <w:t>FARIZEJI</w:t>
            </w:r>
          </w:p>
        </w:tc>
        <w:tc>
          <w:tcPr>
            <w:tcW w:w="5783"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0009FD92" w14:textId="77777777" w:rsidR="004F598F" w:rsidRPr="0095064A" w:rsidRDefault="00C64C0C">
            <w:pPr>
              <w:spacing w:after="0"/>
              <w:rPr>
                <w:sz w:val="32"/>
                <w:szCs w:val="32"/>
              </w:rPr>
            </w:pPr>
            <w:r w:rsidRPr="0095064A">
              <w:rPr>
                <w:sz w:val="32"/>
                <w:szCs w:val="32"/>
              </w:rPr>
              <w:t>____________________________________________</w:t>
            </w:r>
          </w:p>
        </w:tc>
      </w:tr>
      <w:tr w:rsidR="004F598F" w14:paraId="27FB314D" w14:textId="77777777">
        <w:trPr>
          <w:jc w:val="center"/>
        </w:trPr>
        <w:tc>
          <w:tcPr>
            <w:tcW w:w="2948" w:type="dxa"/>
            <w:tcBorders>
              <w:top w:val="single" w:sz="5" w:space="0" w:color="A6A6A6"/>
              <w:left w:val="single" w:sz="5" w:space="0" w:color="A6A6A6"/>
              <w:bottom w:val="single" w:sz="5" w:space="0" w:color="A6A6A6"/>
              <w:right w:val="single" w:sz="5" w:space="0" w:color="A6A6A6"/>
            </w:tcBorders>
            <w:vAlign w:val="center"/>
          </w:tcPr>
          <w:p w14:paraId="42D8F553" w14:textId="77777777" w:rsidR="004F598F" w:rsidRPr="0095064A" w:rsidRDefault="00C64C0C">
            <w:pPr>
              <w:spacing w:after="0"/>
              <w:rPr>
                <w:sz w:val="40"/>
                <w:szCs w:val="40"/>
              </w:rPr>
            </w:pPr>
            <w:r w:rsidRPr="0095064A">
              <w:rPr>
                <w:sz w:val="40"/>
                <w:szCs w:val="40"/>
              </w:rPr>
              <w:t>ZELOTI</w:t>
            </w:r>
          </w:p>
        </w:tc>
        <w:tc>
          <w:tcPr>
            <w:tcW w:w="5783" w:type="dxa"/>
            <w:tcBorders>
              <w:top w:val="single" w:sz="5" w:space="0" w:color="A6A6A6"/>
              <w:left w:val="single" w:sz="5" w:space="0" w:color="A6A6A6"/>
              <w:bottom w:val="single" w:sz="5" w:space="0" w:color="A6A6A6"/>
              <w:right w:val="single" w:sz="5" w:space="0" w:color="A6A6A6"/>
            </w:tcBorders>
            <w:vAlign w:val="center"/>
          </w:tcPr>
          <w:p w14:paraId="184847E7" w14:textId="77777777" w:rsidR="004F598F" w:rsidRPr="0095064A" w:rsidRDefault="00C64C0C">
            <w:pPr>
              <w:spacing w:after="0"/>
              <w:rPr>
                <w:sz w:val="32"/>
                <w:szCs w:val="32"/>
              </w:rPr>
            </w:pPr>
            <w:r w:rsidRPr="0095064A">
              <w:rPr>
                <w:sz w:val="32"/>
                <w:szCs w:val="32"/>
              </w:rPr>
              <w:t>____________________________________________</w:t>
            </w:r>
          </w:p>
        </w:tc>
      </w:tr>
      <w:tr w:rsidR="004F598F" w14:paraId="07AE1A26" w14:textId="77777777">
        <w:trPr>
          <w:jc w:val="center"/>
        </w:trPr>
        <w:tc>
          <w:tcPr>
            <w:tcW w:w="2948"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6A9F1C47" w14:textId="77777777" w:rsidR="004F598F" w:rsidRPr="0095064A" w:rsidRDefault="00C64C0C">
            <w:pPr>
              <w:spacing w:after="0"/>
              <w:rPr>
                <w:sz w:val="40"/>
                <w:szCs w:val="40"/>
              </w:rPr>
            </w:pPr>
            <w:r w:rsidRPr="0095064A">
              <w:rPr>
                <w:sz w:val="40"/>
                <w:szCs w:val="40"/>
              </w:rPr>
              <w:t>PISMOZNANCI</w:t>
            </w:r>
          </w:p>
        </w:tc>
        <w:tc>
          <w:tcPr>
            <w:tcW w:w="5783"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750CD0AB" w14:textId="77777777" w:rsidR="004F598F" w:rsidRPr="0095064A" w:rsidRDefault="00C64C0C">
            <w:pPr>
              <w:spacing w:after="0"/>
              <w:rPr>
                <w:sz w:val="32"/>
                <w:szCs w:val="32"/>
              </w:rPr>
            </w:pPr>
            <w:r w:rsidRPr="0095064A">
              <w:rPr>
                <w:sz w:val="32"/>
                <w:szCs w:val="32"/>
              </w:rPr>
              <w:t>____________________________________________</w:t>
            </w:r>
          </w:p>
        </w:tc>
      </w:tr>
    </w:tbl>
    <w:p w14:paraId="3D2DD82E" w14:textId="7F01392E" w:rsidR="004F598F" w:rsidRDefault="00C64C0C">
      <w:pPr>
        <w:spacing w:before="100" w:after="40"/>
      </w:pPr>
      <w:r>
        <w:rPr>
          <w:b/>
          <w:color w:val="C96A00"/>
          <w:sz w:val="26"/>
        </w:rPr>
        <w:t xml:space="preserve">Aktivnost </w:t>
      </w:r>
      <w:r w:rsidR="00715A7C">
        <w:rPr>
          <w:b/>
          <w:color w:val="C96A00"/>
          <w:sz w:val="26"/>
        </w:rPr>
        <w:t>6</w:t>
      </w:r>
      <w:r>
        <w:rPr>
          <w:b/>
          <w:color w:val="C96A00"/>
          <w:sz w:val="26"/>
        </w:rPr>
        <w:t xml:space="preserve">: Kraljevstvo Božje – prepoznaj vrednotu </w:t>
      </w:r>
      <w:r>
        <w:rPr>
          <w:i/>
          <w:color w:val="6B6B6B"/>
          <w:sz w:val="20"/>
        </w:rPr>
        <w:t>(individualni rad, 7 minuta)</w:t>
      </w:r>
    </w:p>
    <w:p w14:paraId="22CB3547" w14:textId="77777777" w:rsidR="004F598F" w:rsidRDefault="00C64C0C">
      <w:pPr>
        <w:spacing w:after="0"/>
        <w:jc w:val="both"/>
      </w:pPr>
      <w:r>
        <w:t>Učenici će uz svaku sigurnu životnu situaciju zapisati jednu vrednotu kraljevstva Božjega i jedan primjeren postupak.</w:t>
      </w:r>
    </w:p>
    <w:p w14:paraId="68C7B317" w14:textId="77777777" w:rsidR="004F598F" w:rsidRDefault="00C64C0C">
      <w:pPr>
        <w:spacing w:after="0"/>
        <w:jc w:val="both"/>
      </w:pPr>
      <w:r>
        <w:rPr>
          <w:i/>
          <w:color w:val="6B6B6B"/>
          <w:sz w:val="21"/>
        </w:rPr>
        <w:t>Rješenje: netko je sam – ljubav / uključiti ga; svađa – mir / razgovarati bez vrijeđanja; nepoštena podjela – pravednost / podijeliti pošteno; bolesna osoba – suosjećanje / ponuditi pomoć; pogreška prijatelja – milosrđe / ne ponižavati i dati priliku za ispravak.</w:t>
      </w:r>
    </w:p>
    <w:p w14:paraId="604B081B" w14:textId="77777777" w:rsidR="00A20801" w:rsidRDefault="00A20801">
      <w:pPr>
        <w:spacing w:before="160" w:after="40"/>
      </w:pPr>
    </w:p>
    <w:p w14:paraId="502E7270" w14:textId="1B03150B" w:rsidR="004F598F" w:rsidRDefault="00C64C0C" w:rsidP="0095064A">
      <w:pPr>
        <w:spacing w:after="40"/>
      </w:pPr>
      <w:r>
        <w:t>Radni predložak:</w:t>
      </w:r>
    </w:p>
    <w:tbl>
      <w:tblPr>
        <w:tblW w:w="5000" w:type="pct"/>
        <w:jc w:val="center"/>
        <w:tblLook w:val="04A0" w:firstRow="1" w:lastRow="0" w:firstColumn="1" w:lastColumn="0" w:noHBand="0" w:noVBand="1"/>
      </w:tblPr>
      <w:tblGrid>
        <w:gridCol w:w="2501"/>
        <w:gridCol w:w="2797"/>
        <w:gridCol w:w="5371"/>
      </w:tblGrid>
      <w:tr w:rsidR="004F598F" w14:paraId="34DE2964" w14:textId="77777777" w:rsidTr="00715A7C">
        <w:trPr>
          <w:jc w:val="center"/>
        </w:trPr>
        <w:tc>
          <w:tcPr>
            <w:tcW w:w="1172" w:type="pct"/>
            <w:tcBorders>
              <w:top w:val="single" w:sz="5" w:space="0" w:color="A6A6A6"/>
              <w:left w:val="single" w:sz="5" w:space="0" w:color="A6A6A6"/>
              <w:bottom w:val="single" w:sz="5" w:space="0" w:color="A6A6A6"/>
              <w:right w:val="single" w:sz="5" w:space="0" w:color="A6A6A6"/>
            </w:tcBorders>
            <w:shd w:val="clear" w:color="auto" w:fill="0070C0"/>
            <w:vAlign w:val="center"/>
          </w:tcPr>
          <w:p w14:paraId="20E920E9" w14:textId="77777777" w:rsidR="004F598F" w:rsidRPr="0095064A" w:rsidRDefault="00C64C0C">
            <w:pPr>
              <w:spacing w:after="0"/>
              <w:jc w:val="center"/>
              <w:rPr>
                <w:sz w:val="40"/>
                <w:szCs w:val="40"/>
              </w:rPr>
            </w:pPr>
            <w:r w:rsidRPr="0095064A">
              <w:rPr>
                <w:b/>
                <w:color w:val="FFFFFF"/>
                <w:sz w:val="40"/>
                <w:szCs w:val="40"/>
              </w:rPr>
              <w:t>SITUACIJA</w:t>
            </w:r>
          </w:p>
        </w:tc>
        <w:tc>
          <w:tcPr>
            <w:tcW w:w="1311" w:type="pct"/>
            <w:tcBorders>
              <w:top w:val="single" w:sz="5" w:space="0" w:color="A6A6A6"/>
              <w:left w:val="single" w:sz="5" w:space="0" w:color="A6A6A6"/>
              <w:bottom w:val="single" w:sz="5" w:space="0" w:color="A6A6A6"/>
              <w:right w:val="single" w:sz="5" w:space="0" w:color="A6A6A6"/>
            </w:tcBorders>
            <w:shd w:val="clear" w:color="auto" w:fill="0070C0"/>
            <w:vAlign w:val="center"/>
          </w:tcPr>
          <w:p w14:paraId="2AA0458A" w14:textId="77777777" w:rsidR="004F598F" w:rsidRPr="0095064A" w:rsidRDefault="00C64C0C">
            <w:pPr>
              <w:spacing w:after="0"/>
              <w:jc w:val="center"/>
              <w:rPr>
                <w:sz w:val="40"/>
                <w:szCs w:val="40"/>
              </w:rPr>
            </w:pPr>
            <w:r w:rsidRPr="0095064A">
              <w:rPr>
                <w:b/>
                <w:color w:val="FFFFFF"/>
                <w:sz w:val="40"/>
                <w:szCs w:val="40"/>
              </w:rPr>
              <w:t>VREDNOTA</w:t>
            </w:r>
          </w:p>
        </w:tc>
        <w:tc>
          <w:tcPr>
            <w:tcW w:w="2517" w:type="pct"/>
            <w:tcBorders>
              <w:top w:val="single" w:sz="5" w:space="0" w:color="A6A6A6"/>
              <w:left w:val="single" w:sz="5" w:space="0" w:color="A6A6A6"/>
              <w:bottom w:val="single" w:sz="5" w:space="0" w:color="A6A6A6"/>
              <w:right w:val="single" w:sz="5" w:space="0" w:color="A6A6A6"/>
            </w:tcBorders>
            <w:shd w:val="clear" w:color="auto" w:fill="0070C0"/>
            <w:vAlign w:val="center"/>
          </w:tcPr>
          <w:p w14:paraId="61989021" w14:textId="77777777" w:rsidR="004F598F" w:rsidRPr="0095064A" w:rsidRDefault="00C64C0C">
            <w:pPr>
              <w:spacing w:after="0"/>
              <w:jc w:val="center"/>
              <w:rPr>
                <w:sz w:val="40"/>
                <w:szCs w:val="40"/>
              </w:rPr>
            </w:pPr>
            <w:r w:rsidRPr="0095064A">
              <w:rPr>
                <w:b/>
                <w:color w:val="FFFFFF"/>
                <w:sz w:val="40"/>
                <w:szCs w:val="40"/>
              </w:rPr>
              <w:t>POSTUPAK</w:t>
            </w:r>
          </w:p>
        </w:tc>
      </w:tr>
      <w:tr w:rsidR="004F598F" w14:paraId="1B139891" w14:textId="77777777" w:rsidTr="00715A7C">
        <w:trPr>
          <w:jc w:val="center"/>
        </w:trPr>
        <w:tc>
          <w:tcPr>
            <w:tcW w:w="1172" w:type="pct"/>
            <w:tcBorders>
              <w:top w:val="single" w:sz="5" w:space="0" w:color="A6A6A6"/>
              <w:left w:val="single" w:sz="5" w:space="0" w:color="A6A6A6"/>
              <w:bottom w:val="single" w:sz="5" w:space="0" w:color="A6A6A6"/>
              <w:right w:val="single" w:sz="5" w:space="0" w:color="A6A6A6"/>
            </w:tcBorders>
            <w:vAlign w:val="center"/>
          </w:tcPr>
          <w:p w14:paraId="49E6AE47" w14:textId="77777777" w:rsidR="004F598F" w:rsidRPr="0095064A" w:rsidRDefault="00C64C0C">
            <w:pPr>
              <w:spacing w:after="0"/>
              <w:rPr>
                <w:sz w:val="40"/>
                <w:szCs w:val="40"/>
              </w:rPr>
            </w:pPr>
            <w:r w:rsidRPr="0095064A">
              <w:rPr>
                <w:sz w:val="40"/>
                <w:szCs w:val="40"/>
              </w:rPr>
              <w:t>netko je sam</w:t>
            </w:r>
          </w:p>
        </w:tc>
        <w:tc>
          <w:tcPr>
            <w:tcW w:w="1311" w:type="pct"/>
            <w:tcBorders>
              <w:top w:val="single" w:sz="5" w:space="0" w:color="A6A6A6"/>
              <w:left w:val="single" w:sz="5" w:space="0" w:color="A6A6A6"/>
              <w:bottom w:val="single" w:sz="5" w:space="0" w:color="A6A6A6"/>
              <w:right w:val="single" w:sz="5" w:space="0" w:color="A6A6A6"/>
            </w:tcBorders>
            <w:vAlign w:val="center"/>
          </w:tcPr>
          <w:p w14:paraId="31B8C88A" w14:textId="5FD83275" w:rsidR="004F598F" w:rsidRPr="0095064A" w:rsidRDefault="00C64C0C" w:rsidP="00A20801">
            <w:pPr>
              <w:spacing w:after="0"/>
              <w:jc w:val="center"/>
              <w:rPr>
                <w:sz w:val="32"/>
                <w:szCs w:val="32"/>
              </w:rPr>
            </w:pPr>
            <w:r w:rsidRPr="0095064A">
              <w:rPr>
                <w:sz w:val="32"/>
                <w:szCs w:val="32"/>
              </w:rPr>
              <w:t>________</w:t>
            </w:r>
            <w:r w:rsidR="0095064A">
              <w:rPr>
                <w:sz w:val="32"/>
                <w:szCs w:val="32"/>
              </w:rPr>
              <w:t>__</w:t>
            </w:r>
            <w:r w:rsidRPr="0095064A">
              <w:rPr>
                <w:sz w:val="32"/>
                <w:szCs w:val="32"/>
              </w:rPr>
              <w:t>______</w:t>
            </w:r>
          </w:p>
        </w:tc>
        <w:tc>
          <w:tcPr>
            <w:tcW w:w="2517" w:type="pct"/>
            <w:tcBorders>
              <w:top w:val="single" w:sz="5" w:space="0" w:color="A6A6A6"/>
              <w:left w:val="single" w:sz="5" w:space="0" w:color="A6A6A6"/>
              <w:bottom w:val="single" w:sz="5" w:space="0" w:color="A6A6A6"/>
              <w:right w:val="single" w:sz="5" w:space="0" w:color="A6A6A6"/>
            </w:tcBorders>
            <w:vAlign w:val="center"/>
          </w:tcPr>
          <w:p w14:paraId="18F21B72" w14:textId="76396C5B" w:rsidR="004F598F" w:rsidRPr="0095064A" w:rsidRDefault="00C64C0C" w:rsidP="00A20801">
            <w:pPr>
              <w:spacing w:after="0"/>
              <w:jc w:val="center"/>
              <w:rPr>
                <w:sz w:val="32"/>
                <w:szCs w:val="32"/>
              </w:rPr>
            </w:pPr>
            <w:r w:rsidRPr="0095064A">
              <w:rPr>
                <w:sz w:val="32"/>
                <w:szCs w:val="32"/>
              </w:rPr>
              <w:t>_________</w:t>
            </w:r>
            <w:r w:rsidR="0095064A">
              <w:rPr>
                <w:sz w:val="32"/>
                <w:szCs w:val="32"/>
              </w:rPr>
              <w:t>____</w:t>
            </w:r>
            <w:r w:rsidRPr="0095064A">
              <w:rPr>
                <w:sz w:val="32"/>
                <w:szCs w:val="32"/>
              </w:rPr>
              <w:t>___________________</w:t>
            </w:r>
          </w:p>
        </w:tc>
      </w:tr>
      <w:tr w:rsidR="0095064A" w14:paraId="27979E29" w14:textId="77777777" w:rsidTr="00715A7C">
        <w:trPr>
          <w:jc w:val="center"/>
        </w:trPr>
        <w:tc>
          <w:tcPr>
            <w:tcW w:w="1172"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59D0B656" w14:textId="77777777" w:rsidR="0095064A" w:rsidRPr="0095064A" w:rsidRDefault="0095064A" w:rsidP="0095064A">
            <w:pPr>
              <w:spacing w:after="0"/>
              <w:rPr>
                <w:sz w:val="40"/>
                <w:szCs w:val="40"/>
              </w:rPr>
            </w:pPr>
            <w:r w:rsidRPr="0095064A">
              <w:rPr>
                <w:sz w:val="40"/>
                <w:szCs w:val="40"/>
              </w:rPr>
              <w:t>svađa</w:t>
            </w:r>
          </w:p>
        </w:tc>
        <w:tc>
          <w:tcPr>
            <w:tcW w:w="1311"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36EFDBE8" w14:textId="3F9D7564" w:rsidR="0095064A" w:rsidRPr="0095064A" w:rsidRDefault="0095064A" w:rsidP="0095064A">
            <w:pPr>
              <w:spacing w:after="0"/>
              <w:jc w:val="center"/>
              <w:rPr>
                <w:sz w:val="32"/>
                <w:szCs w:val="32"/>
              </w:rPr>
            </w:pPr>
            <w:r w:rsidRPr="0095064A">
              <w:rPr>
                <w:sz w:val="32"/>
                <w:szCs w:val="32"/>
              </w:rPr>
              <w:t>________</w:t>
            </w:r>
            <w:r>
              <w:rPr>
                <w:sz w:val="32"/>
                <w:szCs w:val="32"/>
              </w:rPr>
              <w:t>__</w:t>
            </w:r>
            <w:r w:rsidRPr="0095064A">
              <w:rPr>
                <w:sz w:val="32"/>
                <w:szCs w:val="32"/>
              </w:rPr>
              <w:t>______</w:t>
            </w:r>
          </w:p>
        </w:tc>
        <w:tc>
          <w:tcPr>
            <w:tcW w:w="2517"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2AD424E1" w14:textId="10273EA1" w:rsidR="0095064A" w:rsidRPr="0095064A" w:rsidRDefault="0095064A" w:rsidP="0095064A">
            <w:pPr>
              <w:spacing w:after="0"/>
              <w:jc w:val="center"/>
              <w:rPr>
                <w:sz w:val="32"/>
                <w:szCs w:val="32"/>
              </w:rPr>
            </w:pPr>
            <w:r w:rsidRPr="0095064A">
              <w:rPr>
                <w:sz w:val="32"/>
                <w:szCs w:val="32"/>
              </w:rPr>
              <w:t>_________</w:t>
            </w:r>
            <w:r>
              <w:rPr>
                <w:sz w:val="32"/>
                <w:szCs w:val="32"/>
              </w:rPr>
              <w:t>____</w:t>
            </w:r>
            <w:r w:rsidRPr="0095064A">
              <w:rPr>
                <w:sz w:val="32"/>
                <w:szCs w:val="32"/>
              </w:rPr>
              <w:t>___________________</w:t>
            </w:r>
          </w:p>
        </w:tc>
      </w:tr>
      <w:tr w:rsidR="0095064A" w14:paraId="43137EBD" w14:textId="77777777" w:rsidTr="00715A7C">
        <w:trPr>
          <w:jc w:val="center"/>
        </w:trPr>
        <w:tc>
          <w:tcPr>
            <w:tcW w:w="1172" w:type="pct"/>
            <w:tcBorders>
              <w:top w:val="single" w:sz="5" w:space="0" w:color="A6A6A6"/>
              <w:left w:val="single" w:sz="5" w:space="0" w:color="A6A6A6"/>
              <w:bottom w:val="single" w:sz="5" w:space="0" w:color="A6A6A6"/>
              <w:right w:val="single" w:sz="5" w:space="0" w:color="A6A6A6"/>
            </w:tcBorders>
            <w:vAlign w:val="center"/>
          </w:tcPr>
          <w:p w14:paraId="7E9B5D3D" w14:textId="77777777" w:rsidR="0095064A" w:rsidRPr="0095064A" w:rsidRDefault="0095064A" w:rsidP="0095064A">
            <w:pPr>
              <w:spacing w:after="0"/>
              <w:rPr>
                <w:sz w:val="40"/>
                <w:szCs w:val="40"/>
              </w:rPr>
            </w:pPr>
            <w:r w:rsidRPr="0095064A">
              <w:rPr>
                <w:sz w:val="40"/>
                <w:szCs w:val="40"/>
              </w:rPr>
              <w:t>nepoštena podjela</w:t>
            </w:r>
          </w:p>
        </w:tc>
        <w:tc>
          <w:tcPr>
            <w:tcW w:w="1311" w:type="pct"/>
            <w:tcBorders>
              <w:top w:val="single" w:sz="5" w:space="0" w:color="A6A6A6"/>
              <w:left w:val="single" w:sz="5" w:space="0" w:color="A6A6A6"/>
              <w:bottom w:val="single" w:sz="5" w:space="0" w:color="A6A6A6"/>
              <w:right w:val="single" w:sz="5" w:space="0" w:color="A6A6A6"/>
            </w:tcBorders>
            <w:vAlign w:val="center"/>
          </w:tcPr>
          <w:p w14:paraId="2954DEE7" w14:textId="579434BF" w:rsidR="0095064A" w:rsidRPr="0095064A" w:rsidRDefault="0095064A" w:rsidP="0095064A">
            <w:pPr>
              <w:spacing w:after="0"/>
              <w:jc w:val="center"/>
              <w:rPr>
                <w:sz w:val="32"/>
                <w:szCs w:val="32"/>
              </w:rPr>
            </w:pPr>
            <w:r w:rsidRPr="0095064A">
              <w:rPr>
                <w:sz w:val="32"/>
                <w:szCs w:val="32"/>
              </w:rPr>
              <w:t>________</w:t>
            </w:r>
            <w:r>
              <w:rPr>
                <w:sz w:val="32"/>
                <w:szCs w:val="32"/>
              </w:rPr>
              <w:t>__</w:t>
            </w:r>
            <w:r w:rsidRPr="0095064A">
              <w:rPr>
                <w:sz w:val="32"/>
                <w:szCs w:val="32"/>
              </w:rPr>
              <w:t>______</w:t>
            </w:r>
          </w:p>
        </w:tc>
        <w:tc>
          <w:tcPr>
            <w:tcW w:w="2517" w:type="pct"/>
            <w:tcBorders>
              <w:top w:val="single" w:sz="5" w:space="0" w:color="A6A6A6"/>
              <w:left w:val="single" w:sz="5" w:space="0" w:color="A6A6A6"/>
              <w:bottom w:val="single" w:sz="5" w:space="0" w:color="A6A6A6"/>
              <w:right w:val="single" w:sz="5" w:space="0" w:color="A6A6A6"/>
            </w:tcBorders>
            <w:vAlign w:val="center"/>
          </w:tcPr>
          <w:p w14:paraId="37F81391" w14:textId="1E35E535" w:rsidR="0095064A" w:rsidRPr="0095064A" w:rsidRDefault="0095064A" w:rsidP="0095064A">
            <w:pPr>
              <w:spacing w:after="0"/>
              <w:jc w:val="center"/>
              <w:rPr>
                <w:sz w:val="32"/>
                <w:szCs w:val="32"/>
              </w:rPr>
            </w:pPr>
            <w:r w:rsidRPr="0095064A">
              <w:rPr>
                <w:sz w:val="32"/>
                <w:szCs w:val="32"/>
              </w:rPr>
              <w:t>_________</w:t>
            </w:r>
            <w:r>
              <w:rPr>
                <w:sz w:val="32"/>
                <w:szCs w:val="32"/>
              </w:rPr>
              <w:t>____</w:t>
            </w:r>
            <w:r w:rsidRPr="0095064A">
              <w:rPr>
                <w:sz w:val="32"/>
                <w:szCs w:val="32"/>
              </w:rPr>
              <w:t>___________________</w:t>
            </w:r>
          </w:p>
        </w:tc>
      </w:tr>
      <w:tr w:rsidR="0095064A" w14:paraId="69726E54" w14:textId="77777777" w:rsidTr="00715A7C">
        <w:trPr>
          <w:jc w:val="center"/>
        </w:trPr>
        <w:tc>
          <w:tcPr>
            <w:tcW w:w="1172"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5DF1E310" w14:textId="77777777" w:rsidR="0095064A" w:rsidRPr="0095064A" w:rsidRDefault="0095064A" w:rsidP="0095064A">
            <w:pPr>
              <w:spacing w:after="0"/>
              <w:rPr>
                <w:sz w:val="40"/>
                <w:szCs w:val="40"/>
              </w:rPr>
            </w:pPr>
            <w:r w:rsidRPr="0095064A">
              <w:rPr>
                <w:sz w:val="40"/>
                <w:szCs w:val="40"/>
              </w:rPr>
              <w:lastRenderedPageBreak/>
              <w:t>bolesna osoba</w:t>
            </w:r>
          </w:p>
        </w:tc>
        <w:tc>
          <w:tcPr>
            <w:tcW w:w="1311"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23A0C4D1" w14:textId="5F3FBA28" w:rsidR="0095064A" w:rsidRPr="0095064A" w:rsidRDefault="0095064A" w:rsidP="0095064A">
            <w:pPr>
              <w:spacing w:after="0"/>
              <w:jc w:val="center"/>
              <w:rPr>
                <w:sz w:val="32"/>
                <w:szCs w:val="32"/>
              </w:rPr>
            </w:pPr>
            <w:r w:rsidRPr="0095064A">
              <w:rPr>
                <w:sz w:val="32"/>
                <w:szCs w:val="32"/>
              </w:rPr>
              <w:t>________</w:t>
            </w:r>
            <w:r>
              <w:rPr>
                <w:sz w:val="32"/>
                <w:szCs w:val="32"/>
              </w:rPr>
              <w:t>__</w:t>
            </w:r>
            <w:r w:rsidRPr="0095064A">
              <w:rPr>
                <w:sz w:val="32"/>
                <w:szCs w:val="32"/>
              </w:rPr>
              <w:t>______</w:t>
            </w:r>
          </w:p>
        </w:tc>
        <w:tc>
          <w:tcPr>
            <w:tcW w:w="2517"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69AB3DE5" w14:textId="59F6BDD1" w:rsidR="0095064A" w:rsidRPr="0095064A" w:rsidRDefault="0095064A" w:rsidP="0095064A">
            <w:pPr>
              <w:spacing w:after="0"/>
              <w:jc w:val="center"/>
              <w:rPr>
                <w:sz w:val="32"/>
                <w:szCs w:val="32"/>
              </w:rPr>
            </w:pPr>
            <w:r w:rsidRPr="0095064A">
              <w:rPr>
                <w:sz w:val="32"/>
                <w:szCs w:val="32"/>
              </w:rPr>
              <w:t>_________</w:t>
            </w:r>
            <w:r>
              <w:rPr>
                <w:sz w:val="32"/>
                <w:szCs w:val="32"/>
              </w:rPr>
              <w:t>____</w:t>
            </w:r>
            <w:r w:rsidRPr="0095064A">
              <w:rPr>
                <w:sz w:val="32"/>
                <w:szCs w:val="32"/>
              </w:rPr>
              <w:t>___________________</w:t>
            </w:r>
          </w:p>
        </w:tc>
      </w:tr>
      <w:tr w:rsidR="0095064A" w14:paraId="12016BC0" w14:textId="77777777" w:rsidTr="00715A7C">
        <w:trPr>
          <w:jc w:val="center"/>
        </w:trPr>
        <w:tc>
          <w:tcPr>
            <w:tcW w:w="1172" w:type="pct"/>
            <w:tcBorders>
              <w:top w:val="single" w:sz="5" w:space="0" w:color="A6A6A6"/>
              <w:left w:val="single" w:sz="5" w:space="0" w:color="A6A6A6"/>
              <w:bottom w:val="single" w:sz="5" w:space="0" w:color="A6A6A6"/>
              <w:right w:val="single" w:sz="5" w:space="0" w:color="A6A6A6"/>
            </w:tcBorders>
            <w:vAlign w:val="center"/>
          </w:tcPr>
          <w:p w14:paraId="65FF7B2F" w14:textId="77777777" w:rsidR="0095064A" w:rsidRPr="0095064A" w:rsidRDefault="0095064A" w:rsidP="0095064A">
            <w:pPr>
              <w:spacing w:after="0"/>
              <w:rPr>
                <w:sz w:val="40"/>
                <w:szCs w:val="40"/>
              </w:rPr>
            </w:pPr>
            <w:r w:rsidRPr="0095064A">
              <w:rPr>
                <w:sz w:val="40"/>
                <w:szCs w:val="40"/>
              </w:rPr>
              <w:t>pogreška prijatelja</w:t>
            </w:r>
          </w:p>
        </w:tc>
        <w:tc>
          <w:tcPr>
            <w:tcW w:w="1311" w:type="pct"/>
            <w:tcBorders>
              <w:top w:val="single" w:sz="5" w:space="0" w:color="A6A6A6"/>
              <w:left w:val="single" w:sz="5" w:space="0" w:color="A6A6A6"/>
              <w:bottom w:val="single" w:sz="5" w:space="0" w:color="A6A6A6"/>
              <w:right w:val="single" w:sz="5" w:space="0" w:color="A6A6A6"/>
            </w:tcBorders>
            <w:vAlign w:val="center"/>
          </w:tcPr>
          <w:p w14:paraId="15259EC8" w14:textId="5C14043F" w:rsidR="0095064A" w:rsidRPr="0095064A" w:rsidRDefault="0095064A" w:rsidP="0095064A">
            <w:pPr>
              <w:spacing w:after="0"/>
              <w:jc w:val="center"/>
              <w:rPr>
                <w:sz w:val="32"/>
                <w:szCs w:val="32"/>
              </w:rPr>
            </w:pPr>
            <w:r w:rsidRPr="0095064A">
              <w:rPr>
                <w:sz w:val="32"/>
                <w:szCs w:val="32"/>
              </w:rPr>
              <w:t>________</w:t>
            </w:r>
            <w:r>
              <w:rPr>
                <w:sz w:val="32"/>
                <w:szCs w:val="32"/>
              </w:rPr>
              <w:t>__</w:t>
            </w:r>
            <w:r w:rsidRPr="0095064A">
              <w:rPr>
                <w:sz w:val="32"/>
                <w:szCs w:val="32"/>
              </w:rPr>
              <w:t>______</w:t>
            </w:r>
          </w:p>
        </w:tc>
        <w:tc>
          <w:tcPr>
            <w:tcW w:w="2517" w:type="pct"/>
            <w:tcBorders>
              <w:top w:val="single" w:sz="5" w:space="0" w:color="A6A6A6"/>
              <w:left w:val="single" w:sz="5" w:space="0" w:color="A6A6A6"/>
              <w:bottom w:val="single" w:sz="5" w:space="0" w:color="A6A6A6"/>
              <w:right w:val="single" w:sz="5" w:space="0" w:color="A6A6A6"/>
            </w:tcBorders>
            <w:vAlign w:val="center"/>
          </w:tcPr>
          <w:p w14:paraId="5F4916ED" w14:textId="53584FAB" w:rsidR="0095064A" w:rsidRPr="0095064A" w:rsidRDefault="0095064A" w:rsidP="0095064A">
            <w:pPr>
              <w:spacing w:after="0"/>
              <w:jc w:val="center"/>
              <w:rPr>
                <w:sz w:val="32"/>
                <w:szCs w:val="32"/>
              </w:rPr>
            </w:pPr>
            <w:r w:rsidRPr="0095064A">
              <w:rPr>
                <w:sz w:val="32"/>
                <w:szCs w:val="32"/>
              </w:rPr>
              <w:t>_________</w:t>
            </w:r>
            <w:r>
              <w:rPr>
                <w:sz w:val="32"/>
                <w:szCs w:val="32"/>
              </w:rPr>
              <w:t>____</w:t>
            </w:r>
            <w:r w:rsidRPr="0095064A">
              <w:rPr>
                <w:sz w:val="32"/>
                <w:szCs w:val="32"/>
              </w:rPr>
              <w:t>___________________</w:t>
            </w:r>
          </w:p>
        </w:tc>
      </w:tr>
    </w:tbl>
    <w:p w14:paraId="5B8F5C92" w14:textId="0B0D3A9A" w:rsidR="004F598F" w:rsidRDefault="00C64C0C">
      <w:pPr>
        <w:spacing w:before="100" w:after="40"/>
      </w:pPr>
      <w:r>
        <w:rPr>
          <w:b/>
          <w:color w:val="C96A00"/>
          <w:sz w:val="26"/>
        </w:rPr>
        <w:t xml:space="preserve">Aktivnost </w:t>
      </w:r>
      <w:r w:rsidR="00715A7C">
        <w:rPr>
          <w:b/>
          <w:color w:val="C96A00"/>
          <w:sz w:val="26"/>
        </w:rPr>
        <w:t>7</w:t>
      </w:r>
      <w:r>
        <w:rPr>
          <w:b/>
          <w:color w:val="C96A00"/>
          <w:sz w:val="26"/>
        </w:rPr>
        <w:t xml:space="preserve">: Isus liječi – od događaja do poruke </w:t>
      </w:r>
      <w:r>
        <w:rPr>
          <w:i/>
          <w:color w:val="6B6B6B"/>
          <w:sz w:val="20"/>
        </w:rPr>
        <w:t>(rad u paru, 7 minuta)</w:t>
      </w:r>
    </w:p>
    <w:p w14:paraId="25DF333E" w14:textId="77777777" w:rsidR="004F598F" w:rsidRDefault="00C64C0C">
      <w:pPr>
        <w:spacing w:after="0"/>
        <w:jc w:val="both"/>
      </w:pPr>
      <w:r>
        <w:t>Parovi će dovršiti tri poveznice između Isusova postupka i poruke koju taj postupak nosi. Za jedan redak navode i primjer primjeren učeniku petoga razreda.</w:t>
      </w:r>
    </w:p>
    <w:p w14:paraId="7EBDA211" w14:textId="77777777" w:rsidR="004F598F" w:rsidRDefault="00C64C0C">
      <w:pPr>
        <w:spacing w:after="0"/>
        <w:jc w:val="both"/>
      </w:pPr>
      <w:r>
        <w:rPr>
          <w:i/>
          <w:color w:val="6B6B6B"/>
          <w:sz w:val="21"/>
        </w:rPr>
        <w:t>Rješenje: Isus čuje i zaustavlja se – čovjek nije nevidljiv; Isus pita što čovjek želi – poštuje osobu i sluša je; Isus liječi i vraća u zajednicu – donosi nadu, dostojanstvo i novi početak.</w:t>
      </w:r>
    </w:p>
    <w:p w14:paraId="6EF4D2FA" w14:textId="77777777" w:rsidR="00A20801" w:rsidRDefault="00A20801">
      <w:pPr>
        <w:spacing w:before="160" w:after="40"/>
      </w:pPr>
    </w:p>
    <w:p w14:paraId="4BFF707E" w14:textId="3982EE18" w:rsidR="004F598F" w:rsidRDefault="00C64C0C" w:rsidP="0095064A">
      <w:pPr>
        <w:spacing w:after="40"/>
      </w:pPr>
      <w:r>
        <w:t>Radni predložak:</w:t>
      </w:r>
    </w:p>
    <w:tbl>
      <w:tblPr>
        <w:tblW w:w="5000" w:type="pct"/>
        <w:jc w:val="center"/>
        <w:tblLook w:val="04A0" w:firstRow="1" w:lastRow="0" w:firstColumn="1" w:lastColumn="0" w:noHBand="0" w:noVBand="1"/>
      </w:tblPr>
      <w:tblGrid>
        <w:gridCol w:w="3281"/>
        <w:gridCol w:w="7388"/>
      </w:tblGrid>
      <w:tr w:rsidR="004F598F" w14:paraId="61E422A6" w14:textId="77777777" w:rsidTr="00715A7C">
        <w:trPr>
          <w:jc w:val="center"/>
        </w:trPr>
        <w:tc>
          <w:tcPr>
            <w:tcW w:w="1538" w:type="pct"/>
            <w:tcBorders>
              <w:top w:val="single" w:sz="5" w:space="0" w:color="A6A6A6"/>
              <w:left w:val="single" w:sz="5" w:space="0" w:color="A6A6A6"/>
              <w:bottom w:val="single" w:sz="5" w:space="0" w:color="A6A6A6"/>
              <w:right w:val="single" w:sz="5" w:space="0" w:color="A6A6A6"/>
            </w:tcBorders>
            <w:shd w:val="clear" w:color="auto" w:fill="0070C0"/>
            <w:vAlign w:val="center"/>
          </w:tcPr>
          <w:p w14:paraId="218B779A" w14:textId="77777777" w:rsidR="004F598F" w:rsidRPr="0095064A" w:rsidRDefault="00C64C0C">
            <w:pPr>
              <w:spacing w:after="0"/>
              <w:jc w:val="center"/>
              <w:rPr>
                <w:sz w:val="40"/>
                <w:szCs w:val="40"/>
              </w:rPr>
            </w:pPr>
            <w:r w:rsidRPr="0095064A">
              <w:rPr>
                <w:b/>
                <w:color w:val="FFFFFF"/>
                <w:sz w:val="40"/>
                <w:szCs w:val="40"/>
              </w:rPr>
              <w:t>ISUSOV POSTUPAK</w:t>
            </w:r>
          </w:p>
        </w:tc>
        <w:tc>
          <w:tcPr>
            <w:tcW w:w="3462" w:type="pct"/>
            <w:tcBorders>
              <w:top w:val="single" w:sz="5" w:space="0" w:color="A6A6A6"/>
              <w:left w:val="single" w:sz="5" w:space="0" w:color="A6A6A6"/>
              <w:bottom w:val="single" w:sz="5" w:space="0" w:color="A6A6A6"/>
              <w:right w:val="single" w:sz="5" w:space="0" w:color="A6A6A6"/>
            </w:tcBorders>
            <w:shd w:val="clear" w:color="auto" w:fill="0070C0"/>
            <w:vAlign w:val="center"/>
          </w:tcPr>
          <w:p w14:paraId="7E782303" w14:textId="77777777" w:rsidR="004F598F" w:rsidRPr="0095064A" w:rsidRDefault="00C64C0C">
            <w:pPr>
              <w:spacing w:after="0"/>
              <w:jc w:val="center"/>
              <w:rPr>
                <w:sz w:val="40"/>
                <w:szCs w:val="40"/>
              </w:rPr>
            </w:pPr>
            <w:r w:rsidRPr="0095064A">
              <w:rPr>
                <w:b/>
                <w:color w:val="FFFFFF"/>
                <w:sz w:val="40"/>
                <w:szCs w:val="40"/>
              </w:rPr>
              <w:t>PORUKA</w:t>
            </w:r>
          </w:p>
        </w:tc>
      </w:tr>
      <w:tr w:rsidR="004F598F" w14:paraId="7E5C1C45" w14:textId="77777777" w:rsidTr="00715A7C">
        <w:trPr>
          <w:jc w:val="center"/>
        </w:trPr>
        <w:tc>
          <w:tcPr>
            <w:tcW w:w="1538" w:type="pct"/>
            <w:tcBorders>
              <w:top w:val="single" w:sz="5" w:space="0" w:color="A6A6A6"/>
              <w:left w:val="single" w:sz="5" w:space="0" w:color="A6A6A6"/>
              <w:bottom w:val="single" w:sz="5" w:space="0" w:color="A6A6A6"/>
              <w:right w:val="single" w:sz="5" w:space="0" w:color="A6A6A6"/>
            </w:tcBorders>
            <w:vAlign w:val="center"/>
          </w:tcPr>
          <w:p w14:paraId="08121E30" w14:textId="77777777" w:rsidR="004F598F" w:rsidRPr="0095064A" w:rsidRDefault="00C64C0C">
            <w:pPr>
              <w:spacing w:after="0"/>
              <w:rPr>
                <w:sz w:val="40"/>
                <w:szCs w:val="40"/>
              </w:rPr>
            </w:pPr>
            <w:r w:rsidRPr="0095064A">
              <w:rPr>
                <w:sz w:val="40"/>
                <w:szCs w:val="40"/>
              </w:rPr>
              <w:t>čuje vapaj i zaustavlja se</w:t>
            </w:r>
          </w:p>
        </w:tc>
        <w:tc>
          <w:tcPr>
            <w:tcW w:w="3462" w:type="pct"/>
            <w:tcBorders>
              <w:top w:val="single" w:sz="5" w:space="0" w:color="A6A6A6"/>
              <w:left w:val="single" w:sz="5" w:space="0" w:color="A6A6A6"/>
              <w:bottom w:val="single" w:sz="5" w:space="0" w:color="A6A6A6"/>
              <w:right w:val="single" w:sz="5" w:space="0" w:color="A6A6A6"/>
            </w:tcBorders>
            <w:vAlign w:val="center"/>
          </w:tcPr>
          <w:p w14:paraId="3A1CCFC9" w14:textId="5AEB153A" w:rsidR="004F598F" w:rsidRPr="0095064A" w:rsidRDefault="00C64C0C">
            <w:pPr>
              <w:spacing w:after="0"/>
              <w:rPr>
                <w:sz w:val="32"/>
                <w:szCs w:val="32"/>
              </w:rPr>
            </w:pPr>
            <w:r w:rsidRPr="0095064A">
              <w:rPr>
                <w:sz w:val="32"/>
                <w:szCs w:val="32"/>
              </w:rPr>
              <w:t>____________</w:t>
            </w:r>
            <w:r w:rsidR="0095064A">
              <w:rPr>
                <w:sz w:val="32"/>
                <w:szCs w:val="32"/>
              </w:rPr>
              <w:t>_____</w:t>
            </w:r>
            <w:r w:rsidRPr="0095064A">
              <w:rPr>
                <w:sz w:val="32"/>
                <w:szCs w:val="32"/>
              </w:rPr>
              <w:t>____________________________</w:t>
            </w:r>
          </w:p>
        </w:tc>
      </w:tr>
      <w:tr w:rsidR="0095064A" w14:paraId="18968C77" w14:textId="77777777" w:rsidTr="00715A7C">
        <w:trPr>
          <w:jc w:val="center"/>
        </w:trPr>
        <w:tc>
          <w:tcPr>
            <w:tcW w:w="1538"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2EB5837F" w14:textId="77777777" w:rsidR="0095064A" w:rsidRPr="0095064A" w:rsidRDefault="0095064A" w:rsidP="0095064A">
            <w:pPr>
              <w:spacing w:after="0"/>
              <w:rPr>
                <w:sz w:val="40"/>
                <w:szCs w:val="40"/>
              </w:rPr>
            </w:pPr>
            <w:r w:rsidRPr="0095064A">
              <w:rPr>
                <w:sz w:val="40"/>
                <w:szCs w:val="40"/>
              </w:rPr>
              <w:t>pita čovjeka što želi</w:t>
            </w:r>
          </w:p>
        </w:tc>
        <w:tc>
          <w:tcPr>
            <w:tcW w:w="3462"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04825F81" w14:textId="3596FC84" w:rsidR="0095064A" w:rsidRPr="0095064A" w:rsidRDefault="0095064A" w:rsidP="0095064A">
            <w:pPr>
              <w:spacing w:after="0"/>
              <w:rPr>
                <w:sz w:val="32"/>
                <w:szCs w:val="32"/>
              </w:rPr>
            </w:pPr>
            <w:r w:rsidRPr="0095064A">
              <w:rPr>
                <w:sz w:val="32"/>
                <w:szCs w:val="32"/>
              </w:rPr>
              <w:t>____________</w:t>
            </w:r>
            <w:r>
              <w:rPr>
                <w:sz w:val="32"/>
                <w:szCs w:val="32"/>
              </w:rPr>
              <w:t>_____</w:t>
            </w:r>
            <w:r w:rsidRPr="0095064A">
              <w:rPr>
                <w:sz w:val="32"/>
                <w:szCs w:val="32"/>
              </w:rPr>
              <w:t>____________________________</w:t>
            </w:r>
          </w:p>
        </w:tc>
      </w:tr>
      <w:tr w:rsidR="0095064A" w14:paraId="0C279F58" w14:textId="77777777" w:rsidTr="00715A7C">
        <w:trPr>
          <w:jc w:val="center"/>
        </w:trPr>
        <w:tc>
          <w:tcPr>
            <w:tcW w:w="1538" w:type="pct"/>
            <w:tcBorders>
              <w:top w:val="single" w:sz="5" w:space="0" w:color="A6A6A6"/>
              <w:left w:val="single" w:sz="5" w:space="0" w:color="A6A6A6"/>
              <w:bottom w:val="single" w:sz="5" w:space="0" w:color="A6A6A6"/>
              <w:right w:val="single" w:sz="5" w:space="0" w:color="A6A6A6"/>
            </w:tcBorders>
            <w:vAlign w:val="center"/>
          </w:tcPr>
          <w:p w14:paraId="62977856" w14:textId="77777777" w:rsidR="0095064A" w:rsidRPr="0095064A" w:rsidRDefault="0095064A" w:rsidP="0095064A">
            <w:pPr>
              <w:spacing w:after="0"/>
              <w:rPr>
                <w:sz w:val="40"/>
                <w:szCs w:val="40"/>
              </w:rPr>
            </w:pPr>
            <w:r w:rsidRPr="0095064A">
              <w:rPr>
                <w:sz w:val="40"/>
                <w:szCs w:val="40"/>
              </w:rPr>
              <w:t>liječi i vraća čovjeka u zajednicu</w:t>
            </w:r>
          </w:p>
        </w:tc>
        <w:tc>
          <w:tcPr>
            <w:tcW w:w="3462" w:type="pct"/>
            <w:tcBorders>
              <w:top w:val="single" w:sz="5" w:space="0" w:color="A6A6A6"/>
              <w:left w:val="single" w:sz="5" w:space="0" w:color="A6A6A6"/>
              <w:bottom w:val="single" w:sz="5" w:space="0" w:color="A6A6A6"/>
              <w:right w:val="single" w:sz="5" w:space="0" w:color="A6A6A6"/>
            </w:tcBorders>
            <w:vAlign w:val="center"/>
          </w:tcPr>
          <w:p w14:paraId="67F0638A" w14:textId="5A842FF3" w:rsidR="0095064A" w:rsidRPr="0095064A" w:rsidRDefault="0095064A" w:rsidP="0095064A">
            <w:pPr>
              <w:spacing w:after="0"/>
              <w:rPr>
                <w:sz w:val="32"/>
                <w:szCs w:val="32"/>
              </w:rPr>
            </w:pPr>
            <w:r w:rsidRPr="0095064A">
              <w:rPr>
                <w:sz w:val="32"/>
                <w:szCs w:val="32"/>
              </w:rPr>
              <w:t>____________</w:t>
            </w:r>
            <w:r>
              <w:rPr>
                <w:sz w:val="32"/>
                <w:szCs w:val="32"/>
              </w:rPr>
              <w:t>_____</w:t>
            </w:r>
            <w:r w:rsidRPr="0095064A">
              <w:rPr>
                <w:sz w:val="32"/>
                <w:szCs w:val="32"/>
              </w:rPr>
              <w:t>____________________________</w:t>
            </w:r>
          </w:p>
        </w:tc>
      </w:tr>
    </w:tbl>
    <w:p w14:paraId="6718B042" w14:textId="00EE727A" w:rsidR="004F598F" w:rsidRDefault="00C64C0C">
      <w:pPr>
        <w:spacing w:before="100" w:after="40"/>
      </w:pPr>
      <w:r>
        <w:rPr>
          <w:b/>
          <w:color w:val="C96A00"/>
          <w:sz w:val="26"/>
        </w:rPr>
        <w:t xml:space="preserve">Aktivnost </w:t>
      </w:r>
      <w:r w:rsidR="00715A7C">
        <w:rPr>
          <w:b/>
          <w:color w:val="C96A00"/>
          <w:sz w:val="26"/>
        </w:rPr>
        <w:t>8</w:t>
      </w:r>
      <w:r>
        <w:rPr>
          <w:b/>
          <w:color w:val="C96A00"/>
          <w:sz w:val="26"/>
        </w:rPr>
        <w:t xml:space="preserve">: Isus oprašta – što se mijenja? </w:t>
      </w:r>
      <w:r>
        <w:rPr>
          <w:i/>
          <w:color w:val="6B6B6B"/>
          <w:sz w:val="20"/>
        </w:rPr>
        <w:t>(individualni rad, 7 minuta)</w:t>
      </w:r>
    </w:p>
    <w:p w14:paraId="392EC425" w14:textId="77777777" w:rsidR="004F598F" w:rsidRDefault="00C64C0C">
      <w:pPr>
        <w:spacing w:after="0"/>
        <w:jc w:val="both"/>
      </w:pPr>
      <w:r>
        <w:t>Učenici će dovršiti tri retka promjene koju donosi susret s Isusom. Ne opisuju osobne grijehe ni privatne događaje, nego rade s općim pojmovima.</w:t>
      </w:r>
    </w:p>
    <w:p w14:paraId="5227960F" w14:textId="77777777" w:rsidR="004F598F" w:rsidRDefault="00C64C0C">
      <w:pPr>
        <w:spacing w:after="0"/>
        <w:jc w:val="both"/>
      </w:pPr>
      <w:r>
        <w:rPr>
          <w:i/>
          <w:color w:val="6B6B6B"/>
          <w:sz w:val="21"/>
        </w:rPr>
        <w:t>Rješenje: OSUDA → Isus vidi osobu i govori istinu → DOSTOJANSTVO; GRIJEH → oprost i poziv na obraćenje → NOVI POČETAK; ZATVORENOST → prihvaćanje i odgovornost → PROMJENA.</w:t>
      </w:r>
    </w:p>
    <w:p w14:paraId="024A97CB" w14:textId="77777777" w:rsidR="00A20801" w:rsidRDefault="00A20801">
      <w:pPr>
        <w:spacing w:before="160" w:after="40"/>
      </w:pPr>
    </w:p>
    <w:p w14:paraId="53B49663" w14:textId="414EACDE" w:rsidR="004F598F" w:rsidRDefault="00C64C0C" w:rsidP="0095064A">
      <w:pPr>
        <w:spacing w:after="40"/>
      </w:pPr>
      <w:r>
        <w:t>Radni predložak:</w:t>
      </w:r>
    </w:p>
    <w:tbl>
      <w:tblPr>
        <w:tblW w:w="5000" w:type="pct"/>
        <w:jc w:val="center"/>
        <w:tblLook w:val="04A0" w:firstRow="1" w:lastRow="0" w:firstColumn="1" w:lastColumn="0" w:noHBand="0" w:noVBand="1"/>
      </w:tblPr>
      <w:tblGrid>
        <w:gridCol w:w="2809"/>
        <w:gridCol w:w="3978"/>
        <w:gridCol w:w="3882"/>
      </w:tblGrid>
      <w:tr w:rsidR="004F598F" w14:paraId="4E587FAF" w14:textId="77777777" w:rsidTr="0095064A">
        <w:trPr>
          <w:jc w:val="center"/>
        </w:trPr>
        <w:tc>
          <w:tcPr>
            <w:tcW w:w="1328" w:type="pct"/>
            <w:tcBorders>
              <w:top w:val="single" w:sz="5" w:space="0" w:color="A6A6A6"/>
              <w:left w:val="single" w:sz="5" w:space="0" w:color="A6A6A6"/>
              <w:bottom w:val="single" w:sz="5" w:space="0" w:color="A6A6A6"/>
              <w:right w:val="single" w:sz="5" w:space="0" w:color="A6A6A6"/>
            </w:tcBorders>
            <w:shd w:val="clear" w:color="auto" w:fill="0070C0"/>
            <w:vAlign w:val="center"/>
          </w:tcPr>
          <w:p w14:paraId="51FA451B" w14:textId="77777777" w:rsidR="004F598F" w:rsidRPr="0095064A" w:rsidRDefault="00C64C0C">
            <w:pPr>
              <w:spacing w:after="0"/>
              <w:jc w:val="center"/>
              <w:rPr>
                <w:sz w:val="40"/>
                <w:szCs w:val="40"/>
              </w:rPr>
            </w:pPr>
            <w:r w:rsidRPr="0095064A">
              <w:rPr>
                <w:b/>
                <w:color w:val="FFFFFF"/>
                <w:sz w:val="40"/>
                <w:szCs w:val="40"/>
              </w:rPr>
              <w:t>PRIJE</w:t>
            </w:r>
          </w:p>
        </w:tc>
        <w:tc>
          <w:tcPr>
            <w:tcW w:w="1876" w:type="pct"/>
            <w:tcBorders>
              <w:top w:val="single" w:sz="5" w:space="0" w:color="A6A6A6"/>
              <w:left w:val="single" w:sz="5" w:space="0" w:color="A6A6A6"/>
              <w:bottom w:val="single" w:sz="5" w:space="0" w:color="A6A6A6"/>
              <w:right w:val="single" w:sz="5" w:space="0" w:color="A6A6A6"/>
            </w:tcBorders>
            <w:shd w:val="clear" w:color="auto" w:fill="0070C0"/>
            <w:vAlign w:val="center"/>
          </w:tcPr>
          <w:p w14:paraId="093A014B" w14:textId="77777777" w:rsidR="004F598F" w:rsidRPr="0095064A" w:rsidRDefault="00C64C0C">
            <w:pPr>
              <w:spacing w:after="0"/>
              <w:jc w:val="center"/>
              <w:rPr>
                <w:sz w:val="40"/>
                <w:szCs w:val="40"/>
              </w:rPr>
            </w:pPr>
            <w:r w:rsidRPr="0095064A">
              <w:rPr>
                <w:b/>
                <w:color w:val="FFFFFF"/>
                <w:sz w:val="40"/>
                <w:szCs w:val="40"/>
              </w:rPr>
              <w:t>ISUSOV SUSRET</w:t>
            </w:r>
          </w:p>
        </w:tc>
        <w:tc>
          <w:tcPr>
            <w:tcW w:w="1796" w:type="pct"/>
            <w:tcBorders>
              <w:top w:val="single" w:sz="5" w:space="0" w:color="A6A6A6"/>
              <w:left w:val="single" w:sz="5" w:space="0" w:color="A6A6A6"/>
              <w:bottom w:val="single" w:sz="5" w:space="0" w:color="A6A6A6"/>
              <w:right w:val="single" w:sz="5" w:space="0" w:color="A6A6A6"/>
            </w:tcBorders>
            <w:shd w:val="clear" w:color="auto" w:fill="0070C0"/>
            <w:vAlign w:val="center"/>
          </w:tcPr>
          <w:p w14:paraId="11503D9E" w14:textId="77777777" w:rsidR="004F598F" w:rsidRPr="0095064A" w:rsidRDefault="00C64C0C">
            <w:pPr>
              <w:spacing w:after="0"/>
              <w:jc w:val="center"/>
              <w:rPr>
                <w:sz w:val="40"/>
                <w:szCs w:val="40"/>
              </w:rPr>
            </w:pPr>
            <w:r w:rsidRPr="0095064A">
              <w:rPr>
                <w:b/>
                <w:color w:val="FFFFFF"/>
                <w:sz w:val="40"/>
                <w:szCs w:val="40"/>
              </w:rPr>
              <w:t>POSLIJE</w:t>
            </w:r>
          </w:p>
        </w:tc>
      </w:tr>
      <w:tr w:rsidR="0095064A" w14:paraId="5CA39463" w14:textId="77777777" w:rsidTr="00AB41F3">
        <w:trPr>
          <w:jc w:val="center"/>
        </w:trPr>
        <w:tc>
          <w:tcPr>
            <w:tcW w:w="1328" w:type="pct"/>
            <w:tcBorders>
              <w:top w:val="single" w:sz="5" w:space="0" w:color="A6A6A6"/>
              <w:left w:val="single" w:sz="5" w:space="0" w:color="A6A6A6"/>
              <w:bottom w:val="single" w:sz="5" w:space="0" w:color="A6A6A6"/>
              <w:right w:val="single" w:sz="5" w:space="0" w:color="A6A6A6"/>
            </w:tcBorders>
            <w:vAlign w:val="center"/>
          </w:tcPr>
          <w:p w14:paraId="342739A3" w14:textId="77777777" w:rsidR="0095064A" w:rsidRPr="0095064A" w:rsidRDefault="0095064A" w:rsidP="0095064A">
            <w:pPr>
              <w:spacing w:after="0"/>
              <w:rPr>
                <w:sz w:val="40"/>
                <w:szCs w:val="40"/>
              </w:rPr>
            </w:pPr>
            <w:r w:rsidRPr="0095064A">
              <w:rPr>
                <w:sz w:val="40"/>
                <w:szCs w:val="40"/>
              </w:rPr>
              <w:t>OSUDA</w:t>
            </w:r>
          </w:p>
        </w:tc>
        <w:tc>
          <w:tcPr>
            <w:tcW w:w="1876" w:type="pct"/>
            <w:tcBorders>
              <w:top w:val="single" w:sz="5" w:space="0" w:color="A6A6A6"/>
              <w:left w:val="single" w:sz="5" w:space="0" w:color="A6A6A6"/>
              <w:bottom w:val="single" w:sz="5" w:space="0" w:color="A6A6A6"/>
              <w:right w:val="single" w:sz="5" w:space="0" w:color="A6A6A6"/>
            </w:tcBorders>
          </w:tcPr>
          <w:p w14:paraId="5FDAEC9E" w14:textId="36CB6241" w:rsidR="0095064A" w:rsidRPr="0095064A" w:rsidRDefault="0095064A" w:rsidP="0095064A">
            <w:pPr>
              <w:spacing w:after="0"/>
              <w:jc w:val="center"/>
              <w:rPr>
                <w:sz w:val="32"/>
                <w:szCs w:val="32"/>
              </w:rPr>
            </w:pPr>
            <w:r w:rsidRPr="003D5C9C">
              <w:rPr>
                <w:sz w:val="32"/>
                <w:szCs w:val="32"/>
              </w:rPr>
              <w:t>_______________________</w:t>
            </w:r>
          </w:p>
        </w:tc>
        <w:tc>
          <w:tcPr>
            <w:tcW w:w="1796" w:type="pct"/>
            <w:tcBorders>
              <w:top w:val="single" w:sz="5" w:space="0" w:color="A6A6A6"/>
              <w:left w:val="single" w:sz="5" w:space="0" w:color="A6A6A6"/>
              <w:bottom w:val="single" w:sz="5" w:space="0" w:color="A6A6A6"/>
              <w:right w:val="single" w:sz="5" w:space="0" w:color="A6A6A6"/>
            </w:tcBorders>
          </w:tcPr>
          <w:p w14:paraId="6CB45166" w14:textId="169D7FC5" w:rsidR="0095064A" w:rsidRPr="0095064A" w:rsidRDefault="0095064A" w:rsidP="0095064A">
            <w:pPr>
              <w:spacing w:after="0"/>
              <w:jc w:val="center"/>
              <w:rPr>
                <w:sz w:val="32"/>
                <w:szCs w:val="32"/>
              </w:rPr>
            </w:pPr>
            <w:r w:rsidRPr="003D5C9C">
              <w:rPr>
                <w:sz w:val="32"/>
                <w:szCs w:val="32"/>
              </w:rPr>
              <w:t>_______________________</w:t>
            </w:r>
          </w:p>
        </w:tc>
      </w:tr>
      <w:tr w:rsidR="0095064A" w14:paraId="08E0B601" w14:textId="77777777" w:rsidTr="00AB41F3">
        <w:trPr>
          <w:jc w:val="center"/>
        </w:trPr>
        <w:tc>
          <w:tcPr>
            <w:tcW w:w="1328" w:type="pct"/>
            <w:tcBorders>
              <w:top w:val="single" w:sz="5" w:space="0" w:color="A6A6A6"/>
              <w:left w:val="single" w:sz="5" w:space="0" w:color="A6A6A6"/>
              <w:bottom w:val="single" w:sz="5" w:space="0" w:color="A6A6A6"/>
              <w:right w:val="single" w:sz="5" w:space="0" w:color="A6A6A6"/>
            </w:tcBorders>
            <w:shd w:val="clear" w:color="auto" w:fill="F5F5F5"/>
            <w:vAlign w:val="center"/>
          </w:tcPr>
          <w:p w14:paraId="0A808E2F" w14:textId="77777777" w:rsidR="0095064A" w:rsidRPr="0095064A" w:rsidRDefault="0095064A" w:rsidP="0095064A">
            <w:pPr>
              <w:spacing w:after="0"/>
              <w:rPr>
                <w:sz w:val="40"/>
                <w:szCs w:val="40"/>
              </w:rPr>
            </w:pPr>
            <w:r w:rsidRPr="0095064A">
              <w:rPr>
                <w:sz w:val="40"/>
                <w:szCs w:val="40"/>
              </w:rPr>
              <w:t>GRIJEH</w:t>
            </w:r>
          </w:p>
        </w:tc>
        <w:tc>
          <w:tcPr>
            <w:tcW w:w="1876" w:type="pct"/>
            <w:tcBorders>
              <w:top w:val="single" w:sz="5" w:space="0" w:color="A6A6A6"/>
              <w:left w:val="single" w:sz="5" w:space="0" w:color="A6A6A6"/>
              <w:bottom w:val="single" w:sz="5" w:space="0" w:color="A6A6A6"/>
              <w:right w:val="single" w:sz="5" w:space="0" w:color="A6A6A6"/>
            </w:tcBorders>
            <w:shd w:val="clear" w:color="auto" w:fill="F5F5F5"/>
          </w:tcPr>
          <w:p w14:paraId="00DB49FD" w14:textId="13E46D90" w:rsidR="0095064A" w:rsidRPr="0095064A" w:rsidRDefault="0095064A" w:rsidP="0095064A">
            <w:pPr>
              <w:spacing w:after="0"/>
              <w:jc w:val="center"/>
              <w:rPr>
                <w:sz w:val="32"/>
                <w:szCs w:val="32"/>
              </w:rPr>
            </w:pPr>
            <w:r w:rsidRPr="003D5C9C">
              <w:rPr>
                <w:sz w:val="32"/>
                <w:szCs w:val="32"/>
              </w:rPr>
              <w:t>_______________________</w:t>
            </w:r>
          </w:p>
        </w:tc>
        <w:tc>
          <w:tcPr>
            <w:tcW w:w="1796" w:type="pct"/>
            <w:tcBorders>
              <w:top w:val="single" w:sz="5" w:space="0" w:color="A6A6A6"/>
              <w:left w:val="single" w:sz="5" w:space="0" w:color="A6A6A6"/>
              <w:bottom w:val="single" w:sz="5" w:space="0" w:color="A6A6A6"/>
              <w:right w:val="single" w:sz="5" w:space="0" w:color="A6A6A6"/>
            </w:tcBorders>
            <w:shd w:val="clear" w:color="auto" w:fill="F5F5F5"/>
          </w:tcPr>
          <w:p w14:paraId="77B22920" w14:textId="08F05088" w:rsidR="0095064A" w:rsidRPr="0095064A" w:rsidRDefault="0095064A" w:rsidP="0095064A">
            <w:pPr>
              <w:spacing w:after="0"/>
              <w:jc w:val="center"/>
              <w:rPr>
                <w:sz w:val="32"/>
                <w:szCs w:val="32"/>
              </w:rPr>
            </w:pPr>
            <w:r w:rsidRPr="003D5C9C">
              <w:rPr>
                <w:sz w:val="32"/>
                <w:szCs w:val="32"/>
              </w:rPr>
              <w:t>_______________________</w:t>
            </w:r>
          </w:p>
        </w:tc>
      </w:tr>
      <w:tr w:rsidR="0095064A" w14:paraId="70AC4389" w14:textId="77777777" w:rsidTr="00AB41F3">
        <w:trPr>
          <w:jc w:val="center"/>
        </w:trPr>
        <w:tc>
          <w:tcPr>
            <w:tcW w:w="1328" w:type="pct"/>
            <w:tcBorders>
              <w:top w:val="single" w:sz="5" w:space="0" w:color="A6A6A6"/>
              <w:left w:val="single" w:sz="5" w:space="0" w:color="A6A6A6"/>
              <w:bottom w:val="single" w:sz="5" w:space="0" w:color="A6A6A6"/>
              <w:right w:val="single" w:sz="5" w:space="0" w:color="A6A6A6"/>
            </w:tcBorders>
            <w:vAlign w:val="center"/>
          </w:tcPr>
          <w:p w14:paraId="2FB2E94E" w14:textId="77777777" w:rsidR="0095064A" w:rsidRPr="0095064A" w:rsidRDefault="0095064A" w:rsidP="0095064A">
            <w:pPr>
              <w:spacing w:after="0"/>
              <w:rPr>
                <w:sz w:val="40"/>
                <w:szCs w:val="40"/>
              </w:rPr>
            </w:pPr>
            <w:r w:rsidRPr="0095064A">
              <w:rPr>
                <w:sz w:val="40"/>
                <w:szCs w:val="40"/>
              </w:rPr>
              <w:t>ZATVORENOST</w:t>
            </w:r>
          </w:p>
        </w:tc>
        <w:tc>
          <w:tcPr>
            <w:tcW w:w="1876" w:type="pct"/>
            <w:tcBorders>
              <w:top w:val="single" w:sz="5" w:space="0" w:color="A6A6A6"/>
              <w:left w:val="single" w:sz="5" w:space="0" w:color="A6A6A6"/>
              <w:bottom w:val="single" w:sz="5" w:space="0" w:color="A6A6A6"/>
              <w:right w:val="single" w:sz="5" w:space="0" w:color="A6A6A6"/>
            </w:tcBorders>
          </w:tcPr>
          <w:p w14:paraId="7DAD1DDD" w14:textId="23E16CB6" w:rsidR="0095064A" w:rsidRPr="0095064A" w:rsidRDefault="0095064A" w:rsidP="0095064A">
            <w:pPr>
              <w:spacing w:after="0"/>
              <w:jc w:val="center"/>
              <w:rPr>
                <w:sz w:val="32"/>
                <w:szCs w:val="32"/>
              </w:rPr>
            </w:pPr>
            <w:r w:rsidRPr="003D5C9C">
              <w:rPr>
                <w:sz w:val="32"/>
                <w:szCs w:val="32"/>
              </w:rPr>
              <w:t>_______________________</w:t>
            </w:r>
          </w:p>
        </w:tc>
        <w:tc>
          <w:tcPr>
            <w:tcW w:w="1796" w:type="pct"/>
            <w:tcBorders>
              <w:top w:val="single" w:sz="5" w:space="0" w:color="A6A6A6"/>
              <w:left w:val="single" w:sz="5" w:space="0" w:color="A6A6A6"/>
              <w:bottom w:val="single" w:sz="5" w:space="0" w:color="A6A6A6"/>
              <w:right w:val="single" w:sz="5" w:space="0" w:color="A6A6A6"/>
            </w:tcBorders>
          </w:tcPr>
          <w:p w14:paraId="755FA0E4" w14:textId="7F6DFDD2" w:rsidR="0095064A" w:rsidRPr="0095064A" w:rsidRDefault="0095064A" w:rsidP="0095064A">
            <w:pPr>
              <w:spacing w:after="0"/>
              <w:jc w:val="center"/>
              <w:rPr>
                <w:sz w:val="32"/>
                <w:szCs w:val="32"/>
              </w:rPr>
            </w:pPr>
            <w:r w:rsidRPr="003D5C9C">
              <w:rPr>
                <w:sz w:val="32"/>
                <w:szCs w:val="32"/>
              </w:rPr>
              <w:t>_______________________</w:t>
            </w:r>
          </w:p>
        </w:tc>
      </w:tr>
    </w:tbl>
    <w:p w14:paraId="1BA7D097" w14:textId="5F80B244" w:rsidR="004F598F" w:rsidRDefault="00C64C0C">
      <w:pPr>
        <w:spacing w:before="100" w:after="40"/>
      </w:pPr>
      <w:r>
        <w:rPr>
          <w:b/>
          <w:color w:val="C96A00"/>
          <w:sz w:val="26"/>
        </w:rPr>
        <w:t xml:space="preserve">Aktivnost </w:t>
      </w:r>
      <w:r w:rsidR="00715A7C">
        <w:rPr>
          <w:b/>
          <w:color w:val="C96A00"/>
          <w:sz w:val="26"/>
        </w:rPr>
        <w:t>9</w:t>
      </w:r>
      <w:r>
        <w:rPr>
          <w:b/>
          <w:color w:val="C96A00"/>
          <w:sz w:val="26"/>
        </w:rPr>
        <w:t xml:space="preserve">: Apostoli – od poziva do poslanja </w:t>
      </w:r>
      <w:r>
        <w:rPr>
          <w:i/>
          <w:color w:val="6B6B6B"/>
          <w:sz w:val="20"/>
        </w:rPr>
        <w:t>(rad u skupinama, 8 minuta)</w:t>
      </w:r>
    </w:p>
    <w:p w14:paraId="0FF9E10A" w14:textId="77777777" w:rsidR="004F598F" w:rsidRDefault="00C64C0C">
      <w:pPr>
        <w:spacing w:after="0"/>
        <w:jc w:val="both"/>
      </w:pPr>
      <w:r>
        <w:t>Skupine će složiti pet koraka apostolskoga puta pravilnim redom i uz svaki korak dodati jednu kratku rečenicu. Uloge: čitač, slagatelj, provjeravatelj i izvjestitelj.</w:t>
      </w:r>
    </w:p>
    <w:p w14:paraId="003AE83F" w14:textId="77777777" w:rsidR="004F598F" w:rsidRDefault="00C64C0C">
      <w:pPr>
        <w:spacing w:after="0"/>
        <w:jc w:val="both"/>
      </w:pPr>
      <w:r>
        <w:rPr>
          <w:i/>
          <w:color w:val="6B6B6B"/>
          <w:sz w:val="21"/>
        </w:rPr>
        <w:lastRenderedPageBreak/>
        <w:t>Rješenje: ISUS POZIVA → UČENICI SU S NJIME → BIRA DVANAESTORICU → ISUS ŠALJE → PRENOSE RADOSNU VIJEST. Apostol znači poslanik.</w:t>
      </w:r>
    </w:p>
    <w:p w14:paraId="3ED02811" w14:textId="77777777" w:rsidR="00F5510C" w:rsidRDefault="00F5510C">
      <w:pPr>
        <w:spacing w:before="160" w:after="40"/>
      </w:pPr>
    </w:p>
    <w:p w14:paraId="6EEC616C" w14:textId="29911B46" w:rsidR="004F598F" w:rsidRDefault="00C64C0C">
      <w:pPr>
        <w:spacing w:before="160" w:after="40"/>
      </w:pPr>
      <w:r>
        <w:t>Kartice za slaganje:</w:t>
      </w:r>
    </w:p>
    <w:tbl>
      <w:tblPr>
        <w:tblW w:w="0" w:type="auto"/>
        <w:jc w:val="center"/>
        <w:tblLook w:val="04A0" w:firstRow="1" w:lastRow="0" w:firstColumn="1" w:lastColumn="0" w:noHBand="0" w:noVBand="1"/>
      </w:tblPr>
      <w:tblGrid>
        <w:gridCol w:w="2133"/>
        <w:gridCol w:w="2135"/>
        <w:gridCol w:w="2133"/>
        <w:gridCol w:w="2134"/>
        <w:gridCol w:w="2134"/>
      </w:tblGrid>
      <w:tr w:rsidR="004F598F" w14:paraId="4B5E84D4" w14:textId="77777777">
        <w:trPr>
          <w:jc w:val="center"/>
        </w:trPr>
        <w:tc>
          <w:tcPr>
            <w:tcW w:w="2136" w:type="dxa"/>
            <w:tcBorders>
              <w:top w:val="single" w:sz="5" w:space="0" w:color="A6A6A6"/>
              <w:left w:val="single" w:sz="5" w:space="0" w:color="A6A6A6"/>
              <w:bottom w:val="single" w:sz="5" w:space="0" w:color="A6A6A6"/>
              <w:right w:val="single" w:sz="5" w:space="0" w:color="A6A6A6"/>
            </w:tcBorders>
            <w:shd w:val="clear" w:color="auto" w:fill="C96A00"/>
            <w:vAlign w:val="center"/>
          </w:tcPr>
          <w:p w14:paraId="7D625056" w14:textId="77777777" w:rsidR="004F598F" w:rsidRPr="0095064A" w:rsidRDefault="00C64C0C">
            <w:pPr>
              <w:spacing w:after="0"/>
              <w:jc w:val="center"/>
              <w:rPr>
                <w:sz w:val="40"/>
                <w:szCs w:val="40"/>
              </w:rPr>
            </w:pPr>
            <w:r w:rsidRPr="0095064A">
              <w:rPr>
                <w:b/>
                <w:color w:val="FFFFFF"/>
                <w:sz w:val="40"/>
                <w:szCs w:val="40"/>
              </w:rPr>
              <w:t>1</w:t>
            </w:r>
          </w:p>
        </w:tc>
        <w:tc>
          <w:tcPr>
            <w:tcW w:w="2136"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3FB0F53E" w14:textId="77777777" w:rsidR="004F598F" w:rsidRPr="0095064A" w:rsidRDefault="00C64C0C">
            <w:pPr>
              <w:spacing w:after="0"/>
              <w:jc w:val="center"/>
              <w:rPr>
                <w:sz w:val="40"/>
                <w:szCs w:val="40"/>
              </w:rPr>
            </w:pPr>
            <w:r w:rsidRPr="0095064A">
              <w:rPr>
                <w:b/>
                <w:color w:val="FFFFFF"/>
                <w:sz w:val="40"/>
                <w:szCs w:val="40"/>
              </w:rPr>
              <w:t>2</w:t>
            </w:r>
          </w:p>
        </w:tc>
        <w:tc>
          <w:tcPr>
            <w:tcW w:w="2136" w:type="dxa"/>
            <w:tcBorders>
              <w:top w:val="single" w:sz="5" w:space="0" w:color="A6A6A6"/>
              <w:left w:val="single" w:sz="5" w:space="0" w:color="A6A6A6"/>
              <w:bottom w:val="single" w:sz="5" w:space="0" w:color="A6A6A6"/>
              <w:right w:val="single" w:sz="5" w:space="0" w:color="A6A6A6"/>
            </w:tcBorders>
            <w:shd w:val="clear" w:color="auto" w:fill="00B050"/>
            <w:vAlign w:val="center"/>
          </w:tcPr>
          <w:p w14:paraId="02BD2B10" w14:textId="77777777" w:rsidR="004F598F" w:rsidRPr="0095064A" w:rsidRDefault="00C64C0C">
            <w:pPr>
              <w:spacing w:after="0"/>
              <w:jc w:val="center"/>
              <w:rPr>
                <w:sz w:val="40"/>
                <w:szCs w:val="40"/>
              </w:rPr>
            </w:pPr>
            <w:r w:rsidRPr="0095064A">
              <w:rPr>
                <w:b/>
                <w:color w:val="FFFFFF"/>
                <w:sz w:val="40"/>
                <w:szCs w:val="40"/>
              </w:rPr>
              <w:t>3</w:t>
            </w:r>
          </w:p>
        </w:tc>
        <w:tc>
          <w:tcPr>
            <w:tcW w:w="2136" w:type="dxa"/>
            <w:tcBorders>
              <w:top w:val="single" w:sz="5" w:space="0" w:color="A6A6A6"/>
              <w:left w:val="single" w:sz="5" w:space="0" w:color="A6A6A6"/>
              <w:bottom w:val="single" w:sz="5" w:space="0" w:color="A6A6A6"/>
              <w:right w:val="single" w:sz="5" w:space="0" w:color="A6A6A6"/>
            </w:tcBorders>
            <w:shd w:val="clear" w:color="auto" w:fill="C96A00"/>
            <w:vAlign w:val="center"/>
          </w:tcPr>
          <w:p w14:paraId="2E29A8A1" w14:textId="77777777" w:rsidR="004F598F" w:rsidRPr="0095064A" w:rsidRDefault="00C64C0C">
            <w:pPr>
              <w:spacing w:after="0"/>
              <w:jc w:val="center"/>
              <w:rPr>
                <w:sz w:val="40"/>
                <w:szCs w:val="40"/>
              </w:rPr>
            </w:pPr>
            <w:r w:rsidRPr="0095064A">
              <w:rPr>
                <w:b/>
                <w:color w:val="FFFFFF"/>
                <w:sz w:val="40"/>
                <w:szCs w:val="40"/>
              </w:rPr>
              <w:t>4</w:t>
            </w:r>
          </w:p>
        </w:tc>
        <w:tc>
          <w:tcPr>
            <w:tcW w:w="2136"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0F36FB97" w14:textId="77777777" w:rsidR="004F598F" w:rsidRPr="0095064A" w:rsidRDefault="00C64C0C">
            <w:pPr>
              <w:spacing w:after="0"/>
              <w:jc w:val="center"/>
              <w:rPr>
                <w:sz w:val="40"/>
                <w:szCs w:val="40"/>
              </w:rPr>
            </w:pPr>
            <w:r w:rsidRPr="0095064A">
              <w:rPr>
                <w:b/>
                <w:color w:val="FFFFFF"/>
                <w:sz w:val="40"/>
                <w:szCs w:val="40"/>
              </w:rPr>
              <w:t>5</w:t>
            </w:r>
          </w:p>
        </w:tc>
      </w:tr>
      <w:tr w:rsidR="004F598F" w14:paraId="678AEEA2" w14:textId="77777777">
        <w:trPr>
          <w:jc w:val="center"/>
        </w:trPr>
        <w:tc>
          <w:tcPr>
            <w:tcW w:w="2136" w:type="dxa"/>
            <w:tcBorders>
              <w:top w:val="single" w:sz="5" w:space="0" w:color="A6A6A6"/>
              <w:left w:val="single" w:sz="5" w:space="0" w:color="A6A6A6"/>
              <w:bottom w:val="single" w:sz="5" w:space="0" w:color="A6A6A6"/>
              <w:right w:val="single" w:sz="5" w:space="0" w:color="A6A6A6"/>
            </w:tcBorders>
            <w:vAlign w:val="center"/>
          </w:tcPr>
          <w:p w14:paraId="041AA2F8" w14:textId="77777777" w:rsidR="004F598F" w:rsidRPr="0095064A" w:rsidRDefault="00C64C0C">
            <w:pPr>
              <w:spacing w:after="0"/>
              <w:rPr>
                <w:sz w:val="40"/>
                <w:szCs w:val="40"/>
              </w:rPr>
            </w:pPr>
            <w:r w:rsidRPr="0095064A">
              <w:rPr>
                <w:sz w:val="40"/>
                <w:szCs w:val="40"/>
              </w:rPr>
              <w:t>ISUS ŠALJE</w:t>
            </w:r>
          </w:p>
        </w:tc>
        <w:tc>
          <w:tcPr>
            <w:tcW w:w="2136" w:type="dxa"/>
            <w:tcBorders>
              <w:top w:val="single" w:sz="5" w:space="0" w:color="A6A6A6"/>
              <w:left w:val="single" w:sz="5" w:space="0" w:color="A6A6A6"/>
              <w:bottom w:val="single" w:sz="5" w:space="0" w:color="A6A6A6"/>
              <w:right w:val="single" w:sz="5" w:space="0" w:color="A6A6A6"/>
            </w:tcBorders>
            <w:vAlign w:val="center"/>
          </w:tcPr>
          <w:p w14:paraId="0CEAB16E" w14:textId="77777777" w:rsidR="004F598F" w:rsidRPr="0095064A" w:rsidRDefault="00C64C0C">
            <w:pPr>
              <w:spacing w:after="0"/>
              <w:rPr>
                <w:sz w:val="40"/>
                <w:szCs w:val="40"/>
              </w:rPr>
            </w:pPr>
            <w:r w:rsidRPr="0095064A">
              <w:rPr>
                <w:sz w:val="40"/>
                <w:szCs w:val="40"/>
              </w:rPr>
              <w:t>PRENOSE RADOSNU VIJEST</w:t>
            </w:r>
          </w:p>
        </w:tc>
        <w:tc>
          <w:tcPr>
            <w:tcW w:w="2136" w:type="dxa"/>
            <w:tcBorders>
              <w:top w:val="single" w:sz="5" w:space="0" w:color="A6A6A6"/>
              <w:left w:val="single" w:sz="5" w:space="0" w:color="A6A6A6"/>
              <w:bottom w:val="single" w:sz="5" w:space="0" w:color="A6A6A6"/>
              <w:right w:val="single" w:sz="5" w:space="0" w:color="A6A6A6"/>
            </w:tcBorders>
            <w:vAlign w:val="center"/>
          </w:tcPr>
          <w:p w14:paraId="22A57851" w14:textId="77777777" w:rsidR="004F598F" w:rsidRPr="0095064A" w:rsidRDefault="00C64C0C">
            <w:pPr>
              <w:spacing w:after="0"/>
              <w:rPr>
                <w:sz w:val="40"/>
                <w:szCs w:val="40"/>
              </w:rPr>
            </w:pPr>
            <w:r w:rsidRPr="0095064A">
              <w:rPr>
                <w:sz w:val="40"/>
                <w:szCs w:val="40"/>
              </w:rPr>
              <w:t>ISUS POZIVA</w:t>
            </w:r>
          </w:p>
        </w:tc>
        <w:tc>
          <w:tcPr>
            <w:tcW w:w="2136" w:type="dxa"/>
            <w:tcBorders>
              <w:top w:val="single" w:sz="5" w:space="0" w:color="A6A6A6"/>
              <w:left w:val="single" w:sz="5" w:space="0" w:color="A6A6A6"/>
              <w:bottom w:val="single" w:sz="5" w:space="0" w:color="A6A6A6"/>
              <w:right w:val="single" w:sz="5" w:space="0" w:color="A6A6A6"/>
            </w:tcBorders>
            <w:vAlign w:val="center"/>
          </w:tcPr>
          <w:p w14:paraId="41058D79" w14:textId="77777777" w:rsidR="004F598F" w:rsidRPr="0095064A" w:rsidRDefault="00C64C0C">
            <w:pPr>
              <w:spacing w:after="0"/>
              <w:rPr>
                <w:sz w:val="40"/>
                <w:szCs w:val="40"/>
              </w:rPr>
            </w:pPr>
            <w:r w:rsidRPr="0095064A">
              <w:rPr>
                <w:sz w:val="40"/>
                <w:szCs w:val="40"/>
              </w:rPr>
              <w:t>BIRA 12 UČENIKA</w:t>
            </w:r>
          </w:p>
        </w:tc>
        <w:tc>
          <w:tcPr>
            <w:tcW w:w="2136" w:type="dxa"/>
            <w:tcBorders>
              <w:top w:val="single" w:sz="5" w:space="0" w:color="A6A6A6"/>
              <w:left w:val="single" w:sz="5" w:space="0" w:color="A6A6A6"/>
              <w:bottom w:val="single" w:sz="5" w:space="0" w:color="A6A6A6"/>
              <w:right w:val="single" w:sz="5" w:space="0" w:color="A6A6A6"/>
            </w:tcBorders>
            <w:vAlign w:val="center"/>
          </w:tcPr>
          <w:p w14:paraId="0D1130D4" w14:textId="77777777" w:rsidR="004F598F" w:rsidRPr="0095064A" w:rsidRDefault="00C64C0C">
            <w:pPr>
              <w:spacing w:after="0"/>
              <w:rPr>
                <w:sz w:val="40"/>
                <w:szCs w:val="40"/>
              </w:rPr>
            </w:pPr>
            <w:r w:rsidRPr="0095064A">
              <w:rPr>
                <w:sz w:val="40"/>
                <w:szCs w:val="40"/>
              </w:rPr>
              <w:t>UČENICI SU S NJIME</w:t>
            </w:r>
          </w:p>
        </w:tc>
      </w:tr>
    </w:tbl>
    <w:p w14:paraId="57F1B0D7" w14:textId="30BBF763" w:rsidR="004F598F" w:rsidRDefault="00C64C0C">
      <w:pPr>
        <w:spacing w:before="100" w:after="40"/>
      </w:pPr>
      <w:r>
        <w:rPr>
          <w:b/>
          <w:color w:val="C96A00"/>
          <w:sz w:val="26"/>
        </w:rPr>
        <w:t xml:space="preserve">Aktivnost </w:t>
      </w:r>
      <w:r w:rsidR="00715A7C">
        <w:rPr>
          <w:b/>
          <w:color w:val="C96A00"/>
          <w:sz w:val="26"/>
        </w:rPr>
        <w:t>10</w:t>
      </w:r>
      <w:r>
        <w:rPr>
          <w:b/>
          <w:color w:val="C96A00"/>
          <w:sz w:val="26"/>
        </w:rPr>
        <w:t xml:space="preserve">: Isusov učenik – različite službe, isti poziv </w:t>
      </w:r>
      <w:r>
        <w:rPr>
          <w:i/>
          <w:color w:val="6B6B6B"/>
          <w:sz w:val="20"/>
        </w:rPr>
        <w:t>(rad u paru, 7 minuta)</w:t>
      </w:r>
    </w:p>
    <w:p w14:paraId="6E1A08D6" w14:textId="2156B4B9" w:rsidR="004F598F" w:rsidRDefault="00C64C0C">
      <w:pPr>
        <w:spacing w:after="0"/>
        <w:jc w:val="both"/>
      </w:pPr>
      <w:r>
        <w:t>Parovi će šest uloga povezati s jednom od triju skupina: SVETI RED – POSVEĆENI ŽIVOT – LAICI. Nakon povezivanja odabiru jednu ulogu i objašnjavaju kako ta osoba može slijediti Isusa služeći drugima.</w:t>
      </w:r>
    </w:p>
    <w:p w14:paraId="77D1E6AF" w14:textId="71D9F1A5" w:rsidR="004F598F" w:rsidRDefault="00C64C0C">
      <w:pPr>
        <w:spacing w:after="0"/>
        <w:jc w:val="both"/>
      </w:pPr>
      <w:r>
        <w:rPr>
          <w:i/>
          <w:color w:val="6B6B6B"/>
          <w:sz w:val="21"/>
        </w:rPr>
        <w:t xml:space="preserve">Rješenje: </w:t>
      </w:r>
      <w:r w:rsidR="000C1CC5">
        <w:rPr>
          <w:i/>
          <w:color w:val="6B6B6B"/>
          <w:sz w:val="21"/>
        </w:rPr>
        <w:t xml:space="preserve">UČENIK – LAICI; SVEĆENIK – SVETI RED; VJERNIK LAIK – LAICI; ĐAKON – SVETI RED; REDOVNICA – POSVEĆENI ŽIVOT; </w:t>
      </w:r>
      <w:r>
        <w:rPr>
          <w:i/>
          <w:color w:val="6B6B6B"/>
          <w:sz w:val="21"/>
        </w:rPr>
        <w:t>BISKUP – SVETI RED;.</w:t>
      </w:r>
    </w:p>
    <w:p w14:paraId="76008DCB" w14:textId="77777777" w:rsidR="00A20801" w:rsidRDefault="00A20801">
      <w:pPr>
        <w:spacing w:before="160" w:after="40"/>
      </w:pPr>
    </w:p>
    <w:p w14:paraId="4A8BCBF9" w14:textId="165FD87A" w:rsidR="004F598F" w:rsidRDefault="00C64C0C" w:rsidP="0095064A">
      <w:pPr>
        <w:spacing w:after="40"/>
      </w:pPr>
      <w:r>
        <w:t>Radni predložak:</w:t>
      </w:r>
    </w:p>
    <w:tbl>
      <w:tblPr>
        <w:tblW w:w="0" w:type="auto"/>
        <w:jc w:val="center"/>
        <w:tblLook w:val="04A0" w:firstRow="1" w:lastRow="0" w:firstColumn="1" w:lastColumn="0" w:noHBand="0" w:noVBand="1"/>
      </w:tblPr>
      <w:tblGrid>
        <w:gridCol w:w="3402"/>
        <w:gridCol w:w="7229"/>
      </w:tblGrid>
      <w:tr w:rsidR="004F598F" w14:paraId="22F88FE2" w14:textId="77777777">
        <w:trPr>
          <w:jc w:val="center"/>
        </w:trPr>
        <w:tc>
          <w:tcPr>
            <w:tcW w:w="3402"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701CE7CB" w14:textId="77777777" w:rsidR="004F598F" w:rsidRPr="0095064A" w:rsidRDefault="00C64C0C">
            <w:pPr>
              <w:spacing w:after="0"/>
              <w:jc w:val="center"/>
              <w:rPr>
                <w:sz w:val="40"/>
                <w:szCs w:val="40"/>
              </w:rPr>
            </w:pPr>
            <w:r w:rsidRPr="0095064A">
              <w:rPr>
                <w:b/>
                <w:color w:val="FFFFFF"/>
                <w:sz w:val="40"/>
                <w:szCs w:val="40"/>
              </w:rPr>
              <w:t>ULOGA</w:t>
            </w:r>
          </w:p>
        </w:tc>
        <w:tc>
          <w:tcPr>
            <w:tcW w:w="5329"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1FF55CDF" w14:textId="77777777" w:rsidR="004F598F" w:rsidRPr="0095064A" w:rsidRDefault="00C64C0C">
            <w:pPr>
              <w:spacing w:after="0"/>
              <w:jc w:val="center"/>
              <w:rPr>
                <w:sz w:val="40"/>
                <w:szCs w:val="40"/>
              </w:rPr>
            </w:pPr>
            <w:r w:rsidRPr="0095064A">
              <w:rPr>
                <w:b/>
                <w:color w:val="FFFFFF"/>
                <w:sz w:val="40"/>
                <w:szCs w:val="40"/>
              </w:rPr>
              <w:t>SKUPINA</w:t>
            </w:r>
          </w:p>
        </w:tc>
      </w:tr>
      <w:tr w:rsidR="004F598F" w14:paraId="1FB726A5" w14:textId="77777777">
        <w:trPr>
          <w:jc w:val="center"/>
        </w:trPr>
        <w:tc>
          <w:tcPr>
            <w:tcW w:w="3402" w:type="dxa"/>
            <w:tcBorders>
              <w:top w:val="single" w:sz="5" w:space="0" w:color="A6A6A6"/>
              <w:left w:val="single" w:sz="5" w:space="0" w:color="A6A6A6"/>
              <w:bottom w:val="single" w:sz="5" w:space="0" w:color="A6A6A6"/>
              <w:right w:val="single" w:sz="5" w:space="0" w:color="A6A6A6"/>
            </w:tcBorders>
            <w:vAlign w:val="center"/>
          </w:tcPr>
          <w:p w14:paraId="34B4A5C6" w14:textId="2A3D9E0D" w:rsidR="004F598F" w:rsidRPr="0095064A" w:rsidRDefault="000C1CC5">
            <w:pPr>
              <w:spacing w:after="0"/>
              <w:rPr>
                <w:sz w:val="40"/>
                <w:szCs w:val="40"/>
              </w:rPr>
            </w:pPr>
            <w:r w:rsidRPr="0095064A">
              <w:rPr>
                <w:sz w:val="40"/>
                <w:szCs w:val="40"/>
              </w:rPr>
              <w:t xml:space="preserve">UČENIK </w:t>
            </w:r>
          </w:p>
        </w:tc>
        <w:tc>
          <w:tcPr>
            <w:tcW w:w="5329" w:type="dxa"/>
            <w:tcBorders>
              <w:top w:val="single" w:sz="5" w:space="0" w:color="A6A6A6"/>
              <w:left w:val="single" w:sz="5" w:space="0" w:color="A6A6A6"/>
              <w:bottom w:val="single" w:sz="5" w:space="0" w:color="A6A6A6"/>
              <w:right w:val="single" w:sz="5" w:space="0" w:color="A6A6A6"/>
            </w:tcBorders>
            <w:vAlign w:val="center"/>
          </w:tcPr>
          <w:p w14:paraId="11485A26" w14:textId="77777777" w:rsidR="004F598F" w:rsidRPr="0095064A" w:rsidRDefault="00C64C0C">
            <w:pPr>
              <w:spacing w:after="0"/>
              <w:rPr>
                <w:sz w:val="32"/>
                <w:szCs w:val="32"/>
              </w:rPr>
            </w:pPr>
            <w:r w:rsidRPr="0095064A">
              <w:rPr>
                <w:sz w:val="32"/>
                <w:szCs w:val="32"/>
              </w:rPr>
              <w:t>____________________________________________</w:t>
            </w:r>
          </w:p>
        </w:tc>
      </w:tr>
      <w:tr w:rsidR="004F598F" w14:paraId="33652993" w14:textId="77777777">
        <w:trPr>
          <w:jc w:val="center"/>
        </w:trPr>
        <w:tc>
          <w:tcPr>
            <w:tcW w:w="3402"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50523C51" w14:textId="77777777" w:rsidR="004F598F" w:rsidRPr="0095064A" w:rsidRDefault="00C64C0C">
            <w:pPr>
              <w:spacing w:after="0"/>
              <w:rPr>
                <w:sz w:val="40"/>
                <w:szCs w:val="40"/>
              </w:rPr>
            </w:pPr>
            <w:r w:rsidRPr="0095064A">
              <w:rPr>
                <w:sz w:val="40"/>
                <w:szCs w:val="40"/>
              </w:rPr>
              <w:t>SVEĆENIK</w:t>
            </w:r>
          </w:p>
        </w:tc>
        <w:tc>
          <w:tcPr>
            <w:tcW w:w="5329"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7DE0C7FD" w14:textId="77777777" w:rsidR="004F598F" w:rsidRPr="0095064A" w:rsidRDefault="00C64C0C">
            <w:pPr>
              <w:spacing w:after="0"/>
              <w:rPr>
                <w:sz w:val="32"/>
                <w:szCs w:val="32"/>
              </w:rPr>
            </w:pPr>
            <w:r w:rsidRPr="0095064A">
              <w:rPr>
                <w:sz w:val="32"/>
                <w:szCs w:val="32"/>
              </w:rPr>
              <w:t>____________________________________________</w:t>
            </w:r>
          </w:p>
        </w:tc>
      </w:tr>
      <w:tr w:rsidR="004F598F" w14:paraId="7DEB17D4" w14:textId="77777777">
        <w:trPr>
          <w:jc w:val="center"/>
        </w:trPr>
        <w:tc>
          <w:tcPr>
            <w:tcW w:w="3402" w:type="dxa"/>
            <w:tcBorders>
              <w:top w:val="single" w:sz="5" w:space="0" w:color="A6A6A6"/>
              <w:left w:val="single" w:sz="5" w:space="0" w:color="A6A6A6"/>
              <w:bottom w:val="single" w:sz="5" w:space="0" w:color="A6A6A6"/>
              <w:right w:val="single" w:sz="5" w:space="0" w:color="A6A6A6"/>
            </w:tcBorders>
            <w:vAlign w:val="center"/>
          </w:tcPr>
          <w:p w14:paraId="4AF8BF33" w14:textId="08788198" w:rsidR="004F598F" w:rsidRPr="0095064A" w:rsidRDefault="000C1CC5">
            <w:pPr>
              <w:spacing w:after="0"/>
              <w:rPr>
                <w:sz w:val="40"/>
                <w:szCs w:val="40"/>
              </w:rPr>
            </w:pPr>
            <w:r w:rsidRPr="0095064A">
              <w:rPr>
                <w:sz w:val="40"/>
                <w:szCs w:val="40"/>
              </w:rPr>
              <w:t>VJERNIK LAIK</w:t>
            </w:r>
          </w:p>
        </w:tc>
        <w:tc>
          <w:tcPr>
            <w:tcW w:w="5329" w:type="dxa"/>
            <w:tcBorders>
              <w:top w:val="single" w:sz="5" w:space="0" w:color="A6A6A6"/>
              <w:left w:val="single" w:sz="5" w:space="0" w:color="A6A6A6"/>
              <w:bottom w:val="single" w:sz="5" w:space="0" w:color="A6A6A6"/>
              <w:right w:val="single" w:sz="5" w:space="0" w:color="A6A6A6"/>
            </w:tcBorders>
            <w:vAlign w:val="center"/>
          </w:tcPr>
          <w:p w14:paraId="43CBD65A" w14:textId="77777777" w:rsidR="004F598F" w:rsidRPr="0095064A" w:rsidRDefault="00C64C0C">
            <w:pPr>
              <w:spacing w:after="0"/>
              <w:rPr>
                <w:sz w:val="32"/>
                <w:szCs w:val="32"/>
              </w:rPr>
            </w:pPr>
            <w:r w:rsidRPr="0095064A">
              <w:rPr>
                <w:sz w:val="32"/>
                <w:szCs w:val="32"/>
              </w:rPr>
              <w:t>____________________________________________</w:t>
            </w:r>
          </w:p>
        </w:tc>
      </w:tr>
      <w:tr w:rsidR="004F598F" w14:paraId="5DDE32F0" w14:textId="77777777">
        <w:trPr>
          <w:jc w:val="center"/>
        </w:trPr>
        <w:tc>
          <w:tcPr>
            <w:tcW w:w="3402"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3EFE17C0" w14:textId="719E1FA6" w:rsidR="004F598F" w:rsidRPr="0095064A" w:rsidRDefault="000C1CC5">
            <w:pPr>
              <w:spacing w:after="0"/>
              <w:rPr>
                <w:sz w:val="40"/>
                <w:szCs w:val="40"/>
              </w:rPr>
            </w:pPr>
            <w:r w:rsidRPr="0095064A">
              <w:rPr>
                <w:sz w:val="40"/>
                <w:szCs w:val="40"/>
              </w:rPr>
              <w:t xml:space="preserve">ĐAKON </w:t>
            </w:r>
          </w:p>
        </w:tc>
        <w:tc>
          <w:tcPr>
            <w:tcW w:w="5329"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34E204C8" w14:textId="77777777" w:rsidR="004F598F" w:rsidRPr="0095064A" w:rsidRDefault="00C64C0C">
            <w:pPr>
              <w:spacing w:after="0"/>
              <w:rPr>
                <w:sz w:val="32"/>
                <w:szCs w:val="32"/>
              </w:rPr>
            </w:pPr>
            <w:r w:rsidRPr="0095064A">
              <w:rPr>
                <w:sz w:val="32"/>
                <w:szCs w:val="32"/>
              </w:rPr>
              <w:t>____________________________________________</w:t>
            </w:r>
          </w:p>
        </w:tc>
      </w:tr>
      <w:tr w:rsidR="004F598F" w14:paraId="04770F2A" w14:textId="77777777">
        <w:trPr>
          <w:jc w:val="center"/>
        </w:trPr>
        <w:tc>
          <w:tcPr>
            <w:tcW w:w="3402" w:type="dxa"/>
            <w:tcBorders>
              <w:top w:val="single" w:sz="5" w:space="0" w:color="A6A6A6"/>
              <w:left w:val="single" w:sz="5" w:space="0" w:color="A6A6A6"/>
              <w:bottom w:val="single" w:sz="5" w:space="0" w:color="A6A6A6"/>
              <w:right w:val="single" w:sz="5" w:space="0" w:color="A6A6A6"/>
            </w:tcBorders>
            <w:vAlign w:val="center"/>
          </w:tcPr>
          <w:p w14:paraId="30550990" w14:textId="0A3759B1" w:rsidR="004F598F" w:rsidRPr="0095064A" w:rsidRDefault="000C1CC5">
            <w:pPr>
              <w:spacing w:after="0"/>
              <w:rPr>
                <w:sz w:val="40"/>
                <w:szCs w:val="40"/>
              </w:rPr>
            </w:pPr>
            <w:r w:rsidRPr="0095064A">
              <w:rPr>
                <w:sz w:val="40"/>
                <w:szCs w:val="40"/>
              </w:rPr>
              <w:t xml:space="preserve">REDOVNICA </w:t>
            </w:r>
          </w:p>
        </w:tc>
        <w:tc>
          <w:tcPr>
            <w:tcW w:w="5329" w:type="dxa"/>
            <w:tcBorders>
              <w:top w:val="single" w:sz="5" w:space="0" w:color="A6A6A6"/>
              <w:left w:val="single" w:sz="5" w:space="0" w:color="A6A6A6"/>
              <w:bottom w:val="single" w:sz="5" w:space="0" w:color="A6A6A6"/>
              <w:right w:val="single" w:sz="5" w:space="0" w:color="A6A6A6"/>
            </w:tcBorders>
            <w:vAlign w:val="center"/>
          </w:tcPr>
          <w:p w14:paraId="495CB420" w14:textId="77777777" w:rsidR="004F598F" w:rsidRPr="0095064A" w:rsidRDefault="00C64C0C">
            <w:pPr>
              <w:spacing w:after="0"/>
              <w:rPr>
                <w:sz w:val="32"/>
                <w:szCs w:val="32"/>
              </w:rPr>
            </w:pPr>
            <w:r w:rsidRPr="0095064A">
              <w:rPr>
                <w:sz w:val="32"/>
                <w:szCs w:val="32"/>
              </w:rPr>
              <w:t>____________________________________________</w:t>
            </w:r>
          </w:p>
        </w:tc>
      </w:tr>
      <w:tr w:rsidR="004F598F" w14:paraId="47A23256" w14:textId="77777777">
        <w:trPr>
          <w:jc w:val="center"/>
        </w:trPr>
        <w:tc>
          <w:tcPr>
            <w:tcW w:w="3402"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668D6212" w14:textId="18E516EA" w:rsidR="004F598F" w:rsidRPr="0095064A" w:rsidRDefault="000C1CC5">
            <w:pPr>
              <w:spacing w:after="0"/>
              <w:rPr>
                <w:sz w:val="40"/>
                <w:szCs w:val="40"/>
              </w:rPr>
            </w:pPr>
            <w:r w:rsidRPr="0095064A">
              <w:rPr>
                <w:sz w:val="40"/>
                <w:szCs w:val="40"/>
              </w:rPr>
              <w:t>BISKUP</w:t>
            </w:r>
          </w:p>
        </w:tc>
        <w:tc>
          <w:tcPr>
            <w:tcW w:w="5329"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58F845FF" w14:textId="77777777" w:rsidR="004F598F" w:rsidRPr="0095064A" w:rsidRDefault="00C64C0C">
            <w:pPr>
              <w:spacing w:after="0"/>
              <w:rPr>
                <w:sz w:val="32"/>
                <w:szCs w:val="32"/>
              </w:rPr>
            </w:pPr>
            <w:r w:rsidRPr="0095064A">
              <w:rPr>
                <w:sz w:val="32"/>
                <w:szCs w:val="32"/>
              </w:rPr>
              <w:t>____________________________________________</w:t>
            </w:r>
          </w:p>
        </w:tc>
      </w:tr>
    </w:tbl>
    <w:p w14:paraId="3471D9E5" w14:textId="5FCE4D68" w:rsidR="004F598F" w:rsidRDefault="00C64C0C">
      <w:pPr>
        <w:spacing w:before="100" w:after="40"/>
      </w:pPr>
      <w:r>
        <w:rPr>
          <w:b/>
          <w:color w:val="C96A00"/>
          <w:sz w:val="26"/>
        </w:rPr>
        <w:t>Aktivnost 1</w:t>
      </w:r>
      <w:r w:rsidR="00715A7C">
        <w:rPr>
          <w:b/>
          <w:color w:val="C96A00"/>
          <w:sz w:val="26"/>
        </w:rPr>
        <w:t>1</w:t>
      </w:r>
      <w:r>
        <w:rPr>
          <w:b/>
          <w:color w:val="C96A00"/>
          <w:sz w:val="26"/>
        </w:rPr>
        <w:t xml:space="preserve">: Lov na uljeza </w:t>
      </w:r>
      <w:r>
        <w:rPr>
          <w:i/>
          <w:color w:val="6B6B6B"/>
          <w:sz w:val="20"/>
        </w:rPr>
        <w:t>(individualni rad, 7 minuta)</w:t>
      </w:r>
    </w:p>
    <w:p w14:paraId="0EC0F911" w14:textId="77777777" w:rsidR="004F598F" w:rsidRDefault="00C64C0C">
      <w:pPr>
        <w:spacing w:after="0"/>
        <w:jc w:val="both"/>
      </w:pPr>
      <w:r>
        <w:t>Učenici će u svakome nizu zaokružiti uljeza na radnome predlošku i jednom rečenicom objasniti zašto ne pripada skupini.</w:t>
      </w:r>
    </w:p>
    <w:p w14:paraId="1C1FB09C" w14:textId="77777777" w:rsidR="004F598F" w:rsidRDefault="00C64C0C">
      <w:pPr>
        <w:spacing w:after="0"/>
        <w:jc w:val="both"/>
      </w:pPr>
      <w:r>
        <w:rPr>
          <w:i/>
          <w:color w:val="6B6B6B"/>
          <w:sz w:val="21"/>
        </w:rPr>
        <w:t>Rješenje: APOSTOLI – ostalo su vjerske ili političke skupine Isusova vremena; STRAH – ostalo su vrednote kraljevstva Božjega; ZAKEJ – ostalo su apostoli; FARIZEJ – ostalo su službe svetoga reda.</w:t>
      </w:r>
    </w:p>
    <w:p w14:paraId="2C529C2F" w14:textId="77777777" w:rsidR="00A20801" w:rsidRDefault="00A20801">
      <w:pPr>
        <w:spacing w:before="160" w:after="40"/>
      </w:pPr>
    </w:p>
    <w:p w14:paraId="06C70354" w14:textId="0E4C9DE9" w:rsidR="004F598F" w:rsidRDefault="00C64C0C" w:rsidP="0095064A">
      <w:pPr>
        <w:spacing w:after="40"/>
      </w:pPr>
      <w:r>
        <w:t>Radni predložak:</w:t>
      </w:r>
    </w:p>
    <w:tbl>
      <w:tblPr>
        <w:tblW w:w="0" w:type="auto"/>
        <w:jc w:val="center"/>
        <w:tblLook w:val="04A0" w:firstRow="1" w:lastRow="0" w:firstColumn="1" w:lastColumn="0" w:noHBand="0" w:noVBand="1"/>
      </w:tblPr>
      <w:tblGrid>
        <w:gridCol w:w="4556"/>
        <w:gridCol w:w="6113"/>
      </w:tblGrid>
      <w:tr w:rsidR="004F598F" w14:paraId="02588E1E" w14:textId="77777777">
        <w:trPr>
          <w:jc w:val="center"/>
        </w:trPr>
        <w:tc>
          <w:tcPr>
            <w:tcW w:w="4649"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1BD758E7" w14:textId="77777777" w:rsidR="004F598F" w:rsidRPr="0095064A" w:rsidRDefault="00C64C0C">
            <w:pPr>
              <w:spacing w:after="0"/>
              <w:jc w:val="center"/>
              <w:rPr>
                <w:sz w:val="40"/>
                <w:szCs w:val="40"/>
              </w:rPr>
            </w:pPr>
            <w:r w:rsidRPr="0095064A">
              <w:rPr>
                <w:b/>
                <w:color w:val="FFFFFF"/>
                <w:sz w:val="40"/>
                <w:szCs w:val="40"/>
              </w:rPr>
              <w:t>NIZ POJMOVA</w:t>
            </w:r>
          </w:p>
        </w:tc>
        <w:tc>
          <w:tcPr>
            <w:tcW w:w="4082"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2F7A4FEA" w14:textId="77777777" w:rsidR="004F598F" w:rsidRPr="0095064A" w:rsidRDefault="00C64C0C">
            <w:pPr>
              <w:spacing w:after="0"/>
              <w:jc w:val="center"/>
              <w:rPr>
                <w:sz w:val="40"/>
                <w:szCs w:val="40"/>
              </w:rPr>
            </w:pPr>
            <w:r w:rsidRPr="0095064A">
              <w:rPr>
                <w:b/>
                <w:color w:val="FFFFFF"/>
                <w:sz w:val="40"/>
                <w:szCs w:val="40"/>
              </w:rPr>
              <w:t>ULJEZ I OBJAŠNJENJE</w:t>
            </w:r>
          </w:p>
        </w:tc>
      </w:tr>
      <w:tr w:rsidR="004F598F" w14:paraId="2E7B2543" w14:textId="77777777">
        <w:trPr>
          <w:jc w:val="center"/>
        </w:trPr>
        <w:tc>
          <w:tcPr>
            <w:tcW w:w="4649" w:type="dxa"/>
            <w:tcBorders>
              <w:top w:val="single" w:sz="5" w:space="0" w:color="A6A6A6"/>
              <w:left w:val="single" w:sz="5" w:space="0" w:color="A6A6A6"/>
              <w:bottom w:val="single" w:sz="5" w:space="0" w:color="A6A6A6"/>
              <w:right w:val="single" w:sz="5" w:space="0" w:color="A6A6A6"/>
            </w:tcBorders>
            <w:vAlign w:val="center"/>
          </w:tcPr>
          <w:p w14:paraId="1A50BAAA" w14:textId="4E688BB0" w:rsidR="004F598F" w:rsidRPr="0095064A" w:rsidRDefault="00A20801">
            <w:pPr>
              <w:spacing w:after="0"/>
              <w:rPr>
                <w:sz w:val="40"/>
                <w:szCs w:val="40"/>
              </w:rPr>
            </w:pPr>
            <w:r w:rsidRPr="0095064A">
              <w:rPr>
                <w:sz w:val="40"/>
                <w:szCs w:val="40"/>
              </w:rPr>
              <w:t xml:space="preserve">APOSTOLI – FARIZEJI – PISMOZNANCI – ZELOTI </w:t>
            </w:r>
          </w:p>
        </w:tc>
        <w:tc>
          <w:tcPr>
            <w:tcW w:w="4082" w:type="dxa"/>
            <w:tcBorders>
              <w:top w:val="single" w:sz="5" w:space="0" w:color="A6A6A6"/>
              <w:left w:val="single" w:sz="5" w:space="0" w:color="A6A6A6"/>
              <w:bottom w:val="single" w:sz="5" w:space="0" w:color="A6A6A6"/>
              <w:right w:val="single" w:sz="5" w:space="0" w:color="A6A6A6"/>
            </w:tcBorders>
            <w:vAlign w:val="center"/>
          </w:tcPr>
          <w:p w14:paraId="2615D438" w14:textId="77777777" w:rsidR="004F598F" w:rsidRPr="0095064A" w:rsidRDefault="00C64C0C">
            <w:pPr>
              <w:spacing w:after="0"/>
              <w:rPr>
                <w:sz w:val="32"/>
                <w:szCs w:val="32"/>
              </w:rPr>
            </w:pPr>
            <w:r w:rsidRPr="0095064A">
              <w:rPr>
                <w:sz w:val="32"/>
                <w:szCs w:val="32"/>
              </w:rPr>
              <w:t>_____________________________________</w:t>
            </w:r>
          </w:p>
        </w:tc>
      </w:tr>
      <w:tr w:rsidR="004F598F" w14:paraId="51F65040" w14:textId="77777777">
        <w:trPr>
          <w:jc w:val="center"/>
        </w:trPr>
        <w:tc>
          <w:tcPr>
            <w:tcW w:w="4649"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455148AA" w14:textId="77777777" w:rsidR="004F598F" w:rsidRPr="0095064A" w:rsidRDefault="00C64C0C">
            <w:pPr>
              <w:spacing w:after="0"/>
              <w:rPr>
                <w:sz w:val="40"/>
                <w:szCs w:val="40"/>
              </w:rPr>
            </w:pPr>
            <w:r w:rsidRPr="0095064A">
              <w:rPr>
                <w:sz w:val="40"/>
                <w:szCs w:val="40"/>
              </w:rPr>
              <w:t>LJUBAV – MIR – PRAVEDNOST – STRAH</w:t>
            </w:r>
          </w:p>
        </w:tc>
        <w:tc>
          <w:tcPr>
            <w:tcW w:w="4082"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5A5D8CFB" w14:textId="77777777" w:rsidR="004F598F" w:rsidRPr="0095064A" w:rsidRDefault="00C64C0C">
            <w:pPr>
              <w:spacing w:after="0"/>
              <w:rPr>
                <w:sz w:val="32"/>
                <w:szCs w:val="32"/>
              </w:rPr>
            </w:pPr>
            <w:r w:rsidRPr="0095064A">
              <w:rPr>
                <w:sz w:val="32"/>
                <w:szCs w:val="32"/>
              </w:rPr>
              <w:t>_____________________________________</w:t>
            </w:r>
          </w:p>
        </w:tc>
      </w:tr>
      <w:tr w:rsidR="004F598F" w14:paraId="1CC3F338" w14:textId="77777777">
        <w:trPr>
          <w:jc w:val="center"/>
        </w:trPr>
        <w:tc>
          <w:tcPr>
            <w:tcW w:w="4649" w:type="dxa"/>
            <w:tcBorders>
              <w:top w:val="single" w:sz="5" w:space="0" w:color="A6A6A6"/>
              <w:left w:val="single" w:sz="5" w:space="0" w:color="A6A6A6"/>
              <w:bottom w:val="single" w:sz="5" w:space="0" w:color="A6A6A6"/>
              <w:right w:val="single" w:sz="5" w:space="0" w:color="A6A6A6"/>
            </w:tcBorders>
            <w:vAlign w:val="center"/>
          </w:tcPr>
          <w:p w14:paraId="717183A2" w14:textId="60CAE9C5" w:rsidR="004F598F" w:rsidRPr="0095064A" w:rsidRDefault="00C64C0C">
            <w:pPr>
              <w:spacing w:after="0"/>
              <w:rPr>
                <w:sz w:val="40"/>
                <w:szCs w:val="40"/>
              </w:rPr>
            </w:pPr>
            <w:r w:rsidRPr="0095064A">
              <w:rPr>
                <w:sz w:val="40"/>
                <w:szCs w:val="40"/>
              </w:rPr>
              <w:lastRenderedPageBreak/>
              <w:t xml:space="preserve">PETAR – </w:t>
            </w:r>
            <w:r w:rsidR="00A20801" w:rsidRPr="0095064A">
              <w:rPr>
                <w:sz w:val="40"/>
                <w:szCs w:val="40"/>
              </w:rPr>
              <w:t xml:space="preserve">ZAKEJ – </w:t>
            </w:r>
            <w:r w:rsidRPr="0095064A">
              <w:rPr>
                <w:sz w:val="40"/>
                <w:szCs w:val="40"/>
              </w:rPr>
              <w:t>ANDRIJA – IVAN</w:t>
            </w:r>
          </w:p>
        </w:tc>
        <w:tc>
          <w:tcPr>
            <w:tcW w:w="4082" w:type="dxa"/>
            <w:tcBorders>
              <w:top w:val="single" w:sz="5" w:space="0" w:color="A6A6A6"/>
              <w:left w:val="single" w:sz="5" w:space="0" w:color="A6A6A6"/>
              <w:bottom w:val="single" w:sz="5" w:space="0" w:color="A6A6A6"/>
              <w:right w:val="single" w:sz="5" w:space="0" w:color="A6A6A6"/>
            </w:tcBorders>
            <w:vAlign w:val="center"/>
          </w:tcPr>
          <w:p w14:paraId="2AD3DCA2" w14:textId="77777777" w:rsidR="004F598F" w:rsidRPr="0095064A" w:rsidRDefault="00C64C0C">
            <w:pPr>
              <w:spacing w:after="0"/>
              <w:rPr>
                <w:sz w:val="32"/>
                <w:szCs w:val="32"/>
              </w:rPr>
            </w:pPr>
            <w:r w:rsidRPr="0095064A">
              <w:rPr>
                <w:sz w:val="32"/>
                <w:szCs w:val="32"/>
              </w:rPr>
              <w:t>_____________________________________</w:t>
            </w:r>
          </w:p>
        </w:tc>
      </w:tr>
      <w:tr w:rsidR="004F598F" w14:paraId="70743E1D" w14:textId="77777777">
        <w:trPr>
          <w:jc w:val="center"/>
        </w:trPr>
        <w:tc>
          <w:tcPr>
            <w:tcW w:w="4649"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24565FF2" w14:textId="6797BF76" w:rsidR="004F598F" w:rsidRPr="0095064A" w:rsidRDefault="00C64C0C">
            <w:pPr>
              <w:spacing w:after="0"/>
              <w:rPr>
                <w:sz w:val="40"/>
                <w:szCs w:val="40"/>
              </w:rPr>
            </w:pPr>
            <w:r w:rsidRPr="0095064A">
              <w:rPr>
                <w:sz w:val="40"/>
                <w:szCs w:val="40"/>
              </w:rPr>
              <w:t>BISKUP – SVEĆENIK – ĐAKON – FARIZEJ</w:t>
            </w:r>
          </w:p>
        </w:tc>
        <w:tc>
          <w:tcPr>
            <w:tcW w:w="4082"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20AB8E06" w14:textId="77777777" w:rsidR="004F598F" w:rsidRPr="0095064A" w:rsidRDefault="00C64C0C">
            <w:pPr>
              <w:spacing w:after="0"/>
              <w:rPr>
                <w:sz w:val="32"/>
                <w:szCs w:val="32"/>
              </w:rPr>
            </w:pPr>
            <w:r w:rsidRPr="0095064A">
              <w:rPr>
                <w:sz w:val="32"/>
                <w:szCs w:val="32"/>
              </w:rPr>
              <w:t>_____________________________________</w:t>
            </w:r>
          </w:p>
        </w:tc>
      </w:tr>
    </w:tbl>
    <w:p w14:paraId="367FD8BE" w14:textId="29AF1773" w:rsidR="004F598F" w:rsidRDefault="00C64C0C">
      <w:pPr>
        <w:spacing w:before="100" w:after="40"/>
      </w:pPr>
      <w:r>
        <w:rPr>
          <w:b/>
          <w:color w:val="C96A00"/>
          <w:sz w:val="26"/>
        </w:rPr>
        <w:t>Aktivnost 1</w:t>
      </w:r>
      <w:r w:rsidR="00715A7C">
        <w:rPr>
          <w:b/>
          <w:color w:val="C96A00"/>
          <w:sz w:val="26"/>
        </w:rPr>
        <w:t>2</w:t>
      </w:r>
      <w:r>
        <w:rPr>
          <w:b/>
          <w:color w:val="C96A00"/>
          <w:sz w:val="26"/>
        </w:rPr>
        <w:t xml:space="preserve">: Vennov dijagram – rast Božjega kraljevstva </w:t>
      </w:r>
      <w:r>
        <w:rPr>
          <w:i/>
          <w:color w:val="6B6B6B"/>
          <w:sz w:val="20"/>
        </w:rPr>
        <w:t>(rad u paru, 8 minuta)</w:t>
      </w:r>
    </w:p>
    <w:p w14:paraId="61AAD4C0" w14:textId="77777777" w:rsidR="004F598F" w:rsidRDefault="00C64C0C">
      <w:pPr>
        <w:spacing w:after="0"/>
        <w:jc w:val="both"/>
      </w:pPr>
      <w:r>
        <w:t>Učenici će navesti na koje načine svojim postupcima mogu pridonositi rastu Božjega kraljevstva. Svaki učenik u svoj krug upisuje ili crta dva primjera, a u preklapanju izdvajaju ono što im je zajedničko.</w:t>
      </w:r>
    </w:p>
    <w:p w14:paraId="71B0C0E2" w14:textId="77777777" w:rsidR="004F598F" w:rsidRDefault="00C64C0C">
      <w:pPr>
        <w:spacing w:after="0"/>
        <w:jc w:val="both"/>
      </w:pPr>
      <w:r>
        <w:rPr>
          <w:i/>
          <w:color w:val="6B6B6B"/>
          <w:sz w:val="21"/>
        </w:rPr>
        <w:t>Mogući odgovor: Primjeri: pomoći, govoriti istinu, uključiti osamljenoga, oprostiti, moliti, postupati pravedno. U preklapanju se navode postupci koje su odabrala oba učenika.</w:t>
      </w:r>
    </w:p>
    <w:p w14:paraId="24E496F6" w14:textId="77777777" w:rsidR="004F598F" w:rsidRDefault="00C64C0C">
      <w:pPr>
        <w:spacing w:before="160" w:after="40"/>
      </w:pPr>
      <w:r>
        <w:t>Radni predložak:</w:t>
      </w:r>
    </w:p>
    <w:p w14:paraId="708034C1" w14:textId="1FCE297C" w:rsidR="004F598F" w:rsidRDefault="00A20801">
      <w:pPr>
        <w:spacing w:before="60" w:after="20"/>
        <w:jc w:val="center"/>
      </w:pPr>
      <w:r w:rsidRPr="00A20801">
        <w:rPr>
          <w:noProof/>
        </w:rPr>
        <w:drawing>
          <wp:inline distT="0" distB="0" distL="0" distR="0" wp14:anchorId="431A45A6" wp14:editId="3D160C11">
            <wp:extent cx="6397200" cy="3600000"/>
            <wp:effectExtent l="0" t="0" r="3810" b="635"/>
            <wp:docPr id="2371220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22067" name=""/>
                    <pic:cNvPicPr/>
                  </pic:nvPicPr>
                  <pic:blipFill>
                    <a:blip r:embed="rId16"/>
                    <a:stretch>
                      <a:fillRect/>
                    </a:stretch>
                  </pic:blipFill>
                  <pic:spPr>
                    <a:xfrm>
                      <a:off x="0" y="0"/>
                      <a:ext cx="6397200" cy="3600000"/>
                    </a:xfrm>
                    <a:prstGeom prst="rect">
                      <a:avLst/>
                    </a:prstGeom>
                  </pic:spPr>
                </pic:pic>
              </a:graphicData>
            </a:graphic>
          </wp:inline>
        </w:drawing>
      </w:r>
    </w:p>
    <w:p w14:paraId="77B89414" w14:textId="0A229F1A" w:rsidR="004F598F" w:rsidRDefault="00C64C0C">
      <w:pPr>
        <w:spacing w:before="100" w:after="40"/>
      </w:pPr>
      <w:r>
        <w:rPr>
          <w:b/>
          <w:color w:val="C96A00"/>
          <w:sz w:val="26"/>
        </w:rPr>
        <w:t>Aktivnost 1</w:t>
      </w:r>
      <w:r w:rsidR="00A20801">
        <w:rPr>
          <w:b/>
          <w:color w:val="C96A00"/>
          <w:sz w:val="26"/>
        </w:rPr>
        <w:t>3</w:t>
      </w:r>
      <w:r>
        <w:rPr>
          <w:b/>
          <w:color w:val="C96A00"/>
          <w:sz w:val="26"/>
        </w:rPr>
        <w:t xml:space="preserve">: Šest prozora cjeline </w:t>
      </w:r>
      <w:r>
        <w:rPr>
          <w:i/>
          <w:color w:val="6B6B6B"/>
          <w:sz w:val="20"/>
        </w:rPr>
        <w:t>(individualni rad – crtanje bojicama, 8 minuta)</w:t>
      </w:r>
    </w:p>
    <w:p w14:paraId="7F15B321" w14:textId="77777777" w:rsidR="004F598F" w:rsidRDefault="00C64C0C">
      <w:pPr>
        <w:spacing w:after="40"/>
        <w:jc w:val="both"/>
      </w:pPr>
      <w:r>
        <w:t>Učenici će u šest polja nacrtati po jedan jednostavan simbol za: ISUSA KRISTA, KRALJEVSTVO BOŽJE, ISUSOVE SUVREMENIKE, ISUSOVO LIJEČENJE, ISUSOVO OPRAŠTANJE te APOSTOLE I UČENIKE. U svakome polju upisuju samo jednu ključnu riječ. Crteži trebaju biti jasni, opći i bez prikazivanja privatnih osoba.</w:t>
      </w:r>
    </w:p>
    <w:p w14:paraId="26EA9C2E" w14:textId="77777777" w:rsidR="000C1CC5" w:rsidRDefault="000C1CC5">
      <w:pPr>
        <w:spacing w:before="120" w:after="40"/>
      </w:pPr>
    </w:p>
    <w:p w14:paraId="032AFFB5" w14:textId="77777777" w:rsidR="000C1CC5" w:rsidRDefault="000C1CC5">
      <w:pPr>
        <w:spacing w:before="120" w:after="40"/>
      </w:pPr>
    </w:p>
    <w:p w14:paraId="5B46C53D" w14:textId="77777777" w:rsidR="000C1CC5" w:rsidRDefault="000C1CC5">
      <w:pPr>
        <w:spacing w:before="120" w:after="40"/>
      </w:pPr>
    </w:p>
    <w:p w14:paraId="1E4C1BCF" w14:textId="77777777" w:rsidR="000C1CC5" w:rsidRDefault="000C1CC5">
      <w:pPr>
        <w:spacing w:before="120" w:after="40"/>
      </w:pPr>
    </w:p>
    <w:p w14:paraId="164806AD" w14:textId="77777777" w:rsidR="000C1CC5" w:rsidRDefault="000C1CC5">
      <w:pPr>
        <w:spacing w:before="120" w:after="40"/>
      </w:pPr>
    </w:p>
    <w:p w14:paraId="5C73EE70" w14:textId="77777777" w:rsidR="000C1CC5" w:rsidRDefault="000C1CC5">
      <w:pPr>
        <w:spacing w:before="120" w:after="40"/>
      </w:pPr>
    </w:p>
    <w:p w14:paraId="1E335C1C" w14:textId="77777777" w:rsidR="000C1CC5" w:rsidRDefault="000C1CC5">
      <w:pPr>
        <w:spacing w:before="120" w:after="40"/>
      </w:pPr>
    </w:p>
    <w:p w14:paraId="39018DE8" w14:textId="77777777" w:rsidR="000C1CC5" w:rsidRDefault="000C1CC5">
      <w:pPr>
        <w:spacing w:before="120" w:after="40"/>
      </w:pPr>
    </w:p>
    <w:p w14:paraId="2608DE9C" w14:textId="77777777" w:rsidR="000C1CC5" w:rsidRDefault="000C1CC5">
      <w:pPr>
        <w:spacing w:before="120" w:after="40"/>
      </w:pPr>
    </w:p>
    <w:p w14:paraId="7E860088" w14:textId="0BADCFC8" w:rsidR="004F598F" w:rsidRDefault="002A0130">
      <w:pPr>
        <w:spacing w:before="120" w:after="40"/>
      </w:pPr>
      <w:r>
        <w:lastRenderedPageBreak/>
        <w:t>Radni predložak:</w:t>
      </w:r>
    </w:p>
    <w:p w14:paraId="75CF51DF" w14:textId="7FB2BF72" w:rsidR="004F598F" w:rsidRDefault="002A0130">
      <w:pPr>
        <w:spacing w:before="60" w:after="20"/>
        <w:jc w:val="center"/>
      </w:pPr>
      <w:r w:rsidRPr="002A0130">
        <w:rPr>
          <w:noProof/>
        </w:rPr>
        <w:drawing>
          <wp:inline distT="0" distB="0" distL="0" distR="0" wp14:anchorId="07676F7B" wp14:editId="298C9F7B">
            <wp:extent cx="5756400" cy="3240000"/>
            <wp:effectExtent l="0" t="0" r="0" b="0"/>
            <wp:docPr id="24733267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32673" name=""/>
                    <pic:cNvPicPr/>
                  </pic:nvPicPr>
                  <pic:blipFill>
                    <a:blip r:embed="rId17"/>
                    <a:stretch>
                      <a:fillRect/>
                    </a:stretch>
                  </pic:blipFill>
                  <pic:spPr>
                    <a:xfrm>
                      <a:off x="0" y="0"/>
                      <a:ext cx="5756400" cy="3240000"/>
                    </a:xfrm>
                    <a:prstGeom prst="rect">
                      <a:avLst/>
                    </a:prstGeom>
                  </pic:spPr>
                </pic:pic>
              </a:graphicData>
            </a:graphic>
          </wp:inline>
        </w:drawing>
      </w:r>
    </w:p>
    <w:p w14:paraId="2D84CA94" w14:textId="77777777" w:rsidR="004F598F" w:rsidRDefault="00C64C0C">
      <w:pPr>
        <w:spacing w:before="440" w:after="40"/>
      </w:pPr>
      <w:r>
        <w:rPr>
          <w:i/>
          <w:color w:val="6B6B6B"/>
          <w:sz w:val="21"/>
        </w:rPr>
        <w:t>Mogući primjer rješenja:</w:t>
      </w:r>
    </w:p>
    <w:p w14:paraId="5A5C5F43" w14:textId="6CCB7838" w:rsidR="004F598F" w:rsidRDefault="002A0130">
      <w:pPr>
        <w:spacing w:before="60" w:after="20"/>
        <w:jc w:val="center"/>
      </w:pPr>
      <w:r w:rsidRPr="002A0130">
        <w:rPr>
          <w:noProof/>
        </w:rPr>
        <w:drawing>
          <wp:inline distT="0" distB="0" distL="0" distR="0" wp14:anchorId="54CFFDBE" wp14:editId="2FC2B75F">
            <wp:extent cx="5756400" cy="3240000"/>
            <wp:effectExtent l="0" t="0" r="0" b="0"/>
            <wp:docPr id="36266367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663672" name=""/>
                    <pic:cNvPicPr/>
                  </pic:nvPicPr>
                  <pic:blipFill>
                    <a:blip r:embed="rId18"/>
                    <a:stretch>
                      <a:fillRect/>
                    </a:stretch>
                  </pic:blipFill>
                  <pic:spPr>
                    <a:xfrm>
                      <a:off x="0" y="0"/>
                      <a:ext cx="5756400" cy="3240000"/>
                    </a:xfrm>
                    <a:prstGeom prst="rect">
                      <a:avLst/>
                    </a:prstGeom>
                  </pic:spPr>
                </pic:pic>
              </a:graphicData>
            </a:graphic>
          </wp:inline>
        </w:drawing>
      </w:r>
    </w:p>
    <w:p w14:paraId="24BF82D4" w14:textId="0D3F3410" w:rsidR="004F598F" w:rsidRDefault="00C64C0C">
      <w:pPr>
        <w:spacing w:before="100" w:after="40"/>
      </w:pPr>
      <w:r>
        <w:rPr>
          <w:b/>
          <w:color w:val="C96A00"/>
          <w:sz w:val="26"/>
        </w:rPr>
        <w:t>Aktivnost 1</w:t>
      </w:r>
      <w:r w:rsidR="00A20801">
        <w:rPr>
          <w:b/>
          <w:color w:val="C96A00"/>
          <w:sz w:val="26"/>
        </w:rPr>
        <w:t>4</w:t>
      </w:r>
      <w:r>
        <w:rPr>
          <w:b/>
          <w:color w:val="C96A00"/>
          <w:sz w:val="26"/>
        </w:rPr>
        <w:t xml:space="preserve">: Isusova ruka dobra </w:t>
      </w:r>
      <w:r>
        <w:rPr>
          <w:i/>
          <w:color w:val="6B6B6B"/>
          <w:sz w:val="20"/>
        </w:rPr>
        <w:t>(individualni rad – crtanje bojicama, 8 minuta)</w:t>
      </w:r>
    </w:p>
    <w:p w14:paraId="620AD1A9" w14:textId="77777777" w:rsidR="004F598F" w:rsidRDefault="00C64C0C">
      <w:pPr>
        <w:spacing w:after="40"/>
        <w:jc w:val="both"/>
      </w:pPr>
      <w:r>
        <w:t>Učenici će na pet prstiju nacrtati jednostavne simbole za LJUBAV, PRIHVAĆANJE, POMOĆ, OPROST i POSLANJE. U dlanu pišu ISUS. Simboli trebaju pokazati kako se Isusovo djelovanje iz cjeline povezuje s konkretnim dobrim postupcima.</w:t>
      </w:r>
    </w:p>
    <w:p w14:paraId="5FF8F355" w14:textId="77777777" w:rsidR="000C1CC5" w:rsidRDefault="000C1CC5">
      <w:pPr>
        <w:spacing w:before="120" w:after="40"/>
      </w:pPr>
    </w:p>
    <w:p w14:paraId="363343E0" w14:textId="77777777" w:rsidR="000C1CC5" w:rsidRDefault="000C1CC5">
      <w:pPr>
        <w:spacing w:before="120" w:after="40"/>
      </w:pPr>
    </w:p>
    <w:p w14:paraId="3F15317C" w14:textId="77777777" w:rsidR="000C1CC5" w:rsidRDefault="000C1CC5">
      <w:pPr>
        <w:spacing w:before="120" w:after="40"/>
      </w:pPr>
    </w:p>
    <w:p w14:paraId="5C2B8039" w14:textId="77777777" w:rsidR="000C1CC5" w:rsidRDefault="000C1CC5">
      <w:pPr>
        <w:spacing w:before="120" w:after="40"/>
      </w:pPr>
    </w:p>
    <w:p w14:paraId="19DCA6BE" w14:textId="77777777" w:rsidR="000C1CC5" w:rsidRDefault="000C1CC5">
      <w:pPr>
        <w:spacing w:before="120" w:after="40"/>
      </w:pPr>
    </w:p>
    <w:p w14:paraId="541A27A5" w14:textId="0BE2E0F4" w:rsidR="004F598F" w:rsidRDefault="002A0130">
      <w:pPr>
        <w:spacing w:before="120" w:after="40"/>
      </w:pPr>
      <w:r>
        <w:lastRenderedPageBreak/>
        <w:t>Radni predložak:</w:t>
      </w:r>
    </w:p>
    <w:p w14:paraId="0A6FCA53" w14:textId="4525521B" w:rsidR="004F598F" w:rsidRDefault="002A0130">
      <w:pPr>
        <w:spacing w:before="60" w:after="20"/>
        <w:jc w:val="center"/>
      </w:pPr>
      <w:r w:rsidRPr="002A0130">
        <w:rPr>
          <w:noProof/>
        </w:rPr>
        <w:drawing>
          <wp:inline distT="0" distB="0" distL="0" distR="0" wp14:anchorId="43CBB44B" wp14:editId="13455321">
            <wp:extent cx="5756400" cy="3240000"/>
            <wp:effectExtent l="0" t="0" r="0" b="0"/>
            <wp:docPr id="32813281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32811" name=""/>
                    <pic:cNvPicPr/>
                  </pic:nvPicPr>
                  <pic:blipFill>
                    <a:blip r:embed="rId19"/>
                    <a:stretch>
                      <a:fillRect/>
                    </a:stretch>
                  </pic:blipFill>
                  <pic:spPr>
                    <a:xfrm>
                      <a:off x="0" y="0"/>
                      <a:ext cx="5756400" cy="3240000"/>
                    </a:xfrm>
                    <a:prstGeom prst="rect">
                      <a:avLst/>
                    </a:prstGeom>
                  </pic:spPr>
                </pic:pic>
              </a:graphicData>
            </a:graphic>
          </wp:inline>
        </w:drawing>
      </w:r>
    </w:p>
    <w:p w14:paraId="7DB17C69" w14:textId="77777777" w:rsidR="004F598F" w:rsidRDefault="00C64C0C">
      <w:pPr>
        <w:spacing w:before="440" w:after="40"/>
      </w:pPr>
      <w:r>
        <w:rPr>
          <w:i/>
          <w:color w:val="6B6B6B"/>
          <w:sz w:val="21"/>
        </w:rPr>
        <w:t>Mogući primjer rješenja:</w:t>
      </w:r>
    </w:p>
    <w:p w14:paraId="1CFEB312" w14:textId="203F4EAA" w:rsidR="004F598F" w:rsidRDefault="002A0130">
      <w:pPr>
        <w:spacing w:before="60" w:after="20"/>
        <w:jc w:val="center"/>
      </w:pPr>
      <w:r w:rsidRPr="002A0130">
        <w:rPr>
          <w:noProof/>
        </w:rPr>
        <w:drawing>
          <wp:inline distT="0" distB="0" distL="0" distR="0" wp14:anchorId="37B992D2" wp14:editId="5699B93B">
            <wp:extent cx="5756400" cy="3240000"/>
            <wp:effectExtent l="0" t="0" r="0" b="0"/>
            <wp:docPr id="84569505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95057" name=""/>
                    <pic:cNvPicPr/>
                  </pic:nvPicPr>
                  <pic:blipFill>
                    <a:blip r:embed="rId20"/>
                    <a:stretch>
                      <a:fillRect/>
                    </a:stretch>
                  </pic:blipFill>
                  <pic:spPr>
                    <a:xfrm>
                      <a:off x="0" y="0"/>
                      <a:ext cx="5756400" cy="3240000"/>
                    </a:xfrm>
                    <a:prstGeom prst="rect">
                      <a:avLst/>
                    </a:prstGeom>
                  </pic:spPr>
                </pic:pic>
              </a:graphicData>
            </a:graphic>
          </wp:inline>
        </w:drawing>
      </w:r>
    </w:p>
    <w:p w14:paraId="722874CE" w14:textId="0B98372D" w:rsidR="004F598F" w:rsidRDefault="00C64C0C">
      <w:pPr>
        <w:spacing w:before="100" w:after="40"/>
      </w:pPr>
      <w:r>
        <w:rPr>
          <w:b/>
          <w:color w:val="C96A00"/>
          <w:sz w:val="26"/>
        </w:rPr>
        <w:t>Aktivnost 1</w:t>
      </w:r>
      <w:r w:rsidR="00A20801">
        <w:rPr>
          <w:b/>
          <w:color w:val="C96A00"/>
          <w:sz w:val="26"/>
        </w:rPr>
        <w:t>5</w:t>
      </w:r>
      <w:r>
        <w:rPr>
          <w:b/>
          <w:color w:val="C96A00"/>
          <w:sz w:val="26"/>
        </w:rPr>
        <w:t xml:space="preserve">: Poučna priča </w:t>
      </w:r>
      <w:r>
        <w:rPr>
          <w:i/>
          <w:color w:val="6B6B6B"/>
          <w:sz w:val="20"/>
        </w:rPr>
        <w:t>(individualni rad i razgovor, 8 minuta)</w:t>
      </w:r>
    </w:p>
    <w:p w14:paraId="1515F6AE" w14:textId="77777777" w:rsidR="004F598F" w:rsidRDefault="00C64C0C">
      <w:pPr>
        <w:rPr>
          <w:i/>
        </w:rPr>
      </w:pPr>
      <w:r>
        <w:rPr>
          <w:i/>
        </w:rPr>
        <w:t>Vjeroučitelj će pročitati poučnu priču.</w:t>
      </w:r>
    </w:p>
    <w:p w14:paraId="117AB85B" w14:textId="77777777" w:rsidR="00A20801" w:rsidRDefault="00A20801"/>
    <w:p w14:paraId="06A51DCC" w14:textId="77777777" w:rsidR="004F598F" w:rsidRDefault="00C64C0C">
      <w:pPr>
        <w:spacing w:before="40" w:after="40"/>
      </w:pPr>
      <w:r>
        <w:rPr>
          <w:b/>
        </w:rPr>
        <w:t>Šest kartica na stolu</w:t>
      </w:r>
    </w:p>
    <w:p w14:paraId="0774D183" w14:textId="77777777" w:rsidR="004F598F" w:rsidRDefault="00C64C0C">
      <w:pPr>
        <w:spacing w:after="40"/>
        <w:jc w:val="both"/>
      </w:pPr>
      <w:r>
        <w:t>Na stolu je bilo šest kartica: LJUBAV, BOLESNI, OPROST, APOSTOLI, UČENIK i SVJEDOČENJE. Luka je rekao da ih može brzo složiti, ali nije znao objasniti kako su povezane. Ema je predložila da ne žure. Najprije su uz riječ BOLESNI povezali Isusovu brigu za čovjeka. Uz OPROST su se sjetili obraćenja i novoga početka. APOSTOLI su ih doveli do POSLANJA, a UČENIK do služenja i dobrih djela u svakodnevnome životu. Na kraju je domar Ivan, koji je prolazio hodnikom, pogledao njihov stol i upitao: „A gdje biste stavil</w:t>
      </w:r>
      <w:r>
        <w:t xml:space="preserve">i ljubav?“ Učenici su se nasmijali jer su shvatili da ta kartica ne pripada samo jednoj skupini. </w:t>
      </w:r>
      <w:r>
        <w:lastRenderedPageBreak/>
        <w:t>Stavili su je u sredinu. Luka je tada rekao: „Sad razumijem. Nije važno samo zapamtiti riječi. Treba vidjeti kako se sve povezuje s Isusom.“</w:t>
      </w:r>
    </w:p>
    <w:p w14:paraId="27963D1F" w14:textId="77777777" w:rsidR="004F598F" w:rsidRDefault="00C64C0C">
      <w:pPr>
        <w:spacing w:before="80" w:after="0"/>
        <w:jc w:val="both"/>
      </w:pPr>
      <w:r>
        <w:t>Razgovor:</w:t>
      </w:r>
    </w:p>
    <w:p w14:paraId="49B3A062" w14:textId="77777777" w:rsidR="004F598F" w:rsidRDefault="00C64C0C">
      <w:pPr>
        <w:pStyle w:val="Odlomakpopisa"/>
        <w:numPr>
          <w:ilvl w:val="0"/>
          <w:numId w:val="7"/>
        </w:numPr>
        <w:spacing w:after="0"/>
      </w:pPr>
      <w:r>
        <w:t xml:space="preserve">Zašto Luka na početku nije doista ponovio gradivo? </w:t>
      </w:r>
      <w:r w:rsidRPr="002A0130">
        <w:rPr>
          <w:color w:val="808080" w:themeColor="background1" w:themeShade="80"/>
        </w:rPr>
        <w:t>(Znao je riječi, ali nije znao objasniti veze.)</w:t>
      </w:r>
    </w:p>
    <w:p w14:paraId="0B1CAC71" w14:textId="77777777" w:rsidR="004F598F" w:rsidRDefault="00C64C0C">
      <w:pPr>
        <w:pStyle w:val="Odlomakpopisa"/>
        <w:numPr>
          <w:ilvl w:val="0"/>
          <w:numId w:val="7"/>
        </w:numPr>
        <w:spacing w:after="0"/>
      </w:pPr>
      <w:r>
        <w:t xml:space="preserve">Koja je riječ završila u sredini? </w:t>
      </w:r>
      <w:r w:rsidRPr="002A0130">
        <w:rPr>
          <w:color w:val="808080" w:themeColor="background1" w:themeShade="80"/>
        </w:rPr>
        <w:t>(Ljubav.)</w:t>
      </w:r>
    </w:p>
    <w:p w14:paraId="6610208C" w14:textId="77777777" w:rsidR="004F598F" w:rsidRPr="002A0130" w:rsidRDefault="00C64C0C">
      <w:pPr>
        <w:pStyle w:val="Odlomakpopisa"/>
        <w:numPr>
          <w:ilvl w:val="0"/>
          <w:numId w:val="7"/>
        </w:numPr>
        <w:spacing w:after="0"/>
        <w:rPr>
          <w:color w:val="808080" w:themeColor="background1" w:themeShade="80"/>
        </w:rPr>
      </w:pPr>
      <w:r>
        <w:t xml:space="preserve">Što su učenici otkrili kada su povezivali kartice? </w:t>
      </w:r>
      <w:r w:rsidRPr="002A0130">
        <w:rPr>
          <w:color w:val="808080" w:themeColor="background1" w:themeShade="80"/>
        </w:rPr>
        <w:t>(Da različite teme govore o istome Isusovu poslanju i pozivu čovjeku.)</w:t>
      </w:r>
    </w:p>
    <w:p w14:paraId="13BD8F3A" w14:textId="77777777" w:rsidR="004F598F" w:rsidRPr="002A0130" w:rsidRDefault="00C64C0C">
      <w:pPr>
        <w:pStyle w:val="Odlomakpopisa"/>
        <w:numPr>
          <w:ilvl w:val="0"/>
          <w:numId w:val="7"/>
        </w:numPr>
        <w:spacing w:after="0"/>
        <w:rPr>
          <w:color w:val="808080" w:themeColor="background1" w:themeShade="80"/>
        </w:rPr>
      </w:pPr>
      <w:r>
        <w:t xml:space="preserve">Zašto je pri ponavljanju korisno povezivati, a ne samo pamtiti? </w:t>
      </w:r>
      <w:r w:rsidRPr="002A0130">
        <w:rPr>
          <w:color w:val="808080" w:themeColor="background1" w:themeShade="80"/>
        </w:rPr>
        <w:t>(Povezivanje pomaže razumjeti i primijeniti znanje.)</w:t>
      </w:r>
    </w:p>
    <w:p w14:paraId="6A2C5AEA" w14:textId="77777777" w:rsidR="004F598F" w:rsidRDefault="00C64C0C">
      <w:pPr>
        <w:spacing w:before="60"/>
      </w:pPr>
      <w:r>
        <w:rPr>
          <w:b/>
        </w:rPr>
        <w:t xml:space="preserve">Pouka: </w:t>
      </w:r>
      <w:r>
        <w:t>Pravo ponavljanje ne završava popisom pojmova; ono nam pomaže vidjeti kako Isusova ljubav povezuje njegove riječi, djela, oprost, poziv i naše svjedočenje.</w:t>
      </w:r>
    </w:p>
    <w:p w14:paraId="42A8C1B6" w14:textId="588DE769" w:rsidR="004F598F" w:rsidRDefault="00C64C0C">
      <w:pPr>
        <w:spacing w:before="100" w:after="40"/>
      </w:pPr>
      <w:r>
        <w:rPr>
          <w:b/>
          <w:color w:val="C96A00"/>
          <w:sz w:val="26"/>
        </w:rPr>
        <w:t>Aktivnost 1</w:t>
      </w:r>
      <w:r w:rsidR="00A20801">
        <w:rPr>
          <w:b/>
          <w:color w:val="C96A00"/>
          <w:sz w:val="26"/>
        </w:rPr>
        <w:t>6</w:t>
      </w:r>
      <w:r>
        <w:rPr>
          <w:b/>
          <w:color w:val="C96A00"/>
          <w:sz w:val="26"/>
        </w:rPr>
        <w:t xml:space="preserve">: Zapišimo! </w:t>
      </w:r>
      <w:r>
        <w:rPr>
          <w:i/>
          <w:color w:val="6B6B6B"/>
          <w:sz w:val="20"/>
        </w:rPr>
        <w:t>(individualni rad, 7 minuta)</w:t>
      </w:r>
    </w:p>
    <w:p w14:paraId="5F1C42E0" w14:textId="77777777" w:rsidR="004F598F" w:rsidRDefault="00C64C0C">
      <w:pPr>
        <w:spacing w:after="0"/>
        <w:jc w:val="both"/>
      </w:pPr>
      <w:r>
        <w:t>Učenici će prepisati naslov i dopuniti rečenice ponuđenim riječima. Nakon samostalnoga rada odgovore će provjeriti u paru.</w:t>
      </w:r>
    </w:p>
    <w:p w14:paraId="689D39BE" w14:textId="50A44DE0" w:rsidR="002A0130" w:rsidRDefault="00C64C0C">
      <w:pPr>
        <w:spacing w:after="0"/>
        <w:jc w:val="both"/>
        <w:rPr>
          <w:i/>
          <w:color w:val="6B6B6B"/>
          <w:sz w:val="21"/>
        </w:rPr>
      </w:pPr>
      <w:r>
        <w:rPr>
          <w:i/>
          <w:color w:val="6B6B6B"/>
          <w:sz w:val="21"/>
        </w:rPr>
        <w:t>Rješenje: 1. ljubav; 2. farizeji, pismoznanci, zeloti, svećenici i leviti; 3. bolesnima i odbačenima; 4. oprašta, obraćenje; 5. apostoli; 6. poslanje, svjedoci; 7. učenici; 8. djelima.</w:t>
      </w:r>
    </w:p>
    <w:p w14:paraId="70F7F4C7" w14:textId="77777777" w:rsidR="0095064A" w:rsidRDefault="0095064A">
      <w:pPr>
        <w:spacing w:after="0"/>
        <w:jc w:val="both"/>
        <w:rPr>
          <w:i/>
          <w:color w:val="6B6B6B"/>
          <w:sz w:val="21"/>
        </w:rPr>
      </w:pPr>
    </w:p>
    <w:p w14:paraId="02232420" w14:textId="77777777" w:rsidR="002A0130" w:rsidRDefault="002A0130" w:rsidP="002A0130">
      <w:pPr>
        <w:spacing w:after="0"/>
        <w:jc w:val="both"/>
      </w:pPr>
    </w:p>
    <w:tbl>
      <w:tblPr>
        <w:tblW w:w="10658" w:type="dxa"/>
        <w:tblLayout w:type="fixed"/>
        <w:tblLook w:val="04A0" w:firstRow="1" w:lastRow="0" w:firstColumn="1" w:lastColumn="0" w:noHBand="0" w:noVBand="1"/>
      </w:tblPr>
      <w:tblGrid>
        <w:gridCol w:w="10658"/>
      </w:tblGrid>
      <w:tr w:rsidR="002A0130" w14:paraId="0746F5D3" w14:textId="77777777" w:rsidTr="0095064A">
        <w:tc>
          <w:tcPr>
            <w:tcW w:w="10681" w:type="dxa"/>
            <w:tcBorders>
              <w:top w:val="single" w:sz="8" w:space="0" w:color="E7A772"/>
              <w:left w:val="single" w:sz="8" w:space="0" w:color="E7A772"/>
              <w:bottom w:val="single" w:sz="8" w:space="0" w:color="E7A772"/>
              <w:right w:val="single" w:sz="8" w:space="0" w:color="E7A772"/>
            </w:tcBorders>
            <w:shd w:val="clear" w:color="auto" w:fill="FFF2CC"/>
            <w:tcMar>
              <w:top w:w="150" w:type="dxa"/>
              <w:left w:w="220" w:type="dxa"/>
              <w:bottom w:w="150" w:type="dxa"/>
              <w:right w:w="220" w:type="dxa"/>
            </w:tcMar>
          </w:tcPr>
          <w:p w14:paraId="192D92BB" w14:textId="7146EB89" w:rsidR="002A0130" w:rsidRDefault="002A0130" w:rsidP="00A04CE6">
            <w:pPr>
              <w:spacing w:after="0"/>
              <w:jc w:val="center"/>
              <w:rPr>
                <w:rFonts w:cs="Calibri"/>
                <w:b/>
                <w:color w:val="C96A00"/>
                <w:sz w:val="48"/>
              </w:rPr>
            </w:pPr>
            <w:r>
              <w:rPr>
                <w:rFonts w:cs="Calibri"/>
                <w:b/>
                <w:color w:val="C96A00"/>
                <w:sz w:val="48"/>
              </w:rPr>
              <w:t>ISUS KRIST</w:t>
            </w:r>
            <w:r w:rsidR="006E40F0">
              <w:rPr>
                <w:rFonts w:cs="Calibri"/>
                <w:b/>
                <w:color w:val="C96A00"/>
                <w:sz w:val="48"/>
              </w:rPr>
              <w:t xml:space="preserve"> - ponavljanje</w:t>
            </w:r>
          </w:p>
          <w:p w14:paraId="5B3D43D6" w14:textId="68B31821" w:rsidR="002A0130" w:rsidRDefault="002A0130" w:rsidP="00A04CE6">
            <w:pPr>
              <w:spacing w:after="0"/>
              <w:jc w:val="center"/>
            </w:pPr>
            <w:r w:rsidRPr="002A0130">
              <w:rPr>
                <w:rFonts w:cs="Calibri"/>
                <w:iCs/>
                <w:color w:val="1F497D" w:themeColor="text2"/>
                <w:sz w:val="36"/>
                <w:szCs w:val="36"/>
              </w:rPr>
              <w:t xml:space="preserve">obraćenje </w:t>
            </w:r>
            <w:r w:rsidRPr="00E8231F">
              <w:rPr>
                <w:rFonts w:ascii="Segoe UI Symbol" w:hAnsi="Segoe UI Symbol" w:cs="Calibri"/>
                <w:iCs/>
                <w:color w:val="C00000"/>
                <w:sz w:val="36"/>
                <w:szCs w:val="36"/>
              </w:rPr>
              <w:t>🟎</w:t>
            </w:r>
            <w:r w:rsidRPr="002A0130">
              <w:rPr>
                <w:rFonts w:cs="Calibri"/>
                <w:iCs/>
                <w:color w:val="1F497D" w:themeColor="text2"/>
                <w:sz w:val="36"/>
                <w:szCs w:val="36"/>
              </w:rPr>
              <w:t xml:space="preserve"> svećenici i leviti </w:t>
            </w:r>
            <w:r w:rsidRPr="00E8231F">
              <w:rPr>
                <w:rFonts w:ascii="Segoe UI Symbol" w:hAnsi="Segoe UI Symbol" w:cs="Calibri"/>
                <w:iCs/>
                <w:color w:val="C00000"/>
                <w:sz w:val="36"/>
                <w:szCs w:val="36"/>
              </w:rPr>
              <w:t>🟎</w:t>
            </w:r>
            <w:r w:rsidRPr="002A0130">
              <w:rPr>
                <w:rFonts w:cs="Calibri"/>
                <w:iCs/>
                <w:color w:val="1F497D" w:themeColor="text2"/>
                <w:sz w:val="36"/>
                <w:szCs w:val="36"/>
              </w:rPr>
              <w:t xml:space="preserve"> učenici </w:t>
            </w:r>
            <w:r w:rsidRPr="00E8231F">
              <w:rPr>
                <w:rFonts w:ascii="Segoe UI Symbol" w:hAnsi="Segoe UI Symbol" w:cs="Calibri"/>
                <w:iCs/>
                <w:color w:val="C00000"/>
                <w:sz w:val="36"/>
                <w:szCs w:val="36"/>
              </w:rPr>
              <w:t>🟎</w:t>
            </w:r>
            <w:r w:rsidRPr="002A0130">
              <w:rPr>
                <w:rFonts w:cs="Calibri"/>
                <w:iCs/>
                <w:color w:val="1F497D" w:themeColor="text2"/>
                <w:sz w:val="36"/>
                <w:szCs w:val="36"/>
              </w:rPr>
              <w:t xml:space="preserve"> ljubav </w:t>
            </w:r>
            <w:r w:rsidRPr="00E8231F">
              <w:rPr>
                <w:rFonts w:ascii="Segoe UI Symbol" w:hAnsi="Segoe UI Symbol" w:cs="Calibri"/>
                <w:iCs/>
                <w:color w:val="C00000"/>
                <w:sz w:val="36"/>
                <w:szCs w:val="36"/>
              </w:rPr>
              <w:t>🟎</w:t>
            </w:r>
            <w:r w:rsidRPr="002A0130">
              <w:rPr>
                <w:rFonts w:cs="Calibri"/>
                <w:iCs/>
                <w:color w:val="1F497D" w:themeColor="text2"/>
                <w:sz w:val="36"/>
                <w:szCs w:val="36"/>
              </w:rPr>
              <w:t xml:space="preserve"> poslanje </w:t>
            </w:r>
            <w:r w:rsidRPr="00E8231F">
              <w:rPr>
                <w:rFonts w:ascii="Segoe UI Symbol" w:hAnsi="Segoe UI Symbol" w:cs="Calibri"/>
                <w:iCs/>
                <w:color w:val="C00000"/>
                <w:sz w:val="36"/>
                <w:szCs w:val="36"/>
              </w:rPr>
              <w:t>🟎</w:t>
            </w:r>
            <w:r w:rsidRPr="002A0130">
              <w:rPr>
                <w:rFonts w:cs="Calibri"/>
                <w:iCs/>
                <w:color w:val="1F497D" w:themeColor="text2"/>
                <w:sz w:val="36"/>
                <w:szCs w:val="36"/>
              </w:rPr>
              <w:t xml:space="preserve"> farizeji </w:t>
            </w:r>
            <w:r w:rsidRPr="00E8231F">
              <w:rPr>
                <w:rFonts w:ascii="Segoe UI Symbol" w:hAnsi="Segoe UI Symbol" w:cs="Calibri"/>
                <w:iCs/>
                <w:color w:val="C00000"/>
                <w:sz w:val="36"/>
                <w:szCs w:val="36"/>
              </w:rPr>
              <w:t>🟎</w:t>
            </w:r>
            <w:r w:rsidRPr="002A0130">
              <w:rPr>
                <w:rFonts w:cs="Calibri"/>
                <w:iCs/>
                <w:color w:val="1F497D" w:themeColor="text2"/>
                <w:sz w:val="36"/>
                <w:szCs w:val="36"/>
              </w:rPr>
              <w:t xml:space="preserve"> oprašta </w:t>
            </w:r>
            <w:r w:rsidRPr="00E8231F">
              <w:rPr>
                <w:rFonts w:ascii="Segoe UI Symbol" w:hAnsi="Segoe UI Symbol" w:cs="Calibri"/>
                <w:iCs/>
                <w:color w:val="C00000"/>
                <w:sz w:val="36"/>
                <w:szCs w:val="36"/>
              </w:rPr>
              <w:t>🟎</w:t>
            </w:r>
            <w:r w:rsidRPr="002A0130">
              <w:rPr>
                <w:rFonts w:cs="Calibri"/>
                <w:iCs/>
                <w:color w:val="1F497D" w:themeColor="text2"/>
                <w:sz w:val="36"/>
                <w:szCs w:val="36"/>
              </w:rPr>
              <w:t xml:space="preserve"> bolesnima i odbačenima </w:t>
            </w:r>
            <w:r w:rsidRPr="00E8231F">
              <w:rPr>
                <w:rFonts w:ascii="Segoe UI Symbol" w:hAnsi="Segoe UI Symbol" w:cs="Calibri"/>
                <w:iCs/>
                <w:color w:val="C00000"/>
                <w:sz w:val="36"/>
                <w:szCs w:val="36"/>
              </w:rPr>
              <w:t>🟎</w:t>
            </w:r>
            <w:r w:rsidRPr="002A0130">
              <w:rPr>
                <w:rFonts w:cs="Calibri"/>
                <w:iCs/>
                <w:color w:val="1F497D" w:themeColor="text2"/>
                <w:sz w:val="36"/>
                <w:szCs w:val="36"/>
              </w:rPr>
              <w:t xml:space="preserve"> pismoznanci </w:t>
            </w:r>
            <w:r w:rsidRPr="00E8231F">
              <w:rPr>
                <w:rFonts w:ascii="Segoe UI Symbol" w:hAnsi="Segoe UI Symbol" w:cs="Calibri"/>
                <w:iCs/>
                <w:color w:val="C00000"/>
                <w:sz w:val="36"/>
                <w:szCs w:val="36"/>
              </w:rPr>
              <w:t>🟎</w:t>
            </w:r>
            <w:r w:rsidRPr="002A0130">
              <w:rPr>
                <w:rFonts w:cs="Calibri"/>
                <w:iCs/>
                <w:color w:val="1F497D" w:themeColor="text2"/>
                <w:sz w:val="36"/>
                <w:szCs w:val="36"/>
              </w:rPr>
              <w:t xml:space="preserve"> svjedoci </w:t>
            </w:r>
            <w:r w:rsidRPr="00E8231F">
              <w:rPr>
                <w:rFonts w:ascii="Segoe UI Symbol" w:hAnsi="Segoe UI Symbol" w:cs="Calibri"/>
                <w:iCs/>
                <w:color w:val="C00000"/>
                <w:sz w:val="36"/>
                <w:szCs w:val="36"/>
              </w:rPr>
              <w:t>🟎</w:t>
            </w:r>
            <w:r w:rsidRPr="002A0130">
              <w:rPr>
                <w:rFonts w:cs="Calibri"/>
                <w:iCs/>
                <w:color w:val="1F497D" w:themeColor="text2"/>
                <w:sz w:val="36"/>
                <w:szCs w:val="36"/>
              </w:rPr>
              <w:t xml:space="preserve"> djelima </w:t>
            </w:r>
            <w:r w:rsidRPr="00E8231F">
              <w:rPr>
                <w:rFonts w:ascii="Segoe UI Symbol" w:hAnsi="Segoe UI Symbol" w:cs="Calibri"/>
                <w:iCs/>
                <w:color w:val="C00000"/>
                <w:sz w:val="36"/>
                <w:szCs w:val="36"/>
              </w:rPr>
              <w:t>🟎</w:t>
            </w:r>
            <w:r w:rsidRPr="002A0130">
              <w:rPr>
                <w:rFonts w:cs="Calibri"/>
                <w:iCs/>
                <w:color w:val="1F497D" w:themeColor="text2"/>
                <w:sz w:val="36"/>
                <w:szCs w:val="36"/>
              </w:rPr>
              <w:t xml:space="preserve"> apostoli </w:t>
            </w:r>
            <w:r w:rsidRPr="00E8231F">
              <w:rPr>
                <w:rFonts w:ascii="Segoe UI Symbol" w:hAnsi="Segoe UI Symbol" w:cs="Calibri"/>
                <w:iCs/>
                <w:color w:val="C00000"/>
                <w:sz w:val="36"/>
                <w:szCs w:val="36"/>
              </w:rPr>
              <w:t>🟎</w:t>
            </w:r>
            <w:r w:rsidRPr="002A0130">
              <w:rPr>
                <w:rFonts w:cs="Calibri"/>
                <w:iCs/>
                <w:color w:val="1F497D" w:themeColor="text2"/>
                <w:sz w:val="36"/>
                <w:szCs w:val="36"/>
              </w:rPr>
              <w:t xml:space="preserve"> zeloti</w:t>
            </w:r>
          </w:p>
          <w:p w14:paraId="64A709C4" w14:textId="1B66453D" w:rsidR="002A0130" w:rsidRPr="002A0130" w:rsidRDefault="002A0130" w:rsidP="002A0130">
            <w:pPr>
              <w:spacing w:before="100" w:after="0"/>
              <w:rPr>
                <w:rFonts w:cs="Calibri"/>
                <w:sz w:val="40"/>
              </w:rPr>
            </w:pPr>
            <w:r w:rsidRPr="002A0130">
              <w:rPr>
                <w:rFonts w:cs="Calibri"/>
                <w:sz w:val="40"/>
              </w:rPr>
              <w:t>1. Temeljni zakon kraljevstva Božjega je __________________.</w:t>
            </w:r>
          </w:p>
          <w:p w14:paraId="772E9D5C" w14:textId="0025AB64" w:rsidR="002A0130" w:rsidRPr="002A0130" w:rsidRDefault="002A0130" w:rsidP="002A0130">
            <w:pPr>
              <w:spacing w:before="100" w:after="0"/>
              <w:rPr>
                <w:rFonts w:cs="Calibri"/>
                <w:sz w:val="40"/>
              </w:rPr>
            </w:pPr>
            <w:r w:rsidRPr="002A0130">
              <w:rPr>
                <w:rFonts w:cs="Calibri"/>
                <w:sz w:val="40"/>
              </w:rPr>
              <w:t xml:space="preserve">2. Među Isusovim suvremenicima bili su </w:t>
            </w:r>
            <w:r w:rsidR="005A6FE2" w:rsidRPr="005A6FE2">
              <w:rPr>
                <w:rFonts w:cs="Calibri"/>
                <w:sz w:val="40"/>
              </w:rPr>
              <w:t>bili su ________________</w:t>
            </w:r>
            <w:r w:rsidR="005A6FE2">
              <w:rPr>
                <w:rFonts w:cs="Calibri"/>
                <w:sz w:val="40"/>
              </w:rPr>
              <w:t>_________</w:t>
            </w:r>
            <w:r w:rsidR="005A6FE2" w:rsidRPr="005A6FE2">
              <w:rPr>
                <w:rFonts w:cs="Calibri"/>
                <w:sz w:val="40"/>
              </w:rPr>
              <w:t>____, ____________________, ____________________ te ____________________.</w:t>
            </w:r>
          </w:p>
          <w:p w14:paraId="5257C79C" w14:textId="6A16F82D" w:rsidR="002A0130" w:rsidRPr="002A0130" w:rsidRDefault="002A0130" w:rsidP="002A0130">
            <w:pPr>
              <w:spacing w:before="100" w:after="0"/>
              <w:rPr>
                <w:rFonts w:cs="Calibri"/>
                <w:sz w:val="40"/>
              </w:rPr>
            </w:pPr>
            <w:r w:rsidRPr="002A0130">
              <w:rPr>
                <w:rFonts w:cs="Calibri"/>
                <w:sz w:val="40"/>
              </w:rPr>
              <w:t>3. Isus posebnu pažnju pokazuje ____________________.</w:t>
            </w:r>
          </w:p>
          <w:p w14:paraId="0C9188D0" w14:textId="37523973" w:rsidR="002A0130" w:rsidRPr="002A0130" w:rsidRDefault="002A0130" w:rsidP="002A0130">
            <w:pPr>
              <w:spacing w:before="100" w:after="0"/>
              <w:rPr>
                <w:rFonts w:cs="Calibri"/>
                <w:sz w:val="40"/>
              </w:rPr>
            </w:pPr>
            <w:r w:rsidRPr="002A0130">
              <w:rPr>
                <w:rFonts w:cs="Calibri"/>
                <w:sz w:val="40"/>
              </w:rPr>
              <w:t>4. Isus grešniku __________ i poziva ga na _______________.</w:t>
            </w:r>
          </w:p>
          <w:p w14:paraId="463A3E92" w14:textId="77777777" w:rsidR="002A0130" w:rsidRPr="002A0130" w:rsidRDefault="002A0130" w:rsidP="002A0130">
            <w:pPr>
              <w:spacing w:before="100" w:after="0"/>
              <w:rPr>
                <w:rFonts w:cs="Calibri"/>
                <w:sz w:val="40"/>
              </w:rPr>
            </w:pPr>
            <w:r w:rsidRPr="002A0130">
              <w:rPr>
                <w:rFonts w:cs="Calibri"/>
                <w:sz w:val="40"/>
              </w:rPr>
              <w:t>5. Dvanaestorica Isusovih izabranih učenika nazivaju se ____________________.</w:t>
            </w:r>
          </w:p>
          <w:p w14:paraId="437F4AEB" w14:textId="77777777" w:rsidR="002A0130" w:rsidRPr="002A0130" w:rsidRDefault="002A0130" w:rsidP="002A0130">
            <w:pPr>
              <w:spacing w:before="100" w:after="0"/>
              <w:rPr>
                <w:rFonts w:cs="Calibri"/>
                <w:sz w:val="40"/>
              </w:rPr>
            </w:pPr>
            <w:r w:rsidRPr="002A0130">
              <w:rPr>
                <w:rFonts w:cs="Calibri"/>
                <w:sz w:val="40"/>
              </w:rPr>
              <w:t>6. Apostoli primaju ____________________ i postaju ____________________ Radosne vijesti.</w:t>
            </w:r>
          </w:p>
          <w:p w14:paraId="0569F816" w14:textId="14054168" w:rsidR="002A0130" w:rsidRPr="002A0130" w:rsidRDefault="002A0130" w:rsidP="002A0130">
            <w:pPr>
              <w:spacing w:before="100" w:after="0"/>
              <w:rPr>
                <w:rFonts w:cs="Calibri"/>
                <w:sz w:val="40"/>
              </w:rPr>
            </w:pPr>
            <w:r w:rsidRPr="002A0130">
              <w:rPr>
                <w:rFonts w:cs="Calibri"/>
                <w:sz w:val="40"/>
              </w:rPr>
              <w:t>7. Kršćani su i danas pozvani biti Isusovi __________________.</w:t>
            </w:r>
          </w:p>
          <w:p w14:paraId="2560A281" w14:textId="2792AFAB" w:rsidR="002A0130" w:rsidRDefault="002A0130" w:rsidP="002A0130">
            <w:pPr>
              <w:spacing w:before="100" w:after="0"/>
            </w:pPr>
            <w:r w:rsidRPr="002A0130">
              <w:rPr>
                <w:rFonts w:cs="Calibri"/>
                <w:sz w:val="40"/>
              </w:rPr>
              <w:lastRenderedPageBreak/>
              <w:t>8. Isusov učenik Radosnu vijest pokazuje riječima i ____________________.</w:t>
            </w:r>
          </w:p>
        </w:tc>
      </w:tr>
    </w:tbl>
    <w:p w14:paraId="5FF6D592" w14:textId="77777777" w:rsidR="002A0130" w:rsidRDefault="002A0130">
      <w:pPr>
        <w:spacing w:after="0"/>
        <w:jc w:val="both"/>
      </w:pPr>
    </w:p>
    <w:p w14:paraId="322CBA01" w14:textId="195072F1" w:rsidR="004F598F" w:rsidRDefault="005A6FE2">
      <w:r>
        <w:t>Ili:</w:t>
      </w:r>
    </w:p>
    <w:p w14:paraId="0D223317" w14:textId="77777777" w:rsidR="005A6FE2" w:rsidRDefault="005A6FE2" w:rsidP="005A6FE2">
      <w:pPr>
        <w:spacing w:after="0"/>
        <w:jc w:val="both"/>
      </w:pPr>
    </w:p>
    <w:tbl>
      <w:tblPr>
        <w:tblW w:w="10658" w:type="dxa"/>
        <w:tblLook w:val="04A0" w:firstRow="1" w:lastRow="0" w:firstColumn="1" w:lastColumn="0" w:noHBand="0" w:noVBand="1"/>
      </w:tblPr>
      <w:tblGrid>
        <w:gridCol w:w="10658"/>
      </w:tblGrid>
      <w:tr w:rsidR="005A6FE2" w14:paraId="4C596229" w14:textId="77777777" w:rsidTr="0095064A">
        <w:tc>
          <w:tcPr>
            <w:tcW w:w="10681" w:type="dxa"/>
            <w:tcBorders>
              <w:top w:val="single" w:sz="8" w:space="0" w:color="E7A772"/>
              <w:left w:val="single" w:sz="8" w:space="0" w:color="E7A772"/>
              <w:bottom w:val="single" w:sz="8" w:space="0" w:color="E7A772"/>
              <w:right w:val="single" w:sz="8" w:space="0" w:color="E7A772"/>
            </w:tcBorders>
            <w:shd w:val="clear" w:color="auto" w:fill="FFF2CC"/>
            <w:tcMar>
              <w:top w:w="150" w:type="dxa"/>
              <w:left w:w="220" w:type="dxa"/>
              <w:bottom w:w="150" w:type="dxa"/>
              <w:right w:w="220" w:type="dxa"/>
            </w:tcMar>
          </w:tcPr>
          <w:p w14:paraId="740EB226" w14:textId="77777777" w:rsidR="005A6FE2" w:rsidRDefault="005A6FE2" w:rsidP="00A04CE6">
            <w:pPr>
              <w:spacing w:after="0"/>
              <w:jc w:val="center"/>
              <w:rPr>
                <w:rFonts w:cs="Calibri"/>
                <w:b/>
                <w:color w:val="C96A00"/>
                <w:sz w:val="48"/>
              </w:rPr>
            </w:pPr>
            <w:r>
              <w:rPr>
                <w:rFonts w:cs="Calibri"/>
                <w:b/>
                <w:color w:val="C96A00"/>
                <w:sz w:val="48"/>
              </w:rPr>
              <w:t>ISUS KRIST</w:t>
            </w:r>
          </w:p>
          <w:p w14:paraId="7D04E353" w14:textId="77777777" w:rsidR="005A6FE2" w:rsidRPr="005A6FE2" w:rsidRDefault="005A6FE2" w:rsidP="00A04CE6">
            <w:pPr>
              <w:spacing w:after="0"/>
              <w:jc w:val="center"/>
              <w:rPr>
                <w:rFonts w:cs="Calibri"/>
                <w:b/>
                <w:color w:val="C96A00"/>
              </w:rPr>
            </w:pPr>
          </w:p>
          <w:tbl>
            <w:tblPr>
              <w:tblW w:w="5000" w:type="pct"/>
              <w:jc w:val="center"/>
              <w:tblLook w:val="04A0" w:firstRow="1" w:lastRow="0" w:firstColumn="1" w:lastColumn="0" w:noHBand="0" w:noVBand="1"/>
            </w:tblPr>
            <w:tblGrid>
              <w:gridCol w:w="5527"/>
              <w:gridCol w:w="4679"/>
            </w:tblGrid>
            <w:tr w:rsidR="005A6FE2" w14:paraId="698040F3" w14:textId="77777777" w:rsidTr="005A6FE2">
              <w:trPr>
                <w:jc w:val="center"/>
              </w:trPr>
              <w:tc>
                <w:tcPr>
                  <w:tcW w:w="2954" w:type="pct"/>
                  <w:tcBorders>
                    <w:top w:val="single" w:sz="5" w:space="0" w:color="A6A6A6"/>
                    <w:left w:val="single" w:sz="5" w:space="0" w:color="A6A6A6"/>
                    <w:bottom w:val="single" w:sz="5" w:space="0" w:color="A6A6A6"/>
                    <w:right w:val="single" w:sz="5" w:space="0" w:color="A6A6A6"/>
                  </w:tcBorders>
                  <w:shd w:val="clear" w:color="auto" w:fill="0070C0"/>
                  <w:vAlign w:val="center"/>
                </w:tcPr>
                <w:p w14:paraId="1032C434" w14:textId="77777777" w:rsidR="005A6FE2" w:rsidRDefault="005A6FE2" w:rsidP="005A6FE2">
                  <w:pPr>
                    <w:spacing w:after="0"/>
                    <w:jc w:val="center"/>
                  </w:pPr>
                  <w:r>
                    <w:rPr>
                      <w:b/>
                      <w:color w:val="FFFFFF"/>
                      <w:sz w:val="36"/>
                    </w:rPr>
                    <w:t>TRAG</w:t>
                  </w:r>
                </w:p>
              </w:tc>
              <w:tc>
                <w:tcPr>
                  <w:tcW w:w="2046" w:type="pct"/>
                  <w:tcBorders>
                    <w:top w:val="single" w:sz="5" w:space="0" w:color="A6A6A6"/>
                    <w:left w:val="single" w:sz="5" w:space="0" w:color="A6A6A6"/>
                    <w:bottom w:val="single" w:sz="5" w:space="0" w:color="A6A6A6"/>
                    <w:right w:val="single" w:sz="5" w:space="0" w:color="A6A6A6"/>
                  </w:tcBorders>
                  <w:shd w:val="clear" w:color="auto" w:fill="0070C0"/>
                  <w:vAlign w:val="center"/>
                </w:tcPr>
                <w:p w14:paraId="069DA99B" w14:textId="77777777" w:rsidR="005A6FE2" w:rsidRDefault="005A6FE2" w:rsidP="005A6FE2">
                  <w:pPr>
                    <w:spacing w:after="0"/>
                    <w:jc w:val="center"/>
                  </w:pPr>
                  <w:r>
                    <w:rPr>
                      <w:b/>
                      <w:color w:val="FFFFFF"/>
                      <w:sz w:val="36"/>
                    </w:rPr>
                    <w:t>ODGOVOR</w:t>
                  </w:r>
                </w:p>
              </w:tc>
            </w:tr>
            <w:tr w:rsidR="005A6FE2" w14:paraId="3D145158" w14:textId="77777777" w:rsidTr="005A6FE2">
              <w:trPr>
                <w:jc w:val="center"/>
              </w:trPr>
              <w:tc>
                <w:tcPr>
                  <w:tcW w:w="2954" w:type="pct"/>
                  <w:tcBorders>
                    <w:top w:val="single" w:sz="5" w:space="0" w:color="A6A6A6"/>
                    <w:left w:val="single" w:sz="5" w:space="0" w:color="A6A6A6"/>
                    <w:bottom w:val="single" w:sz="5" w:space="0" w:color="A6A6A6"/>
                    <w:right w:val="single" w:sz="5" w:space="0" w:color="A6A6A6"/>
                  </w:tcBorders>
                  <w:vAlign w:val="center"/>
                </w:tcPr>
                <w:p w14:paraId="78489978" w14:textId="77777777" w:rsidR="005A6FE2" w:rsidRDefault="005A6FE2" w:rsidP="005A6FE2">
                  <w:pPr>
                    <w:spacing w:after="0"/>
                  </w:pPr>
                  <w:r>
                    <w:rPr>
                      <w:sz w:val="36"/>
                    </w:rPr>
                    <w:t>Središnja osoba kršćanske vjere</w:t>
                  </w:r>
                </w:p>
              </w:tc>
              <w:tc>
                <w:tcPr>
                  <w:tcW w:w="2046" w:type="pct"/>
                  <w:tcBorders>
                    <w:top w:val="single" w:sz="5" w:space="0" w:color="A6A6A6"/>
                    <w:left w:val="single" w:sz="5" w:space="0" w:color="A6A6A6"/>
                    <w:bottom w:val="single" w:sz="5" w:space="0" w:color="A6A6A6"/>
                    <w:right w:val="single" w:sz="5" w:space="0" w:color="A6A6A6"/>
                  </w:tcBorders>
                  <w:vAlign w:val="center"/>
                </w:tcPr>
                <w:p w14:paraId="14347FB7" w14:textId="77777777" w:rsidR="005A6FE2" w:rsidRPr="0095064A" w:rsidRDefault="005A6FE2" w:rsidP="005A6FE2">
                  <w:pPr>
                    <w:spacing w:after="0"/>
                    <w:jc w:val="center"/>
                    <w:rPr>
                      <w:sz w:val="32"/>
                      <w:szCs w:val="32"/>
                    </w:rPr>
                  </w:pPr>
                  <w:r w:rsidRPr="0095064A">
                    <w:rPr>
                      <w:sz w:val="32"/>
                      <w:szCs w:val="32"/>
                    </w:rPr>
                    <w:t>____________________________</w:t>
                  </w:r>
                </w:p>
              </w:tc>
            </w:tr>
            <w:tr w:rsidR="005A6FE2" w14:paraId="010D1952" w14:textId="77777777" w:rsidTr="00BE72F0">
              <w:trPr>
                <w:jc w:val="center"/>
              </w:trPr>
              <w:tc>
                <w:tcPr>
                  <w:tcW w:w="2954" w:type="pct"/>
                  <w:tcBorders>
                    <w:top w:val="single" w:sz="5" w:space="0" w:color="A6A6A6"/>
                    <w:left w:val="single" w:sz="5" w:space="0" w:color="A6A6A6"/>
                    <w:bottom w:val="single" w:sz="5" w:space="0" w:color="A6A6A6"/>
                    <w:right w:val="single" w:sz="5" w:space="0" w:color="A6A6A6"/>
                  </w:tcBorders>
                  <w:shd w:val="clear" w:color="auto" w:fill="EAF1DD" w:themeFill="accent3" w:themeFillTint="33"/>
                  <w:vAlign w:val="center"/>
                </w:tcPr>
                <w:p w14:paraId="4F8169D8" w14:textId="77777777" w:rsidR="005A6FE2" w:rsidRDefault="005A6FE2" w:rsidP="005A6FE2">
                  <w:pPr>
                    <w:spacing w:after="0"/>
                  </w:pPr>
                  <w:r>
                    <w:rPr>
                      <w:sz w:val="36"/>
                    </w:rPr>
                    <w:t>Temeljni zakon kraljevstva Božjega</w:t>
                  </w:r>
                </w:p>
              </w:tc>
              <w:tc>
                <w:tcPr>
                  <w:tcW w:w="2046" w:type="pct"/>
                  <w:tcBorders>
                    <w:top w:val="single" w:sz="5" w:space="0" w:color="A6A6A6"/>
                    <w:left w:val="single" w:sz="5" w:space="0" w:color="A6A6A6"/>
                    <w:bottom w:val="single" w:sz="5" w:space="0" w:color="A6A6A6"/>
                    <w:right w:val="single" w:sz="5" w:space="0" w:color="A6A6A6"/>
                  </w:tcBorders>
                  <w:shd w:val="clear" w:color="auto" w:fill="EAF1DD" w:themeFill="accent3" w:themeFillTint="33"/>
                  <w:vAlign w:val="center"/>
                </w:tcPr>
                <w:p w14:paraId="32C66B3F" w14:textId="77777777" w:rsidR="005A6FE2" w:rsidRPr="0095064A" w:rsidRDefault="005A6FE2" w:rsidP="005A6FE2">
                  <w:pPr>
                    <w:spacing w:after="0"/>
                    <w:jc w:val="center"/>
                    <w:rPr>
                      <w:sz w:val="32"/>
                      <w:szCs w:val="32"/>
                    </w:rPr>
                  </w:pPr>
                  <w:r w:rsidRPr="0095064A">
                    <w:rPr>
                      <w:sz w:val="32"/>
                      <w:szCs w:val="32"/>
                    </w:rPr>
                    <w:t>____________________________</w:t>
                  </w:r>
                </w:p>
              </w:tc>
            </w:tr>
            <w:tr w:rsidR="005A6FE2" w14:paraId="6E0DCB5D" w14:textId="77777777" w:rsidTr="005A6FE2">
              <w:trPr>
                <w:jc w:val="center"/>
              </w:trPr>
              <w:tc>
                <w:tcPr>
                  <w:tcW w:w="2954" w:type="pct"/>
                  <w:tcBorders>
                    <w:top w:val="single" w:sz="5" w:space="0" w:color="A6A6A6"/>
                    <w:left w:val="single" w:sz="5" w:space="0" w:color="A6A6A6"/>
                    <w:bottom w:val="single" w:sz="5" w:space="0" w:color="A6A6A6"/>
                    <w:right w:val="single" w:sz="5" w:space="0" w:color="A6A6A6"/>
                  </w:tcBorders>
                  <w:vAlign w:val="center"/>
                </w:tcPr>
                <w:p w14:paraId="6E911290" w14:textId="77777777" w:rsidR="005A6FE2" w:rsidRDefault="005A6FE2" w:rsidP="005A6FE2">
                  <w:pPr>
                    <w:spacing w:after="0"/>
                  </w:pPr>
                  <w:r>
                    <w:rPr>
                      <w:sz w:val="36"/>
                    </w:rPr>
                    <w:t>Jedna vjerska skupina iz Isusova vremena</w:t>
                  </w:r>
                </w:p>
              </w:tc>
              <w:tc>
                <w:tcPr>
                  <w:tcW w:w="2046" w:type="pct"/>
                  <w:tcBorders>
                    <w:top w:val="single" w:sz="5" w:space="0" w:color="A6A6A6"/>
                    <w:left w:val="single" w:sz="5" w:space="0" w:color="A6A6A6"/>
                    <w:bottom w:val="single" w:sz="5" w:space="0" w:color="A6A6A6"/>
                    <w:right w:val="single" w:sz="5" w:space="0" w:color="A6A6A6"/>
                  </w:tcBorders>
                  <w:vAlign w:val="center"/>
                </w:tcPr>
                <w:p w14:paraId="4E820BDC" w14:textId="77777777" w:rsidR="005A6FE2" w:rsidRPr="0095064A" w:rsidRDefault="005A6FE2" w:rsidP="005A6FE2">
                  <w:pPr>
                    <w:spacing w:after="0"/>
                    <w:jc w:val="center"/>
                    <w:rPr>
                      <w:sz w:val="32"/>
                      <w:szCs w:val="32"/>
                    </w:rPr>
                  </w:pPr>
                  <w:r w:rsidRPr="0095064A">
                    <w:rPr>
                      <w:sz w:val="32"/>
                      <w:szCs w:val="32"/>
                    </w:rPr>
                    <w:t>____________________________</w:t>
                  </w:r>
                </w:p>
              </w:tc>
            </w:tr>
            <w:tr w:rsidR="005A6FE2" w14:paraId="0ED2D88E" w14:textId="77777777" w:rsidTr="00BE72F0">
              <w:trPr>
                <w:jc w:val="center"/>
              </w:trPr>
              <w:tc>
                <w:tcPr>
                  <w:tcW w:w="2954" w:type="pct"/>
                  <w:tcBorders>
                    <w:top w:val="single" w:sz="5" w:space="0" w:color="A6A6A6"/>
                    <w:left w:val="single" w:sz="5" w:space="0" w:color="A6A6A6"/>
                    <w:bottom w:val="single" w:sz="5" w:space="0" w:color="A6A6A6"/>
                    <w:right w:val="single" w:sz="5" w:space="0" w:color="A6A6A6"/>
                  </w:tcBorders>
                  <w:shd w:val="clear" w:color="auto" w:fill="EAF1DD" w:themeFill="accent3" w:themeFillTint="33"/>
                  <w:vAlign w:val="center"/>
                </w:tcPr>
                <w:p w14:paraId="223FA3D3" w14:textId="77777777" w:rsidR="005A6FE2" w:rsidRDefault="005A6FE2" w:rsidP="005A6FE2">
                  <w:pPr>
                    <w:spacing w:after="0"/>
                  </w:pPr>
                  <w:r>
                    <w:rPr>
                      <w:sz w:val="36"/>
                    </w:rPr>
                    <w:t>Ljudi kojima Isus pokazuje posebnu pažnju</w:t>
                  </w:r>
                </w:p>
              </w:tc>
              <w:tc>
                <w:tcPr>
                  <w:tcW w:w="2046" w:type="pct"/>
                  <w:tcBorders>
                    <w:top w:val="single" w:sz="5" w:space="0" w:color="A6A6A6"/>
                    <w:left w:val="single" w:sz="5" w:space="0" w:color="A6A6A6"/>
                    <w:bottom w:val="single" w:sz="5" w:space="0" w:color="A6A6A6"/>
                    <w:right w:val="single" w:sz="5" w:space="0" w:color="A6A6A6"/>
                  </w:tcBorders>
                  <w:shd w:val="clear" w:color="auto" w:fill="EAF1DD" w:themeFill="accent3" w:themeFillTint="33"/>
                  <w:vAlign w:val="center"/>
                </w:tcPr>
                <w:p w14:paraId="7E7CA4FF" w14:textId="77777777" w:rsidR="005A6FE2" w:rsidRPr="0095064A" w:rsidRDefault="005A6FE2" w:rsidP="005A6FE2">
                  <w:pPr>
                    <w:spacing w:after="0"/>
                    <w:jc w:val="center"/>
                    <w:rPr>
                      <w:sz w:val="32"/>
                      <w:szCs w:val="32"/>
                    </w:rPr>
                  </w:pPr>
                  <w:r w:rsidRPr="0095064A">
                    <w:rPr>
                      <w:sz w:val="32"/>
                      <w:szCs w:val="32"/>
                    </w:rPr>
                    <w:t>____________________________</w:t>
                  </w:r>
                </w:p>
              </w:tc>
            </w:tr>
            <w:tr w:rsidR="005A6FE2" w14:paraId="4A1252B0" w14:textId="77777777" w:rsidTr="005A6FE2">
              <w:trPr>
                <w:jc w:val="center"/>
              </w:trPr>
              <w:tc>
                <w:tcPr>
                  <w:tcW w:w="2954" w:type="pct"/>
                  <w:tcBorders>
                    <w:top w:val="single" w:sz="5" w:space="0" w:color="A6A6A6"/>
                    <w:left w:val="single" w:sz="5" w:space="0" w:color="A6A6A6"/>
                    <w:bottom w:val="single" w:sz="5" w:space="0" w:color="A6A6A6"/>
                    <w:right w:val="single" w:sz="5" w:space="0" w:color="A6A6A6"/>
                  </w:tcBorders>
                  <w:vAlign w:val="center"/>
                </w:tcPr>
                <w:p w14:paraId="49CA7443" w14:textId="77777777" w:rsidR="005A6FE2" w:rsidRDefault="005A6FE2" w:rsidP="005A6FE2">
                  <w:pPr>
                    <w:spacing w:after="0"/>
                  </w:pPr>
                  <w:r>
                    <w:rPr>
                      <w:sz w:val="36"/>
                    </w:rPr>
                    <w:t>Promjena srca i života</w:t>
                  </w:r>
                </w:p>
              </w:tc>
              <w:tc>
                <w:tcPr>
                  <w:tcW w:w="2046" w:type="pct"/>
                  <w:tcBorders>
                    <w:top w:val="single" w:sz="5" w:space="0" w:color="A6A6A6"/>
                    <w:left w:val="single" w:sz="5" w:space="0" w:color="A6A6A6"/>
                    <w:bottom w:val="single" w:sz="5" w:space="0" w:color="A6A6A6"/>
                    <w:right w:val="single" w:sz="5" w:space="0" w:color="A6A6A6"/>
                  </w:tcBorders>
                  <w:vAlign w:val="center"/>
                </w:tcPr>
                <w:p w14:paraId="76DAFC69" w14:textId="77777777" w:rsidR="005A6FE2" w:rsidRPr="0095064A" w:rsidRDefault="005A6FE2" w:rsidP="005A6FE2">
                  <w:pPr>
                    <w:spacing w:after="0"/>
                    <w:jc w:val="center"/>
                    <w:rPr>
                      <w:sz w:val="32"/>
                      <w:szCs w:val="32"/>
                    </w:rPr>
                  </w:pPr>
                  <w:r w:rsidRPr="0095064A">
                    <w:rPr>
                      <w:sz w:val="32"/>
                      <w:szCs w:val="32"/>
                    </w:rPr>
                    <w:t>____________________________</w:t>
                  </w:r>
                </w:p>
              </w:tc>
            </w:tr>
            <w:tr w:rsidR="005A6FE2" w14:paraId="13D2D337" w14:textId="77777777" w:rsidTr="00BE72F0">
              <w:trPr>
                <w:jc w:val="center"/>
              </w:trPr>
              <w:tc>
                <w:tcPr>
                  <w:tcW w:w="2954" w:type="pct"/>
                  <w:tcBorders>
                    <w:top w:val="single" w:sz="5" w:space="0" w:color="A6A6A6"/>
                    <w:left w:val="single" w:sz="5" w:space="0" w:color="A6A6A6"/>
                    <w:bottom w:val="single" w:sz="5" w:space="0" w:color="A6A6A6"/>
                    <w:right w:val="single" w:sz="5" w:space="0" w:color="A6A6A6"/>
                  </w:tcBorders>
                  <w:shd w:val="clear" w:color="auto" w:fill="EAF1DD" w:themeFill="accent3" w:themeFillTint="33"/>
                  <w:vAlign w:val="center"/>
                </w:tcPr>
                <w:p w14:paraId="3BFAFE3B" w14:textId="77777777" w:rsidR="005A6FE2" w:rsidRDefault="005A6FE2" w:rsidP="005A6FE2">
                  <w:pPr>
                    <w:spacing w:after="0"/>
                  </w:pPr>
                  <w:r>
                    <w:rPr>
                      <w:sz w:val="36"/>
                    </w:rPr>
                    <w:t>Druga riječ za apostola</w:t>
                  </w:r>
                </w:p>
              </w:tc>
              <w:tc>
                <w:tcPr>
                  <w:tcW w:w="2046" w:type="pct"/>
                  <w:tcBorders>
                    <w:top w:val="single" w:sz="5" w:space="0" w:color="A6A6A6"/>
                    <w:left w:val="single" w:sz="5" w:space="0" w:color="A6A6A6"/>
                    <w:bottom w:val="single" w:sz="5" w:space="0" w:color="A6A6A6"/>
                    <w:right w:val="single" w:sz="5" w:space="0" w:color="A6A6A6"/>
                  </w:tcBorders>
                  <w:shd w:val="clear" w:color="auto" w:fill="EAF1DD" w:themeFill="accent3" w:themeFillTint="33"/>
                  <w:vAlign w:val="center"/>
                </w:tcPr>
                <w:p w14:paraId="26F80489" w14:textId="77777777" w:rsidR="005A6FE2" w:rsidRPr="0095064A" w:rsidRDefault="005A6FE2" w:rsidP="005A6FE2">
                  <w:pPr>
                    <w:spacing w:after="0"/>
                    <w:jc w:val="center"/>
                    <w:rPr>
                      <w:sz w:val="32"/>
                      <w:szCs w:val="32"/>
                    </w:rPr>
                  </w:pPr>
                  <w:r w:rsidRPr="0095064A">
                    <w:rPr>
                      <w:sz w:val="32"/>
                      <w:szCs w:val="32"/>
                    </w:rPr>
                    <w:t>____________________________</w:t>
                  </w:r>
                </w:p>
              </w:tc>
            </w:tr>
            <w:tr w:rsidR="005A6FE2" w14:paraId="66374128" w14:textId="77777777" w:rsidTr="005A6FE2">
              <w:trPr>
                <w:jc w:val="center"/>
              </w:trPr>
              <w:tc>
                <w:tcPr>
                  <w:tcW w:w="2954" w:type="pct"/>
                  <w:tcBorders>
                    <w:top w:val="single" w:sz="5" w:space="0" w:color="A6A6A6"/>
                    <w:left w:val="single" w:sz="5" w:space="0" w:color="A6A6A6"/>
                    <w:bottom w:val="single" w:sz="5" w:space="0" w:color="A6A6A6"/>
                    <w:right w:val="single" w:sz="5" w:space="0" w:color="A6A6A6"/>
                  </w:tcBorders>
                  <w:vAlign w:val="center"/>
                </w:tcPr>
                <w:p w14:paraId="19FD977C" w14:textId="77777777" w:rsidR="005A6FE2" w:rsidRDefault="005A6FE2" w:rsidP="005A6FE2">
                  <w:pPr>
                    <w:spacing w:after="0"/>
                  </w:pPr>
                  <w:r>
                    <w:rPr>
                      <w:sz w:val="36"/>
                    </w:rPr>
                    <w:t>Oni koji riječima i djelima prenose Radosnu vijest</w:t>
                  </w:r>
                </w:p>
              </w:tc>
              <w:tc>
                <w:tcPr>
                  <w:tcW w:w="2046" w:type="pct"/>
                  <w:tcBorders>
                    <w:top w:val="single" w:sz="5" w:space="0" w:color="A6A6A6"/>
                    <w:left w:val="single" w:sz="5" w:space="0" w:color="A6A6A6"/>
                    <w:bottom w:val="single" w:sz="5" w:space="0" w:color="A6A6A6"/>
                    <w:right w:val="single" w:sz="5" w:space="0" w:color="A6A6A6"/>
                  </w:tcBorders>
                  <w:vAlign w:val="center"/>
                </w:tcPr>
                <w:p w14:paraId="30A933DC" w14:textId="77777777" w:rsidR="005A6FE2" w:rsidRPr="0095064A" w:rsidRDefault="005A6FE2" w:rsidP="005A6FE2">
                  <w:pPr>
                    <w:spacing w:after="0"/>
                    <w:jc w:val="center"/>
                    <w:rPr>
                      <w:sz w:val="32"/>
                      <w:szCs w:val="32"/>
                    </w:rPr>
                  </w:pPr>
                  <w:r w:rsidRPr="0095064A">
                    <w:rPr>
                      <w:sz w:val="32"/>
                      <w:szCs w:val="32"/>
                    </w:rPr>
                    <w:t>____________________________</w:t>
                  </w:r>
                </w:p>
              </w:tc>
            </w:tr>
            <w:tr w:rsidR="005A6FE2" w14:paraId="506C9FB0" w14:textId="77777777" w:rsidTr="00BE72F0">
              <w:trPr>
                <w:jc w:val="center"/>
              </w:trPr>
              <w:tc>
                <w:tcPr>
                  <w:tcW w:w="2954" w:type="pct"/>
                  <w:tcBorders>
                    <w:top w:val="single" w:sz="5" w:space="0" w:color="A6A6A6"/>
                    <w:left w:val="single" w:sz="5" w:space="0" w:color="A6A6A6"/>
                    <w:bottom w:val="single" w:sz="5" w:space="0" w:color="A6A6A6"/>
                    <w:right w:val="single" w:sz="5" w:space="0" w:color="A6A6A6"/>
                  </w:tcBorders>
                  <w:shd w:val="clear" w:color="auto" w:fill="EAF1DD" w:themeFill="accent3" w:themeFillTint="33"/>
                  <w:vAlign w:val="center"/>
                </w:tcPr>
                <w:p w14:paraId="70CB8B3F" w14:textId="77777777" w:rsidR="005A6FE2" w:rsidRDefault="005A6FE2" w:rsidP="005A6FE2">
                  <w:pPr>
                    <w:spacing w:after="0"/>
                  </w:pPr>
                  <w:r>
                    <w:rPr>
                      <w:sz w:val="36"/>
                    </w:rPr>
                    <w:t>Vjernik koji nije zaređeni službenik ni redovnik</w:t>
                  </w:r>
                </w:p>
              </w:tc>
              <w:tc>
                <w:tcPr>
                  <w:tcW w:w="2046" w:type="pct"/>
                  <w:tcBorders>
                    <w:top w:val="single" w:sz="5" w:space="0" w:color="A6A6A6"/>
                    <w:left w:val="single" w:sz="5" w:space="0" w:color="A6A6A6"/>
                    <w:bottom w:val="single" w:sz="5" w:space="0" w:color="A6A6A6"/>
                    <w:right w:val="single" w:sz="5" w:space="0" w:color="A6A6A6"/>
                  </w:tcBorders>
                  <w:shd w:val="clear" w:color="auto" w:fill="EAF1DD" w:themeFill="accent3" w:themeFillTint="33"/>
                  <w:vAlign w:val="center"/>
                </w:tcPr>
                <w:p w14:paraId="4BA9E96C" w14:textId="77777777" w:rsidR="005A6FE2" w:rsidRPr="0095064A" w:rsidRDefault="005A6FE2" w:rsidP="005A6FE2">
                  <w:pPr>
                    <w:spacing w:after="0"/>
                    <w:jc w:val="center"/>
                    <w:rPr>
                      <w:sz w:val="32"/>
                      <w:szCs w:val="32"/>
                    </w:rPr>
                  </w:pPr>
                  <w:r w:rsidRPr="0095064A">
                    <w:rPr>
                      <w:sz w:val="32"/>
                      <w:szCs w:val="32"/>
                    </w:rPr>
                    <w:t>____________________________</w:t>
                  </w:r>
                </w:p>
              </w:tc>
            </w:tr>
          </w:tbl>
          <w:p w14:paraId="10EF6DF1" w14:textId="03EEF155" w:rsidR="005A6FE2" w:rsidRDefault="005A6FE2" w:rsidP="00A04CE6">
            <w:pPr>
              <w:spacing w:before="100" w:after="0"/>
            </w:pPr>
          </w:p>
        </w:tc>
      </w:tr>
    </w:tbl>
    <w:p w14:paraId="1C178DCC" w14:textId="77777777" w:rsidR="005A6FE2" w:rsidRDefault="005A6FE2" w:rsidP="005A6FE2">
      <w:pPr>
        <w:spacing w:after="0"/>
        <w:jc w:val="both"/>
      </w:pPr>
    </w:p>
    <w:p w14:paraId="2B1960F6" w14:textId="61396D17" w:rsidR="004F598F" w:rsidRDefault="00C64C0C">
      <w:pPr>
        <w:spacing w:before="100" w:after="40"/>
      </w:pPr>
      <w:r>
        <w:rPr>
          <w:b/>
          <w:color w:val="C96A00"/>
          <w:sz w:val="26"/>
        </w:rPr>
        <w:t>Aktivnost 1</w:t>
      </w:r>
      <w:r w:rsidR="005A6FE2">
        <w:rPr>
          <w:b/>
          <w:color w:val="C96A00"/>
          <w:sz w:val="26"/>
        </w:rPr>
        <w:t>6</w:t>
      </w:r>
      <w:r>
        <w:rPr>
          <w:b/>
          <w:color w:val="C96A00"/>
          <w:sz w:val="26"/>
        </w:rPr>
        <w:t xml:space="preserve">: Formativna provjera – K / S / A / U </w:t>
      </w:r>
      <w:r>
        <w:rPr>
          <w:i/>
          <w:color w:val="6B6B6B"/>
          <w:sz w:val="20"/>
        </w:rPr>
        <w:t>(individualni rad i kratka provjera, 6 minuta)</w:t>
      </w:r>
    </w:p>
    <w:p w14:paraId="07A990D7" w14:textId="77777777" w:rsidR="004F598F" w:rsidRDefault="00C64C0C">
      <w:pPr>
        <w:spacing w:after="0"/>
        <w:jc w:val="both"/>
      </w:pPr>
      <w:r>
        <w:t>Učenici pokazuju karticu K – KRALJEVSTVO, S – SUSRET S LJUDIMA, A – APOSTOLI I UČENICI ili U – ISUSOV UČENIK. Nakon svake tvrdnje jedan učenik kratko obrazlaže odgovor.</w:t>
      </w:r>
    </w:p>
    <w:p w14:paraId="0F2648EC" w14:textId="77777777" w:rsidR="004F598F" w:rsidRDefault="00C64C0C">
      <w:pPr>
        <w:spacing w:after="0"/>
        <w:jc w:val="both"/>
      </w:pPr>
      <w:r>
        <w:rPr>
          <w:i/>
          <w:color w:val="6B6B6B"/>
          <w:sz w:val="21"/>
        </w:rPr>
        <w:t>Rješenje: K; S; A; U; S; A.</w:t>
      </w:r>
    </w:p>
    <w:p w14:paraId="4AC83DC8" w14:textId="77777777" w:rsidR="004F598F" w:rsidRDefault="00C64C0C">
      <w:pPr>
        <w:pStyle w:val="Odlomakpopisa"/>
        <w:numPr>
          <w:ilvl w:val="0"/>
          <w:numId w:val="7"/>
        </w:numPr>
        <w:spacing w:after="0"/>
      </w:pPr>
      <w:r>
        <w:t>Ljubav je temeljni zakon.</w:t>
      </w:r>
    </w:p>
    <w:p w14:paraId="7EF6F666" w14:textId="77777777" w:rsidR="004F598F" w:rsidRDefault="00C64C0C">
      <w:pPr>
        <w:pStyle w:val="Odlomakpopisa"/>
        <w:numPr>
          <w:ilvl w:val="0"/>
          <w:numId w:val="7"/>
        </w:numPr>
        <w:spacing w:after="0"/>
      </w:pPr>
      <w:r>
        <w:t>Isus pristupa bolesnima, odbačenima i grešnicima.</w:t>
      </w:r>
    </w:p>
    <w:p w14:paraId="6357919A" w14:textId="77777777" w:rsidR="004F598F" w:rsidRDefault="00C64C0C">
      <w:pPr>
        <w:pStyle w:val="Odlomakpopisa"/>
        <w:numPr>
          <w:ilvl w:val="0"/>
          <w:numId w:val="7"/>
        </w:numPr>
        <w:spacing w:after="0"/>
      </w:pPr>
      <w:r>
        <w:t>Poslanik je druga riječ za apostola.</w:t>
      </w:r>
    </w:p>
    <w:p w14:paraId="3179A62D" w14:textId="77777777" w:rsidR="004F598F" w:rsidRDefault="00C64C0C">
      <w:pPr>
        <w:pStyle w:val="Odlomakpopisa"/>
        <w:numPr>
          <w:ilvl w:val="0"/>
          <w:numId w:val="7"/>
        </w:numPr>
        <w:spacing w:after="0"/>
      </w:pPr>
      <w:r>
        <w:t>Kršćani u različitim pozivima i službama mogu slijediti Isusa.</w:t>
      </w:r>
    </w:p>
    <w:p w14:paraId="22E8CF09" w14:textId="77777777" w:rsidR="004F598F" w:rsidRDefault="00C64C0C">
      <w:pPr>
        <w:pStyle w:val="Odlomakpopisa"/>
        <w:numPr>
          <w:ilvl w:val="0"/>
          <w:numId w:val="7"/>
        </w:numPr>
        <w:spacing w:after="0"/>
      </w:pPr>
      <w:r>
        <w:t>Oprost i obraćenje otvaraju novi početak.</w:t>
      </w:r>
    </w:p>
    <w:p w14:paraId="585B5912" w14:textId="77777777" w:rsidR="004F598F" w:rsidRDefault="00C64C0C">
      <w:pPr>
        <w:pStyle w:val="Odlomakpopisa"/>
        <w:numPr>
          <w:ilvl w:val="0"/>
          <w:numId w:val="7"/>
        </w:numPr>
        <w:spacing w:after="0"/>
      </w:pPr>
      <w:r>
        <w:t>Svjedoci prenose Radosnu vijest riječima i djelima.</w:t>
      </w:r>
    </w:p>
    <w:p w14:paraId="3D579A35" w14:textId="77777777" w:rsidR="005A6FE2" w:rsidRDefault="005A6FE2" w:rsidP="005A6FE2">
      <w:pPr>
        <w:spacing w:after="0"/>
      </w:pPr>
    </w:p>
    <w:tbl>
      <w:tblPr>
        <w:tblW w:w="10811" w:type="dxa"/>
        <w:jc w:val="center"/>
        <w:tblLook w:val="04A0" w:firstRow="1" w:lastRow="0" w:firstColumn="1" w:lastColumn="0" w:noHBand="0" w:noVBand="1"/>
      </w:tblPr>
      <w:tblGrid>
        <w:gridCol w:w="2971"/>
        <w:gridCol w:w="2835"/>
        <w:gridCol w:w="2410"/>
        <w:gridCol w:w="2595"/>
      </w:tblGrid>
      <w:tr w:rsidR="004F598F" w14:paraId="168252F3" w14:textId="77777777" w:rsidTr="005A6FE2">
        <w:trPr>
          <w:jc w:val="center"/>
        </w:trPr>
        <w:tc>
          <w:tcPr>
            <w:tcW w:w="2971" w:type="dxa"/>
            <w:tcBorders>
              <w:top w:val="single" w:sz="5" w:space="0" w:color="A6A6A6"/>
              <w:left w:val="single" w:sz="5" w:space="0" w:color="A6A6A6"/>
              <w:bottom w:val="single" w:sz="5" w:space="0" w:color="A6A6A6"/>
              <w:right w:val="single" w:sz="5" w:space="0" w:color="A6A6A6"/>
            </w:tcBorders>
            <w:shd w:val="clear" w:color="auto" w:fill="00B050"/>
            <w:vAlign w:val="center"/>
          </w:tcPr>
          <w:p w14:paraId="4374E859" w14:textId="77777777" w:rsidR="004F598F" w:rsidRDefault="00C64C0C" w:rsidP="005A6FE2">
            <w:pPr>
              <w:spacing w:before="60"/>
              <w:jc w:val="center"/>
            </w:pPr>
            <w:r>
              <w:rPr>
                <w:b/>
                <w:color w:val="FFFFFF"/>
                <w:sz w:val="36"/>
              </w:rPr>
              <w:t>K = KRALJEVSTVO</w:t>
            </w:r>
          </w:p>
        </w:tc>
        <w:tc>
          <w:tcPr>
            <w:tcW w:w="2835" w:type="dxa"/>
            <w:tcBorders>
              <w:top w:val="single" w:sz="5" w:space="0" w:color="A6A6A6"/>
              <w:left w:val="single" w:sz="5" w:space="0" w:color="A6A6A6"/>
              <w:bottom w:val="single" w:sz="5" w:space="0" w:color="A6A6A6"/>
              <w:right w:val="single" w:sz="5" w:space="0" w:color="A6A6A6"/>
            </w:tcBorders>
            <w:shd w:val="clear" w:color="auto" w:fill="C96A00"/>
            <w:vAlign w:val="center"/>
          </w:tcPr>
          <w:p w14:paraId="77026BE1" w14:textId="77777777" w:rsidR="004F598F" w:rsidRDefault="00C64C0C">
            <w:pPr>
              <w:spacing w:after="0"/>
              <w:jc w:val="center"/>
            </w:pPr>
            <w:r>
              <w:rPr>
                <w:b/>
                <w:color w:val="FFFFFF"/>
                <w:sz w:val="36"/>
              </w:rPr>
              <w:t>S = SUSRET</w:t>
            </w:r>
          </w:p>
        </w:tc>
        <w:tc>
          <w:tcPr>
            <w:tcW w:w="2410"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32F196DE" w14:textId="77777777" w:rsidR="004F598F" w:rsidRDefault="00C64C0C">
            <w:pPr>
              <w:spacing w:after="0"/>
              <w:jc w:val="center"/>
            </w:pPr>
            <w:r>
              <w:rPr>
                <w:b/>
                <w:color w:val="FFFFFF"/>
                <w:sz w:val="36"/>
              </w:rPr>
              <w:t>A = APOSTOLI</w:t>
            </w:r>
          </w:p>
        </w:tc>
        <w:tc>
          <w:tcPr>
            <w:tcW w:w="2595" w:type="dxa"/>
            <w:tcBorders>
              <w:top w:val="single" w:sz="5" w:space="0" w:color="A6A6A6"/>
              <w:left w:val="single" w:sz="5" w:space="0" w:color="A6A6A6"/>
              <w:bottom w:val="single" w:sz="5" w:space="0" w:color="A6A6A6"/>
              <w:right w:val="single" w:sz="5" w:space="0" w:color="A6A6A6"/>
            </w:tcBorders>
            <w:shd w:val="clear" w:color="auto" w:fill="C96A00"/>
            <w:vAlign w:val="center"/>
          </w:tcPr>
          <w:p w14:paraId="79358D80" w14:textId="77777777" w:rsidR="004F598F" w:rsidRDefault="00C64C0C">
            <w:pPr>
              <w:spacing w:after="0"/>
              <w:jc w:val="center"/>
            </w:pPr>
            <w:r>
              <w:rPr>
                <w:b/>
                <w:color w:val="FFFFFF"/>
                <w:sz w:val="36"/>
              </w:rPr>
              <w:t>U = UČENIK</w:t>
            </w:r>
          </w:p>
        </w:tc>
      </w:tr>
    </w:tbl>
    <w:p w14:paraId="20B4FA0A" w14:textId="6FE69E47" w:rsidR="004F598F" w:rsidRDefault="00C64C0C">
      <w:pPr>
        <w:spacing w:before="100" w:after="40"/>
      </w:pPr>
      <w:r>
        <w:rPr>
          <w:b/>
          <w:color w:val="C96A00"/>
          <w:sz w:val="26"/>
        </w:rPr>
        <w:t xml:space="preserve">Aktivnost </w:t>
      </w:r>
      <w:r w:rsidR="005A6FE2">
        <w:rPr>
          <w:b/>
          <w:color w:val="C96A00"/>
          <w:sz w:val="26"/>
        </w:rPr>
        <w:t>17</w:t>
      </w:r>
      <w:r>
        <w:rPr>
          <w:b/>
          <w:color w:val="C96A00"/>
          <w:sz w:val="26"/>
        </w:rPr>
        <w:t xml:space="preserve">: Digitalni zadatak </w:t>
      </w:r>
      <w:r>
        <w:rPr>
          <w:i/>
          <w:color w:val="6B6B6B"/>
          <w:sz w:val="20"/>
        </w:rPr>
        <w:t>(individualni rad ili rad u paru, 8 minuta)</w:t>
      </w:r>
    </w:p>
    <w:p w14:paraId="59E9093A" w14:textId="19755061" w:rsidR="004F598F" w:rsidRDefault="00C64C0C">
      <w:pPr>
        <w:spacing w:after="40"/>
        <w:jc w:val="both"/>
      </w:pPr>
      <w:r>
        <w:t xml:space="preserve">Učenici će riješiti zadatak </w:t>
      </w:r>
      <w:r w:rsidR="00543524">
        <w:t>“Ponovimo” iz digitalnog dijela</w:t>
      </w:r>
      <w:r>
        <w:t xml:space="preserve"> udžbenik</w:t>
      </w:r>
      <w:r w:rsidR="00543524">
        <w:t>a</w:t>
      </w:r>
      <w:r>
        <w:t>, str. 50.</w:t>
      </w:r>
    </w:p>
    <w:p w14:paraId="716C1EBB" w14:textId="77777777" w:rsidR="005A6FE2" w:rsidRDefault="005A6FE2">
      <w:pPr>
        <w:spacing w:after="40"/>
        <w:jc w:val="both"/>
      </w:pPr>
    </w:p>
    <w:p w14:paraId="5C13EDBB" w14:textId="548F844B" w:rsidR="004F598F" w:rsidRDefault="004F598F">
      <w:pPr>
        <w:spacing w:before="40"/>
      </w:pPr>
      <w:hyperlink r:id="rId21">
        <w:r>
          <w:rPr>
            <w:b/>
            <w:color w:val="0563C1"/>
            <w:u w:val="single"/>
          </w:rPr>
          <w:t>klikni ovdje - poveznica</w:t>
        </w:r>
      </w:hyperlink>
    </w:p>
    <w:p w14:paraId="4DC4FC0E" w14:textId="77777777" w:rsidR="005A6FE2" w:rsidRDefault="005A6FE2">
      <w:pPr>
        <w:spacing w:before="40"/>
      </w:pPr>
    </w:p>
    <w:p w14:paraId="0393FBD9" w14:textId="77777777" w:rsidR="004F598F" w:rsidRDefault="00C64C0C">
      <w:pPr>
        <w:spacing w:before="60" w:after="20"/>
      </w:pPr>
      <w:r>
        <w:rPr>
          <w:b/>
        </w:rPr>
        <w:t>Kod:</w:t>
      </w:r>
    </w:p>
    <w:p w14:paraId="5F31704C" w14:textId="7267D18D" w:rsidR="004F598F" w:rsidRDefault="00543524" w:rsidP="005A6FE2">
      <w:pPr>
        <w:spacing w:before="60" w:after="20"/>
      </w:pPr>
      <w:r>
        <w:rPr>
          <w:noProof/>
        </w:rPr>
        <w:drawing>
          <wp:inline distT="0" distB="0" distL="0" distR="0" wp14:anchorId="581B1BBF" wp14:editId="13DF0031">
            <wp:extent cx="1440000" cy="1440000"/>
            <wp:effectExtent l="0" t="0" r="8255" b="8255"/>
            <wp:docPr id="1974203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06AE03DB" w14:textId="77777777" w:rsidR="004F598F" w:rsidRDefault="00C64C0C">
      <w:pPr>
        <w:spacing w:before="220" w:after="40"/>
      </w:pPr>
      <w:r>
        <w:rPr>
          <w:b/>
        </w:rPr>
        <w:t xml:space="preserve">Nedigitalna alternativa: </w:t>
      </w:r>
      <w:r>
        <w:t>Učenici će povezati deset kartica u pet točnih parova i svaki par objasniti jednom rečenicom.</w:t>
      </w:r>
    </w:p>
    <w:p w14:paraId="5CD69FC8" w14:textId="77777777" w:rsidR="004F598F" w:rsidRDefault="00C64C0C">
      <w:pPr>
        <w:spacing w:after="0"/>
        <w:jc w:val="both"/>
      </w:pPr>
      <w:r>
        <w:rPr>
          <w:i/>
          <w:color w:val="6B6B6B"/>
          <w:sz w:val="21"/>
        </w:rPr>
        <w:t>Rješenje: KRALJEVSTVO BOŽJE – LJUBAV; SUVREMENICI – FARIZEJI I PISMOZNANCI; ISUS LIJEČI – ODBAČENI I BOLESNI; ISUS OPRAŠTA – OBRAĆENJE; APOSTOLI – POSLANJE.</w:t>
      </w:r>
    </w:p>
    <w:p w14:paraId="30BC907A" w14:textId="77777777" w:rsidR="004F598F" w:rsidRDefault="00C64C0C">
      <w:pPr>
        <w:spacing w:before="160" w:after="40"/>
      </w:pPr>
      <w:r>
        <w:t>Kartice:</w:t>
      </w:r>
    </w:p>
    <w:tbl>
      <w:tblPr>
        <w:tblW w:w="0" w:type="auto"/>
        <w:jc w:val="center"/>
        <w:tblLook w:val="04A0" w:firstRow="1" w:lastRow="0" w:firstColumn="1" w:lastColumn="0" w:noHBand="0" w:noVBand="1"/>
      </w:tblPr>
      <w:tblGrid>
        <w:gridCol w:w="2237"/>
        <w:gridCol w:w="2278"/>
        <w:gridCol w:w="1827"/>
        <w:gridCol w:w="1998"/>
        <w:gridCol w:w="2329"/>
      </w:tblGrid>
      <w:tr w:rsidR="004F598F" w14:paraId="3E8AD110" w14:textId="77777777">
        <w:trPr>
          <w:jc w:val="center"/>
        </w:trPr>
        <w:tc>
          <w:tcPr>
            <w:tcW w:w="2136" w:type="dxa"/>
            <w:tcBorders>
              <w:top w:val="single" w:sz="5" w:space="0" w:color="A6A6A6"/>
              <w:left w:val="single" w:sz="5" w:space="0" w:color="A6A6A6"/>
              <w:bottom w:val="single" w:sz="5" w:space="0" w:color="A6A6A6"/>
              <w:right w:val="single" w:sz="5" w:space="0" w:color="A6A6A6"/>
            </w:tcBorders>
            <w:shd w:val="clear" w:color="auto" w:fill="C96A00"/>
            <w:vAlign w:val="center"/>
          </w:tcPr>
          <w:p w14:paraId="4CFF6379" w14:textId="77777777" w:rsidR="004F598F" w:rsidRDefault="00C64C0C">
            <w:pPr>
              <w:spacing w:after="0"/>
              <w:jc w:val="center"/>
            </w:pPr>
            <w:r>
              <w:rPr>
                <w:b/>
                <w:color w:val="FFFFFF"/>
                <w:sz w:val="36"/>
              </w:rPr>
              <w:t>1</w:t>
            </w:r>
          </w:p>
        </w:tc>
        <w:tc>
          <w:tcPr>
            <w:tcW w:w="2136"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7C97F9E9" w14:textId="77777777" w:rsidR="004F598F" w:rsidRDefault="00C64C0C">
            <w:pPr>
              <w:spacing w:after="0"/>
              <w:jc w:val="center"/>
            </w:pPr>
            <w:r>
              <w:rPr>
                <w:b/>
                <w:color w:val="FFFFFF"/>
                <w:sz w:val="36"/>
              </w:rPr>
              <w:t>2</w:t>
            </w:r>
          </w:p>
        </w:tc>
        <w:tc>
          <w:tcPr>
            <w:tcW w:w="2136" w:type="dxa"/>
            <w:tcBorders>
              <w:top w:val="single" w:sz="5" w:space="0" w:color="A6A6A6"/>
              <w:left w:val="single" w:sz="5" w:space="0" w:color="A6A6A6"/>
              <w:bottom w:val="single" w:sz="5" w:space="0" w:color="A6A6A6"/>
              <w:right w:val="single" w:sz="5" w:space="0" w:color="A6A6A6"/>
            </w:tcBorders>
            <w:shd w:val="clear" w:color="auto" w:fill="00B050"/>
            <w:vAlign w:val="center"/>
          </w:tcPr>
          <w:p w14:paraId="6D5B617E" w14:textId="77777777" w:rsidR="004F598F" w:rsidRDefault="00C64C0C">
            <w:pPr>
              <w:spacing w:after="0"/>
              <w:jc w:val="center"/>
            </w:pPr>
            <w:r>
              <w:rPr>
                <w:b/>
                <w:color w:val="FFFFFF"/>
                <w:sz w:val="36"/>
              </w:rPr>
              <w:t>3</w:t>
            </w:r>
          </w:p>
        </w:tc>
        <w:tc>
          <w:tcPr>
            <w:tcW w:w="2136" w:type="dxa"/>
            <w:tcBorders>
              <w:top w:val="single" w:sz="5" w:space="0" w:color="A6A6A6"/>
              <w:left w:val="single" w:sz="5" w:space="0" w:color="A6A6A6"/>
              <w:bottom w:val="single" w:sz="5" w:space="0" w:color="A6A6A6"/>
              <w:right w:val="single" w:sz="5" w:space="0" w:color="A6A6A6"/>
            </w:tcBorders>
            <w:shd w:val="clear" w:color="auto" w:fill="C96A00"/>
            <w:vAlign w:val="center"/>
          </w:tcPr>
          <w:p w14:paraId="65B816BB" w14:textId="77777777" w:rsidR="004F598F" w:rsidRDefault="00C64C0C">
            <w:pPr>
              <w:spacing w:after="0"/>
              <w:jc w:val="center"/>
            </w:pPr>
            <w:r>
              <w:rPr>
                <w:b/>
                <w:color w:val="FFFFFF"/>
                <w:sz w:val="36"/>
              </w:rPr>
              <w:t>4</w:t>
            </w:r>
          </w:p>
        </w:tc>
        <w:tc>
          <w:tcPr>
            <w:tcW w:w="2136"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624CFCCB" w14:textId="77777777" w:rsidR="004F598F" w:rsidRDefault="00C64C0C">
            <w:pPr>
              <w:spacing w:after="0"/>
              <w:jc w:val="center"/>
            </w:pPr>
            <w:r>
              <w:rPr>
                <w:b/>
                <w:color w:val="FFFFFF"/>
                <w:sz w:val="36"/>
              </w:rPr>
              <w:t>5</w:t>
            </w:r>
          </w:p>
        </w:tc>
      </w:tr>
      <w:tr w:rsidR="004F598F" w14:paraId="25A0BF38" w14:textId="77777777">
        <w:trPr>
          <w:jc w:val="center"/>
        </w:trPr>
        <w:tc>
          <w:tcPr>
            <w:tcW w:w="2136" w:type="dxa"/>
            <w:tcBorders>
              <w:top w:val="single" w:sz="5" w:space="0" w:color="A6A6A6"/>
              <w:left w:val="single" w:sz="5" w:space="0" w:color="A6A6A6"/>
              <w:bottom w:val="single" w:sz="5" w:space="0" w:color="A6A6A6"/>
              <w:right w:val="single" w:sz="5" w:space="0" w:color="A6A6A6"/>
            </w:tcBorders>
            <w:vAlign w:val="center"/>
          </w:tcPr>
          <w:p w14:paraId="6E831A11" w14:textId="77777777" w:rsidR="004F598F" w:rsidRDefault="00C64C0C">
            <w:pPr>
              <w:spacing w:after="0"/>
            </w:pPr>
            <w:r>
              <w:rPr>
                <w:sz w:val="36"/>
              </w:rPr>
              <w:t>KRALJEVSTVO BOŽJE</w:t>
            </w:r>
          </w:p>
        </w:tc>
        <w:tc>
          <w:tcPr>
            <w:tcW w:w="2136" w:type="dxa"/>
            <w:tcBorders>
              <w:top w:val="single" w:sz="5" w:space="0" w:color="A6A6A6"/>
              <w:left w:val="single" w:sz="5" w:space="0" w:color="A6A6A6"/>
              <w:bottom w:val="single" w:sz="5" w:space="0" w:color="A6A6A6"/>
              <w:right w:val="single" w:sz="5" w:space="0" w:color="A6A6A6"/>
            </w:tcBorders>
            <w:vAlign w:val="center"/>
          </w:tcPr>
          <w:p w14:paraId="368BF46A" w14:textId="77777777" w:rsidR="004F598F" w:rsidRDefault="00C64C0C">
            <w:pPr>
              <w:spacing w:after="0"/>
            </w:pPr>
            <w:r>
              <w:rPr>
                <w:sz w:val="36"/>
              </w:rPr>
              <w:t>SUVREMENICI</w:t>
            </w:r>
          </w:p>
        </w:tc>
        <w:tc>
          <w:tcPr>
            <w:tcW w:w="2136" w:type="dxa"/>
            <w:tcBorders>
              <w:top w:val="single" w:sz="5" w:space="0" w:color="A6A6A6"/>
              <w:left w:val="single" w:sz="5" w:space="0" w:color="A6A6A6"/>
              <w:bottom w:val="single" w:sz="5" w:space="0" w:color="A6A6A6"/>
              <w:right w:val="single" w:sz="5" w:space="0" w:color="A6A6A6"/>
            </w:tcBorders>
            <w:vAlign w:val="center"/>
          </w:tcPr>
          <w:p w14:paraId="322C5243" w14:textId="77777777" w:rsidR="004F598F" w:rsidRDefault="00C64C0C">
            <w:pPr>
              <w:spacing w:after="0"/>
            </w:pPr>
            <w:r>
              <w:rPr>
                <w:sz w:val="36"/>
              </w:rPr>
              <w:t>ISUS LIJEČI</w:t>
            </w:r>
          </w:p>
        </w:tc>
        <w:tc>
          <w:tcPr>
            <w:tcW w:w="2136" w:type="dxa"/>
            <w:tcBorders>
              <w:top w:val="single" w:sz="5" w:space="0" w:color="A6A6A6"/>
              <w:left w:val="single" w:sz="5" w:space="0" w:color="A6A6A6"/>
              <w:bottom w:val="single" w:sz="5" w:space="0" w:color="A6A6A6"/>
              <w:right w:val="single" w:sz="5" w:space="0" w:color="A6A6A6"/>
            </w:tcBorders>
            <w:vAlign w:val="center"/>
          </w:tcPr>
          <w:p w14:paraId="695CA051" w14:textId="77777777" w:rsidR="004F598F" w:rsidRDefault="00C64C0C">
            <w:pPr>
              <w:spacing w:after="0"/>
            </w:pPr>
            <w:r>
              <w:rPr>
                <w:sz w:val="36"/>
              </w:rPr>
              <w:t>ISUS OPRAŠTA</w:t>
            </w:r>
          </w:p>
        </w:tc>
        <w:tc>
          <w:tcPr>
            <w:tcW w:w="2136" w:type="dxa"/>
            <w:tcBorders>
              <w:top w:val="single" w:sz="5" w:space="0" w:color="A6A6A6"/>
              <w:left w:val="single" w:sz="5" w:space="0" w:color="A6A6A6"/>
              <w:bottom w:val="single" w:sz="5" w:space="0" w:color="A6A6A6"/>
              <w:right w:val="single" w:sz="5" w:space="0" w:color="A6A6A6"/>
            </w:tcBorders>
            <w:vAlign w:val="center"/>
          </w:tcPr>
          <w:p w14:paraId="217F244F" w14:textId="77777777" w:rsidR="004F598F" w:rsidRDefault="00C64C0C">
            <w:pPr>
              <w:spacing w:after="0"/>
            </w:pPr>
            <w:r>
              <w:rPr>
                <w:sz w:val="36"/>
              </w:rPr>
              <w:t>APOSTOLI</w:t>
            </w:r>
          </w:p>
        </w:tc>
      </w:tr>
      <w:tr w:rsidR="004F598F" w14:paraId="69270ED4" w14:textId="77777777">
        <w:trPr>
          <w:jc w:val="center"/>
        </w:trPr>
        <w:tc>
          <w:tcPr>
            <w:tcW w:w="2136"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22D49CFD" w14:textId="4D2545F1" w:rsidR="004F598F" w:rsidRDefault="00543524">
            <w:pPr>
              <w:spacing w:after="0"/>
            </w:pPr>
            <w:r>
              <w:rPr>
                <w:sz w:val="36"/>
              </w:rPr>
              <w:t>OBRAĆENJE</w:t>
            </w:r>
          </w:p>
        </w:tc>
        <w:tc>
          <w:tcPr>
            <w:tcW w:w="2136"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519760FD" w14:textId="4C8A6F5E" w:rsidR="004F598F" w:rsidRDefault="00543524">
            <w:pPr>
              <w:spacing w:after="0"/>
            </w:pPr>
            <w:r>
              <w:rPr>
                <w:sz w:val="36"/>
              </w:rPr>
              <w:t>POSLANJE</w:t>
            </w:r>
          </w:p>
        </w:tc>
        <w:tc>
          <w:tcPr>
            <w:tcW w:w="2136"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3770A3E6" w14:textId="3CA5F909" w:rsidR="004F598F" w:rsidRDefault="00543524">
            <w:pPr>
              <w:spacing w:after="0"/>
            </w:pPr>
            <w:r>
              <w:rPr>
                <w:sz w:val="36"/>
              </w:rPr>
              <w:t xml:space="preserve">LJUBAV </w:t>
            </w:r>
          </w:p>
        </w:tc>
        <w:tc>
          <w:tcPr>
            <w:tcW w:w="2136"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774C8E29" w14:textId="464FA962" w:rsidR="004F598F" w:rsidRDefault="00543524">
            <w:pPr>
              <w:spacing w:after="0"/>
            </w:pPr>
            <w:r>
              <w:rPr>
                <w:sz w:val="36"/>
              </w:rPr>
              <w:t>ODBAČENI I BOLESNI</w:t>
            </w:r>
          </w:p>
        </w:tc>
        <w:tc>
          <w:tcPr>
            <w:tcW w:w="2136"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4EF6B268" w14:textId="7366DF1E" w:rsidR="004F598F" w:rsidRDefault="00543524">
            <w:pPr>
              <w:spacing w:after="0"/>
            </w:pPr>
            <w:r>
              <w:rPr>
                <w:sz w:val="36"/>
              </w:rPr>
              <w:t xml:space="preserve">FARIZEJI I PISMOZNANCI </w:t>
            </w:r>
          </w:p>
        </w:tc>
      </w:tr>
    </w:tbl>
    <w:p w14:paraId="1A70CD0F" w14:textId="67C719C4" w:rsidR="004F598F" w:rsidRDefault="00C64C0C">
      <w:pPr>
        <w:spacing w:before="100" w:after="40"/>
      </w:pPr>
      <w:r>
        <w:rPr>
          <w:b/>
          <w:color w:val="C96A00"/>
          <w:sz w:val="26"/>
        </w:rPr>
        <w:t xml:space="preserve">Aktivnost </w:t>
      </w:r>
      <w:r w:rsidR="00A20801">
        <w:rPr>
          <w:b/>
          <w:color w:val="C96A00"/>
          <w:sz w:val="26"/>
        </w:rPr>
        <w:t>19</w:t>
      </w:r>
      <w:r>
        <w:rPr>
          <w:b/>
          <w:color w:val="C96A00"/>
          <w:sz w:val="26"/>
        </w:rPr>
        <w:t xml:space="preserve">: Mikropauza </w:t>
      </w:r>
      <w:r>
        <w:rPr>
          <w:i/>
          <w:color w:val="6B6B6B"/>
          <w:sz w:val="20"/>
        </w:rPr>
        <w:t>(frontalni rad, 2 minute)</w:t>
      </w:r>
    </w:p>
    <w:p w14:paraId="74777D75" w14:textId="77777777" w:rsidR="004F598F" w:rsidRDefault="00C64C0C">
      <w:pPr>
        <w:spacing w:after="40"/>
        <w:jc w:val="both"/>
      </w:pPr>
      <w:r>
        <w:t>Vjeroučitelj je koristi po želji u bilo kojem trenutku sata kada opadne koncentracija učenika. To može biti vic, zagonetka, pitalica, kratka šetnja po razredu, pokret ili druga pristojna aktivnost nevezana uz vjeronaučno gradivo.</w:t>
      </w:r>
    </w:p>
    <w:p w14:paraId="60AEE668" w14:textId="77777777" w:rsidR="00543524" w:rsidRDefault="00543524" w:rsidP="00543524">
      <w:pPr>
        <w:spacing w:after="0"/>
        <w:jc w:val="both"/>
      </w:pPr>
    </w:p>
    <w:p w14:paraId="2714D682" w14:textId="46A5C622" w:rsidR="004F598F" w:rsidRPr="00543524" w:rsidRDefault="00C64C0C" w:rsidP="00543524">
      <w:pPr>
        <w:spacing w:after="0"/>
        <w:jc w:val="both"/>
        <w:rPr>
          <w:color w:val="7030A0"/>
        </w:rPr>
      </w:pPr>
      <w:r w:rsidRPr="00543524">
        <w:rPr>
          <w:color w:val="7030A0"/>
        </w:rPr>
        <w:t>Učenici će u tišini istodobno desnom rukom u zraku crtati veliki krug, a lijevom trokut. Nakon dvadeset sekundi zamjenjuju uloge ruku. Ne natječu se i ne komentiraju rezultat; na dogovoreni znak spuštaju ruke i mirno nastavljaju rad.</w:t>
      </w:r>
    </w:p>
    <w:p w14:paraId="250D3F00" w14:textId="77777777" w:rsidR="00543524" w:rsidRDefault="00543524" w:rsidP="00543524"/>
    <w:p w14:paraId="3633DE93" w14:textId="77777777" w:rsidR="00543524" w:rsidRDefault="00543524" w:rsidP="00543524"/>
    <w:tbl>
      <w:tblPr>
        <w:tblW w:w="10658" w:type="dxa"/>
        <w:tblLayout w:type="fixed"/>
        <w:tblLook w:val="04A0" w:firstRow="1" w:lastRow="0" w:firstColumn="1" w:lastColumn="0" w:noHBand="0" w:noVBand="1"/>
      </w:tblPr>
      <w:tblGrid>
        <w:gridCol w:w="10658"/>
      </w:tblGrid>
      <w:tr w:rsidR="005B799B" w14:paraId="7CEBCEAC" w14:textId="77777777">
        <w:tc>
          <w:tcPr>
            <w:tcW w:w="10681" w:type="dxa"/>
            <w:shd w:val="clear" w:color="auto" w:fill="00B050"/>
            <w:tcMar>
              <w:top w:w="90" w:type="dxa"/>
              <w:left w:w="150" w:type="dxa"/>
              <w:bottom w:w="90" w:type="dxa"/>
              <w:right w:w="150" w:type="dxa"/>
            </w:tcMar>
            <w:vAlign w:val="center"/>
          </w:tcPr>
          <w:p w14:paraId="65760D5E" w14:textId="77777777" w:rsidR="004F598F" w:rsidRDefault="00C64C0C">
            <w:pPr>
              <w:spacing w:after="0"/>
            </w:pPr>
            <w:r>
              <w:rPr>
                <w:b/>
                <w:color w:val="FFFFFF"/>
                <w:sz w:val="32"/>
              </w:rPr>
              <w:t>III. ZAVRŠNI DIO – IZRAZI (približno 8–10 minuta)</w:t>
            </w:r>
          </w:p>
        </w:tc>
      </w:tr>
    </w:tbl>
    <w:p w14:paraId="7D64A287" w14:textId="77777777" w:rsidR="004F598F" w:rsidRDefault="00C64C0C">
      <w:pPr>
        <w:spacing w:before="60" w:after="40"/>
      </w:pPr>
      <w:r>
        <w:rPr>
          <w:b/>
          <w:color w:val="C96A00"/>
          <w:sz w:val="26"/>
        </w:rPr>
        <w:t>Aktualizacija:</w:t>
      </w:r>
    </w:p>
    <w:p w14:paraId="18BC1399" w14:textId="77777777" w:rsidR="004F598F" w:rsidRDefault="00C64C0C">
      <w:pPr>
        <w:spacing w:after="0"/>
        <w:jc w:val="both"/>
      </w:pPr>
      <w:r>
        <w:t>Vjeroučitelj će odabrati dva ili tri pitanja:</w:t>
      </w:r>
    </w:p>
    <w:p w14:paraId="0248A67C" w14:textId="77777777" w:rsidR="004F598F" w:rsidRDefault="00C64C0C">
      <w:pPr>
        <w:pStyle w:val="Odlomakpopisa"/>
        <w:numPr>
          <w:ilvl w:val="0"/>
          <w:numId w:val="7"/>
        </w:numPr>
        <w:spacing w:after="0"/>
      </w:pPr>
      <w:r>
        <w:t xml:space="preserve">Koja Isusova riječ ili djelo iz ove cjeline najbolje pokazuje Božju ljubav prema čovjeku? </w:t>
      </w:r>
      <w:r w:rsidRPr="00543524">
        <w:rPr>
          <w:color w:val="808080" w:themeColor="background1" w:themeShade="80"/>
          <w:sz w:val="18"/>
          <w:szCs w:val="18"/>
        </w:rPr>
        <w:t>(Učenik bira i obrazlaže.)</w:t>
      </w:r>
    </w:p>
    <w:p w14:paraId="3827849E" w14:textId="77777777" w:rsidR="004F598F" w:rsidRPr="00543524" w:rsidRDefault="00C64C0C">
      <w:pPr>
        <w:pStyle w:val="Odlomakpopisa"/>
        <w:numPr>
          <w:ilvl w:val="0"/>
          <w:numId w:val="7"/>
        </w:numPr>
        <w:spacing w:after="0"/>
        <w:rPr>
          <w:color w:val="808080" w:themeColor="background1" w:themeShade="80"/>
          <w:sz w:val="18"/>
          <w:szCs w:val="18"/>
        </w:rPr>
      </w:pPr>
      <w:r>
        <w:t xml:space="preserve">Kako se kraljevstvo Božje može vidjeti u ponašanju učenika petoga razreda? </w:t>
      </w:r>
      <w:r w:rsidRPr="00543524">
        <w:rPr>
          <w:color w:val="808080" w:themeColor="background1" w:themeShade="80"/>
          <w:sz w:val="18"/>
          <w:szCs w:val="18"/>
        </w:rPr>
        <w:t>(Ljubav, mir, pravednost, pomoć, oprost.)</w:t>
      </w:r>
    </w:p>
    <w:p w14:paraId="5F176343" w14:textId="77777777" w:rsidR="004F598F" w:rsidRDefault="00C64C0C">
      <w:pPr>
        <w:pStyle w:val="Odlomakpopisa"/>
        <w:numPr>
          <w:ilvl w:val="0"/>
          <w:numId w:val="7"/>
        </w:numPr>
        <w:spacing w:after="0"/>
      </w:pPr>
      <w:r>
        <w:t xml:space="preserve">Što je zajedničko apostolima i Isusovim učenicima danas? </w:t>
      </w:r>
      <w:r w:rsidRPr="00543524">
        <w:rPr>
          <w:color w:val="808080" w:themeColor="background1" w:themeShade="80"/>
          <w:sz w:val="18"/>
          <w:szCs w:val="18"/>
        </w:rPr>
        <w:t>(Poziv, poslanje i svjedočenje.)</w:t>
      </w:r>
    </w:p>
    <w:p w14:paraId="1F47E539" w14:textId="77777777" w:rsidR="004F598F" w:rsidRDefault="00C64C0C">
      <w:pPr>
        <w:pStyle w:val="Odlomakpopisa"/>
        <w:numPr>
          <w:ilvl w:val="0"/>
          <w:numId w:val="7"/>
        </w:numPr>
        <w:spacing w:after="0"/>
      </w:pPr>
      <w:r>
        <w:t xml:space="preserve">Kako različiti pozivi i službe u Crkvi mogu imati isti cilj? </w:t>
      </w:r>
      <w:r w:rsidRPr="00543524">
        <w:rPr>
          <w:color w:val="808080" w:themeColor="background1" w:themeShade="80"/>
          <w:sz w:val="18"/>
          <w:szCs w:val="18"/>
        </w:rPr>
        <w:t>(Svi su pozvani slijediti Isusa, služiti i svjedočiti ljubav.)</w:t>
      </w:r>
    </w:p>
    <w:p w14:paraId="2431740E" w14:textId="77777777" w:rsidR="004F598F" w:rsidRDefault="00C64C0C">
      <w:pPr>
        <w:spacing w:before="60" w:after="40"/>
      </w:pPr>
      <w:r>
        <w:rPr>
          <w:b/>
          <w:color w:val="C96A00"/>
          <w:sz w:val="26"/>
        </w:rPr>
        <w:t>Sinteza:</w:t>
      </w:r>
    </w:p>
    <w:p w14:paraId="183E0758" w14:textId="77777777" w:rsidR="004F598F" w:rsidRDefault="00C64C0C">
      <w:pPr>
        <w:spacing w:after="40"/>
        <w:jc w:val="both"/>
      </w:pPr>
      <w:r>
        <w:t>Učenici će glasno dovršiti sedam koraka sažetka. Svaki učenik dodaje samo jednu riječ ili kratku poruku, a razred na kraju zajedno čita cijeli niz.</w:t>
      </w:r>
    </w:p>
    <w:p w14:paraId="0E582378" w14:textId="77777777" w:rsidR="00543524" w:rsidRDefault="00543524">
      <w:pPr>
        <w:spacing w:after="40"/>
        <w:jc w:val="both"/>
      </w:pPr>
    </w:p>
    <w:tbl>
      <w:tblPr>
        <w:tblW w:w="10658" w:type="dxa"/>
        <w:tblLayout w:type="fixed"/>
        <w:tblLook w:val="04A0" w:firstRow="1" w:lastRow="0" w:firstColumn="1" w:lastColumn="0" w:noHBand="0" w:noVBand="1"/>
      </w:tblPr>
      <w:tblGrid>
        <w:gridCol w:w="10658"/>
      </w:tblGrid>
      <w:tr w:rsidR="005B799B" w14:paraId="581E7CB2" w14:textId="77777777" w:rsidTr="00543524">
        <w:tc>
          <w:tcPr>
            <w:tcW w:w="10658" w:type="dxa"/>
            <w:tcBorders>
              <w:top w:val="single" w:sz="5" w:space="0" w:color="B7C9D6"/>
              <w:left w:val="single" w:sz="5" w:space="0" w:color="B7C9D6"/>
              <w:bottom w:val="single" w:sz="5" w:space="0" w:color="B7C9D6"/>
              <w:right w:val="single" w:sz="5" w:space="0" w:color="B7C9D6"/>
            </w:tcBorders>
            <w:shd w:val="clear" w:color="auto" w:fill="FFF2CC"/>
            <w:tcMar>
              <w:top w:w="110" w:type="dxa"/>
              <w:left w:w="140" w:type="dxa"/>
              <w:bottom w:w="110" w:type="dxa"/>
              <w:right w:w="140" w:type="dxa"/>
            </w:tcMar>
            <w:vAlign w:val="center"/>
          </w:tcPr>
          <w:p w14:paraId="1EAC6EAC" w14:textId="77777777" w:rsidR="004F598F" w:rsidRPr="0095064A" w:rsidRDefault="00C64C0C" w:rsidP="0095064A">
            <w:pPr>
              <w:spacing w:after="0"/>
              <w:jc w:val="both"/>
              <w:rPr>
                <w:sz w:val="40"/>
                <w:szCs w:val="40"/>
              </w:rPr>
            </w:pPr>
            <w:r w:rsidRPr="0095064A">
              <w:rPr>
                <w:b/>
                <w:color w:val="002060"/>
                <w:sz w:val="40"/>
                <w:szCs w:val="40"/>
              </w:rPr>
              <w:lastRenderedPageBreak/>
              <w:t>SEDAM KORAKA: ISUS KRIST → KRALJEVSTVO LJUBAVI → SUSRET S LJUDIMA → LIJEČI → OPRAŠTA → ŠALJE APOSTOLE → UČENICI SLUŽE I SVJEDOČE</w:t>
            </w:r>
          </w:p>
        </w:tc>
      </w:tr>
    </w:tbl>
    <w:p w14:paraId="66557ABF" w14:textId="77777777" w:rsidR="00543524" w:rsidRDefault="00543524"/>
    <w:tbl>
      <w:tblPr>
        <w:tblW w:w="10658" w:type="dxa"/>
        <w:tblLayout w:type="fixed"/>
        <w:tblLook w:val="04A0" w:firstRow="1" w:lastRow="0" w:firstColumn="1" w:lastColumn="0" w:noHBand="0" w:noVBand="1"/>
      </w:tblPr>
      <w:tblGrid>
        <w:gridCol w:w="10658"/>
      </w:tblGrid>
      <w:tr w:rsidR="005B799B" w14:paraId="0FAF6470" w14:textId="77777777" w:rsidTr="00543524">
        <w:tc>
          <w:tcPr>
            <w:tcW w:w="10658" w:type="dxa"/>
            <w:tcBorders>
              <w:top w:val="single" w:sz="5" w:space="0" w:color="B7C9D6"/>
              <w:left w:val="single" w:sz="5" w:space="0" w:color="B7C9D6"/>
              <w:bottom w:val="single" w:sz="5" w:space="0" w:color="B7C9D6"/>
              <w:right w:val="single" w:sz="5" w:space="0" w:color="B7C9D6"/>
            </w:tcBorders>
            <w:shd w:val="clear" w:color="auto" w:fill="EAF2F8"/>
            <w:tcMar>
              <w:top w:w="110" w:type="dxa"/>
              <w:left w:w="140" w:type="dxa"/>
              <w:bottom w:w="110" w:type="dxa"/>
              <w:right w:w="140" w:type="dxa"/>
            </w:tcMar>
          </w:tcPr>
          <w:p w14:paraId="24A2AC0E" w14:textId="77777777" w:rsidR="004F598F" w:rsidRDefault="00C64C0C">
            <w:pPr>
              <w:spacing w:after="0"/>
            </w:pPr>
            <w:r>
              <w:rPr>
                <w:b/>
                <w:color w:val="C96A00"/>
                <w:sz w:val="21"/>
              </w:rPr>
              <w:t xml:space="preserve">Zaključak vjeroučitelja: </w:t>
            </w:r>
            <w:r>
              <w:rPr>
                <w:sz w:val="21"/>
              </w:rPr>
              <w:t>U ovoj smo cjelini upoznali Isusa kao središte kršćanske vjere, Kralja koji ne vlada silom nego ljubavlju. Vidjeli smo kako susreće različite ljude, liječi bolesne, prihvaća odbačene, oprašta grešnicima i poziva na obraćenje. Okuplja apostole, šalje ih da svjedoče i poziva i nas da budemo njegovi učenici. U Crkvi različiti pozivi i službe imaju zajednički cilj: slijediti Isusa, služiti ljudima i svjedočiti Radosnu vijest.</w:t>
            </w:r>
          </w:p>
        </w:tc>
      </w:tr>
    </w:tbl>
    <w:p w14:paraId="56ACDDE0" w14:textId="77777777" w:rsidR="004F598F" w:rsidRDefault="00C64C0C">
      <w:pPr>
        <w:spacing w:before="60" w:after="40"/>
      </w:pPr>
      <w:r>
        <w:rPr>
          <w:b/>
          <w:color w:val="C96A00"/>
          <w:sz w:val="26"/>
        </w:rPr>
        <w:t>Samovrednovanje:</w:t>
      </w:r>
    </w:p>
    <w:p w14:paraId="40C8B543" w14:textId="77777777" w:rsidR="004F598F" w:rsidRDefault="00C64C0C">
      <w:pPr>
        <w:spacing w:after="40"/>
        <w:jc w:val="both"/>
      </w:pPr>
      <w:r>
        <w:t>Učenici će odabrati policu koja najbolje opisuje njihovo razumijevanje. Odabir mogu pokazati prstom na projekciji, označiti na malome papiru ili ga diskretno zadržati za sebe.</w:t>
      </w:r>
    </w:p>
    <w:p w14:paraId="7F8D1D3F" w14:textId="77777777" w:rsidR="00D0173E" w:rsidRDefault="00D0173E">
      <w:pPr>
        <w:spacing w:after="40"/>
        <w:jc w:val="both"/>
      </w:pPr>
    </w:p>
    <w:p w14:paraId="6EDEB1D7" w14:textId="5D7C310D" w:rsidR="004F598F" w:rsidRDefault="002B7D52" w:rsidP="002B7D52">
      <w:pPr>
        <w:spacing w:before="60" w:after="20"/>
      </w:pPr>
      <w:r w:rsidRPr="002B7D52">
        <w:rPr>
          <w:noProof/>
        </w:rPr>
        <w:drawing>
          <wp:inline distT="0" distB="0" distL="0" distR="0" wp14:anchorId="0072A315" wp14:editId="3FBF77EA">
            <wp:extent cx="3718800" cy="2520000"/>
            <wp:effectExtent l="0" t="0" r="0" b="0"/>
            <wp:docPr id="91118405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84051" name=""/>
                    <pic:cNvPicPr/>
                  </pic:nvPicPr>
                  <pic:blipFill rotWithShape="1">
                    <a:blip r:embed="rId23"/>
                    <a:srcRect t="2871" b="6753"/>
                    <a:stretch>
                      <a:fillRect/>
                    </a:stretch>
                  </pic:blipFill>
                  <pic:spPr bwMode="auto">
                    <a:xfrm>
                      <a:off x="0" y="0"/>
                      <a:ext cx="3718800" cy="2520000"/>
                    </a:xfrm>
                    <a:prstGeom prst="rect">
                      <a:avLst/>
                    </a:prstGeom>
                    <a:ln>
                      <a:noFill/>
                    </a:ln>
                    <a:extLst>
                      <a:ext uri="{53640926-AAD7-44D8-BBD7-CCE9431645EC}">
                        <a14:shadowObscured xmlns:a14="http://schemas.microsoft.com/office/drawing/2010/main"/>
                      </a:ext>
                    </a:extLst>
                  </pic:spPr>
                </pic:pic>
              </a:graphicData>
            </a:graphic>
          </wp:inline>
        </w:drawing>
      </w:r>
    </w:p>
    <w:p w14:paraId="360EA953" w14:textId="77777777" w:rsidR="000845FC" w:rsidRDefault="000845FC">
      <w:pPr>
        <w:spacing w:before="60" w:after="40"/>
        <w:rPr>
          <w:b/>
          <w:color w:val="C96A00"/>
          <w:sz w:val="26"/>
        </w:rPr>
      </w:pPr>
    </w:p>
    <w:p w14:paraId="5AD19813" w14:textId="77777777" w:rsidR="000845FC" w:rsidRDefault="000845FC" w:rsidP="000845FC">
      <w:pPr>
        <w:spacing w:before="220" w:after="0"/>
        <w:jc w:val="both"/>
      </w:pPr>
      <w:r>
        <w:rPr>
          <w:rFonts w:cs="Calibri"/>
        </w:rPr>
        <w:t>Ili:</w:t>
      </w:r>
    </w:p>
    <w:p w14:paraId="35C3FE86" w14:textId="2E202F42" w:rsidR="000845FC" w:rsidRDefault="000845FC" w:rsidP="000845FC">
      <w:pPr>
        <w:spacing w:after="0"/>
        <w:rPr>
          <w:rFonts w:cs="Calibri"/>
        </w:rPr>
      </w:pPr>
      <w:r>
        <w:rPr>
          <w:rFonts w:cs="Calibri"/>
        </w:rPr>
        <w:t>Digitalno samovrednovanje pod ikonom zvjezdice, udžbenik, str. 50:</w:t>
      </w:r>
    </w:p>
    <w:p w14:paraId="3B082A8E" w14:textId="77777777" w:rsidR="000845FC" w:rsidRDefault="000845FC" w:rsidP="000845FC">
      <w:pPr>
        <w:spacing w:after="0"/>
        <w:rPr>
          <w:rFonts w:cs="Calibri"/>
        </w:rPr>
      </w:pPr>
    </w:p>
    <w:p w14:paraId="43555530" w14:textId="5B6213B9" w:rsidR="000845FC" w:rsidRDefault="000845FC" w:rsidP="000845FC">
      <w:pPr>
        <w:textAlignment w:val="center"/>
      </w:pPr>
      <w:hyperlink r:id="rId24" w:history="1">
        <w:r>
          <w:rPr>
            <w:rStyle w:val="Hiperveza"/>
            <w:rFonts w:eastAsia="Times New Roman"/>
            <w:b/>
            <w:bCs/>
            <w:lang w:eastAsia="hr-HR"/>
          </w:rPr>
          <w:t>klikni ovdje - poveznica</w:t>
        </w:r>
      </w:hyperlink>
    </w:p>
    <w:p w14:paraId="3BB1F6D8" w14:textId="77777777" w:rsidR="000845FC" w:rsidRDefault="000845FC" w:rsidP="000845FC">
      <w:pPr>
        <w:textAlignment w:val="center"/>
      </w:pPr>
    </w:p>
    <w:p w14:paraId="35577F3B" w14:textId="77777777" w:rsidR="000845FC" w:rsidRPr="00A26243" w:rsidRDefault="000845FC" w:rsidP="000845FC">
      <w:pPr>
        <w:spacing w:after="0"/>
        <w:rPr>
          <w:rFonts w:asciiTheme="majorHAnsi" w:eastAsia="Times New Roman" w:hAnsiTheme="majorHAnsi" w:cstheme="majorHAnsi"/>
          <w:b/>
          <w:bCs/>
          <w:lang w:eastAsia="hr-HR"/>
        </w:rPr>
      </w:pPr>
      <w:r w:rsidRPr="00A26243">
        <w:rPr>
          <w:rFonts w:asciiTheme="majorHAnsi" w:eastAsia="Times New Roman" w:hAnsiTheme="majorHAnsi" w:cstheme="majorHAnsi"/>
          <w:b/>
          <w:bCs/>
          <w:lang w:eastAsia="hr-HR"/>
        </w:rPr>
        <w:t>Kod:</w:t>
      </w:r>
    </w:p>
    <w:p w14:paraId="78B8CE33" w14:textId="77777777" w:rsidR="000845FC" w:rsidRPr="00A26243" w:rsidRDefault="000845FC" w:rsidP="000845FC">
      <w:pPr>
        <w:pStyle w:val="Odlomakpopisa"/>
        <w:spacing w:after="0"/>
        <w:ind w:left="560"/>
        <w:rPr>
          <w:rFonts w:asciiTheme="majorHAnsi" w:eastAsia="Times New Roman" w:hAnsiTheme="majorHAnsi" w:cstheme="majorHAnsi"/>
          <w:lang w:eastAsia="hr-HR"/>
        </w:rPr>
      </w:pPr>
    </w:p>
    <w:p w14:paraId="28ACDEE5" w14:textId="2A0BD691" w:rsidR="000845FC" w:rsidRPr="000845FC" w:rsidRDefault="000845FC" w:rsidP="000845FC">
      <w:pPr>
        <w:pStyle w:val="Odlomakpopisa"/>
        <w:spacing w:after="0"/>
        <w:ind w:left="0"/>
        <w:rPr>
          <w:rFonts w:asciiTheme="minorHAnsi" w:eastAsia="Times New Roman" w:hAnsiTheme="minorHAnsi" w:cstheme="minorHAnsi"/>
          <w:lang w:eastAsia="hr-HR"/>
        </w:rPr>
      </w:pPr>
      <w:r>
        <w:rPr>
          <w:rFonts w:asciiTheme="minorHAnsi" w:eastAsia="Times New Roman" w:hAnsiTheme="minorHAnsi" w:cstheme="minorHAnsi"/>
          <w:noProof/>
          <w:lang w:eastAsia="hr-HR"/>
        </w:rPr>
        <w:drawing>
          <wp:inline distT="0" distB="0" distL="0" distR="0" wp14:anchorId="3B2F4522" wp14:editId="6D8F35B2">
            <wp:extent cx="1440000" cy="1440000"/>
            <wp:effectExtent l="0" t="0" r="8255" b="8255"/>
            <wp:docPr id="179746950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469509" name="Slika 1797469509"/>
                    <pic:cNvPicPr/>
                  </pic:nvPicPr>
                  <pic:blipFill>
                    <a:blip r:embed="rId25"/>
                    <a:stretch>
                      <a:fillRect/>
                    </a:stretch>
                  </pic:blipFill>
                  <pic:spPr>
                    <a:xfrm>
                      <a:off x="0" y="0"/>
                      <a:ext cx="1440000" cy="1440000"/>
                    </a:xfrm>
                    <a:prstGeom prst="rect">
                      <a:avLst/>
                    </a:prstGeom>
                  </pic:spPr>
                </pic:pic>
              </a:graphicData>
            </a:graphic>
          </wp:inline>
        </w:drawing>
      </w:r>
    </w:p>
    <w:p w14:paraId="7EE6922E" w14:textId="77777777" w:rsidR="000845FC" w:rsidRDefault="000845FC">
      <w:pPr>
        <w:spacing w:before="60" w:after="40"/>
        <w:rPr>
          <w:b/>
          <w:color w:val="C96A00"/>
          <w:sz w:val="26"/>
        </w:rPr>
      </w:pPr>
    </w:p>
    <w:p w14:paraId="3FECC230" w14:textId="77777777" w:rsidR="00D0173E" w:rsidRDefault="00D0173E">
      <w:pPr>
        <w:spacing w:before="60" w:after="40"/>
        <w:rPr>
          <w:b/>
          <w:color w:val="C96A00"/>
          <w:sz w:val="26"/>
        </w:rPr>
      </w:pPr>
    </w:p>
    <w:p w14:paraId="70597186" w14:textId="63A805A0" w:rsidR="004F598F" w:rsidRDefault="00C64C0C">
      <w:pPr>
        <w:spacing w:before="60" w:after="40"/>
      </w:pPr>
      <w:r>
        <w:rPr>
          <w:b/>
          <w:color w:val="C96A00"/>
          <w:sz w:val="26"/>
        </w:rPr>
        <w:lastRenderedPageBreak/>
        <w:t>Domaća zadaća:</w:t>
      </w:r>
    </w:p>
    <w:p w14:paraId="32651B97" w14:textId="77777777" w:rsidR="004F598F" w:rsidRDefault="00C64C0C">
      <w:pPr>
        <w:jc w:val="both"/>
      </w:pPr>
      <w:r>
        <w:t>Učenici će u bilježnici izraditi mini-kviz s pet pitanja i četiri ponuđena odgovora o nastavnoj cjelini Isus Krist. Pitanja trebaju obuhvatiti najmanje tri različite podteme, a točan odgovor jasno označuju na dnu stranice.</w:t>
      </w:r>
    </w:p>
    <w:p w14:paraId="2CC73B68" w14:textId="77777777" w:rsidR="00543524" w:rsidRDefault="00543524">
      <w:pPr>
        <w:jc w:val="both"/>
      </w:pPr>
    </w:p>
    <w:p w14:paraId="6BE037B6" w14:textId="77777777" w:rsidR="004F598F" w:rsidRDefault="00C64C0C">
      <w:pPr>
        <w:spacing w:after="20"/>
      </w:pPr>
      <w:r>
        <w:t>Ili:</w:t>
      </w:r>
    </w:p>
    <w:p w14:paraId="716AFCDF" w14:textId="77777777" w:rsidR="00543524" w:rsidRDefault="00543524">
      <w:pPr>
        <w:spacing w:after="20"/>
      </w:pPr>
    </w:p>
    <w:p w14:paraId="13C62261" w14:textId="5B1BC215" w:rsidR="004F598F" w:rsidRDefault="00C64C0C">
      <w:pPr>
        <w:jc w:val="both"/>
      </w:pPr>
      <w:r>
        <w:t>Učenici će odabrati jedan naslov iz nastavne cjeline, nacrtati njegov jednostavan simbol i napisati dvije kratke rečenice: „O Isusu sam naučio/la…“ i „To mogu pokazati tako da…“</w:t>
      </w:r>
    </w:p>
    <w:p w14:paraId="33218E06" w14:textId="77777777" w:rsidR="004F598F" w:rsidRDefault="00C64C0C" w:rsidP="00543524">
      <w:pPr>
        <w:spacing w:before="220" w:after="80"/>
        <w:jc w:val="both"/>
      </w:pPr>
      <w:r>
        <w:rPr>
          <w:b/>
        </w:rPr>
        <w:t xml:space="preserve">Izborna domaća zadaća: </w:t>
      </w:r>
      <w:r>
        <w:t>učenici će u obitelji pitati odraslu osobu koje joj je Isusovo djelo ili poruka posebno važna za ljude danas te zapisati samo naziv događaja ili poruku i jednu kratku rečenicu obrazloženja, bez osobnih podataka.</w:t>
      </w:r>
    </w:p>
    <w:p w14:paraId="29524B28" w14:textId="77777777" w:rsidR="004F598F" w:rsidRDefault="00C64C0C">
      <w:pPr>
        <w:spacing w:before="60" w:after="40"/>
      </w:pPr>
      <w:r>
        <w:rPr>
          <w:b/>
          <w:color w:val="C96A00"/>
          <w:sz w:val="26"/>
        </w:rPr>
        <w:t>Završna molitva:</w:t>
      </w:r>
    </w:p>
    <w:p w14:paraId="551A023D" w14:textId="77777777" w:rsidR="004F598F" w:rsidRPr="00543524" w:rsidRDefault="00C64C0C">
      <w:pPr>
        <w:jc w:val="both"/>
        <w:rPr>
          <w:sz w:val="48"/>
          <w:szCs w:val="48"/>
        </w:rPr>
      </w:pPr>
      <w:r w:rsidRPr="00543524">
        <w:rPr>
          <w:sz w:val="48"/>
          <w:szCs w:val="48"/>
        </w:rPr>
        <w:t>Isuse, hvala Ti što nam pokazuješ kraljevstvo ljubavi. Nauči nas primijetiti čovjeka koji treba pomoć, oprostiti bez ponižavanja, govoriti istinu s ljubavlju i biti Tvoji svjedoci ondje gdje živimo. Neka naše znanje o Tebi postane dobro djelo, molitva i mir. Amen.</w:t>
      </w:r>
    </w:p>
    <w:p w14:paraId="1436558F" w14:textId="77777777" w:rsidR="002B7D52" w:rsidRDefault="002B7D52">
      <w:pPr>
        <w:spacing w:after="20"/>
      </w:pPr>
    </w:p>
    <w:p w14:paraId="5259983B" w14:textId="77777777" w:rsidR="002B7D52" w:rsidRDefault="002B7D52" w:rsidP="002B7D52">
      <w:pPr>
        <w:spacing w:before="220" w:after="220"/>
      </w:pPr>
      <w:r>
        <w:rPr>
          <w:rFonts w:cs="Calibri"/>
        </w:rPr>
        <w:t>ili:</w:t>
      </w:r>
    </w:p>
    <w:p w14:paraId="52320359" w14:textId="77777777" w:rsidR="002B7D52" w:rsidRDefault="002B7D52" w:rsidP="002B7D52">
      <w:pPr>
        <w:spacing w:after="0"/>
      </w:pPr>
      <w:r>
        <w:rPr>
          <w:rFonts w:cs="Calibri"/>
        </w:rPr>
        <w:t>Anđele, čuvaru mili…</w:t>
      </w:r>
    </w:p>
    <w:p w14:paraId="63B74718" w14:textId="77777777" w:rsidR="002B7D52" w:rsidRDefault="002B7D52" w:rsidP="002B7D52">
      <w:pPr>
        <w:spacing w:before="220" w:after="220"/>
      </w:pPr>
      <w:r>
        <w:rPr>
          <w:rFonts w:cs="Calibri"/>
        </w:rPr>
        <w:t>ili:</w:t>
      </w:r>
    </w:p>
    <w:p w14:paraId="092F54CA" w14:textId="5F1F90E0" w:rsidR="002B7D52" w:rsidRDefault="002E2BCF" w:rsidP="002B7D52">
      <w:pPr>
        <w:spacing w:after="0"/>
      </w:pPr>
      <w:r w:rsidRPr="002E2BCF">
        <w:rPr>
          <w:rFonts w:cs="Calibri"/>
        </w:rPr>
        <w:t>Učenici će poslušati pjesmu „Anđele, čuvaru mili…“; 3:36; Autor: Marinko Grubešić; Izvor: YouTube.</w:t>
      </w:r>
    </w:p>
    <w:p w14:paraId="77D48087" w14:textId="77777777" w:rsidR="002B7D52" w:rsidRDefault="002B7D52" w:rsidP="002B7D52"/>
    <w:p w14:paraId="6B7237F5" w14:textId="77777777" w:rsidR="002B7D52" w:rsidRDefault="002B7D52" w:rsidP="002B7D52">
      <w:r w:rsidRPr="00844448">
        <w:rPr>
          <w:rFonts w:cs="Calibri"/>
          <w:noProof/>
          <w:lang w:eastAsia="hr-HR"/>
        </w:rPr>
        <w:drawing>
          <wp:inline distT="0" distB="0" distL="0" distR="0" wp14:anchorId="5B774653" wp14:editId="09D1C5B5">
            <wp:extent cx="2401200" cy="1800000"/>
            <wp:effectExtent l="0" t="0" r="0" b="0"/>
            <wp:docPr id="1537486908" name="Videozapis 1" descr="Anđele čuvaru - Marinko Grubešić">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86908" name="Videozapis 1" descr="Anđele čuvaru - Marinko Grubešić">
                      <a:hlinkClick r:id="rId26"/>
                    </pic:cNvPr>
                    <pic:cNvPicPr/>
                  </pic:nvPicPr>
                  <pic:blipFill>
                    <a:blip r:embed="rId2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PixLa1QlpZA?feature=oembed&quot; frameborder=&quot;0&quot; allow=&quot;accelerometer; autoplay; clipboard-write; encrypted-media; gyroscope; picture-in-picture; web-share&quot; referrerpolicy=&quot;strict-origin-when-cross-origin&quot; allowfullscreen=&quot;&quot; title=&quot;Anđele čuvaru - Marinko Grubešić&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p>
    <w:p w14:paraId="15C18B23" w14:textId="77777777" w:rsidR="002B7D52" w:rsidRDefault="002B7D52" w:rsidP="002B7D52"/>
    <w:p w14:paraId="4C5BA575" w14:textId="77777777" w:rsidR="002B7D52" w:rsidRDefault="002B7D52" w:rsidP="002B7D52"/>
    <w:tbl>
      <w:tblPr>
        <w:tblpPr w:leftFromText="180" w:rightFromText="180" w:vertAnchor="text" w:horzAnchor="margin" w:tblpY="252"/>
        <w:tblW w:w="5000" w:type="pct"/>
        <w:tblLook w:val="04A0" w:firstRow="1" w:lastRow="0" w:firstColumn="1" w:lastColumn="0" w:noHBand="0" w:noVBand="1"/>
      </w:tblPr>
      <w:tblGrid>
        <w:gridCol w:w="10681"/>
      </w:tblGrid>
      <w:tr w:rsidR="000845FC" w14:paraId="717F7D09" w14:textId="77777777" w:rsidTr="000845FC">
        <w:tc>
          <w:tcPr>
            <w:tcW w:w="5000" w:type="pct"/>
            <w:shd w:val="clear" w:color="auto" w:fill="C96A00"/>
            <w:tcMar>
              <w:top w:w="90" w:type="dxa"/>
              <w:left w:w="150" w:type="dxa"/>
              <w:bottom w:w="90" w:type="dxa"/>
              <w:right w:w="150" w:type="dxa"/>
            </w:tcMar>
            <w:vAlign w:val="center"/>
          </w:tcPr>
          <w:p w14:paraId="0C81FACF" w14:textId="77777777" w:rsidR="000845FC" w:rsidRDefault="000845FC" w:rsidP="000845FC">
            <w:pPr>
              <w:spacing w:after="0"/>
            </w:pPr>
            <w:r>
              <w:rPr>
                <w:b/>
                <w:color w:val="FFFFFF"/>
                <w:sz w:val="32"/>
              </w:rPr>
              <w:t>PREPORUČENI ODABIR ZA 45 MINUTA</w:t>
            </w:r>
          </w:p>
        </w:tc>
      </w:tr>
    </w:tbl>
    <w:p w14:paraId="310A7668" w14:textId="77777777" w:rsidR="002B7D52" w:rsidRDefault="002B7D52" w:rsidP="002B7D52"/>
    <w:tbl>
      <w:tblPr>
        <w:tblpPr w:leftFromText="180" w:rightFromText="180" w:vertAnchor="text" w:horzAnchor="margin" w:tblpY="31"/>
        <w:tblW w:w="10658" w:type="dxa"/>
        <w:tblLayout w:type="fixed"/>
        <w:tblLook w:val="04A0" w:firstRow="1" w:lastRow="0" w:firstColumn="1" w:lastColumn="0" w:noHBand="0" w:noVBand="1"/>
      </w:tblPr>
      <w:tblGrid>
        <w:gridCol w:w="8509"/>
        <w:gridCol w:w="2149"/>
      </w:tblGrid>
      <w:tr w:rsidR="000845FC" w14:paraId="390EDBC5" w14:textId="77777777" w:rsidTr="00D0173E">
        <w:tc>
          <w:tcPr>
            <w:tcW w:w="8509" w:type="dxa"/>
            <w:tcBorders>
              <w:top w:val="single" w:sz="5" w:space="0" w:color="A6A6A6"/>
              <w:left w:val="single" w:sz="5" w:space="0" w:color="A6A6A6"/>
              <w:bottom w:val="single" w:sz="5" w:space="0" w:color="A6A6A6"/>
              <w:right w:val="single" w:sz="5" w:space="0" w:color="A6A6A6"/>
            </w:tcBorders>
            <w:shd w:val="clear" w:color="auto" w:fill="595959"/>
            <w:tcMar>
              <w:top w:w="90" w:type="dxa"/>
              <w:left w:w="100" w:type="dxa"/>
              <w:bottom w:w="90" w:type="dxa"/>
              <w:right w:w="100" w:type="dxa"/>
            </w:tcMar>
            <w:vAlign w:val="center"/>
          </w:tcPr>
          <w:p w14:paraId="3544ADEB" w14:textId="77777777" w:rsidR="000845FC" w:rsidRPr="00737EB8" w:rsidRDefault="000845FC" w:rsidP="000845FC">
            <w:pPr>
              <w:spacing w:after="0"/>
            </w:pPr>
            <w:r w:rsidRPr="00737EB8">
              <w:rPr>
                <w:b/>
                <w:color w:val="FFFFFF"/>
              </w:rPr>
              <w:t>Dio sata / odabrana aktivnost</w:t>
            </w:r>
          </w:p>
        </w:tc>
        <w:tc>
          <w:tcPr>
            <w:tcW w:w="2149" w:type="dxa"/>
            <w:tcBorders>
              <w:top w:val="single" w:sz="5" w:space="0" w:color="A6A6A6"/>
              <w:left w:val="single" w:sz="5" w:space="0" w:color="A6A6A6"/>
              <w:bottom w:val="single" w:sz="5" w:space="0" w:color="A6A6A6"/>
              <w:right w:val="single" w:sz="5" w:space="0" w:color="A6A6A6"/>
            </w:tcBorders>
            <w:shd w:val="clear" w:color="auto" w:fill="595959"/>
            <w:tcMar>
              <w:top w:w="90" w:type="dxa"/>
              <w:left w:w="100" w:type="dxa"/>
              <w:bottom w:w="90" w:type="dxa"/>
              <w:right w:w="100" w:type="dxa"/>
            </w:tcMar>
            <w:vAlign w:val="center"/>
          </w:tcPr>
          <w:p w14:paraId="26D0F334" w14:textId="77777777" w:rsidR="000845FC" w:rsidRPr="00737EB8" w:rsidRDefault="000845FC" w:rsidP="000845FC">
            <w:pPr>
              <w:spacing w:after="0"/>
              <w:jc w:val="center"/>
            </w:pPr>
            <w:r w:rsidRPr="00737EB8">
              <w:rPr>
                <w:b/>
                <w:color w:val="FFFFFF"/>
              </w:rPr>
              <w:t>Vrijeme</w:t>
            </w:r>
          </w:p>
        </w:tc>
      </w:tr>
      <w:tr w:rsidR="000845FC" w14:paraId="6C443310" w14:textId="77777777" w:rsidTr="00D0173E">
        <w:tc>
          <w:tcPr>
            <w:tcW w:w="8509" w:type="dxa"/>
            <w:tcBorders>
              <w:top w:val="single" w:sz="5" w:space="0" w:color="A6A6A6"/>
              <w:left w:val="single" w:sz="5" w:space="0" w:color="A6A6A6"/>
              <w:bottom w:val="single" w:sz="5" w:space="0" w:color="A6A6A6"/>
              <w:right w:val="single" w:sz="5" w:space="0" w:color="A6A6A6"/>
            </w:tcBorders>
            <w:tcMar>
              <w:top w:w="80" w:type="dxa"/>
              <w:left w:w="100" w:type="dxa"/>
              <w:bottom w:w="80" w:type="dxa"/>
              <w:right w:w="100" w:type="dxa"/>
            </w:tcMar>
            <w:vAlign w:val="center"/>
          </w:tcPr>
          <w:p w14:paraId="0A11F228" w14:textId="77777777" w:rsidR="000845FC" w:rsidRPr="00737EB8" w:rsidRDefault="000845FC" w:rsidP="000845FC">
            <w:pPr>
              <w:spacing w:after="0"/>
              <w:rPr>
                <w:color w:val="auto"/>
              </w:rPr>
            </w:pPr>
            <w:r w:rsidRPr="00737EB8">
              <w:rPr>
                <w:color w:val="auto"/>
              </w:rPr>
              <w:lastRenderedPageBreak/>
              <w:t>Uvodna molitva, povezivanje, motivacija i najava teme</w:t>
            </w:r>
          </w:p>
        </w:tc>
        <w:tc>
          <w:tcPr>
            <w:tcW w:w="2149" w:type="dxa"/>
            <w:tcBorders>
              <w:top w:val="single" w:sz="5" w:space="0" w:color="A6A6A6"/>
              <w:left w:val="single" w:sz="5" w:space="0" w:color="A6A6A6"/>
              <w:bottom w:val="single" w:sz="5" w:space="0" w:color="A6A6A6"/>
              <w:right w:val="single" w:sz="5" w:space="0" w:color="A6A6A6"/>
            </w:tcBorders>
            <w:tcMar>
              <w:top w:w="80" w:type="dxa"/>
              <w:left w:w="100" w:type="dxa"/>
              <w:bottom w:w="80" w:type="dxa"/>
              <w:right w:w="100" w:type="dxa"/>
            </w:tcMar>
            <w:vAlign w:val="center"/>
          </w:tcPr>
          <w:p w14:paraId="6D8396FC" w14:textId="77777777" w:rsidR="000845FC" w:rsidRPr="00737EB8" w:rsidRDefault="000845FC" w:rsidP="000845FC">
            <w:pPr>
              <w:spacing w:after="0"/>
              <w:jc w:val="center"/>
              <w:rPr>
                <w:color w:val="auto"/>
              </w:rPr>
            </w:pPr>
            <w:r w:rsidRPr="00737EB8">
              <w:rPr>
                <w:color w:val="auto"/>
              </w:rPr>
              <w:t>7 minuta</w:t>
            </w:r>
          </w:p>
        </w:tc>
      </w:tr>
      <w:tr w:rsidR="000845FC" w14:paraId="5FFC665E" w14:textId="77777777" w:rsidTr="00D0173E">
        <w:tc>
          <w:tcPr>
            <w:tcW w:w="8509" w:type="dxa"/>
            <w:tcBorders>
              <w:top w:val="single" w:sz="5" w:space="0" w:color="A6A6A6"/>
              <w:left w:val="single" w:sz="5" w:space="0" w:color="A6A6A6"/>
              <w:bottom w:val="single" w:sz="5" w:space="0" w:color="A6A6A6"/>
              <w:right w:val="single" w:sz="5" w:space="0" w:color="A6A6A6"/>
            </w:tcBorders>
            <w:shd w:val="clear" w:color="auto" w:fill="F2F2F2"/>
            <w:tcMar>
              <w:top w:w="80" w:type="dxa"/>
              <w:left w:w="100" w:type="dxa"/>
              <w:bottom w:w="80" w:type="dxa"/>
              <w:right w:w="100" w:type="dxa"/>
            </w:tcMar>
            <w:vAlign w:val="center"/>
          </w:tcPr>
          <w:p w14:paraId="0F67CDD9" w14:textId="77777777" w:rsidR="000845FC" w:rsidRPr="00737EB8" w:rsidRDefault="000845FC" w:rsidP="000845FC">
            <w:pPr>
              <w:spacing w:after="0"/>
              <w:rPr>
                <w:color w:val="auto"/>
              </w:rPr>
            </w:pPr>
            <w:r w:rsidRPr="00737EB8">
              <w:rPr>
                <w:color w:val="auto"/>
              </w:rPr>
              <w:t>Aktivnost 1: Obrada sažetka / sadržaja</w:t>
            </w:r>
          </w:p>
        </w:tc>
        <w:tc>
          <w:tcPr>
            <w:tcW w:w="2149" w:type="dxa"/>
            <w:tcBorders>
              <w:top w:val="single" w:sz="5" w:space="0" w:color="A6A6A6"/>
              <w:left w:val="single" w:sz="5" w:space="0" w:color="A6A6A6"/>
              <w:bottom w:val="single" w:sz="5" w:space="0" w:color="A6A6A6"/>
              <w:right w:val="single" w:sz="5" w:space="0" w:color="A6A6A6"/>
            </w:tcBorders>
            <w:shd w:val="clear" w:color="auto" w:fill="F2F2F2"/>
            <w:tcMar>
              <w:top w:w="80" w:type="dxa"/>
              <w:left w:w="100" w:type="dxa"/>
              <w:bottom w:w="80" w:type="dxa"/>
              <w:right w:w="100" w:type="dxa"/>
            </w:tcMar>
            <w:vAlign w:val="center"/>
          </w:tcPr>
          <w:p w14:paraId="1C50BA01" w14:textId="77777777" w:rsidR="000845FC" w:rsidRPr="00737EB8" w:rsidRDefault="000845FC" w:rsidP="000845FC">
            <w:pPr>
              <w:spacing w:after="0"/>
              <w:jc w:val="center"/>
              <w:rPr>
                <w:color w:val="auto"/>
              </w:rPr>
            </w:pPr>
            <w:r w:rsidRPr="00737EB8">
              <w:rPr>
                <w:color w:val="auto"/>
              </w:rPr>
              <w:t>6 minuta</w:t>
            </w:r>
          </w:p>
        </w:tc>
      </w:tr>
      <w:tr w:rsidR="000845FC" w14:paraId="6FCD6FFF" w14:textId="77777777" w:rsidTr="00D0173E">
        <w:tc>
          <w:tcPr>
            <w:tcW w:w="8509" w:type="dxa"/>
            <w:tcBorders>
              <w:top w:val="single" w:sz="5" w:space="0" w:color="A6A6A6"/>
              <w:left w:val="single" w:sz="5" w:space="0" w:color="A6A6A6"/>
              <w:bottom w:val="single" w:sz="5" w:space="0" w:color="A6A6A6"/>
              <w:right w:val="single" w:sz="5" w:space="0" w:color="A6A6A6"/>
            </w:tcBorders>
            <w:tcMar>
              <w:top w:w="80" w:type="dxa"/>
              <w:left w:w="100" w:type="dxa"/>
              <w:bottom w:w="80" w:type="dxa"/>
              <w:right w:w="100" w:type="dxa"/>
            </w:tcMar>
            <w:vAlign w:val="center"/>
          </w:tcPr>
          <w:p w14:paraId="70F01237" w14:textId="77777777" w:rsidR="000845FC" w:rsidRPr="00737EB8" w:rsidRDefault="000845FC" w:rsidP="000845FC">
            <w:pPr>
              <w:spacing w:after="0"/>
              <w:rPr>
                <w:color w:val="auto"/>
              </w:rPr>
            </w:pPr>
            <w:r w:rsidRPr="00737EB8">
              <w:rPr>
                <w:color w:val="auto"/>
              </w:rPr>
              <w:t>Aktivnost 3: Kviz</w:t>
            </w:r>
          </w:p>
        </w:tc>
        <w:tc>
          <w:tcPr>
            <w:tcW w:w="2149" w:type="dxa"/>
            <w:tcBorders>
              <w:top w:val="single" w:sz="5" w:space="0" w:color="A6A6A6"/>
              <w:left w:val="single" w:sz="5" w:space="0" w:color="A6A6A6"/>
              <w:bottom w:val="single" w:sz="5" w:space="0" w:color="A6A6A6"/>
              <w:right w:val="single" w:sz="5" w:space="0" w:color="A6A6A6"/>
            </w:tcBorders>
            <w:tcMar>
              <w:top w:w="80" w:type="dxa"/>
              <w:left w:w="100" w:type="dxa"/>
              <w:bottom w:w="80" w:type="dxa"/>
              <w:right w:w="100" w:type="dxa"/>
            </w:tcMar>
            <w:vAlign w:val="center"/>
          </w:tcPr>
          <w:p w14:paraId="44F7C1AA" w14:textId="77777777" w:rsidR="000845FC" w:rsidRPr="00737EB8" w:rsidRDefault="000845FC" w:rsidP="000845FC">
            <w:pPr>
              <w:spacing w:after="0"/>
              <w:jc w:val="center"/>
              <w:rPr>
                <w:color w:val="auto"/>
              </w:rPr>
            </w:pPr>
            <w:r w:rsidRPr="00737EB8">
              <w:rPr>
                <w:color w:val="auto"/>
              </w:rPr>
              <w:t>20 minuta</w:t>
            </w:r>
          </w:p>
        </w:tc>
      </w:tr>
      <w:tr w:rsidR="000845FC" w14:paraId="64E634B5" w14:textId="77777777" w:rsidTr="00D0173E">
        <w:tc>
          <w:tcPr>
            <w:tcW w:w="8509" w:type="dxa"/>
            <w:tcBorders>
              <w:top w:val="single" w:sz="5" w:space="0" w:color="A6A6A6"/>
              <w:left w:val="single" w:sz="5" w:space="0" w:color="A6A6A6"/>
              <w:bottom w:val="single" w:sz="5" w:space="0" w:color="A6A6A6"/>
              <w:right w:val="single" w:sz="5" w:space="0" w:color="A6A6A6"/>
            </w:tcBorders>
            <w:shd w:val="clear" w:color="auto" w:fill="F2F2F2"/>
            <w:tcMar>
              <w:top w:w="80" w:type="dxa"/>
              <w:left w:w="100" w:type="dxa"/>
              <w:bottom w:w="80" w:type="dxa"/>
              <w:right w:w="100" w:type="dxa"/>
            </w:tcMar>
            <w:vAlign w:val="center"/>
          </w:tcPr>
          <w:p w14:paraId="374E704A" w14:textId="77777777" w:rsidR="000845FC" w:rsidRPr="00737EB8" w:rsidRDefault="000845FC" w:rsidP="000845FC">
            <w:pPr>
              <w:spacing w:after="0"/>
              <w:rPr>
                <w:color w:val="auto"/>
              </w:rPr>
            </w:pPr>
            <w:r w:rsidRPr="00737EB8">
              <w:rPr>
                <w:color w:val="auto"/>
              </w:rPr>
              <w:t>Aktivnost 12: Vennov dijagram – rast Božjega kraljevstva</w:t>
            </w:r>
          </w:p>
        </w:tc>
        <w:tc>
          <w:tcPr>
            <w:tcW w:w="2149" w:type="dxa"/>
            <w:tcBorders>
              <w:top w:val="single" w:sz="5" w:space="0" w:color="A6A6A6"/>
              <w:left w:val="single" w:sz="5" w:space="0" w:color="A6A6A6"/>
              <w:bottom w:val="single" w:sz="5" w:space="0" w:color="A6A6A6"/>
              <w:right w:val="single" w:sz="5" w:space="0" w:color="A6A6A6"/>
            </w:tcBorders>
            <w:shd w:val="clear" w:color="auto" w:fill="F2F2F2"/>
            <w:tcMar>
              <w:top w:w="80" w:type="dxa"/>
              <w:left w:w="100" w:type="dxa"/>
              <w:bottom w:w="80" w:type="dxa"/>
              <w:right w:w="100" w:type="dxa"/>
            </w:tcMar>
            <w:vAlign w:val="center"/>
          </w:tcPr>
          <w:p w14:paraId="57369B07" w14:textId="77777777" w:rsidR="000845FC" w:rsidRPr="00737EB8" w:rsidRDefault="000845FC" w:rsidP="000845FC">
            <w:pPr>
              <w:spacing w:after="0"/>
              <w:jc w:val="center"/>
              <w:rPr>
                <w:color w:val="auto"/>
              </w:rPr>
            </w:pPr>
            <w:r w:rsidRPr="00737EB8">
              <w:rPr>
                <w:color w:val="auto"/>
              </w:rPr>
              <w:t>5 minuta</w:t>
            </w:r>
          </w:p>
        </w:tc>
      </w:tr>
      <w:tr w:rsidR="000845FC" w14:paraId="227804B1" w14:textId="77777777" w:rsidTr="00D0173E">
        <w:tc>
          <w:tcPr>
            <w:tcW w:w="8509" w:type="dxa"/>
            <w:tcBorders>
              <w:top w:val="single" w:sz="5" w:space="0" w:color="A6A6A6"/>
              <w:left w:val="single" w:sz="5" w:space="0" w:color="A6A6A6"/>
              <w:bottom w:val="single" w:sz="5" w:space="0" w:color="A6A6A6"/>
              <w:right w:val="single" w:sz="5" w:space="0" w:color="A6A6A6"/>
            </w:tcBorders>
            <w:tcMar>
              <w:top w:w="80" w:type="dxa"/>
              <w:left w:w="100" w:type="dxa"/>
              <w:bottom w:w="80" w:type="dxa"/>
              <w:right w:w="100" w:type="dxa"/>
            </w:tcMar>
            <w:vAlign w:val="center"/>
          </w:tcPr>
          <w:p w14:paraId="6E80E36F" w14:textId="77777777" w:rsidR="000845FC" w:rsidRPr="00737EB8" w:rsidRDefault="000845FC" w:rsidP="000845FC">
            <w:pPr>
              <w:spacing w:after="0"/>
              <w:rPr>
                <w:color w:val="auto"/>
              </w:rPr>
            </w:pPr>
            <w:r w:rsidRPr="00737EB8">
              <w:rPr>
                <w:color w:val="auto"/>
              </w:rPr>
              <w:t>Aktualizacija, sinteza, samovrednovanje i završna molitva</w:t>
            </w:r>
          </w:p>
        </w:tc>
        <w:tc>
          <w:tcPr>
            <w:tcW w:w="2149" w:type="dxa"/>
            <w:tcBorders>
              <w:top w:val="single" w:sz="5" w:space="0" w:color="A6A6A6"/>
              <w:left w:val="single" w:sz="5" w:space="0" w:color="A6A6A6"/>
              <w:bottom w:val="single" w:sz="5" w:space="0" w:color="A6A6A6"/>
              <w:right w:val="single" w:sz="5" w:space="0" w:color="A6A6A6"/>
            </w:tcBorders>
            <w:tcMar>
              <w:top w:w="80" w:type="dxa"/>
              <w:left w:w="100" w:type="dxa"/>
              <w:bottom w:w="80" w:type="dxa"/>
              <w:right w:w="100" w:type="dxa"/>
            </w:tcMar>
            <w:vAlign w:val="center"/>
          </w:tcPr>
          <w:p w14:paraId="61A217CD" w14:textId="77777777" w:rsidR="000845FC" w:rsidRPr="00737EB8" w:rsidRDefault="000845FC" w:rsidP="000845FC">
            <w:pPr>
              <w:spacing w:after="0"/>
              <w:jc w:val="center"/>
              <w:rPr>
                <w:color w:val="auto"/>
              </w:rPr>
            </w:pPr>
            <w:r w:rsidRPr="00737EB8">
              <w:rPr>
                <w:color w:val="auto"/>
              </w:rPr>
              <w:t>7 minuta</w:t>
            </w:r>
          </w:p>
        </w:tc>
      </w:tr>
    </w:tbl>
    <w:p w14:paraId="1DC1A839" w14:textId="796D479F" w:rsidR="004F598F" w:rsidRPr="002B7D52" w:rsidRDefault="00C64C0C" w:rsidP="002B7D52">
      <w:pPr>
        <w:rPr>
          <w:color w:val="808080" w:themeColor="background1" w:themeShade="80"/>
        </w:rPr>
      </w:pPr>
      <w:r w:rsidRPr="002B7D52">
        <w:rPr>
          <w:i/>
          <w:color w:val="808080" w:themeColor="background1" w:themeShade="80"/>
        </w:rPr>
        <w:t>Ukupno: 45 minuta. Mikropauza se koristi samo po potrebi; tada se skraćuje predstavljanje skupina ili završna rasprava.</w:t>
      </w:r>
    </w:p>
    <w:p w14:paraId="295F4283" w14:textId="441B7E34" w:rsidR="004F598F" w:rsidRDefault="002B7D52" w:rsidP="002B7D52">
      <w:pPr>
        <w:keepNext/>
        <w:spacing w:before="60" w:after="40"/>
      </w:pPr>
      <w:r>
        <w:rPr>
          <w:rFonts w:cs="Calibri"/>
          <w:b/>
          <w:color w:val="C96A00"/>
          <w:sz w:val="26"/>
        </w:rPr>
        <w:t>PRILOZI ZA BRZU UPORABU</w:t>
      </w:r>
    </w:p>
    <w:p w14:paraId="46877115" w14:textId="77777777" w:rsidR="004F598F" w:rsidRDefault="00C64C0C" w:rsidP="002B7D52">
      <w:pPr>
        <w:spacing w:after="40"/>
      </w:pPr>
      <w:r>
        <w:rPr>
          <w:b/>
        </w:rPr>
        <w:t>Prilog 1: Kratka kontrolna lista za vjeroučitelja</w:t>
      </w:r>
    </w:p>
    <w:p w14:paraId="550A1622" w14:textId="77777777" w:rsidR="004F598F" w:rsidRPr="002B7D52" w:rsidRDefault="00C64C0C" w:rsidP="002B7D52">
      <w:pPr>
        <w:spacing w:after="0"/>
      </w:pPr>
      <w:r w:rsidRPr="002B7D52">
        <w:t>□ Mogu li učenici objasniti zašto je Isus Krist središte ove nastavne cjeline?</w:t>
      </w:r>
    </w:p>
    <w:p w14:paraId="7EFFF894" w14:textId="77777777" w:rsidR="004F598F" w:rsidRPr="002B7D52" w:rsidRDefault="00C64C0C" w:rsidP="002B7D52">
      <w:pPr>
        <w:spacing w:after="0"/>
      </w:pPr>
      <w:r w:rsidRPr="002B7D52">
        <w:t>□ Mogu li navesti i objasniti barem tri vrednote kraljevstva Božjega?</w:t>
      </w:r>
    </w:p>
    <w:p w14:paraId="3CF04AFD" w14:textId="77777777" w:rsidR="004F598F" w:rsidRPr="002B7D52" w:rsidRDefault="00C64C0C" w:rsidP="002B7D52">
      <w:pPr>
        <w:spacing w:after="0"/>
      </w:pPr>
      <w:r w:rsidRPr="002B7D52">
        <w:t>□ Prepoznaju li osnovne vjerske i političke skupine Isusova vremena?</w:t>
      </w:r>
    </w:p>
    <w:p w14:paraId="6979A440" w14:textId="77777777" w:rsidR="004F598F" w:rsidRPr="002B7D52" w:rsidRDefault="00C64C0C" w:rsidP="002B7D52">
      <w:pPr>
        <w:spacing w:after="0"/>
      </w:pPr>
      <w:r w:rsidRPr="002B7D52">
        <w:t>□ Mogu li objasniti kako Isus pristupa bolesnima, odbačenima i grešnicima?</w:t>
      </w:r>
    </w:p>
    <w:p w14:paraId="7A9F0B01" w14:textId="77777777" w:rsidR="004F598F" w:rsidRPr="002B7D52" w:rsidRDefault="00C64C0C" w:rsidP="002B7D52">
      <w:pPr>
        <w:spacing w:after="0"/>
      </w:pPr>
      <w:r w:rsidRPr="002B7D52">
        <w:t>□ Mogu li povezati opraštanje s obraćenjem i novim početkom?</w:t>
      </w:r>
    </w:p>
    <w:p w14:paraId="42762AD0" w14:textId="77777777" w:rsidR="004F598F" w:rsidRPr="002B7D52" w:rsidRDefault="00C64C0C" w:rsidP="002B7D52">
      <w:pPr>
        <w:spacing w:after="0"/>
      </w:pPr>
      <w:r w:rsidRPr="002B7D52">
        <w:t>□ Mogu li objasniti tko su apostoli i što znači njihovo poslanje?</w:t>
      </w:r>
    </w:p>
    <w:p w14:paraId="4A55345F" w14:textId="77777777" w:rsidR="004F598F" w:rsidRPr="002B7D52" w:rsidRDefault="00C64C0C" w:rsidP="002B7D52">
      <w:pPr>
        <w:spacing w:after="0"/>
      </w:pPr>
      <w:r w:rsidRPr="002B7D52">
        <w:t>□ Mogu li navesti kako kršćanin danas može biti Isusov učenik i svjedok?</w:t>
      </w:r>
    </w:p>
    <w:p w14:paraId="41C6ECF0" w14:textId="77777777" w:rsidR="004F598F" w:rsidRPr="002B7D52" w:rsidRDefault="00C64C0C" w:rsidP="002B7D52">
      <w:pPr>
        <w:spacing w:after="0"/>
      </w:pPr>
      <w:r w:rsidRPr="002B7D52">
        <w:t>□ Razlikuju li službe svetoga reda, posvećeni život i vjernike laike bez stvaranja ljestvice vrijednosti?</w:t>
      </w:r>
    </w:p>
    <w:p w14:paraId="51CD851C" w14:textId="77777777" w:rsidR="004F598F" w:rsidRPr="002B7D52" w:rsidRDefault="00C64C0C" w:rsidP="002B7D52">
      <w:pPr>
        <w:spacing w:after="0"/>
      </w:pPr>
      <w:r w:rsidRPr="002B7D52">
        <w:t>□ Surađuju li, provjeravaju li činjenice i ispravljaju pogreške bez ismijavanja?</w:t>
      </w:r>
    </w:p>
    <w:sectPr w:rsidR="004F598F" w:rsidRPr="002B7D52" w:rsidSect="00034616">
      <w:headerReference w:type="default" r:id="rId28"/>
      <w:footerReference w:type="default" r:id="rId29"/>
      <w:pgSz w:w="12240" w:h="15840"/>
      <w:pgMar w:top="709" w:right="709" w:bottom="709" w:left="85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72992" w14:textId="77777777" w:rsidR="00C64C0C" w:rsidRDefault="00C64C0C">
      <w:pPr>
        <w:spacing w:after="0"/>
      </w:pPr>
      <w:r>
        <w:separator/>
      </w:r>
    </w:p>
  </w:endnote>
  <w:endnote w:type="continuationSeparator" w:id="0">
    <w:p w14:paraId="76CB4F66" w14:textId="77777777" w:rsidR="00C64C0C" w:rsidRDefault="00C64C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ED154" w14:textId="77777777" w:rsidR="00FD7BB3" w:rsidRDefault="00C64C0C">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0CB61" w14:textId="77777777" w:rsidR="00C64C0C" w:rsidRDefault="00C64C0C">
      <w:pPr>
        <w:spacing w:after="0"/>
      </w:pPr>
      <w:r>
        <w:separator/>
      </w:r>
    </w:p>
  </w:footnote>
  <w:footnote w:type="continuationSeparator" w:id="0">
    <w:p w14:paraId="249A917B" w14:textId="77777777" w:rsidR="00C64C0C" w:rsidRDefault="00C64C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6E9D0" w14:textId="77777777" w:rsidR="00FD7BB3" w:rsidRDefault="00C64C0C">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5" w15:restartNumberingAfterBreak="0">
    <w:nsid w:val="FFFFFF89"/>
    <w:multiLevelType w:val="singleLevel"/>
    <w:tmpl w:val="12383638"/>
    <w:lvl w:ilvl="0">
      <w:start w:val="1"/>
      <w:numFmt w:val="bullet"/>
      <w:pStyle w:val="Grafikeoznake"/>
      <w:lvlText w:val=""/>
      <w:lvlJc w:val="left"/>
      <w:pPr>
        <w:tabs>
          <w:tab w:val="num" w:pos="360"/>
        </w:tabs>
        <w:ind w:left="360" w:hanging="360"/>
      </w:pPr>
      <w:rPr>
        <w:rFonts w:ascii="Symbol" w:hAnsi="Symbol" w:hint="default"/>
      </w:rPr>
    </w:lvl>
  </w:abstractNum>
  <w:abstractNum w:abstractNumId="6" w15:restartNumberingAfterBreak="0">
    <w:nsid w:val="0D9545C1"/>
    <w:multiLevelType w:val="hybridMultilevel"/>
    <w:tmpl w:val="8AAC83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FD465CA"/>
    <w:multiLevelType w:val="hybridMultilevel"/>
    <w:tmpl w:val="A5622F04"/>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5352229"/>
    <w:multiLevelType w:val="hybridMultilevel"/>
    <w:tmpl w:val="7EE6B97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F783FAD"/>
    <w:multiLevelType w:val="hybridMultilevel"/>
    <w:tmpl w:val="2BE2FB2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C92667D"/>
    <w:multiLevelType w:val="hybridMultilevel"/>
    <w:tmpl w:val="26167B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3567921"/>
    <w:multiLevelType w:val="hybridMultilevel"/>
    <w:tmpl w:val="68AE59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71250CD"/>
    <w:multiLevelType w:val="hybridMultilevel"/>
    <w:tmpl w:val="204E92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71284C9D"/>
    <w:multiLevelType w:val="multilevel"/>
    <w:tmpl w:val="BF0E0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403300"/>
    <w:multiLevelType w:val="hybridMultilevel"/>
    <w:tmpl w:val="7E2A6D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7BD726E"/>
    <w:multiLevelType w:val="hybridMultilevel"/>
    <w:tmpl w:val="53DA281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93214867">
    <w:abstractNumId w:val="5"/>
  </w:num>
  <w:num w:numId="2" w16cid:durableId="1046954284">
    <w:abstractNumId w:val="3"/>
  </w:num>
  <w:num w:numId="3" w16cid:durableId="1415085825">
    <w:abstractNumId w:val="2"/>
  </w:num>
  <w:num w:numId="4" w16cid:durableId="692997540">
    <w:abstractNumId w:val="4"/>
  </w:num>
  <w:num w:numId="5" w16cid:durableId="1824613922">
    <w:abstractNumId w:val="1"/>
  </w:num>
  <w:num w:numId="6" w16cid:durableId="1721048264">
    <w:abstractNumId w:val="0"/>
  </w:num>
  <w:num w:numId="7" w16cid:durableId="186411227">
    <w:abstractNumId w:val="15"/>
  </w:num>
  <w:num w:numId="8" w16cid:durableId="1667897913">
    <w:abstractNumId w:val="8"/>
  </w:num>
  <w:num w:numId="9" w16cid:durableId="581833703">
    <w:abstractNumId w:val="9"/>
  </w:num>
  <w:num w:numId="10" w16cid:durableId="1017922307">
    <w:abstractNumId w:val="6"/>
  </w:num>
  <w:num w:numId="11" w16cid:durableId="1028095199">
    <w:abstractNumId w:val="10"/>
  </w:num>
  <w:num w:numId="12" w16cid:durableId="2143617380">
    <w:abstractNumId w:val="7"/>
  </w:num>
  <w:num w:numId="13" w16cid:durableId="1987392930">
    <w:abstractNumId w:val="11"/>
  </w:num>
  <w:num w:numId="14" w16cid:durableId="1996567173">
    <w:abstractNumId w:val="12"/>
  </w:num>
  <w:num w:numId="15" w16cid:durableId="397942671">
    <w:abstractNumId w:val="14"/>
  </w:num>
  <w:num w:numId="16" w16cid:durableId="1826823940">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C41"/>
    <w:rsid w:val="00031A25"/>
    <w:rsid w:val="00034616"/>
    <w:rsid w:val="00035BBE"/>
    <w:rsid w:val="00053B11"/>
    <w:rsid w:val="0006063C"/>
    <w:rsid w:val="00075C93"/>
    <w:rsid w:val="0007658E"/>
    <w:rsid w:val="000837BF"/>
    <w:rsid w:val="000845FC"/>
    <w:rsid w:val="000B06D8"/>
    <w:rsid w:val="000C1CC5"/>
    <w:rsid w:val="000E1F48"/>
    <w:rsid w:val="001240AA"/>
    <w:rsid w:val="0012527C"/>
    <w:rsid w:val="0015074B"/>
    <w:rsid w:val="00162BBB"/>
    <w:rsid w:val="00170C42"/>
    <w:rsid w:val="001876D7"/>
    <w:rsid w:val="001B4E2B"/>
    <w:rsid w:val="001E3968"/>
    <w:rsid w:val="001F5725"/>
    <w:rsid w:val="002239A2"/>
    <w:rsid w:val="00224815"/>
    <w:rsid w:val="002310BC"/>
    <w:rsid w:val="00236E45"/>
    <w:rsid w:val="002449A1"/>
    <w:rsid w:val="00244A3B"/>
    <w:rsid w:val="00262691"/>
    <w:rsid w:val="0026606D"/>
    <w:rsid w:val="00270738"/>
    <w:rsid w:val="0029403E"/>
    <w:rsid w:val="0029639D"/>
    <w:rsid w:val="002A0130"/>
    <w:rsid w:val="002B7D52"/>
    <w:rsid w:val="002C4B9D"/>
    <w:rsid w:val="002C64B6"/>
    <w:rsid w:val="002E2BCF"/>
    <w:rsid w:val="00311FAA"/>
    <w:rsid w:val="00326F90"/>
    <w:rsid w:val="00352932"/>
    <w:rsid w:val="00363E20"/>
    <w:rsid w:val="00377519"/>
    <w:rsid w:val="00394EF0"/>
    <w:rsid w:val="003C1763"/>
    <w:rsid w:val="003C1CCF"/>
    <w:rsid w:val="003C4B55"/>
    <w:rsid w:val="003D612A"/>
    <w:rsid w:val="00450183"/>
    <w:rsid w:val="00452931"/>
    <w:rsid w:val="004935E9"/>
    <w:rsid w:val="0049604D"/>
    <w:rsid w:val="004A4D55"/>
    <w:rsid w:val="004B6819"/>
    <w:rsid w:val="004C5940"/>
    <w:rsid w:val="004D7034"/>
    <w:rsid w:val="004E45F4"/>
    <w:rsid w:val="004F598F"/>
    <w:rsid w:val="00534823"/>
    <w:rsid w:val="00543524"/>
    <w:rsid w:val="00552A33"/>
    <w:rsid w:val="0056002D"/>
    <w:rsid w:val="0057220D"/>
    <w:rsid w:val="00584CA0"/>
    <w:rsid w:val="005A6FE2"/>
    <w:rsid w:val="005A7348"/>
    <w:rsid w:val="005B422B"/>
    <w:rsid w:val="005B799B"/>
    <w:rsid w:val="005C5715"/>
    <w:rsid w:val="005F32F4"/>
    <w:rsid w:val="0060380B"/>
    <w:rsid w:val="00652D33"/>
    <w:rsid w:val="0065451C"/>
    <w:rsid w:val="00671EEB"/>
    <w:rsid w:val="00673E07"/>
    <w:rsid w:val="006843E2"/>
    <w:rsid w:val="00693E5B"/>
    <w:rsid w:val="00694C84"/>
    <w:rsid w:val="00696AF9"/>
    <w:rsid w:val="006C4531"/>
    <w:rsid w:val="006E0389"/>
    <w:rsid w:val="006E40F0"/>
    <w:rsid w:val="00705285"/>
    <w:rsid w:val="00714447"/>
    <w:rsid w:val="00715A7C"/>
    <w:rsid w:val="00737EB8"/>
    <w:rsid w:val="00741246"/>
    <w:rsid w:val="00741BD2"/>
    <w:rsid w:val="00751A2B"/>
    <w:rsid w:val="00781452"/>
    <w:rsid w:val="0078518F"/>
    <w:rsid w:val="007C74F1"/>
    <w:rsid w:val="00804E3E"/>
    <w:rsid w:val="00825A5C"/>
    <w:rsid w:val="0083268B"/>
    <w:rsid w:val="00852AA2"/>
    <w:rsid w:val="008810CA"/>
    <w:rsid w:val="00897855"/>
    <w:rsid w:val="008A3FAB"/>
    <w:rsid w:val="008C0E9D"/>
    <w:rsid w:val="008D0607"/>
    <w:rsid w:val="008E70FB"/>
    <w:rsid w:val="009435F7"/>
    <w:rsid w:val="0095064A"/>
    <w:rsid w:val="00952649"/>
    <w:rsid w:val="009566EC"/>
    <w:rsid w:val="00965C24"/>
    <w:rsid w:val="00974817"/>
    <w:rsid w:val="00976DA1"/>
    <w:rsid w:val="009D1D14"/>
    <w:rsid w:val="009D2799"/>
    <w:rsid w:val="009D7491"/>
    <w:rsid w:val="009F6128"/>
    <w:rsid w:val="00A03DF9"/>
    <w:rsid w:val="00A05B34"/>
    <w:rsid w:val="00A20801"/>
    <w:rsid w:val="00A20C0F"/>
    <w:rsid w:val="00A26243"/>
    <w:rsid w:val="00A568AB"/>
    <w:rsid w:val="00A57F68"/>
    <w:rsid w:val="00A607AF"/>
    <w:rsid w:val="00A8036C"/>
    <w:rsid w:val="00AA1D8D"/>
    <w:rsid w:val="00AA3C76"/>
    <w:rsid w:val="00AB2E20"/>
    <w:rsid w:val="00AB52EB"/>
    <w:rsid w:val="00AD1F47"/>
    <w:rsid w:val="00AF2715"/>
    <w:rsid w:val="00AF52D4"/>
    <w:rsid w:val="00AF7CD8"/>
    <w:rsid w:val="00B30AF1"/>
    <w:rsid w:val="00B36E72"/>
    <w:rsid w:val="00B47730"/>
    <w:rsid w:val="00B71E20"/>
    <w:rsid w:val="00B74899"/>
    <w:rsid w:val="00BA2CF0"/>
    <w:rsid w:val="00BC67A6"/>
    <w:rsid w:val="00BE72F0"/>
    <w:rsid w:val="00C11939"/>
    <w:rsid w:val="00C35F79"/>
    <w:rsid w:val="00C64C0C"/>
    <w:rsid w:val="00C80A76"/>
    <w:rsid w:val="00C9670C"/>
    <w:rsid w:val="00CB0664"/>
    <w:rsid w:val="00CB1F0A"/>
    <w:rsid w:val="00CC62E2"/>
    <w:rsid w:val="00CC73B1"/>
    <w:rsid w:val="00CD06DC"/>
    <w:rsid w:val="00D0173E"/>
    <w:rsid w:val="00D056ED"/>
    <w:rsid w:val="00D317D9"/>
    <w:rsid w:val="00D80633"/>
    <w:rsid w:val="00D81ECB"/>
    <w:rsid w:val="00DA07BA"/>
    <w:rsid w:val="00DA7E71"/>
    <w:rsid w:val="00DE589F"/>
    <w:rsid w:val="00E01EB8"/>
    <w:rsid w:val="00E22659"/>
    <w:rsid w:val="00E30F83"/>
    <w:rsid w:val="00E42B38"/>
    <w:rsid w:val="00E54AD8"/>
    <w:rsid w:val="00E57164"/>
    <w:rsid w:val="00E8231F"/>
    <w:rsid w:val="00E86E59"/>
    <w:rsid w:val="00EC1423"/>
    <w:rsid w:val="00EC4A09"/>
    <w:rsid w:val="00EC7D28"/>
    <w:rsid w:val="00ED186F"/>
    <w:rsid w:val="00EE16A1"/>
    <w:rsid w:val="00EF1F63"/>
    <w:rsid w:val="00F12638"/>
    <w:rsid w:val="00F3471C"/>
    <w:rsid w:val="00F53A39"/>
    <w:rsid w:val="00F5510C"/>
    <w:rsid w:val="00F80FE6"/>
    <w:rsid w:val="00F95DB1"/>
    <w:rsid w:val="00FA21FA"/>
    <w:rsid w:val="00FC693F"/>
    <w:rsid w:val="00FD7BB3"/>
    <w:rsid w:val="00FE446B"/>
    <w:rsid w:val="00FF5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431D8"/>
  <w14:defaultImageDpi w14:val="300"/>
  <w15:docId w15:val="{BC420A18-0C95-49BE-AC5B-488EDADDA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FE2"/>
    <w:pPr>
      <w:spacing w:after="60" w:line="240" w:lineRule="auto"/>
    </w:pPr>
    <w:rPr>
      <w:rFonts w:ascii="Calibri" w:eastAsia="Calibri" w:hAnsi="Calibri"/>
      <w:color w:val="000000"/>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spacing w:after="30"/>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spacing w:after="30"/>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4"/>
      </w:numPr>
      <w:contextualSpacing/>
    </w:pPr>
  </w:style>
  <w:style w:type="paragraph" w:styleId="Brojevi2">
    <w:name w:val="List Number 2"/>
    <w:basedOn w:val="Normal"/>
    <w:uiPriority w:val="99"/>
    <w:unhideWhenUsed/>
    <w:rsid w:val="0029639D"/>
    <w:pPr>
      <w:numPr>
        <w:numId w:val="5"/>
      </w:numPr>
      <w:contextualSpacing/>
    </w:pPr>
  </w:style>
  <w:style w:type="paragraph" w:styleId="Brojevi3">
    <w:name w:val="List Number 3"/>
    <w:basedOn w:val="Normal"/>
    <w:uiPriority w:val="99"/>
    <w:unhideWhenUsed/>
    <w:rsid w:val="0029639D"/>
    <w:pPr>
      <w:numPr>
        <w:numId w:val="6"/>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eza">
    <w:name w:val="Hyperlink"/>
    <w:basedOn w:val="Zadanifontodlomka"/>
    <w:uiPriority w:val="99"/>
    <w:unhideWhenUsed/>
    <w:rsid w:val="00584CA0"/>
    <w:rPr>
      <w:color w:val="0000FF"/>
      <w:u w:val="single"/>
    </w:rPr>
  </w:style>
  <w:style w:type="character" w:styleId="Nerijeenospominjanje">
    <w:name w:val="Unresolved Mention"/>
    <w:basedOn w:val="Zadanifontodlomka"/>
    <w:uiPriority w:val="99"/>
    <w:semiHidden/>
    <w:unhideWhenUsed/>
    <w:rsid w:val="00741246"/>
    <w:rPr>
      <w:color w:val="605E5C"/>
      <w:shd w:val="clear" w:color="auto" w:fill="E1DFDD"/>
    </w:rPr>
  </w:style>
  <w:style w:type="paragraph" w:styleId="StandardWeb">
    <w:name w:val="Normal (Web)"/>
    <w:basedOn w:val="Normal"/>
    <w:uiPriority w:val="99"/>
    <w:unhideWhenUsed/>
    <w:rsid w:val="004C5940"/>
    <w:pPr>
      <w:spacing w:before="100" w:beforeAutospacing="1" w:after="100" w:afterAutospacing="1"/>
    </w:pPr>
    <w:rPr>
      <w:rFonts w:ascii="Times New Roman" w:eastAsia="Times New Roman" w:hAnsi="Times New Roman" w:cs="Times New Roman"/>
      <w:color w:val="auto"/>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e.kahoot.it/share/vjeronauk-isus-krist-5-razred-os/f04ad991-f01e-4f52-abf6-0d8656ca5356" TargetMode="External"/><Relationship Id="rId18" Type="http://schemas.openxmlformats.org/officeDocument/2006/relationships/image" Target="media/image4.png"/><Relationship Id="rId26" Type="http://schemas.openxmlformats.org/officeDocument/2006/relationships/hyperlink" Target="https://www.youtube.com/embed/PixLa1QlpZA?feature=oembed" TargetMode="External"/><Relationship Id="rId3" Type="http://schemas.openxmlformats.org/officeDocument/2006/relationships/styles" Target="styles.xml"/><Relationship Id="rId21" Type="http://schemas.openxmlformats.org/officeDocument/2006/relationships/hyperlink" Target="https://udzbenici.ks.hr/media/ponavljanje-3-cjeline/" TargetMode="External"/><Relationship Id="rId7" Type="http://schemas.openxmlformats.org/officeDocument/2006/relationships/endnotes" Target="endnotes.xml"/><Relationship Id="rId12" Type="http://schemas.openxmlformats.org/officeDocument/2006/relationships/hyperlink" Target="https://www.blooket.com/" TargetMode="External"/><Relationship Id="rId17" Type="http://schemas.openxmlformats.org/officeDocument/2006/relationships/image" Target="media/image3.png"/><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shboard.blooket.com/set/641da949c42ea9e7e967f7ef" TargetMode="External"/><Relationship Id="rId24" Type="http://schemas.openxmlformats.org/officeDocument/2006/relationships/hyperlink" Target="https://udzbenici.ks.hr/media/samovrednovanje/" TargetMode="External"/><Relationship Id="rId5" Type="http://schemas.openxmlformats.org/officeDocument/2006/relationships/webSettings" Target="webSettings.xml"/><Relationship Id="rId15" Type="http://schemas.openxmlformats.org/officeDocument/2006/relationships/hyperlink" Target="https://wayground.com" TargetMode="External"/><Relationship Id="rId23" Type="http://schemas.openxmlformats.org/officeDocument/2006/relationships/image" Target="media/image8.png"/><Relationship Id="rId28" Type="http://schemas.openxmlformats.org/officeDocument/2006/relationships/header" Target="header1.xml"/><Relationship Id="rId10" Type="http://schemas.openxmlformats.org/officeDocument/2006/relationships/hyperlink" Target="https://sebedarje.com/wp-content/uploads/47a.-Radni-listic.docx" TargetMode="Externa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ebedarje.com/wp-content/uploads/47a.-Radni-listic.pdf" TargetMode="External"/><Relationship Id="rId14" Type="http://schemas.openxmlformats.org/officeDocument/2006/relationships/hyperlink" Target="https://quizizz.com/admin/quiz/63cc11e7ff4477001e73d8a1?source=quiz_share" TargetMode="External"/><Relationship Id="rId22" Type="http://schemas.openxmlformats.org/officeDocument/2006/relationships/image" Target="media/image7.png"/><Relationship Id="rId27" Type="http://schemas.openxmlformats.org/officeDocument/2006/relationships/image" Target="media/image10.jp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17</Pages>
  <Words>3888</Words>
  <Characters>22167</Characters>
  <Application>Microsoft Office Word</Application>
  <DocSecurity>0</DocSecurity>
  <Lines>184</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Katolički vjeronauk – 5. razred</dc:subject>
  <dc:creator>Josip Kunac</dc:creator>
  <cp:keywords>Biblija, povijest spasenja, ponavljanje, 5. razred</cp:keywords>
  <dc:description>generated by python-docx</dc:description>
  <cp:lastModifiedBy>Josip Kunac</cp:lastModifiedBy>
  <cp:revision>51</cp:revision>
  <dcterms:created xsi:type="dcterms:W3CDTF">2026-07-09T13:21:00Z</dcterms:created>
  <dcterms:modified xsi:type="dcterms:W3CDTF">2026-08-03T23:57:00Z</dcterms:modified>
  <cp:category/>
</cp:coreProperties>
</file>