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C75652" w14:paraId="0066ECE0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28636D7" w14:textId="77777777" w:rsidR="00C75652" w:rsidRDefault="00A304F0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71F28861" w14:textId="77777777" w:rsidR="00C75652" w:rsidRDefault="00A304F0">
            <w:pPr>
              <w:spacing w:after="60" w:before="60"/>
              <w:ind w:left="108" w:right="108"/>
            </w:pPr>
            <w:r>
              <w:t>Klinča Sela</w:t>
            </w:r>
          </w:p>
        </w:tc>
      </w:tr>
      <w:tr w:rsidR="00C75652" w14:paraId="747B9323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79A0CB1" w14:textId="77777777" w:rsidR="00C75652" w:rsidRDefault="00A304F0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3BE5A870" w14:textId="77777777" w:rsidR="00C75652" w:rsidRDefault="00A304F0">
            <w:pPr>
              <w:spacing w:after="60" w:before="60"/>
              <w:ind w:left="108" w:right="108"/>
            </w:pPr>
            <w:r>
              <w:t>Katolički vjeronauk</w:t>
            </w:r>
          </w:p>
        </w:tc>
      </w:tr>
      <w:tr w:rsidR="00C75652" w14:paraId="1C5616FC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3C89B0D" w14:textId="77777777" w:rsidR="00C75652" w:rsidRDefault="00A304F0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01F12CF3" w14:textId="77777777" w:rsidR="00C75652" w:rsidRDefault="00A304F0">
            <w:pPr>
              <w:spacing w:after="60" w:before="60"/>
              <w:ind w:left="108" w:right="108"/>
            </w:pPr>
            <w:r>
              <w:t xml:space="preserve">Josip Kunac, </w:t>
            </w:r>
            <w:r>
              <w:rPr>
                <w:i/>
              </w:rPr>
              <w:t>prof.</w:t>
            </w:r>
          </w:p>
        </w:tc>
      </w:tr>
      <w:tr w:rsidR="00C75652" w14:paraId="77786529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DBC7793" w14:textId="77777777" w:rsidR="00C75652" w:rsidRDefault="00A304F0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32440B75" w14:textId="77777777" w:rsidR="00C75652" w:rsidRDefault="00A304F0">
            <w:pPr>
              <w:spacing w:after="60" w:before="60"/>
              <w:ind w:left="108" w:right="108"/>
            </w:pPr>
            <w:r>
              <w:t>6. razred</w:t>
            </w:r>
          </w:p>
        </w:tc>
      </w:tr>
      <w:tr w:rsidR="00C75652" w14:paraId="3B52BC88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0CDD80B" w14:textId="77777777" w:rsidR="00C75652" w:rsidRDefault="00A304F0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53E60B77" w14:textId="77777777" w:rsidR="00C75652" w:rsidRDefault="00A304F0">
            <w:pPr>
              <w:spacing w:after="60" w:before="60"/>
              <w:ind w:left="108" w:right="108"/>
            </w:pPr>
            <w:r>
              <w:t>45.</w:t>
            </w:r>
          </w:p>
        </w:tc>
      </w:tr>
      <w:tr w:rsidR="00C75652" w14:paraId="6427293C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0178140" w14:textId="77777777" w:rsidR="00C75652" w:rsidRDefault="00A304F0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50C657E7" w14:textId="77777777" w:rsidR="00C75652" w:rsidRDefault="00A304F0">
            <w:pPr>
              <w:spacing w:after="60" w:before="60"/>
              <w:ind w:left="108" w:right="108"/>
            </w:pPr>
            <w:r>
              <w:t>V. ISUS KRIST – OSLOBODITELJ</w:t>
            </w:r>
          </w:p>
        </w:tc>
      </w:tr>
      <w:tr w:rsidR="00C75652" w14:paraId="3CEC2638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D65C75A" w14:textId="77777777" w:rsidR="00C75652" w:rsidRDefault="00A304F0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549D9864" w14:textId="77777777" w:rsidR="00C75652" w:rsidRDefault="00A304F0">
            <w:pPr>
              <w:spacing w:after="60" w:before="60"/>
              <w:ind w:left="108" w:right="108"/>
            </w:pPr>
            <w:r>
              <w:t>7. Ljubav bez granica</w:t>
            </w:r>
          </w:p>
        </w:tc>
      </w:tr>
    </w:tbl>
    <w:p w14:paraId="4A830FC7" w14:textId="77777777" w:rsidR="00C75652" w:rsidRDefault="00A304F0">
      <w:pPr>
        <w:spacing w:before="220" w:after="40" w:line="240" w:lineRule="auto"/>
      </w:pPr>
      <w:r>
        <w:rPr>
          <w:b/>
          <w:color w:val="C96A00"/>
          <w:sz w:val="26"/>
        </w:rPr>
        <w:t>Odgojno-obrazovni ishodi učenja:</w:t>
      </w:r>
    </w:p>
    <w:p w14:paraId="2101328A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OŠ KV A.6.2. Učenik analizira odabrane biblijske novozavjetne tekstove (književna vrsta, temeljni sadržaj, likovi).</w:t>
      </w:r>
    </w:p>
    <w:p w14:paraId="45FCAB87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OŠ KV A.6.2. Učenik otkriva dublju životnu poruku biblijskih tekstova.</w:t>
      </w:r>
    </w:p>
    <w:p w14:paraId="094D3A41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OŠ KV B.6.2. Učenik prepoznaje u Isusu Kristu Osloboditelja koji riječima i djelima pokazuje istinski put slobode i spasenja.</w:t>
      </w:r>
    </w:p>
    <w:p w14:paraId="72C08BC7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OŠ KV B.6.2. Učenik analizira poruke i vrijednosti koje vode do istinske i pune slobode.</w:t>
      </w:r>
    </w:p>
    <w:p w14:paraId="5FBF4C06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OŠ KV C.6.1. Učenik uočava originalnost Isusove poruke i njegova odnosa prema čovjeku.</w:t>
      </w:r>
    </w:p>
    <w:p w14:paraId="48D47066" w14:textId="77777777" w:rsidR="00C75652" w:rsidRDefault="00A304F0">
      <w:pPr>
        <w:spacing w:after="220" w:line="240" w:lineRule="auto"/>
        <w:jc w:val="both"/>
      </w:pPr>
      <w:r>
        <w:rPr>
          <w:color w:val="000000"/>
        </w:rPr>
        <w:t>OŠ KV C.6.2. Učenik uviđa povezanost ljubavi, odgovornosti i slobode.</w:t>
      </w: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C75652" w14:paraId="3F6B26DA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8E8DA50" w14:textId="77777777" w:rsidR="00C75652" w:rsidRDefault="00A304F0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380C0010" w14:textId="77777777" w:rsidR="00C75652" w:rsidRDefault="00A304F0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Getsemani, Maslinska gora, muka, križ, Golgota, Veliki petak, ljubav, otkupljenje</w:t>
            </w:r>
          </w:p>
        </w:tc>
      </w:tr>
      <w:tr w:rsidR="00C75652" w14:paraId="63F93EBF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CBE4626" w14:textId="77777777" w:rsidR="00C75652" w:rsidRDefault="00A304F0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7A95E82F" w14:textId="77777777" w:rsidR="00C75652" w:rsidRDefault="00A304F0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Kako Isus u svojoj muci i smrti pokazuje ljubav bez granica te što njegova žrtva znači za našu slobodu i život?</w:t>
            </w:r>
          </w:p>
        </w:tc>
      </w:tr>
      <w:tr w:rsidR="00C75652" w14:paraId="7138E651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BE8FFF9" w14:textId="77777777" w:rsidR="00C75652" w:rsidRDefault="00A304F0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64B0E472" w14:textId="77777777" w:rsidR="00C75652" w:rsidRDefault="00A304F0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rad s udžbeničkim i biblijskim tekstom, dovršavanje vremenske crte, razgovor, slušanje pjesme, analiza umjetničkoga djela, slaganje redoslijeda, uspoređivanje, vizualno organiziranje i crtanje</w:t>
            </w:r>
          </w:p>
        </w:tc>
      </w:tr>
      <w:tr w:rsidR="00C75652" w14:paraId="66EF3281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EE8A9C3" w14:textId="77777777" w:rsidR="00C75652" w:rsidRDefault="00A304F0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2EC56CE4" w14:textId="77777777" w:rsidR="00C75652" w:rsidRDefault="00A304F0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C75652" w14:paraId="24F8E09F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1716A3D" w14:textId="77777777" w:rsidR="00C75652" w:rsidRDefault="00A304F0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770564CC" w14:textId="77777777" w:rsidR="00C75652" w:rsidRDefault="00A304F0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udžbenik, radna bilježnica, digitalni udžbenik, bilježnica, računalo i projektor, biblijski tekstovi, umjetničke reprodukcije, radni predlošci, kartice, bojice i papir</w:t>
            </w:r>
          </w:p>
        </w:tc>
      </w:tr>
      <w:tr w:rsidR="00C75652" w14:paraId="60E288CE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ACDF22C" w14:textId="77777777" w:rsidR="00C75652" w:rsidRDefault="00A304F0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49D08DF3" w14:textId="77777777" w:rsidR="00C75652" w:rsidRDefault="00A304F0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Učiti kako učiti: uku A.3.3., uku C.3.3.; Hrvatski jezik: OŠ HJ A.6.1., OŠ HJ A.6.2.; Likovna kultura: OŠ LK A.6.2., OŠ LK B.6.1.; Informatika: C.6.1.</w:t>
            </w:r>
          </w:p>
        </w:tc>
      </w:tr>
    </w:tbl>
    <w:p w14:paraId="6DA72565" w14:textId="77777777" w:rsidR="00C75652" w:rsidRDefault="00A304F0">
      <w:pPr>
        <w:spacing w:before="120" w:after="40" w:line="240" w:lineRule="auto"/>
      </w:pPr>
      <w:r>
        <w:rPr>
          <w:b/>
          <w:color w:val="C96A00"/>
          <w:sz w:val="26"/>
        </w:rPr>
        <w:t>Vrednovanje:</w:t>
      </w:r>
    </w:p>
    <w:p w14:paraId="4052765F" w14:textId="77777777" w:rsidR="00C75652" w:rsidRDefault="00A304F0">
      <w:pPr>
        <w:spacing w:after="0" w:line="240" w:lineRule="auto"/>
        <w:jc w:val="both"/>
      </w:pPr>
      <w:r>
        <w:rPr>
          <w:b/>
        </w:rPr>
        <w:t>Vrednovanje za učenje:</w:t>
      </w:r>
      <w:r>
        <w:t xml:space="preserve"> praćenje razumijevanja glavnog teksta i biblijskih ulomaka, pravilnoga redoslijeda događaja Isusove muke, značenja križa i otkupljenja te povezivanja tekstova s umjetničkim prikazima.</w:t>
      </w:r>
    </w:p>
    <w:p w14:paraId="3693FCE5" w14:textId="77777777" w:rsidR="00C75652" w:rsidRDefault="00A304F0">
      <w:pPr>
        <w:spacing w:after="0" w:line="240" w:lineRule="auto"/>
        <w:jc w:val="both"/>
      </w:pPr>
      <w:r>
        <w:rPr>
          <w:b/>
        </w:rPr>
        <w:t>Vrednovanje kao učenje:</w:t>
      </w:r>
      <w:r>
        <w:t xml:space="preserve"> samoprocjena koliko učenik može objasniti Isusovu molitvu u Getsemaniju, značenje križa i povezanost otkupljenja sa slobodom.</w:t>
      </w:r>
    </w:p>
    <w:p w14:paraId="6659A39F" w14:textId="2B1BB140" w:rsidR="00C75652" w:rsidRDefault="00A304F0">
      <w:pPr>
        <w:spacing w:after="0" w:line="240" w:lineRule="auto"/>
        <w:jc w:val="both"/>
      </w:pPr>
      <w:r>
        <w:rPr>
          <w:b/>
        </w:rPr>
        <w:t>Vrednovanje naučenoga:</w:t>
      </w:r>
      <w:r>
        <w:t xml:space="preserve"> kratka formativna provjera događaja Isusove muke i smrti te njihovih temeljnih poruka; formalno brojčano vrednovanje </w:t>
      </w:r>
      <w:r w:rsidR="007426AF">
        <w:t>predviđeno u trećoj aktivnosti: sastavljanje postaje križnog puta</w:t>
      </w:r>
      <w:r>
        <w:t>.</w:t>
      </w:r>
    </w:p>
    <w:p w14:paraId="17E70114" w14:textId="77777777" w:rsidR="00C75652" w:rsidRDefault="00A304F0">
      <w:pPr>
        <w:pageBreakBefore/>
        <w:spacing w:after="280" w:line="240" w:lineRule="auto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10658" w:type="dxa"/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C75652" w14:paraId="524EEA3D" w14:textId="77777777" w:rsidTr="006E69EC">
        <w:trPr>
          <w:cantSplit/>
        </w:trPr>
        <w:tc>
          <w:tcPr>
            <w:tcW w:w="10681" w:type="dxa"/>
            <w:shd w:val="clear" w:color="auto" w:fill="00B05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21087A" w14:textId="4C03BEA2" w:rsidR="00C75652" w:rsidRDefault="006E69EC" w:rsidP="006E69EC">
            <w:pPr>
              <w:spacing w:after="0" w:line="240" w:lineRule="auto"/>
            </w:pPr>
            <w:r w:rsidRPr="006E69EC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6E69EC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387D0FA9" w14:textId="77777777" w:rsidR="00C75652" w:rsidRDefault="00C75652">
      <w:pPr>
        <w:spacing w:after="20" w:line="240" w:lineRule="auto"/>
        <w:jc w:val="both"/>
      </w:pPr>
    </w:p>
    <w:p w14:paraId="30CE96A5" w14:textId="77777777" w:rsidR="00C75652" w:rsidRDefault="00A304F0">
      <w:pPr>
        <w:keepNext/>
        <w:spacing w:before="60" w:after="40" w:line="240" w:lineRule="auto"/>
      </w:pPr>
      <w:r>
        <w:rPr>
          <w:b/>
          <w:color w:val="C96A00"/>
          <w:sz w:val="26"/>
        </w:rPr>
        <w:t>Uvodna molitva:</w:t>
      </w:r>
    </w:p>
    <w:p w14:paraId="00760007" w14:textId="77777777" w:rsidR="00C75652" w:rsidRDefault="00A304F0">
      <w:pPr>
        <w:spacing w:after="220" w:line="240" w:lineRule="auto"/>
      </w:pPr>
      <w:r>
        <w:rPr>
          <w:color w:val="000000"/>
        </w:rPr>
        <w:t>Oče naš…</w:t>
      </w:r>
    </w:p>
    <w:p w14:paraId="49EBB5FA" w14:textId="77777777" w:rsidR="00C75652" w:rsidRDefault="00A304F0">
      <w:pPr>
        <w:spacing w:after="220" w:line="240" w:lineRule="auto"/>
      </w:pPr>
      <w:r>
        <w:rPr>
          <w:color w:val="000000"/>
        </w:rPr>
        <w:t>ili:</w:t>
      </w:r>
    </w:p>
    <w:p w14:paraId="72B122D1" w14:textId="77777777" w:rsidR="00C75652" w:rsidRPr="00D25EA8" w:rsidRDefault="00A304F0" w:rsidP="00D25EA8">
      <w:pPr>
        <w:spacing w:after="220" w:line="240" w:lineRule="auto"/>
        <w:jc w:val="both"/>
        <w:rPr>
          <w:sz w:val="48"/>
          <w:szCs w:val="48"/>
        </w:rPr>
      </w:pPr>
      <w:r w:rsidRPr="00D25EA8">
        <w:rPr>
          <w:color w:val="000000"/>
          <w:sz w:val="48"/>
          <w:szCs w:val="48"/>
        </w:rPr>
        <w:t>Isuse, u Getsemaniju si svoju bol predao Ocu, a na križu si ostao vjeran ljubavi do kraja. Nauči nas pouzdati se u Boga kada nam je teško, ne uzvraćati zlom na zlo i u Tvome križu prepoznati ljubav koja spašava i oslobađa. Amen.</w:t>
      </w:r>
    </w:p>
    <w:tbl>
      <w:tblPr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75652" w14:paraId="3DB0B4BE" w14:textId="77777777">
        <w:trPr>
          <w:cantSplit/>
        </w:trPr>
        <w:tc>
          <w:tcPr>
            <w:tcW w:w="10681" w:type="dxa"/>
            <w:shd w:val="clear" w:color="auto" w:fill="EAF4E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0919FEB" w14:textId="77777777" w:rsidR="00C75652" w:rsidRDefault="00A304F0">
            <w:pPr>
              <w:spacing w:after="0"/>
              <w:jc w:val="both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sz w:val="21"/>
              </w:rPr>
              <w:t xml:space="preserve"> Vjeroučitelj će pročitati: „Oče! Ako hoćeš, otkloni ovu čašu od mene. Ali ne moja volja, nego tvoja neka bude!“ (Lk 22,42). Učenici deset sekundi ostaju u tišini.</w:t>
            </w:r>
          </w:p>
        </w:tc>
      </w:tr>
    </w:tbl>
    <w:p w14:paraId="3F12A39B" w14:textId="77777777" w:rsidR="00C75652" w:rsidRDefault="00A304F0">
      <w:pPr>
        <w:keepNext/>
        <w:spacing w:before="60" w:after="40" w:line="240" w:lineRule="auto"/>
      </w:pPr>
      <w:r>
        <w:rPr>
          <w:b/>
          <w:color w:val="C96A00"/>
          <w:sz w:val="26"/>
        </w:rPr>
        <w:t>Povezivanje s prethodnim satom / pregled domaće zadaće:</w:t>
      </w:r>
    </w:p>
    <w:p w14:paraId="491B4F32" w14:textId="77777777" w:rsidR="00C75652" w:rsidRDefault="00A304F0">
      <w:pPr>
        <w:spacing w:after="0" w:line="240" w:lineRule="auto"/>
      </w:pPr>
      <w:r>
        <w:rPr>
          <w:color w:val="000000"/>
        </w:rPr>
        <w:t>Učenici daju vjeroučitelju na uvid domaću zadaću od prošlog susreta:</w:t>
      </w:r>
    </w:p>
    <w:p w14:paraId="37B9FB7E" w14:textId="77777777" w:rsidR="00C75652" w:rsidRPr="00D25EA8" w:rsidRDefault="00A304F0">
      <w:pPr>
        <w:spacing w:after="0" w:line="240" w:lineRule="auto"/>
        <w:rPr>
          <w:i/>
          <w:iCs/>
        </w:rPr>
      </w:pPr>
      <w:r w:rsidRPr="00D25EA8">
        <w:rPr>
          <w:i/>
          <w:iCs/>
          <w:color w:val="000000"/>
        </w:rPr>
        <w:t>„Učenici će riješiti, ili dovršiti rješavanje RB, str. 74–75.“</w:t>
      </w:r>
    </w:p>
    <w:p w14:paraId="74F1F1CD" w14:textId="77777777" w:rsidR="00C75652" w:rsidRDefault="00A304F0">
      <w:pPr>
        <w:spacing w:after="0" w:line="240" w:lineRule="auto"/>
      </w:pPr>
      <w:r>
        <w:rPr>
          <w:color w:val="000000"/>
        </w:rPr>
        <w:t>Ili:</w:t>
      </w:r>
    </w:p>
    <w:p w14:paraId="00D64E4C" w14:textId="77777777" w:rsidR="00C75652" w:rsidRPr="00D25EA8" w:rsidRDefault="00A304F0">
      <w:pPr>
        <w:spacing w:after="0" w:line="240" w:lineRule="auto"/>
        <w:rPr>
          <w:i/>
          <w:iCs/>
        </w:rPr>
      </w:pPr>
      <w:r w:rsidRPr="00D25EA8">
        <w:rPr>
          <w:i/>
          <w:iCs/>
          <w:color w:val="000000"/>
        </w:rPr>
        <w:t>„Učenici će u četiri rečenice napisati: što Isus čini s kruhom i čašom – zašto pere noge – što nalaže novom zapovijedi – kako to mogu povezati sa svojim životom.“</w:t>
      </w:r>
    </w:p>
    <w:p w14:paraId="388660CC" w14:textId="77777777" w:rsidR="00C75652" w:rsidRDefault="00A304F0">
      <w:pPr>
        <w:keepNext/>
        <w:spacing w:before="60" w:after="40" w:line="240" w:lineRule="auto"/>
      </w:pPr>
      <w:r>
        <w:rPr>
          <w:b/>
          <w:color w:val="C96A00"/>
          <w:sz w:val="26"/>
        </w:rPr>
        <w:t>Motivacija:</w:t>
      </w:r>
    </w:p>
    <w:p w14:paraId="163C4BE1" w14:textId="1639B6B7" w:rsidR="00C75652" w:rsidRDefault="00D25EA8">
      <w:pPr>
        <w:spacing w:after="0" w:line="240" w:lineRule="auto"/>
        <w:jc w:val="both"/>
      </w:pPr>
      <w:r>
        <w:rPr>
          <w:color w:val="000000"/>
        </w:rPr>
        <w:t>Učenici će promotriti</w:t>
      </w:r>
      <w:r w:rsidR="00A304F0">
        <w:rPr>
          <w:color w:val="000000"/>
        </w:rPr>
        <w:t xml:space="preserve"> dvije tvrdnje bez objašnjenja. Učenici pojedinačno biraju kojoj su tvrdnji bliže i u jednoj rečenici zapisuju razlog. U paru uspoređuju izbore, ali još ne traže „točan“ odgovor.</w:t>
      </w:r>
    </w:p>
    <w:p w14:paraId="2237A68B" w14:textId="77777777" w:rsidR="00C75652" w:rsidRDefault="00A304F0">
      <w:pPr>
        <w:spacing w:after="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Mogući odgovor: druga tvrdnja bolje otvara temu jer ljubav ponekad traži vjernost, odricanje i žrtvu. Učenici mogu obrazloženo zastupati i drukčiji početni stav.</w:t>
      </w:r>
    </w:p>
    <w:p w14:paraId="5FDACBAD" w14:textId="77777777" w:rsidR="00D25EA8" w:rsidRDefault="00D25EA8">
      <w:pPr>
        <w:spacing w:after="0" w:line="240" w:lineRule="auto"/>
        <w:jc w:val="both"/>
      </w:pPr>
    </w:p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3549"/>
        <w:gridCol w:w="3550"/>
        <w:gridCol w:w="3559"/>
      </w:tblGrid>
      <w:tr w:rsidR="00C75652" w14:paraId="3AD92D85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A3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FCF7FD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TVRDNJA A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C2886A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TVRDNJA B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504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F82CBD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MOJ RAZLOG</w:t>
            </w:r>
          </w:p>
        </w:tc>
      </w:tr>
      <w:tr w:rsidR="00C75652" w14:paraId="17023D00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B41F82" w14:textId="77777777" w:rsidR="00C75652" w:rsidRDefault="00A304F0" w:rsidP="00D25EA8">
            <w:pPr>
              <w:spacing w:after="0"/>
            </w:pPr>
            <w:r>
              <w:rPr>
                <w:color w:val="000000"/>
                <w:sz w:val="36"/>
              </w:rPr>
              <w:t>Prava ljubav uvijek bira lakši put.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29900C" w14:textId="77777777" w:rsidR="00C75652" w:rsidRDefault="00A304F0" w:rsidP="00D25EA8">
            <w:pPr>
              <w:spacing w:after="0"/>
            </w:pPr>
            <w:r>
              <w:rPr>
                <w:color w:val="000000"/>
                <w:sz w:val="36"/>
              </w:rPr>
              <w:t>Ponekad ljubav ostaje vjerna i kad je teško.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8803AF" w14:textId="6677ACCD" w:rsidR="00C75652" w:rsidRDefault="00A304F0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</w:t>
            </w:r>
            <w:r w:rsidR="00D25EA8">
              <w:rPr>
                <w:color w:val="000000"/>
                <w:sz w:val="24"/>
              </w:rPr>
              <w:t>___________</w:t>
            </w:r>
            <w:r>
              <w:rPr>
                <w:color w:val="000000"/>
                <w:sz w:val="24"/>
              </w:rPr>
              <w:t>_______</w:t>
            </w:r>
          </w:p>
        </w:tc>
      </w:tr>
    </w:tbl>
    <w:p w14:paraId="4BEAD61B" w14:textId="77777777" w:rsidR="00C75652" w:rsidRDefault="00A304F0">
      <w:pPr>
        <w:keepNext/>
        <w:spacing w:before="220" w:after="0" w:line="240" w:lineRule="auto"/>
      </w:pPr>
      <w:r>
        <w:rPr>
          <w:color w:val="000000"/>
        </w:rPr>
        <w:t>Razgovor:</w:t>
      </w:r>
    </w:p>
    <w:p w14:paraId="0B24B0FD" w14:textId="77777777" w:rsidR="00C75652" w:rsidRDefault="00A304F0" w:rsidP="00A304F0">
      <w:pPr>
        <w:pStyle w:val="Odlomakpopisa"/>
        <w:numPr>
          <w:ilvl w:val="0"/>
          <w:numId w:val="7"/>
        </w:numPr>
        <w:spacing w:after="20" w:line="240" w:lineRule="auto"/>
      </w:pPr>
      <w:r w:rsidRPr="00D25EA8">
        <w:rPr>
          <w:color w:val="000000"/>
        </w:rPr>
        <w:t xml:space="preserve">Kako znati da nas netko stvarno voli? </w:t>
      </w:r>
      <w:r w:rsidRPr="00D25EA8">
        <w:rPr>
          <w:color w:val="6B6B6B"/>
          <w:sz w:val="18"/>
        </w:rPr>
        <w:t>(Ljubav se vidi u vjernosti, brizi, žrtvi, praštanju i djelima.)</w:t>
      </w:r>
    </w:p>
    <w:p w14:paraId="19A691F6" w14:textId="77777777" w:rsidR="00C75652" w:rsidRDefault="00A304F0" w:rsidP="00A304F0">
      <w:pPr>
        <w:pStyle w:val="Odlomakpopisa"/>
        <w:numPr>
          <w:ilvl w:val="0"/>
          <w:numId w:val="7"/>
        </w:numPr>
        <w:spacing w:after="20" w:line="240" w:lineRule="auto"/>
      </w:pPr>
      <w:r w:rsidRPr="00D25EA8">
        <w:rPr>
          <w:color w:val="000000"/>
        </w:rPr>
        <w:t xml:space="preserve">Je li ljubav uvijek laka? </w:t>
      </w:r>
      <w:r w:rsidRPr="00D25EA8">
        <w:rPr>
          <w:color w:val="6B6B6B"/>
          <w:sz w:val="18"/>
        </w:rPr>
        <w:t>(Nije; ponekad traži odricanje, strpljenje i ostajanje uz drugoga u teškom trenutku.)</w:t>
      </w:r>
    </w:p>
    <w:p w14:paraId="263A38C0" w14:textId="77777777" w:rsidR="00C75652" w:rsidRDefault="00A304F0" w:rsidP="00A304F0">
      <w:pPr>
        <w:pStyle w:val="Odlomakpopisa"/>
        <w:numPr>
          <w:ilvl w:val="0"/>
          <w:numId w:val="7"/>
        </w:numPr>
        <w:spacing w:after="20" w:line="240" w:lineRule="auto"/>
      </w:pPr>
      <w:r w:rsidRPr="00D25EA8">
        <w:rPr>
          <w:color w:val="000000"/>
        </w:rPr>
        <w:t xml:space="preserve">Može li čovjek učiniti dobro i kada ga to nešto košta? </w:t>
      </w:r>
      <w:r w:rsidRPr="00D25EA8">
        <w:rPr>
          <w:color w:val="6B6B6B"/>
          <w:sz w:val="18"/>
        </w:rPr>
        <w:t>(Može; tada se osobito vidi slobodna i odgovorna odluka za dobro.)</w:t>
      </w:r>
    </w:p>
    <w:p w14:paraId="229FE1F0" w14:textId="77777777" w:rsidR="00C75652" w:rsidRPr="00F97589" w:rsidRDefault="00A304F0" w:rsidP="00A304F0">
      <w:pPr>
        <w:pStyle w:val="Odlomakpopisa"/>
        <w:numPr>
          <w:ilvl w:val="0"/>
          <w:numId w:val="7"/>
        </w:numPr>
        <w:spacing w:after="20" w:line="240" w:lineRule="auto"/>
      </w:pPr>
      <w:r w:rsidRPr="00D25EA8">
        <w:rPr>
          <w:color w:val="000000"/>
        </w:rPr>
        <w:t xml:space="preserve">Što biste željeli saznati o Isusovu putu od Getsemanija do križa? </w:t>
      </w:r>
      <w:r w:rsidRPr="00D25EA8">
        <w:rPr>
          <w:color w:val="6B6B6B"/>
          <w:sz w:val="18"/>
        </w:rPr>
        <w:t>(Učenici iznose različita pitanja i pretpostavke.)</w:t>
      </w:r>
    </w:p>
    <w:p w14:paraId="1AB8FF6E" w14:textId="77777777" w:rsidR="00F97589" w:rsidRDefault="00F97589" w:rsidP="00F97589">
      <w:pPr>
        <w:spacing w:after="20" w:line="240" w:lineRule="auto"/>
      </w:pPr>
    </w:p>
    <w:p w14:paraId="613A0253" w14:textId="06231FFD" w:rsidR="00F97589" w:rsidRDefault="00F97589" w:rsidP="00F97589">
      <w:pPr>
        <w:spacing w:after="20" w:line="240" w:lineRule="auto"/>
      </w:pPr>
      <w:r>
        <w:t>Ili:</w:t>
      </w:r>
    </w:p>
    <w:p w14:paraId="77AE27DA" w14:textId="5642969C" w:rsidR="00F97589" w:rsidRDefault="00F97589" w:rsidP="00F97589">
      <w:pPr>
        <w:spacing w:after="20" w:line="240" w:lineRule="auto"/>
      </w:pPr>
      <w:r>
        <w:lastRenderedPageBreak/>
        <w:t>Učenici će riješiti igru asocijacije (vidi prilog 45a!)</w:t>
      </w:r>
    </w:p>
    <w:p w14:paraId="28C81EC6" w14:textId="77777777" w:rsidR="00F97589" w:rsidRDefault="00F97589" w:rsidP="00F97589">
      <w:pPr>
        <w:spacing w:after="20" w:line="240" w:lineRule="auto"/>
      </w:pPr>
    </w:p>
    <w:p w14:paraId="5E3E8497" w14:textId="3CEA5EFA" w:rsidR="00F97589" w:rsidRDefault="00F97589" w:rsidP="00F97589">
      <w:pPr>
        <w:spacing w:after="0"/>
        <w:jc w:val="both"/>
      </w:pPr>
      <w:hyperlink r:id="rId6">
        <w:r w:rsidRPr="002A16EB">
          <w:rPr>
            <w:b/>
            <w:bCs/>
            <w:color w:val="0000FF"/>
            <w:u w:val="single"/>
          </w:rPr>
          <w:t>klikni ovdje – poveznica</w:t>
        </w:r>
      </w:hyperlink>
    </w:p>
    <w:p w14:paraId="6ED3F3E8" w14:textId="77777777" w:rsidR="00F97589" w:rsidRDefault="00F97589" w:rsidP="00F97589">
      <w:pPr>
        <w:spacing w:after="20" w:line="240" w:lineRule="auto"/>
      </w:pPr>
    </w:p>
    <w:p w14:paraId="6AAB72E6" w14:textId="77777777" w:rsidR="00C75652" w:rsidRDefault="00A304F0">
      <w:pPr>
        <w:keepNext/>
        <w:spacing w:before="60" w:after="40" w:line="240" w:lineRule="auto"/>
      </w:pPr>
      <w:r>
        <w:rPr>
          <w:b/>
          <w:color w:val="C96A00"/>
          <w:sz w:val="26"/>
        </w:rPr>
        <w:t>Najava teme i središnjega pitanja:</w:t>
      </w:r>
    </w:p>
    <w:p w14:paraId="4E63E308" w14:textId="77777777" w:rsidR="00C75652" w:rsidRDefault="00A304F0">
      <w:pPr>
        <w:spacing w:after="220" w:line="240" w:lineRule="auto"/>
        <w:jc w:val="both"/>
        <w:rPr>
          <w:color w:val="000000"/>
        </w:rPr>
      </w:pPr>
      <w:r>
        <w:rPr>
          <w:color w:val="000000"/>
        </w:rPr>
        <w:t>Danas upoznajemo temu „Ljubav bez granica“. Posebno ćemo uočiti Isusovu molitvu u Getsemaniju, njegov put prema Golgoti i značenje njegove smrti na križu. Istraživat ćemo: Kako Isus u svojoj muci i smrti pokazuje ljubav bez granica te što njegova žrtva znači za našu slobodu i život?</w:t>
      </w:r>
    </w:p>
    <w:p w14:paraId="31EBEFE7" w14:textId="77777777" w:rsidR="00D25EA8" w:rsidRDefault="00D25EA8" w:rsidP="00D25EA8"/>
    <w:tbl>
      <w:tblPr>
        <w:tblW w:w="10658" w:type="dxa"/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C75652" w14:paraId="2C581056" w14:textId="77777777" w:rsidTr="006E69EC">
        <w:trPr>
          <w:cantSplit/>
        </w:trPr>
        <w:tc>
          <w:tcPr>
            <w:tcW w:w="10681" w:type="dxa"/>
            <w:shd w:val="clear" w:color="auto" w:fill="00B05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097EF3" w14:textId="2E8606E1" w:rsidR="00C75652" w:rsidRDefault="006E69EC" w:rsidP="006E69EC">
            <w:pPr>
              <w:spacing w:after="0" w:line="240" w:lineRule="auto"/>
            </w:pPr>
            <w:r w:rsidRPr="006E69EC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6E69EC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497787D6" w14:textId="77777777" w:rsidR="00C75652" w:rsidRDefault="00C75652">
      <w:pPr>
        <w:spacing w:after="20" w:line="240" w:lineRule="auto"/>
        <w:jc w:val="both"/>
      </w:pPr>
    </w:p>
    <w:tbl>
      <w:tblPr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75652" w14:paraId="4C44DF04" w14:textId="77777777">
        <w:trPr>
          <w:cantSplit/>
        </w:trPr>
        <w:tc>
          <w:tcPr>
            <w:tcW w:w="10681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9A2F95B" w14:textId="01F3BB81" w:rsidR="00C75652" w:rsidRDefault="00D25EA8">
            <w:pPr>
              <w:spacing w:after="0"/>
              <w:jc w:val="both"/>
            </w:pPr>
            <w:r>
              <w:rPr>
                <w:b/>
                <w:color w:val="C96A00"/>
                <w:sz w:val="21"/>
              </w:rPr>
              <w:t xml:space="preserve">Napomena o izboru aktivnosti: </w:t>
            </w:r>
            <w:r w:rsidR="00A304F0">
              <w:rPr>
                <w:sz w:val="21"/>
              </w:rP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092C76D2" w14:textId="77777777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>Aktivnost 1: Obrada teksta / sadržaja</w:t>
      </w:r>
      <w:r>
        <w:rPr>
          <w:i/>
          <w:color w:val="6B6B6B"/>
          <w:sz w:val="20"/>
        </w:rPr>
        <w:t xml:space="preserve"> (individualni rad, rad u paru i zajednička provjera, 13 minuta)</w:t>
      </w:r>
    </w:p>
    <w:p w14:paraId="09D70C04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Učenici će pročitati tekst „Ljubav bez granica“, udžbenik, str. 52–53. Na radnome predlošku dovršavaju vremensku crtu s tri stanice: GETSEMANI – PUT PREMA GOLGOTI – KRIŽ I PORUKA. Uz svaku stanicu upisuju po dva kratka podatka iz teksta. U paru uspoređuju zapise i zajednički oblikuju jednu rečenicu o tome što cijeli slijed govori o Isusovoj ljubavi.</w:t>
      </w:r>
    </w:p>
    <w:p w14:paraId="19F4B1FF" w14:textId="77777777" w:rsidR="00C75652" w:rsidRDefault="00A304F0">
      <w:pPr>
        <w:spacing w:after="0" w:line="240" w:lineRule="auto"/>
        <w:jc w:val="both"/>
      </w:pPr>
      <w:r>
        <w:rPr>
          <w:i/>
          <w:color w:val="6B6B6B"/>
          <w:sz w:val="20"/>
        </w:rPr>
        <w:t>Rješenje: GETSEMANI – Isus moli i prepušta se Očevoj volji; PUT PREMA GOLGOTI – slijede uhićenje, nepravedno suđenje i nošenje križa; KRIŽ I PORUKA – Isus daruje život, oprašta i raširenim rukama kao da grli sve ljude. Moguća završna rečenica: Isus ostaje vjeran ljubavi do kraja.</w:t>
      </w:r>
    </w:p>
    <w:p w14:paraId="47CFC6A7" w14:textId="77777777" w:rsidR="00C75652" w:rsidRDefault="00A304F0">
      <w:pPr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3558"/>
        <w:gridCol w:w="3550"/>
        <w:gridCol w:w="3550"/>
      </w:tblGrid>
      <w:tr w:rsidR="00C75652" w14:paraId="40186FA4" w14:textId="77777777" w:rsidTr="00D25EA8">
        <w:trPr>
          <w:cantSplit/>
        </w:trPr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04C106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GETSEMANI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6DBA2E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PUT PREMA GOLGOTI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8C36A1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KRIŽ I PORUKA</w:t>
            </w:r>
          </w:p>
        </w:tc>
      </w:tr>
      <w:tr w:rsidR="00D25EA8" w14:paraId="5F09A5E9" w14:textId="77777777" w:rsidTr="00D25EA8">
        <w:trPr>
          <w:cantSplit/>
        </w:trPr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7FC66A" w14:textId="655622C9" w:rsidR="00D25EA8" w:rsidRDefault="00D25EA8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EB9033" w14:textId="7C80C075" w:rsidR="00D25EA8" w:rsidRDefault="00D25EA8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07B723" w14:textId="32B63875" w:rsidR="00D25EA8" w:rsidRDefault="00D25EA8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</w:p>
        </w:tc>
      </w:tr>
      <w:tr w:rsidR="00D25EA8" w14:paraId="7232051B" w14:textId="77777777" w:rsidTr="00D25EA8">
        <w:trPr>
          <w:cantSplit/>
        </w:trPr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2EC094" w14:textId="643CE696" w:rsidR="00D25EA8" w:rsidRDefault="00D25EA8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9E9493" w14:textId="0A7A2E32" w:rsidR="00D25EA8" w:rsidRDefault="00D25EA8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B6CF0E" w14:textId="13A1871E" w:rsidR="00D25EA8" w:rsidRDefault="00D25EA8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</w:p>
        </w:tc>
      </w:tr>
    </w:tbl>
    <w:p w14:paraId="03FABF6B" w14:textId="77777777" w:rsidR="00C75652" w:rsidRDefault="00A304F0">
      <w:pPr>
        <w:spacing w:before="100" w:after="0" w:line="240" w:lineRule="auto"/>
      </w:pPr>
      <w:r>
        <w:rPr>
          <w:color w:val="000000"/>
        </w:rPr>
        <w:t>Ili:</w:t>
      </w:r>
    </w:p>
    <w:p w14:paraId="458E20D8" w14:textId="77777777" w:rsidR="00C75652" w:rsidRDefault="00A304F0">
      <w:pPr>
        <w:spacing w:after="0" w:line="240" w:lineRule="auto"/>
      </w:pPr>
      <w:r>
        <w:rPr>
          <w:color w:val="000000"/>
        </w:rPr>
        <w:t>Učenici će pročitati tekst, odgovoriti na pitanja i promatrati shematski prikaz glavnih poruka Isusove muke i smrti.</w:t>
      </w:r>
    </w:p>
    <w:p w14:paraId="788EE86A" w14:textId="77777777" w:rsidR="00C75652" w:rsidRDefault="00A304F0">
      <w:pPr>
        <w:keepNext/>
        <w:spacing w:before="220" w:after="0" w:line="240" w:lineRule="auto"/>
      </w:pPr>
      <w:r>
        <w:rPr>
          <w:color w:val="000000"/>
        </w:rPr>
        <w:t>Razgovor:</w:t>
      </w:r>
    </w:p>
    <w:p w14:paraId="1D772492" w14:textId="77777777" w:rsidR="00C75652" w:rsidRDefault="00A304F0" w:rsidP="00A304F0">
      <w:pPr>
        <w:pStyle w:val="Odlomakpopisa"/>
        <w:numPr>
          <w:ilvl w:val="0"/>
          <w:numId w:val="8"/>
        </w:numPr>
        <w:spacing w:after="20" w:line="240" w:lineRule="auto"/>
      </w:pPr>
      <w:r w:rsidRPr="00D25EA8">
        <w:rPr>
          <w:color w:val="000000"/>
        </w:rPr>
        <w:t xml:space="preserve">Kamo Isus odlazi nakon Posljednje večere? </w:t>
      </w:r>
      <w:r w:rsidRPr="00D25EA8">
        <w:rPr>
          <w:color w:val="6B6B6B"/>
          <w:sz w:val="18"/>
        </w:rPr>
        <w:t>(Na Maslinsku goru, u Getsemani.)</w:t>
      </w:r>
    </w:p>
    <w:p w14:paraId="7EC2A477" w14:textId="77777777" w:rsidR="00C75652" w:rsidRDefault="00A304F0" w:rsidP="00A304F0">
      <w:pPr>
        <w:pStyle w:val="Odlomakpopisa"/>
        <w:numPr>
          <w:ilvl w:val="0"/>
          <w:numId w:val="8"/>
        </w:numPr>
        <w:spacing w:after="20" w:line="240" w:lineRule="auto"/>
      </w:pPr>
      <w:r w:rsidRPr="00D25EA8">
        <w:rPr>
          <w:color w:val="000000"/>
        </w:rPr>
        <w:t xml:space="preserve">Što se događa nakon Isusove molitve u Getsemaniju? </w:t>
      </w:r>
      <w:r w:rsidRPr="00D25EA8">
        <w:rPr>
          <w:color w:val="6B6B6B"/>
          <w:sz w:val="18"/>
        </w:rPr>
        <w:t>(Dolaze vojnici s Judom, Isus je uhićen, suđen i osuđen na raspeće.)</w:t>
      </w:r>
    </w:p>
    <w:p w14:paraId="0C2C689D" w14:textId="77777777" w:rsidR="00C75652" w:rsidRDefault="00A304F0" w:rsidP="00A304F0">
      <w:pPr>
        <w:pStyle w:val="Odlomakpopisa"/>
        <w:numPr>
          <w:ilvl w:val="0"/>
          <w:numId w:val="8"/>
        </w:numPr>
        <w:spacing w:after="20" w:line="240" w:lineRule="auto"/>
      </w:pPr>
      <w:r w:rsidRPr="00D25EA8">
        <w:rPr>
          <w:color w:val="000000"/>
        </w:rPr>
        <w:t xml:space="preserve">Na kojem je brdu Isus razapet i između koga? </w:t>
      </w:r>
      <w:r w:rsidRPr="00D25EA8">
        <w:rPr>
          <w:color w:val="6B6B6B"/>
          <w:sz w:val="18"/>
        </w:rPr>
        <w:t>(Na Golgoti, između dvojice razbojnika.)</w:t>
      </w:r>
    </w:p>
    <w:p w14:paraId="1EB5FA6C" w14:textId="77777777" w:rsidR="00C75652" w:rsidRDefault="00A304F0" w:rsidP="00A304F0">
      <w:pPr>
        <w:pStyle w:val="Odlomakpopisa"/>
        <w:numPr>
          <w:ilvl w:val="0"/>
          <w:numId w:val="8"/>
        </w:numPr>
        <w:spacing w:after="20" w:line="240" w:lineRule="auto"/>
      </w:pPr>
      <w:r w:rsidRPr="00D25EA8">
        <w:rPr>
          <w:color w:val="000000"/>
        </w:rPr>
        <w:t xml:space="preserve">Kako udžbenik objašnjava značenje Isusove smrti? </w:t>
      </w:r>
      <w:r w:rsidRPr="00D25EA8">
        <w:rPr>
          <w:color w:val="6B6B6B"/>
          <w:sz w:val="18"/>
        </w:rPr>
        <w:t>(Isus nas otkupljuje, vraća Bogu i oslobađa iz ropstva grijeha.)</w:t>
      </w:r>
    </w:p>
    <w:p w14:paraId="4654BB3B" w14:textId="77777777" w:rsidR="00C75652" w:rsidRDefault="00A304F0">
      <w:pPr>
        <w:spacing w:before="220" w:after="0" w:line="240" w:lineRule="auto"/>
      </w:pPr>
      <w:r>
        <w:rPr>
          <w:color w:val="000000"/>
        </w:rPr>
        <w:t>Shematski prikaz i ključni naglasci:</w:t>
      </w:r>
    </w:p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3554"/>
        <w:gridCol w:w="3550"/>
        <w:gridCol w:w="3554"/>
      </w:tblGrid>
      <w:tr w:rsidR="00C75652" w14:paraId="629A4276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A3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F908A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GETSEMANI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8CA42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KRIŽ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504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434CB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ZA NAS</w:t>
            </w:r>
          </w:p>
        </w:tc>
      </w:tr>
      <w:tr w:rsidR="00C75652" w14:paraId="508F3ADE" w14:textId="77777777" w:rsidTr="003063C4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4864D" w14:textId="77777777" w:rsidR="00C75652" w:rsidRDefault="00A304F0" w:rsidP="00D25EA8">
            <w:pPr>
              <w:spacing w:after="0"/>
            </w:pPr>
            <w:r>
              <w:rPr>
                <w:color w:val="000000"/>
                <w:sz w:val="40"/>
              </w:rPr>
              <w:t>povjerenje Ocu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12539" w14:textId="77777777" w:rsidR="00C75652" w:rsidRDefault="00A304F0" w:rsidP="00D25EA8">
            <w:pPr>
              <w:spacing w:after="0"/>
            </w:pPr>
            <w:r>
              <w:rPr>
                <w:color w:val="000000"/>
                <w:sz w:val="40"/>
              </w:rPr>
              <w:t>ljubav do kraja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DA8BD" w14:textId="77777777" w:rsidR="00C75652" w:rsidRDefault="00A304F0" w:rsidP="00D25EA8">
            <w:pPr>
              <w:spacing w:after="0"/>
            </w:pPr>
            <w:r>
              <w:rPr>
                <w:color w:val="000000"/>
                <w:sz w:val="40"/>
              </w:rPr>
              <w:t>otkupljenje</w:t>
            </w:r>
          </w:p>
        </w:tc>
      </w:tr>
      <w:tr w:rsidR="00C75652" w14:paraId="06C52D91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2392E" w14:textId="77777777" w:rsidR="00C75652" w:rsidRDefault="00A304F0" w:rsidP="00D25EA8">
            <w:pPr>
              <w:spacing w:after="0"/>
            </w:pPr>
            <w:r>
              <w:rPr>
                <w:color w:val="000000"/>
                <w:sz w:val="40"/>
              </w:rPr>
              <w:t>„ne moja volja…“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86E15" w14:textId="77777777" w:rsidR="00C75652" w:rsidRDefault="00A304F0" w:rsidP="00D25EA8">
            <w:pPr>
              <w:spacing w:after="0"/>
            </w:pPr>
            <w:r>
              <w:rPr>
                <w:color w:val="000000"/>
                <w:sz w:val="40"/>
              </w:rPr>
              <w:t>daruje život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3E356" w14:textId="77777777" w:rsidR="00C75652" w:rsidRDefault="00A304F0" w:rsidP="00D25EA8">
            <w:pPr>
              <w:spacing w:after="0"/>
            </w:pPr>
            <w:r>
              <w:rPr>
                <w:color w:val="000000"/>
                <w:sz w:val="40"/>
              </w:rPr>
              <w:t>sloboda</w:t>
            </w:r>
          </w:p>
        </w:tc>
      </w:tr>
    </w:tbl>
    <w:p w14:paraId="5571C68D" w14:textId="77777777" w:rsidR="00C75652" w:rsidRDefault="00A304F0">
      <w:pPr>
        <w:spacing w:before="220" w:after="220" w:line="240" w:lineRule="auto"/>
        <w:jc w:val="both"/>
      </w:pPr>
      <w:r>
        <w:rPr>
          <w:b/>
          <w:color w:val="548235"/>
          <w:sz w:val="36"/>
        </w:rPr>
        <w:t>Kršćanski naglasak:</w:t>
      </w:r>
      <w:r>
        <w:rPr>
          <w:color w:val="000000"/>
          <w:sz w:val="36"/>
        </w:rPr>
        <w:t xml:space="preserve"> Isusova muka i smrt nisu samo niz patnji. U Getsemaniju Isus slobodno prihvaća Očevu volju, a na križu ostaje vjeran ljubavi, oprašta i daruje život. Kršćani u križu prepoznaju ljubav Boga koji čovjeka ne napušta u grijehu i smrti, nego ga u Kristu otkupljuje i poziva u slobodu i novi život.</w:t>
      </w:r>
    </w:p>
    <w:p w14:paraId="08DAF5E1" w14:textId="77777777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>Aktivnost 2: Pjesma – Golgota</w:t>
      </w:r>
      <w:r>
        <w:rPr>
          <w:i/>
          <w:color w:val="6B6B6B"/>
          <w:sz w:val="20"/>
        </w:rPr>
        <w:t xml:space="preserve"> (frontalni rad i individualni odgovor, 6 minuta)</w:t>
      </w:r>
    </w:p>
    <w:p w14:paraId="5317665E" w14:textId="03A51A48" w:rsidR="00C75652" w:rsidRDefault="00A304F0">
      <w:pPr>
        <w:spacing w:after="0" w:line="240" w:lineRule="auto"/>
        <w:jc w:val="both"/>
      </w:pPr>
      <w:r>
        <w:rPr>
          <w:color w:val="000000"/>
        </w:rPr>
        <w:t>Učenici će poslušati</w:t>
      </w:r>
      <w:r w:rsidR="00D25EA8">
        <w:rPr>
          <w:color w:val="000000"/>
        </w:rPr>
        <w:t xml:space="preserve"> </w:t>
      </w:r>
      <w:r>
        <w:rPr>
          <w:color w:val="000000"/>
        </w:rPr>
        <w:t>pjesm</w:t>
      </w:r>
      <w:r w:rsidR="00D25EA8">
        <w:rPr>
          <w:color w:val="000000"/>
        </w:rPr>
        <w:t>u</w:t>
      </w:r>
      <w:r>
        <w:rPr>
          <w:color w:val="000000"/>
        </w:rPr>
        <w:t xml:space="preserve"> „Golgota“. Tijekom slušanja bilježe jednu sliku, jednu emociju i jednu riječ koja im pomaže povezati pjesmu s glavnim tekstom. Nakon slušanja nekoliko učenika kratko obrazlaže izbor.</w:t>
      </w:r>
    </w:p>
    <w:p w14:paraId="43BF15BD" w14:textId="77777777" w:rsidR="00C75652" w:rsidRDefault="00A304F0">
      <w:pPr>
        <w:spacing w:after="0" w:line="240" w:lineRule="auto"/>
        <w:jc w:val="both"/>
      </w:pPr>
      <w:r>
        <w:rPr>
          <w:i/>
          <w:color w:val="6B6B6B"/>
          <w:sz w:val="20"/>
        </w:rPr>
        <w:t>Rješenje: Mogući odgovori: križ – tuga – ljubav; Getsemani – strah – povjerenje; Golgota – žrtva – oproštenje. Prihvatljivi su različiti odgovori ako su povezani s temom.</w:t>
      </w:r>
    </w:p>
    <w:p w14:paraId="7D5E1E2B" w14:textId="3856BE5C" w:rsidR="00D25EA8" w:rsidRDefault="00D25EA8">
      <w:pPr>
        <w:spacing w:before="220" w:after="0" w:line="240" w:lineRule="auto"/>
        <w:rPr>
          <w:color w:val="000000"/>
        </w:rPr>
      </w:pPr>
      <w:r w:rsidRPr="00D25EA8">
        <w:rPr>
          <w:color w:val="000000"/>
        </w:rPr>
        <w:t>Alan Hržica i Srce Isusovo - Golgota (Official Video 2013)</w:t>
      </w:r>
      <w:r>
        <w:rPr>
          <w:color w:val="000000"/>
        </w:rPr>
        <w:t xml:space="preserve">; 4:17; </w:t>
      </w:r>
      <w:r w:rsidR="00251569" w:rsidRPr="00251569">
        <w:rPr>
          <w:color w:val="000000"/>
        </w:rPr>
        <w:t>Molitvena zajednica Srce Isusovo</w:t>
      </w:r>
      <w:r w:rsidR="00251569">
        <w:rPr>
          <w:color w:val="000000"/>
        </w:rPr>
        <w:t xml:space="preserve">; </w:t>
      </w:r>
      <w:r w:rsidRPr="00D25EA8">
        <w:rPr>
          <w:color w:val="000000"/>
        </w:rPr>
        <w:t>Izvor: YouTube</w:t>
      </w:r>
    </w:p>
    <w:p w14:paraId="715155C2" w14:textId="25AD037F" w:rsidR="00251569" w:rsidRDefault="00251569">
      <w:pPr>
        <w:spacing w:before="220" w:after="0" w:line="240" w:lineRule="auto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96BEE42" wp14:editId="5747BCC6">
            <wp:extent cx="2401200" cy="1800000"/>
            <wp:effectExtent l="0" t="0" r="0" b="0"/>
            <wp:docPr id="394554086" name="Videozapis 1" descr="Alan Hržica i Srce Isusovo - Golgota (Official Video 2013)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554086" name="Videozapis 1" descr="Alan Hržica i Srce Isusovo - Golgota (Official Video 2013)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QILNA2neRSY?feature=oembed&quot; frameborder=&quot;0&quot; allow=&quot;accelerometer; autoplay; clipboard-write; encrypted-media; gyroscope; picture-in-picture; web-share&quot; referrerpolicy=&quot;strict-origin-when-cross-origin&quot; allowfullscreen=&quot;&quot; title=&quot;Alan Hržica i Srce Isusovo - Golgota (Official Video 2013)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1E0DD" w14:textId="1EB85281" w:rsidR="00C75652" w:rsidRDefault="00A304F0">
      <w:pPr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3560"/>
        <w:gridCol w:w="3549"/>
        <w:gridCol w:w="3549"/>
      </w:tblGrid>
      <w:tr w:rsidR="00C75652" w14:paraId="70FA56FD" w14:textId="77777777" w:rsidTr="00D25EA8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64A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5C29D2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SLIKA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BD2538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EMOCIJA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A3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49BD91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RIJEČ</w:t>
            </w:r>
          </w:p>
        </w:tc>
      </w:tr>
      <w:tr w:rsidR="00D25EA8" w14:paraId="080B80B5" w14:textId="77777777" w:rsidTr="00D25EA8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E816A7" w14:textId="1343BB4C" w:rsidR="00D25EA8" w:rsidRDefault="00D25EA8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B9F07E" w14:textId="58286EAD" w:rsidR="00D25EA8" w:rsidRDefault="00D25EA8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4BD3DC" w14:textId="5C843E62" w:rsidR="00D25EA8" w:rsidRDefault="00D25EA8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</w:tr>
    </w:tbl>
    <w:p w14:paraId="50139003" w14:textId="284E6AC1" w:rsidR="00251569" w:rsidRDefault="00251569" w:rsidP="00251569">
      <w:pPr>
        <w:keepNext/>
        <w:spacing w:before="100" w:after="40" w:line="240" w:lineRule="auto"/>
      </w:pPr>
      <w:r>
        <w:rPr>
          <w:b/>
          <w:color w:val="C96A00"/>
          <w:sz w:val="26"/>
        </w:rPr>
        <w:t>Aktivnost 3: Sastavi jednu postaju križnoga puta</w:t>
      </w:r>
      <w:r>
        <w:rPr>
          <w:i/>
          <w:color w:val="6B6B6B"/>
          <w:sz w:val="20"/>
        </w:rPr>
        <w:t xml:space="preserve"> (individualni rad, 10 minuta)</w:t>
      </w:r>
    </w:p>
    <w:p w14:paraId="7024E1A3" w14:textId="0BFBDD41" w:rsidR="00251569" w:rsidRPr="007426AF" w:rsidRDefault="00251569" w:rsidP="007426AF">
      <w:pPr>
        <w:spacing w:after="0" w:line="240" w:lineRule="auto"/>
        <w:jc w:val="both"/>
        <w:rPr>
          <w:color w:val="FF0000"/>
        </w:rPr>
      </w:pPr>
      <w:r>
        <w:rPr>
          <w:color w:val="000000"/>
        </w:rPr>
        <w:t xml:space="preserve">Učenici će odabrati jednu postaju križnoga puta i sastaviti je </w:t>
      </w:r>
      <w:r w:rsidR="007426AF">
        <w:rPr>
          <w:color w:val="000000"/>
        </w:rPr>
        <w:t>prema uputama iz ppt-a</w:t>
      </w:r>
      <w:r w:rsidR="007426AF" w:rsidRPr="007426AF">
        <w:rPr>
          <w:color w:val="000000"/>
        </w:rPr>
        <w:t xml:space="preserve"> (vidi prilog 45b!)</w:t>
      </w:r>
      <w:r w:rsidR="007426AF">
        <w:rPr>
          <w:color w:val="000000"/>
        </w:rPr>
        <w:t xml:space="preserve">. </w:t>
      </w:r>
      <w:r w:rsidR="007426AF" w:rsidRPr="007426AF">
        <w:rPr>
          <w:color w:val="FF0000"/>
        </w:rPr>
        <w:t>Rad se ocjenjuje i za odličnu ocjenu treba imati sve sastavnice. Učenici koji ne stignu dovršiti rad na satu, sastavit će ga doma i donijeti na idući sat kako bi se mogao ocjeniti.</w:t>
      </w:r>
    </w:p>
    <w:p w14:paraId="28BD11E4" w14:textId="77777777" w:rsidR="007426AF" w:rsidRDefault="007426AF" w:rsidP="007426AF">
      <w:pPr>
        <w:spacing w:after="0" w:line="240" w:lineRule="auto"/>
        <w:jc w:val="both"/>
        <w:rPr>
          <w:b/>
          <w:color w:val="C96A00"/>
          <w:sz w:val="26"/>
        </w:rPr>
      </w:pPr>
    </w:p>
    <w:p w14:paraId="2361906F" w14:textId="1B88FD1A" w:rsidR="007426AF" w:rsidRDefault="007426AF" w:rsidP="007426AF">
      <w:pPr>
        <w:spacing w:after="0"/>
        <w:jc w:val="both"/>
      </w:pPr>
      <w:hyperlink r:id="rId9">
        <w:r w:rsidRPr="002A16EB">
          <w:rPr>
            <w:b/>
            <w:bCs/>
            <w:color w:val="0000FF"/>
            <w:u w:val="single"/>
          </w:rPr>
          <w:t>klikni ovdje – poveznica</w:t>
        </w:r>
      </w:hyperlink>
    </w:p>
    <w:p w14:paraId="5F33774D" w14:textId="77777777" w:rsidR="007426AF" w:rsidRDefault="007426AF" w:rsidP="007426AF">
      <w:pPr>
        <w:spacing w:after="0" w:line="240" w:lineRule="auto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323B5697" w14:textId="51212594" w:rsidR="007426AF" w:rsidRPr="007426AF" w:rsidRDefault="007426AF" w:rsidP="007426AF">
      <w:pPr>
        <w:spacing w:after="0" w:line="240" w:lineRule="auto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7426AF">
        <w:rPr>
          <w:rFonts w:asciiTheme="majorHAnsi" w:eastAsia="Times New Roman" w:hAnsiTheme="majorHAnsi" w:cstheme="majorHAnsi"/>
          <w:lang w:eastAsia="hr-HR"/>
        </w:rPr>
        <w:t>Tijekom rada mogu slušati vjeronaučne pjesme, npr. „Cijeno neprocjenjiva“</w:t>
      </w:r>
      <w:r>
        <w:rPr>
          <w:rFonts w:asciiTheme="majorHAnsi" w:eastAsia="Times New Roman" w:hAnsiTheme="majorHAnsi" w:cstheme="majorHAnsi"/>
          <w:lang w:eastAsia="hr-HR"/>
        </w:rPr>
        <w:t xml:space="preserve">; 4:32; Izvor: </w:t>
      </w:r>
      <w:r w:rsidRPr="007426AF">
        <w:rPr>
          <w:rFonts w:asciiTheme="majorHAnsi" w:eastAsia="Times New Roman" w:hAnsiTheme="majorHAnsi" w:cstheme="majorHAnsi"/>
          <w:lang w:eastAsia="hr-HR"/>
        </w:rPr>
        <w:t>Alan Hržica</w:t>
      </w:r>
      <w:r w:rsidRPr="007426AF">
        <w:t xml:space="preserve"> </w:t>
      </w:r>
      <w:r>
        <w:t>i M</w:t>
      </w:r>
      <w:r w:rsidRPr="007426AF">
        <w:rPr>
          <w:rFonts w:asciiTheme="majorHAnsi" w:eastAsia="Times New Roman" w:hAnsiTheme="majorHAnsi" w:cstheme="majorHAnsi"/>
          <w:lang w:eastAsia="hr-HR"/>
        </w:rPr>
        <w:t>olitvena zajednica Srce Isusovo</w:t>
      </w:r>
      <w:r>
        <w:rPr>
          <w:rFonts w:asciiTheme="majorHAnsi" w:eastAsia="Times New Roman" w:hAnsiTheme="majorHAnsi" w:cstheme="majorHAnsi"/>
          <w:lang w:eastAsia="hr-HR"/>
        </w:rPr>
        <w:t xml:space="preserve">; </w:t>
      </w:r>
      <w:r w:rsidRPr="007426AF">
        <w:rPr>
          <w:rFonts w:asciiTheme="majorHAnsi" w:eastAsia="Times New Roman" w:hAnsiTheme="majorHAnsi" w:cstheme="majorHAnsi"/>
          <w:lang w:eastAsia="hr-HR"/>
        </w:rPr>
        <w:t>YouTube</w:t>
      </w:r>
    </w:p>
    <w:p w14:paraId="2975BEB1" w14:textId="77777777" w:rsidR="007426AF" w:rsidRPr="007426AF" w:rsidRDefault="007426AF" w:rsidP="007426AF">
      <w:pPr>
        <w:spacing w:after="0" w:line="240" w:lineRule="auto"/>
        <w:ind w:left="54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1B99E551" w14:textId="77777777" w:rsidR="007426AF" w:rsidRDefault="007426AF" w:rsidP="007426AF">
      <w:pPr>
        <w:spacing w:after="0" w:line="240" w:lineRule="auto"/>
        <w:textAlignment w:val="center"/>
        <w:rPr>
          <w:rFonts w:asciiTheme="majorHAnsi" w:eastAsia="Times New Roman" w:hAnsiTheme="majorHAnsi" w:cstheme="majorHAnsi"/>
          <w:lang w:eastAsia="hr-HR"/>
        </w:rPr>
      </w:pPr>
      <w:r>
        <w:rPr>
          <w:rFonts w:asciiTheme="majorHAnsi" w:eastAsia="Times New Roman" w:hAnsiTheme="majorHAnsi" w:cstheme="majorHAnsi"/>
          <w:noProof/>
          <w:lang w:eastAsia="hr-HR"/>
        </w:rPr>
        <w:drawing>
          <wp:inline distT="0" distB="0" distL="0" distR="0" wp14:anchorId="705FED69" wp14:editId="58D5C443">
            <wp:extent cx="2401200" cy="1800000"/>
            <wp:effectExtent l="0" t="0" r="0" b="0"/>
            <wp:docPr id="454358744" name="Videozapis 2" descr="Alan Hržica i Srce Isusovo - Cijeno neprocjenjiva (Official Video 2013)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358744" name="Videozapis 2" descr="Alan Hržica i Srce Isusovo - Cijeno neprocjenjiva (Official Video 2013)">
                      <a:hlinkClick r:id="rId10"/>
                    </pic:cNvPr>
                    <pic:cNvPicPr/>
                  </pic:nvPicPr>
                  <pic:blipFill>
                    <a:blip r:embed="rId11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g9o4jY0wVHs?feature=oembed&quot; frameborder=&quot;0&quot; allow=&quot;accelerometer; autoplay; clipboard-write; encrypted-media; gyroscope; picture-in-picture; web-share&quot; referrerpolicy=&quot;strict-origin-when-cross-origin&quot; allowfullscreen=&quot;&quot; title=&quot;Alan Hržica i Srce Isusovo - Cijeno neprocjenjiva (Official Video 2013)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CABE7" w14:textId="77777777" w:rsidR="007426AF" w:rsidRDefault="007426AF" w:rsidP="007426AF">
      <w:pPr>
        <w:spacing w:after="0" w:line="240" w:lineRule="auto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285A6635" w14:textId="79FF22F3" w:rsidR="00251569" w:rsidRPr="007426AF" w:rsidRDefault="007426AF" w:rsidP="007426AF">
      <w:pPr>
        <w:spacing w:after="0" w:line="240" w:lineRule="auto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7426AF">
        <w:rPr>
          <w:rFonts w:asciiTheme="majorHAnsi" w:eastAsia="Times New Roman" w:hAnsiTheme="majorHAnsi" w:cstheme="majorHAnsi"/>
          <w:lang w:eastAsia="hr-HR"/>
        </w:rPr>
        <w:t>Predstavljanje rezultata.</w:t>
      </w:r>
    </w:p>
    <w:p w14:paraId="3C5554CE" w14:textId="20234D22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 xml:space="preserve">Aktivnost </w:t>
      </w:r>
      <w:r w:rsidR="007426AF">
        <w:rPr>
          <w:b/>
          <w:color w:val="C96A00"/>
          <w:sz w:val="26"/>
        </w:rPr>
        <w:t>4</w:t>
      </w:r>
      <w:r>
        <w:rPr>
          <w:b/>
          <w:color w:val="C96A00"/>
          <w:sz w:val="26"/>
        </w:rPr>
        <w:t>: Od Posljednje večere do Golgote</w:t>
      </w:r>
      <w:r>
        <w:rPr>
          <w:i/>
          <w:color w:val="6B6B6B"/>
          <w:sz w:val="20"/>
        </w:rPr>
        <w:t xml:space="preserve"> (rad u paru, 7 minuta)</w:t>
      </w:r>
    </w:p>
    <w:p w14:paraId="362ADD6C" w14:textId="77777777" w:rsidR="00E21252" w:rsidRDefault="00A304F0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Rad u paru. Učenici će iz glavnog teksta izdvojiti po jedan događaj za POČETAK – SREDINU – ZAVRŠETAK Isusova puta nakon Posljednje večere. Zatim uz svaki događaj dodaju najviše tri riječi poruke. </w:t>
      </w:r>
    </w:p>
    <w:p w14:paraId="53C83451" w14:textId="77777777" w:rsidR="00E21252" w:rsidRDefault="00A304F0">
      <w:pPr>
        <w:spacing w:after="0" w:line="240" w:lineRule="auto"/>
        <w:jc w:val="both"/>
        <w:rPr>
          <w:color w:val="000000"/>
        </w:rPr>
      </w:pPr>
      <w:r w:rsidRPr="00E21252">
        <w:rPr>
          <w:b/>
          <w:bCs/>
          <w:color w:val="000000"/>
        </w:rPr>
        <w:t>Jednostavnija varijanta:</w:t>
      </w:r>
      <w:r>
        <w:rPr>
          <w:color w:val="000000"/>
        </w:rPr>
        <w:t xml:space="preserve"> događaje biraju iz ponuđenih primjera. </w:t>
      </w:r>
    </w:p>
    <w:p w14:paraId="30A32D64" w14:textId="257D523A" w:rsidR="00C75652" w:rsidRDefault="00A304F0">
      <w:pPr>
        <w:spacing w:after="0" w:line="240" w:lineRule="auto"/>
        <w:jc w:val="both"/>
      </w:pPr>
      <w:r w:rsidRPr="00E21252">
        <w:rPr>
          <w:b/>
          <w:bCs/>
          <w:color w:val="000000"/>
        </w:rPr>
        <w:t>Proširenje:</w:t>
      </w:r>
      <w:r>
        <w:rPr>
          <w:color w:val="000000"/>
        </w:rPr>
        <w:t xml:space="preserve"> uz svaki događaj napišu i jednu riječ koja opisuje Isusov stav.</w:t>
      </w:r>
    </w:p>
    <w:p w14:paraId="7F1124E6" w14:textId="77777777" w:rsidR="00C75652" w:rsidRDefault="00A304F0">
      <w:pPr>
        <w:spacing w:after="0" w:line="240" w:lineRule="auto"/>
        <w:jc w:val="both"/>
      </w:pPr>
      <w:r>
        <w:rPr>
          <w:i/>
          <w:color w:val="6B6B6B"/>
          <w:sz w:val="20"/>
        </w:rPr>
        <w:t>Rješenje: POČETAK – molitva u Getsemaniju; SREDINA – uhićenje, suđenje i put s križem; ZAVRŠETAK – raspeće i smrt. Poruke mogu biti: povjerenje – vjernost – ljubav do kraja.</w:t>
      </w:r>
    </w:p>
    <w:p w14:paraId="4FC18803" w14:textId="77777777" w:rsidR="00C75652" w:rsidRDefault="00A304F0">
      <w:pPr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3560"/>
        <w:gridCol w:w="3549"/>
        <w:gridCol w:w="3549"/>
      </w:tblGrid>
      <w:tr w:rsidR="00C75652" w14:paraId="5DB4B5D5" w14:textId="77777777" w:rsidTr="00E21252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8BA9B0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POČETAK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F9B388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SREDINA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694625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ZAVRŠETAK</w:t>
            </w:r>
          </w:p>
        </w:tc>
      </w:tr>
      <w:tr w:rsidR="00E21252" w14:paraId="020C2478" w14:textId="77777777" w:rsidTr="00E21252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B095A6" w14:textId="66B81A2E" w:rsidR="00E21252" w:rsidRDefault="00E21252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6A0960" w14:textId="69C021C3" w:rsidR="00E21252" w:rsidRDefault="00E21252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F67C51" w14:textId="68859670" w:rsidR="00E21252" w:rsidRDefault="00E21252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</w:tr>
      <w:tr w:rsidR="00E21252" w14:paraId="37E6169B" w14:textId="77777777" w:rsidTr="00E21252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DFB86E" w14:textId="5A8A9D00" w:rsidR="00E21252" w:rsidRDefault="00E21252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B32D93" w14:textId="3B8E0721" w:rsidR="00E21252" w:rsidRDefault="00E21252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E85A89" w14:textId="7B76C8D1" w:rsidR="00E21252" w:rsidRDefault="00E21252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</w:tr>
    </w:tbl>
    <w:p w14:paraId="10FE142D" w14:textId="5697652F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 xml:space="preserve">Aktivnost </w:t>
      </w:r>
      <w:r w:rsidR="007426AF">
        <w:rPr>
          <w:b/>
          <w:color w:val="C96A00"/>
          <w:sz w:val="26"/>
        </w:rPr>
        <w:t>5</w:t>
      </w:r>
      <w:r>
        <w:rPr>
          <w:b/>
          <w:color w:val="C96A00"/>
          <w:sz w:val="26"/>
        </w:rPr>
        <w:t>: Molitva na Maslinskoj gori – četiri traga</w:t>
      </w:r>
      <w:r>
        <w:rPr>
          <w:i/>
          <w:color w:val="6B6B6B"/>
          <w:sz w:val="20"/>
        </w:rPr>
        <w:t xml:space="preserve"> (rad u paru, 8 minuta)</w:t>
      </w:r>
    </w:p>
    <w:p w14:paraId="7E58A9FB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Rad u paru. Učenici će pročitati tekst iz digitalnog udžbenika. Izdvajaju četiri traga: MJESTO – MOLITVA – ODLUKA – UČENICI. Uz svaki trag zapisuju najkraći mogući dokaz iz teksta. Na kraju odgovaraju: Je li Isusova hrabrost odsutnost straha ili vjernost usred straha?</w:t>
      </w:r>
    </w:p>
    <w:p w14:paraId="2A7E05C2" w14:textId="77777777" w:rsidR="00C75652" w:rsidRDefault="00A304F0">
      <w:pPr>
        <w:spacing w:after="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MJESTO – Maslinska gora; MOLITVA – „Oče! Ako hoćeš, otkloni ovu čašu od mene“; ODLUKA – „Ali ne moja volja, nego tvoja neka bude“; UČENICI – zaspali su od žalosti. Isusova hrabrost nije odsutnost patnje, nego vjernost i povjerenje Ocu.</w:t>
      </w:r>
    </w:p>
    <w:p w14:paraId="65E9D0D6" w14:textId="77777777" w:rsidR="00E21252" w:rsidRDefault="00E21252">
      <w:pPr>
        <w:spacing w:after="0" w:line="240" w:lineRule="auto"/>
        <w:jc w:val="both"/>
      </w:pPr>
    </w:p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75652" w14:paraId="4C83B8A8" w14:textId="77777777" w:rsidTr="00F97589">
        <w:tc>
          <w:tcPr>
            <w:tcW w:w="10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6F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FAFBBD1" w14:textId="77777777" w:rsidR="00C75652" w:rsidRDefault="00A304F0">
            <w:pPr>
              <w:shd w:val="clear" w:color="auto" w:fill="46437E"/>
              <w:spacing w:after="100"/>
              <w:jc w:val="center"/>
            </w:pPr>
            <w:r>
              <w:rPr>
                <w:b/>
                <w:color w:val="FFFFFF"/>
                <w:sz w:val="40"/>
              </w:rPr>
              <w:t>MOLITVA NA MASLINSKOJ GORI</w:t>
            </w:r>
            <w:r>
              <w:rPr>
                <w:b/>
                <w:color w:val="FFFFFF"/>
                <w:sz w:val="20"/>
              </w:rPr>
              <w:t xml:space="preserve"> – Lk 22,39–46</w:t>
            </w:r>
          </w:p>
          <w:p w14:paraId="53C520AF" w14:textId="77777777" w:rsidR="00C75652" w:rsidRDefault="00A304F0">
            <w:pPr>
              <w:spacing w:before="60" w:after="40" w:line="240" w:lineRule="auto"/>
              <w:jc w:val="both"/>
            </w:pPr>
            <w:r>
              <w:rPr>
                <w:color w:val="000000"/>
                <w:sz w:val="40"/>
              </w:rPr>
              <w:t>Tada iziđe te se po običaju zaputi na Maslinsku goru. Za njim pođoše i njegovi učenici. Kada dođe onamo, reče im: »Molite da ne padnete u napast!« I otrgnu se od njih koliko bi se kamenom dobacilo, pade na koljena pa se molio: »Oče! Ako hoćeš, otkloni ovu čašu od mene. Ali ne moja volja, nego tvoja neka bude!« A ukaza mu se anđeo s neba koji ga ohrabri. A kad je bio u smrtnoj muci, usrdnije se molio. I bijaše znoj njegov kao kaplje krvi koje su padale na zemlju. Usta od molitve, dođe učenicima i nađe ih snene od žalosti pa im reče: »Što spavate? Ustanite! Molite da ne padnete u napast!«</w:t>
            </w:r>
          </w:p>
        </w:tc>
      </w:tr>
    </w:tbl>
    <w:p w14:paraId="744FF220" w14:textId="77777777" w:rsidR="00C75652" w:rsidRDefault="00A304F0">
      <w:pPr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2665"/>
        <w:gridCol w:w="2665"/>
        <w:gridCol w:w="2664"/>
        <w:gridCol w:w="2664"/>
      </w:tblGrid>
      <w:tr w:rsidR="00C75652" w14:paraId="7F86486D" w14:textId="77777777" w:rsidTr="00E21252">
        <w:trPr>
          <w:cantSplit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08A173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MJESTO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267AF0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MOLITVA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4731EF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ODLUKA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64A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539BA2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UČENICI</w:t>
            </w:r>
          </w:p>
        </w:tc>
      </w:tr>
      <w:tr w:rsidR="00E21252" w14:paraId="4CBCA432" w14:textId="77777777" w:rsidTr="00E21252">
        <w:trPr>
          <w:cantSplit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956EBD" w14:textId="1903D7CD" w:rsidR="00E21252" w:rsidRDefault="00E21252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C638AE" w14:textId="5A666C9F" w:rsidR="00E21252" w:rsidRDefault="00E21252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7933E3" w14:textId="165F7E34" w:rsidR="00E21252" w:rsidRDefault="00E21252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C89302" w14:textId="13232F14" w:rsidR="00E21252" w:rsidRDefault="00E21252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</w:t>
            </w:r>
          </w:p>
        </w:tc>
      </w:tr>
      <w:tr w:rsidR="00E21252" w14:paraId="01AD240B" w14:textId="77777777" w:rsidTr="00E21252">
        <w:trPr>
          <w:cantSplit/>
        </w:trPr>
        <w:tc>
          <w:tcPr>
            <w:tcW w:w="10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88EB06" w14:textId="7189DACA" w:rsidR="00E21252" w:rsidRPr="00E21252" w:rsidRDefault="00E21252" w:rsidP="00E21252">
            <w:pPr>
              <w:spacing w:after="0"/>
              <w:rPr>
                <w:color w:val="000000"/>
                <w:sz w:val="40"/>
                <w:szCs w:val="40"/>
              </w:rPr>
            </w:pPr>
            <w:r w:rsidRPr="00E21252">
              <w:rPr>
                <w:color w:val="002060"/>
                <w:sz w:val="40"/>
                <w:szCs w:val="40"/>
              </w:rPr>
              <w:t>Je li Isusova hrabrost odsutnost straha ili vjernost usred straha?</w:t>
            </w:r>
          </w:p>
        </w:tc>
      </w:tr>
    </w:tbl>
    <w:p w14:paraId="7BF3DE5D" w14:textId="01BF8E8C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 xml:space="preserve">Aktivnost </w:t>
      </w:r>
      <w:r w:rsidR="007426AF">
        <w:rPr>
          <w:b/>
          <w:color w:val="C96A00"/>
          <w:sz w:val="26"/>
        </w:rPr>
        <w:t>6</w:t>
      </w:r>
      <w:r>
        <w:rPr>
          <w:b/>
          <w:color w:val="C96A00"/>
          <w:sz w:val="26"/>
        </w:rPr>
        <w:t>: Isusova smrt – od tame do ispovijesti vjere</w:t>
      </w:r>
      <w:r>
        <w:rPr>
          <w:i/>
          <w:color w:val="6B6B6B"/>
          <w:sz w:val="20"/>
        </w:rPr>
        <w:t xml:space="preserve"> (individualni rad i rad u paru, 8 minuta)</w:t>
      </w:r>
    </w:p>
    <w:p w14:paraId="55A68B92" w14:textId="0C316DA9" w:rsidR="00C75652" w:rsidRDefault="00A304F0">
      <w:pPr>
        <w:spacing w:after="0" w:line="240" w:lineRule="auto"/>
        <w:jc w:val="both"/>
      </w:pPr>
      <w:r>
        <w:rPr>
          <w:color w:val="000000"/>
        </w:rPr>
        <w:t>Učenici će pročitati tekst iz digitalnog udžbenika. Na radnome predlošku izdvajaju četiri trenutka: TAMA – ISUSOVA MOLITVA – SMRT – SATNIK</w:t>
      </w:r>
      <w:r w:rsidR="00E21252">
        <w:rPr>
          <w:color w:val="000000"/>
        </w:rPr>
        <w:t xml:space="preserve"> u koje će napisati po rečenicu objašnjenja</w:t>
      </w:r>
      <w:r>
        <w:rPr>
          <w:color w:val="000000"/>
        </w:rPr>
        <w:t>. Zatim u paru objašnjavaju zašto je satnikova reakcija važna za čitatelja.</w:t>
      </w:r>
    </w:p>
    <w:p w14:paraId="71454E8E" w14:textId="77777777" w:rsidR="00C75652" w:rsidRDefault="00A304F0">
      <w:pPr>
        <w:spacing w:after="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TAMA – nastaje oko šeste ure; ISUSOVA MOLITVA – „Oče, u ruke tvoje predajem duh svoj“; SMRT – Isus izdahne; SATNIK – slavi Boga i priznaje Isusovu pravednost. Satnikova reakcija pokazuje da događaj križa vodi prema prepoznavanju tko je Isus.</w:t>
      </w:r>
    </w:p>
    <w:p w14:paraId="600827E2" w14:textId="77777777" w:rsidR="00E21252" w:rsidRDefault="00E21252" w:rsidP="00E21252"/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75652" w14:paraId="707E5CB2" w14:textId="77777777">
        <w:trPr>
          <w:cantSplit/>
        </w:trPr>
        <w:tc>
          <w:tcPr>
            <w:tcW w:w="10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6F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AE39AB8" w14:textId="77777777" w:rsidR="00C75652" w:rsidRDefault="00A304F0">
            <w:pPr>
              <w:shd w:val="clear" w:color="auto" w:fill="46437E"/>
              <w:spacing w:after="100"/>
              <w:jc w:val="center"/>
            </w:pPr>
            <w:r>
              <w:rPr>
                <w:b/>
                <w:color w:val="FFFFFF"/>
                <w:sz w:val="40"/>
              </w:rPr>
              <w:t>ISUSOVA SMRT</w:t>
            </w:r>
            <w:r>
              <w:rPr>
                <w:b/>
                <w:color w:val="FFFFFF"/>
                <w:sz w:val="20"/>
              </w:rPr>
              <w:t xml:space="preserve"> – Lk 23,44–49</w:t>
            </w:r>
          </w:p>
          <w:p w14:paraId="58B34581" w14:textId="77777777" w:rsidR="00C75652" w:rsidRDefault="00A304F0">
            <w:pPr>
              <w:spacing w:before="60" w:after="40" w:line="240" w:lineRule="auto"/>
              <w:jc w:val="both"/>
            </w:pPr>
            <w:r>
              <w:rPr>
                <w:color w:val="000000"/>
                <w:sz w:val="40"/>
              </w:rPr>
              <w:t>Bijaše već oko šeste ure kad nasta tama po svoj zemlji – sve do ure devete, jer sunce pomrča, a hramska se zavjesa razdrije po sredini. I povika Isus iza glasa: »Oče, u ruke tvoje predajem duh svoj!« To rekavši, izdahnu. Kad satnik vidje što se zbiva, stane slaviti Boga: »Zbilja, čovjek ovaj bijaše pravednik!« I kad je sav svijet koji se zgrnuo na taj prizor vidio što se zbiva, vraćao se bijući se u prsa. Stajahu podalje i gledahu to svi znanci njegovi i žene koje su za njim išle iz Galileje.</w:t>
            </w:r>
          </w:p>
        </w:tc>
      </w:tr>
    </w:tbl>
    <w:p w14:paraId="3AB71C04" w14:textId="77777777" w:rsidR="00C75652" w:rsidRDefault="00A304F0">
      <w:pPr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2665"/>
        <w:gridCol w:w="2665"/>
        <w:gridCol w:w="2664"/>
        <w:gridCol w:w="2664"/>
      </w:tblGrid>
      <w:tr w:rsidR="00C75652" w14:paraId="5B6CD3F7" w14:textId="77777777">
        <w:trPr>
          <w:cantSplit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BA88F7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TAMA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253876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ISUSOVA MOLITVA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F3BA57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SMRT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64A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4093A4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SATNIK</w:t>
            </w:r>
          </w:p>
        </w:tc>
      </w:tr>
      <w:tr w:rsidR="00C75652" w14:paraId="34B8E863" w14:textId="77777777">
        <w:trPr>
          <w:cantSplit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0C9F51" w14:textId="77777777" w:rsidR="00C75652" w:rsidRDefault="00A304F0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48D88A" w14:textId="77777777" w:rsidR="00C75652" w:rsidRDefault="00A304F0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A8188D" w14:textId="77777777" w:rsidR="00C75652" w:rsidRDefault="00A304F0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C29AC9" w14:textId="77777777" w:rsidR="00C75652" w:rsidRDefault="00A304F0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</w:tr>
      <w:tr w:rsidR="00C75652" w14:paraId="216052C4" w14:textId="77777777">
        <w:trPr>
          <w:cantSplit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B7EFDD" w14:textId="77777777" w:rsidR="00C75652" w:rsidRDefault="00A304F0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79B938" w14:textId="77777777" w:rsidR="00C75652" w:rsidRDefault="00A304F0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C35B35" w14:textId="77777777" w:rsidR="00C75652" w:rsidRDefault="00A304F0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8ECD22" w14:textId="77777777" w:rsidR="00C75652" w:rsidRDefault="00A304F0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</w:tr>
    </w:tbl>
    <w:p w14:paraId="0753F2A3" w14:textId="3377A824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 xml:space="preserve">Aktivnost </w:t>
      </w:r>
      <w:r w:rsidR="007426AF">
        <w:rPr>
          <w:b/>
          <w:color w:val="C96A00"/>
          <w:sz w:val="26"/>
        </w:rPr>
        <w:t>7</w:t>
      </w:r>
      <w:r>
        <w:rPr>
          <w:b/>
          <w:color w:val="C96A00"/>
          <w:sz w:val="26"/>
        </w:rPr>
        <w:t>: Otkupljenje – od ropstva prema slobodi</w:t>
      </w:r>
      <w:r>
        <w:rPr>
          <w:i/>
          <w:color w:val="6B6B6B"/>
          <w:sz w:val="20"/>
        </w:rPr>
        <w:t xml:space="preserve"> (rad u paru, 7 minuta)</w:t>
      </w:r>
    </w:p>
    <w:p w14:paraId="3A900AFE" w14:textId="77777777" w:rsidR="00C75652" w:rsidRDefault="00A304F0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Rad u paru. Učenici će pročitati objašnjenje iz udžbenika, str. 53. U tablici izdvajaju što tekst govori o ROPSTVU GRIJEHA i što se događa PO KRISTU. Na kraju u jednoj rečenici objašnjavaju riječ otkupiti.</w:t>
      </w:r>
    </w:p>
    <w:p w14:paraId="7DFDBAA8" w14:textId="77777777" w:rsidR="00E21252" w:rsidRDefault="00E21252" w:rsidP="00E21252">
      <w:pPr>
        <w:spacing w:after="0" w:line="240" w:lineRule="auto"/>
        <w:jc w:val="both"/>
      </w:pPr>
      <w:r>
        <w:rPr>
          <w:i/>
          <w:color w:val="6B6B6B"/>
          <w:sz w:val="20"/>
        </w:rPr>
        <w:t>Rješenje: ROPSTVO GRIJEHA – grijeh udaljava od Boga i sami se ne možemo spasiti; PO KRISTU – Isus iz ljubavi preuzima naše grijehe, vraća nas Bogu i oslobađa. Otkupiti znači vratiti k sebi.</w:t>
      </w:r>
    </w:p>
    <w:p w14:paraId="16235F66" w14:textId="77777777" w:rsidR="00E21252" w:rsidRDefault="00E21252">
      <w:pPr>
        <w:spacing w:after="0" w:line="240" w:lineRule="auto"/>
        <w:jc w:val="both"/>
      </w:pPr>
    </w:p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75652" w14:paraId="2C6BF9DF" w14:textId="77777777" w:rsidTr="00E21252">
        <w:tc>
          <w:tcPr>
            <w:tcW w:w="10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6F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3027975" w14:textId="77777777" w:rsidR="00C75652" w:rsidRDefault="00A304F0">
            <w:pPr>
              <w:shd w:val="clear" w:color="auto" w:fill="46437E"/>
              <w:spacing w:after="100"/>
              <w:jc w:val="center"/>
            </w:pPr>
            <w:r>
              <w:rPr>
                <w:b/>
                <w:color w:val="FFFFFF"/>
                <w:sz w:val="40"/>
              </w:rPr>
              <w:t>OTKUPLJENJE – PORUKA IZ UDŽBENIKA</w:t>
            </w:r>
            <w:r>
              <w:rPr>
                <w:b/>
                <w:color w:val="FFFFFF"/>
                <w:sz w:val="20"/>
              </w:rPr>
              <w:t xml:space="preserve"> – str. 53</w:t>
            </w:r>
          </w:p>
          <w:p w14:paraId="50FA4669" w14:textId="77777777" w:rsidR="00C75652" w:rsidRDefault="00A304F0">
            <w:pPr>
              <w:spacing w:before="60" w:after="40" w:line="240" w:lineRule="auto"/>
              <w:jc w:val="both"/>
            </w:pPr>
            <w:r>
              <w:rPr>
                <w:color w:val="000000"/>
                <w:sz w:val="40"/>
              </w:rPr>
              <w:t>Isusova smrt nije slučajnost. Ona je otajstvo, dio Božjega plana spasenja. Isus nas je smrću na križu otkupio (otkupiti = vratiti k sebi). Grijeh nas udaljava od Boga, zbog neposluha Bogu padamo u ropstvo grijeha. Sami ne možemo izaći iz tog ropstva, sami sebe ne možemo spasiti. Isus je iz ljubavi prema nama preuzeo naše grijehe i time nas ponovno vratio sebi, otkupio nas. Otkupiti može samo Bog. Jedino po Isusu Kristu možemo biti slobodni i opravdani za nebo. On je savršen Bog i savršen čovjek.</w:t>
            </w:r>
          </w:p>
        </w:tc>
      </w:tr>
    </w:tbl>
    <w:p w14:paraId="72DBE425" w14:textId="77777777" w:rsidR="00C75652" w:rsidRDefault="00A304F0">
      <w:pPr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5339"/>
        <w:gridCol w:w="5319"/>
      </w:tblGrid>
      <w:tr w:rsidR="00C75652" w14:paraId="3F96D714" w14:textId="77777777" w:rsidTr="00E21252">
        <w:trPr>
          <w:cantSplit/>
        </w:trPr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5A11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CC609D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ROPSTVO GRIJEHA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A36CEE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PO KRISTU</w:t>
            </w:r>
          </w:p>
        </w:tc>
      </w:tr>
      <w:tr w:rsidR="00E21252" w14:paraId="607162BE" w14:textId="77777777" w:rsidTr="00E21252">
        <w:trPr>
          <w:cantSplit/>
        </w:trPr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C5F455" w14:textId="453C0D54" w:rsidR="00E21252" w:rsidRDefault="00E21252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___________________________________________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3B2117" w14:textId="3C494FB9" w:rsidR="00E21252" w:rsidRDefault="00E21252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___________________________________________</w:t>
            </w:r>
          </w:p>
        </w:tc>
      </w:tr>
      <w:tr w:rsidR="00E21252" w14:paraId="4A6F8EDF" w14:textId="77777777" w:rsidTr="00E21252">
        <w:trPr>
          <w:cantSplit/>
        </w:trPr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E608BC" w14:textId="1DAEE5A1" w:rsidR="00E21252" w:rsidRDefault="00E21252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___________________________________________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E9FBD9" w14:textId="64F306DB" w:rsidR="00E21252" w:rsidRDefault="00E21252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___________________________________________</w:t>
            </w:r>
          </w:p>
        </w:tc>
      </w:tr>
      <w:tr w:rsidR="00C75652" w14:paraId="7A926333" w14:textId="77777777" w:rsidTr="00E21252">
        <w:trPr>
          <w:cantSplit/>
        </w:trPr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C8CF17" w14:textId="2884842C" w:rsidR="00C75652" w:rsidRDefault="00A304F0">
            <w:pPr>
              <w:spacing w:after="0"/>
              <w:jc w:val="center"/>
            </w:pPr>
            <w:r>
              <w:rPr>
                <w:color w:val="000000"/>
                <w:sz w:val="36"/>
              </w:rPr>
              <w:t xml:space="preserve">Otkupiti znači: </w:t>
            </w:r>
            <w:r w:rsidRPr="00E21252">
              <w:rPr>
                <w:color w:val="000000"/>
                <w:sz w:val="24"/>
                <w:szCs w:val="24"/>
              </w:rPr>
              <w:t>_________________</w:t>
            </w:r>
            <w:r w:rsidR="00E21252" w:rsidRPr="00E21252">
              <w:rPr>
                <w:color w:val="000000"/>
                <w:sz w:val="24"/>
                <w:szCs w:val="24"/>
              </w:rPr>
              <w:t>________</w:t>
            </w:r>
            <w:r w:rsidR="00E21252">
              <w:rPr>
                <w:color w:val="000000"/>
                <w:sz w:val="24"/>
                <w:szCs w:val="24"/>
              </w:rPr>
              <w:t>______________</w:t>
            </w:r>
            <w:r w:rsidR="00E21252" w:rsidRPr="00E21252">
              <w:rPr>
                <w:color w:val="000000"/>
                <w:sz w:val="24"/>
                <w:szCs w:val="24"/>
              </w:rPr>
              <w:t>__</w:t>
            </w:r>
            <w:r w:rsidRPr="00E21252">
              <w:rPr>
                <w:color w:val="000000"/>
                <w:sz w:val="24"/>
                <w:szCs w:val="24"/>
              </w:rPr>
              <w:t>_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BD632D" w14:textId="26634C79" w:rsidR="00C75652" w:rsidRDefault="00A304F0">
            <w:pPr>
              <w:spacing w:after="0"/>
              <w:jc w:val="center"/>
            </w:pPr>
            <w:r>
              <w:rPr>
                <w:color w:val="000000"/>
                <w:sz w:val="36"/>
              </w:rPr>
              <w:t xml:space="preserve">Sloboda znači: </w:t>
            </w:r>
            <w:r w:rsidR="00E21252" w:rsidRPr="00E21252">
              <w:rPr>
                <w:color w:val="000000"/>
                <w:sz w:val="24"/>
                <w:szCs w:val="24"/>
              </w:rPr>
              <w:t>_________________________</w:t>
            </w:r>
            <w:r w:rsidR="00E21252">
              <w:rPr>
                <w:color w:val="000000"/>
                <w:sz w:val="24"/>
                <w:szCs w:val="24"/>
              </w:rPr>
              <w:t>______________</w:t>
            </w:r>
            <w:r w:rsidR="00E21252" w:rsidRPr="00E21252">
              <w:rPr>
                <w:color w:val="000000"/>
                <w:sz w:val="24"/>
                <w:szCs w:val="24"/>
              </w:rPr>
              <w:t>___</w:t>
            </w:r>
          </w:p>
        </w:tc>
      </w:tr>
    </w:tbl>
    <w:p w14:paraId="5CF4A206" w14:textId="3DAC1ACB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 xml:space="preserve">Aktivnost </w:t>
      </w:r>
      <w:r w:rsidR="007426AF">
        <w:rPr>
          <w:b/>
          <w:color w:val="C96A00"/>
          <w:sz w:val="26"/>
        </w:rPr>
        <w:t>8</w:t>
      </w:r>
      <w:r>
        <w:rPr>
          <w:b/>
          <w:color w:val="C96A00"/>
          <w:sz w:val="26"/>
        </w:rPr>
        <w:t>: Satnik pod križem – što je prepoznao?</w:t>
      </w:r>
      <w:r>
        <w:rPr>
          <w:i/>
          <w:color w:val="6B6B6B"/>
          <w:sz w:val="20"/>
        </w:rPr>
        <w:t xml:space="preserve"> (individualni rad i razgovor, 6 minuta)</w:t>
      </w:r>
    </w:p>
    <w:p w14:paraId="2FF89BD1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Učenici će pročitati rečenicu iz udžbenika i u jednoj rečenici odgovoriti što satnik vidi, kako reagira i što njegova reakcija govori o Isusu.</w:t>
      </w:r>
    </w:p>
    <w:p w14:paraId="6F7E8062" w14:textId="77777777" w:rsidR="00C75652" w:rsidRDefault="00A304F0">
      <w:pPr>
        <w:spacing w:after="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Satnik vidi događaje povezane s Isusovom smrću, silno se prestraši i priznaje: „Uistinu, Sin Božji bijaše ovaj.“ Njegova reakcija pokazuje da križ ne skriva Isusov identitet, nego ga na paradoksalan način otkriva.</w:t>
      </w:r>
    </w:p>
    <w:p w14:paraId="32ADA238" w14:textId="77777777" w:rsidR="00E21252" w:rsidRDefault="00E21252" w:rsidP="00E21252"/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75652" w14:paraId="2A792082" w14:textId="77777777">
        <w:trPr>
          <w:cantSplit/>
        </w:trPr>
        <w:tc>
          <w:tcPr>
            <w:tcW w:w="10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6F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310192C" w14:textId="77777777" w:rsidR="00C75652" w:rsidRDefault="00A304F0">
            <w:pPr>
              <w:shd w:val="clear" w:color="auto" w:fill="46437E"/>
              <w:spacing w:after="100"/>
              <w:jc w:val="center"/>
            </w:pPr>
            <w:r>
              <w:rPr>
                <w:b/>
                <w:color w:val="FFFFFF"/>
                <w:sz w:val="40"/>
              </w:rPr>
              <w:t>SATNIK POD KRIŽEM</w:t>
            </w:r>
            <w:r>
              <w:rPr>
                <w:b/>
                <w:color w:val="FFFFFF"/>
                <w:sz w:val="20"/>
              </w:rPr>
              <w:t xml:space="preserve"> – Mt 27,54</w:t>
            </w:r>
          </w:p>
          <w:p w14:paraId="7BA2AAA3" w14:textId="77777777" w:rsidR="00C75652" w:rsidRDefault="00A304F0">
            <w:pPr>
              <w:spacing w:before="60" w:after="40" w:line="240" w:lineRule="auto"/>
              <w:jc w:val="both"/>
            </w:pPr>
            <w:r>
              <w:rPr>
                <w:color w:val="000000"/>
                <w:sz w:val="40"/>
              </w:rPr>
              <w:t>A satnik i oni koji su s njime čuvali Isusa vidješe potres i što se zbiva, silno se prestrašiše i rekoše: »Uistinu, Sin Božji bijaše ovaj.«</w:t>
            </w:r>
          </w:p>
        </w:tc>
      </w:tr>
    </w:tbl>
    <w:p w14:paraId="03E0E748" w14:textId="0D7B5D17" w:rsidR="00C75652" w:rsidRDefault="00A304F0">
      <w:pPr>
        <w:spacing w:before="100" w:after="0" w:line="240" w:lineRule="auto"/>
      </w:pPr>
      <w:r w:rsidRPr="00E21252">
        <w:rPr>
          <w:color w:val="002060"/>
          <w:sz w:val="40"/>
          <w:szCs w:val="40"/>
        </w:rPr>
        <w:t>Satnikova rečenica pokazuje da</w:t>
      </w:r>
      <w:r>
        <w:rPr>
          <w:color w:val="000000"/>
        </w:rPr>
        <w:t xml:space="preserve"> _____________________</w:t>
      </w:r>
      <w:r w:rsidR="00E21252">
        <w:rPr>
          <w:color w:val="000000"/>
        </w:rPr>
        <w:t>_</w:t>
      </w:r>
      <w:r>
        <w:rPr>
          <w:color w:val="000000"/>
        </w:rPr>
        <w:t>____________________________.</w:t>
      </w:r>
    </w:p>
    <w:p w14:paraId="60756856" w14:textId="4804204F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 xml:space="preserve">Aktivnost </w:t>
      </w:r>
      <w:r w:rsidR="007426AF">
        <w:rPr>
          <w:b/>
          <w:color w:val="C96A00"/>
          <w:sz w:val="26"/>
        </w:rPr>
        <w:t>9</w:t>
      </w:r>
      <w:r>
        <w:rPr>
          <w:b/>
          <w:color w:val="C96A00"/>
          <w:sz w:val="26"/>
        </w:rPr>
        <w:t>: Križni put – složi redoslijed</w:t>
      </w:r>
      <w:r>
        <w:rPr>
          <w:i/>
          <w:color w:val="6B6B6B"/>
          <w:sz w:val="20"/>
        </w:rPr>
        <w:t xml:space="preserve"> (rad u skupinama, 8 minuta)</w:t>
      </w:r>
    </w:p>
    <w:p w14:paraId="1330A7A0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Rad u skupinama. Učenici će dobiti postaje križnoga puta u izmiješanom redoslijedu i složiti ih od 1 do 14. Nakon provjere svaka skupina bira jednu postaju koja osobito snažno govori o vjernosti, pomoći drugoga ili ljubavi te je kratko obrazlaže.</w:t>
      </w:r>
    </w:p>
    <w:p w14:paraId="4C9B6CAE" w14:textId="77777777" w:rsidR="00C75652" w:rsidRDefault="00A304F0">
      <w:pPr>
        <w:spacing w:after="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1. Isusa osuđuju na smrt; 2. Isus prima na se križ; 3. Isus pada prvi put pod križem; 4. Isus susreće svoju svetu Majku; 5. Šimun Cirenac pomaže Isusu nositi križ; 6. Veronika pruža Isusu rubac; 7. Isus pada drugi put pod križem; 8. Isus tješi jeruzalemske žene; 9. Isus pada treći put pod križem; 10. Isusa svlače; 11. Isusa pribijaju na križ; 12. Isus umire na križu; 13. Isusa skidaju s križa; 14. Isusa polažu u grob.</w:t>
      </w:r>
    </w:p>
    <w:p w14:paraId="6437FA17" w14:textId="77777777" w:rsidR="00E21252" w:rsidRDefault="00E21252" w:rsidP="00E21252"/>
    <w:p w14:paraId="5A200CB9" w14:textId="429C545C" w:rsidR="0018513D" w:rsidRDefault="0018513D" w:rsidP="00E21252">
      <w:r>
        <w:t>Radni predložak:</w:t>
      </w:r>
    </w:p>
    <w:p w14:paraId="47F0A285" w14:textId="476A0E1F" w:rsidR="0018513D" w:rsidRPr="0018513D" w:rsidRDefault="0018513D" w:rsidP="0018513D">
      <w:pPr>
        <w:jc w:val="both"/>
        <w:rPr>
          <w:color w:val="002060"/>
          <w:sz w:val="40"/>
          <w:szCs w:val="40"/>
        </w:rPr>
      </w:pPr>
      <w:r w:rsidRPr="0018513D">
        <w:rPr>
          <w:color w:val="002060"/>
          <w:sz w:val="40"/>
          <w:szCs w:val="40"/>
        </w:rPr>
        <w:t>Isus tješi jeruzalemske žene; Isus prima na se križ; Isusa pribijaju na križ; Šimun Cirenac pomaže Isusu nositi križ; Isusa polažu u grob; Isus pada prvi put pod križem; Isus pada treći put pod križem; Isusa osuđuju na smrt; Isusa skidaju s križa; Veronika pruža Isusu rubac; Isusa svlače; Isus susreće svoju svetu Majku; Isus umire na križu; Isus pada drugi put pod križem.</w:t>
      </w:r>
    </w:p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3552"/>
        <w:gridCol w:w="3553"/>
        <w:gridCol w:w="3553"/>
      </w:tblGrid>
      <w:tr w:rsidR="00C75652" w14:paraId="6C6F1CC7" w14:textId="77777777" w:rsidTr="0018513D">
        <w:trPr>
          <w:cantSplit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A53AF6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ODABRANA POSTAJA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A3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D3AA7C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SE DOGAĐA?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403CF3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PORUKA</w:t>
            </w:r>
          </w:p>
        </w:tc>
      </w:tr>
      <w:tr w:rsidR="0018513D" w14:paraId="07B40051" w14:textId="77777777" w:rsidTr="0018513D">
        <w:trPr>
          <w:cantSplit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AFEAB6" w14:textId="0C6A9504" w:rsidR="0018513D" w:rsidRDefault="0018513D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CC4206" w14:textId="4A3B757B" w:rsidR="0018513D" w:rsidRDefault="0018513D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0DCE67" w14:textId="161DCA3F" w:rsidR="0018513D" w:rsidRDefault="0018513D" w:rsidP="003063C4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</w:tr>
    </w:tbl>
    <w:p w14:paraId="055DE790" w14:textId="4C2020B7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 xml:space="preserve">Aktivnost </w:t>
      </w:r>
      <w:r w:rsidR="007426AF">
        <w:rPr>
          <w:b/>
          <w:color w:val="C96A00"/>
          <w:sz w:val="26"/>
        </w:rPr>
        <w:t>10</w:t>
      </w:r>
      <w:r>
        <w:rPr>
          <w:b/>
          <w:color w:val="C96A00"/>
          <w:sz w:val="26"/>
        </w:rPr>
        <w:t>: Veliki petak – razlikuj dane</w:t>
      </w:r>
      <w:r>
        <w:rPr>
          <w:i/>
          <w:color w:val="6B6B6B"/>
          <w:sz w:val="20"/>
        </w:rPr>
        <w:t xml:space="preserve"> (rad u paru, 6 minuta)</w:t>
      </w:r>
    </w:p>
    <w:p w14:paraId="7E892B5E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Rad u paru. Učenici će povezati tri dana s događajem koji Crkva spominje: VELIKI ČETVRTAK – VELIKI PETAK – USKRS. Zatim jednom rečenicom objašnjavaju zašto je Veliki petak ozbiljan, ali za kršćane nije beznadan dan.</w:t>
      </w:r>
    </w:p>
    <w:p w14:paraId="6F51ADDB" w14:textId="77777777" w:rsidR="00C75652" w:rsidRDefault="00A304F0">
      <w:pPr>
        <w:spacing w:after="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VELIKI ČETVRTAK – Posljednja večera; VELIKI PETAK – Isusova muka i smrt na križu; USKRS – uskrsnuće. Veliki petak nije beznadan jer se križ promatra u svjetlu Božjega plana spasenja i Uskrsa.</w:t>
      </w:r>
    </w:p>
    <w:p w14:paraId="4FD20F20" w14:textId="77777777" w:rsidR="0018513D" w:rsidRDefault="0018513D" w:rsidP="0018513D"/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5328"/>
        <w:gridCol w:w="5330"/>
      </w:tblGrid>
      <w:tr w:rsidR="00C75652" w14:paraId="2E1C0BD8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879C60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DAN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86E56C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DOGAĐAJ – IZMIJEŠANO</w:t>
            </w:r>
          </w:p>
        </w:tc>
      </w:tr>
      <w:tr w:rsidR="00C75652" w14:paraId="18D4E8DE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FF2C5F" w14:textId="77777777" w:rsidR="00C75652" w:rsidRDefault="00A304F0" w:rsidP="0018513D">
            <w:pPr>
              <w:spacing w:after="0"/>
            </w:pPr>
            <w:r>
              <w:rPr>
                <w:color w:val="000000"/>
                <w:sz w:val="40"/>
              </w:rPr>
              <w:t>VELIKI ČETVRTAK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55F641" w14:textId="77777777" w:rsidR="00C75652" w:rsidRDefault="00A304F0" w:rsidP="0018513D">
            <w:pPr>
              <w:spacing w:after="0"/>
            </w:pPr>
            <w:r>
              <w:rPr>
                <w:color w:val="000000"/>
                <w:sz w:val="40"/>
              </w:rPr>
              <w:t>Isusova muka i smrt na križu</w:t>
            </w:r>
          </w:p>
        </w:tc>
      </w:tr>
      <w:tr w:rsidR="00C75652" w14:paraId="46A004CD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F64A8A" w14:textId="77777777" w:rsidR="00C75652" w:rsidRDefault="00A304F0" w:rsidP="0018513D">
            <w:pPr>
              <w:spacing w:after="0"/>
            </w:pPr>
            <w:r>
              <w:rPr>
                <w:color w:val="000000"/>
                <w:sz w:val="40"/>
              </w:rPr>
              <w:t>VELIKI PETAK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966B53" w14:textId="77777777" w:rsidR="00C75652" w:rsidRDefault="00A304F0" w:rsidP="0018513D">
            <w:pPr>
              <w:spacing w:after="0"/>
            </w:pPr>
            <w:r>
              <w:rPr>
                <w:color w:val="000000"/>
                <w:sz w:val="40"/>
              </w:rPr>
              <w:t>uskrsnuće</w:t>
            </w:r>
          </w:p>
        </w:tc>
      </w:tr>
      <w:tr w:rsidR="00C75652" w14:paraId="4FB326A0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E5086A" w14:textId="77777777" w:rsidR="00C75652" w:rsidRDefault="00A304F0" w:rsidP="0018513D">
            <w:pPr>
              <w:spacing w:after="0"/>
            </w:pPr>
            <w:r>
              <w:rPr>
                <w:color w:val="000000"/>
                <w:sz w:val="40"/>
              </w:rPr>
              <w:t>USKRS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80791E" w14:textId="77777777" w:rsidR="00C75652" w:rsidRDefault="00A304F0" w:rsidP="0018513D">
            <w:pPr>
              <w:spacing w:after="0"/>
            </w:pPr>
            <w:r>
              <w:rPr>
                <w:color w:val="000000"/>
                <w:sz w:val="40"/>
              </w:rPr>
              <w:t>Posljednja večera</w:t>
            </w:r>
          </w:p>
        </w:tc>
      </w:tr>
    </w:tbl>
    <w:p w14:paraId="19C6D59F" w14:textId="77777777" w:rsidR="0018513D" w:rsidRDefault="0018513D" w:rsidP="0018513D"/>
    <w:p w14:paraId="71D21830" w14:textId="4889AD68" w:rsidR="0018513D" w:rsidRPr="0018513D" w:rsidRDefault="0018513D" w:rsidP="0018513D">
      <w:pPr>
        <w:jc w:val="center"/>
        <w:rPr>
          <w:color w:val="002060"/>
          <w:sz w:val="40"/>
          <w:szCs w:val="40"/>
        </w:rPr>
      </w:pPr>
      <w:r w:rsidRPr="0018513D">
        <w:rPr>
          <w:color w:val="002060"/>
          <w:sz w:val="40"/>
          <w:szCs w:val="40"/>
        </w:rPr>
        <w:t>Zašto je Veliki petak ozbiljan, ali za kršćane nije beznadan dan?</w:t>
      </w:r>
    </w:p>
    <w:p w14:paraId="26DDA0D8" w14:textId="12E5ED21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>Aktivnost 1</w:t>
      </w:r>
      <w:r w:rsidR="007426AF">
        <w:rPr>
          <w:b/>
          <w:color w:val="C96A00"/>
          <w:sz w:val="26"/>
        </w:rPr>
        <w:t>1</w:t>
      </w:r>
      <w:r>
        <w:rPr>
          <w:b/>
          <w:color w:val="C96A00"/>
          <w:sz w:val="26"/>
        </w:rPr>
        <w:t>: Posljednja večera i križ – isti dar</w:t>
      </w:r>
      <w:r>
        <w:rPr>
          <w:i/>
          <w:color w:val="6B6B6B"/>
          <w:sz w:val="20"/>
        </w:rPr>
        <w:t xml:space="preserve"> (rad u skupinama, 7 minuta)</w:t>
      </w:r>
    </w:p>
    <w:p w14:paraId="1F703458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Rad u skupinama. Učenici će povezati prethodni sat s današnjim. U tablici uspoređuju što Isus govori i čini na Posljednjoj večeri te što se ostvaruje na križu. U zadnjem retku dovršavaju rečenicu: „U oba događaja Isus…“</w:t>
      </w:r>
    </w:p>
    <w:p w14:paraId="2E94DE73" w14:textId="77777777" w:rsidR="00C75652" w:rsidRDefault="00A304F0">
      <w:pPr>
        <w:spacing w:after="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Posljednja večera – Isus daje kruh i čašu i govori o tijelu koje se predaje i krvi koja se prolijeva; križ – Isus stvarno daruje svoj život. U oba događaja Isus se daruje iz ljubavi.</w:t>
      </w:r>
    </w:p>
    <w:p w14:paraId="55D12490" w14:textId="77777777" w:rsidR="0018513D" w:rsidRDefault="0018513D" w:rsidP="0018513D"/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5318"/>
        <w:gridCol w:w="5340"/>
      </w:tblGrid>
      <w:tr w:rsidR="00C75652" w14:paraId="2A605F14" w14:textId="77777777" w:rsidTr="0018513D">
        <w:trPr>
          <w:cantSplit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64A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26AA63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POSLJEDNJA VEČERA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634BD2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NA KRIŽU</w:t>
            </w:r>
          </w:p>
        </w:tc>
      </w:tr>
      <w:tr w:rsidR="00C75652" w14:paraId="2A8391CC" w14:textId="77777777" w:rsidTr="0018513D">
        <w:trPr>
          <w:cantSplit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2C470D" w14:textId="77777777" w:rsidR="00C75652" w:rsidRDefault="00A304F0" w:rsidP="0018513D">
            <w:pPr>
              <w:spacing w:after="0"/>
            </w:pPr>
            <w:r>
              <w:rPr>
                <w:color w:val="000000"/>
                <w:sz w:val="40"/>
              </w:rPr>
              <w:t>kruh i čaša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AE8DD3" w14:textId="77777777" w:rsidR="00C75652" w:rsidRDefault="00A304F0" w:rsidP="0018513D">
            <w:pPr>
              <w:spacing w:after="0"/>
            </w:pPr>
            <w:r>
              <w:rPr>
                <w:color w:val="000000"/>
                <w:sz w:val="40"/>
              </w:rPr>
              <w:t>darovani život</w:t>
            </w:r>
          </w:p>
        </w:tc>
      </w:tr>
      <w:tr w:rsidR="00C75652" w14:paraId="4D2B9D4A" w14:textId="77777777" w:rsidTr="0018513D">
        <w:trPr>
          <w:cantSplit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7D1727" w14:textId="77777777" w:rsidR="00C75652" w:rsidRDefault="00A304F0" w:rsidP="0018513D">
            <w:pPr>
              <w:spacing w:after="0"/>
            </w:pPr>
            <w:r>
              <w:rPr>
                <w:color w:val="000000"/>
                <w:sz w:val="40"/>
              </w:rPr>
              <w:t>„za vas se predaje“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EDF70E" w14:textId="77777777" w:rsidR="00C75652" w:rsidRDefault="00A304F0" w:rsidP="0018513D">
            <w:pPr>
              <w:spacing w:after="0"/>
            </w:pPr>
            <w:r>
              <w:rPr>
                <w:color w:val="000000"/>
                <w:sz w:val="40"/>
              </w:rPr>
              <w:t>ljubav do kraja</w:t>
            </w:r>
          </w:p>
        </w:tc>
      </w:tr>
      <w:tr w:rsidR="00C75652" w14:paraId="12123C38" w14:textId="77777777" w:rsidTr="0018513D">
        <w:trPr>
          <w:cantSplit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3E0B7B" w14:textId="77777777" w:rsidR="00C75652" w:rsidRDefault="00A304F0" w:rsidP="0018513D">
            <w:pPr>
              <w:spacing w:after="0"/>
            </w:pPr>
            <w:r>
              <w:rPr>
                <w:color w:val="000000"/>
                <w:sz w:val="40"/>
              </w:rPr>
              <w:t>obećanje / znak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4B413A" w14:textId="77777777" w:rsidR="00C75652" w:rsidRDefault="00A304F0" w:rsidP="0018513D">
            <w:pPr>
              <w:spacing w:after="0"/>
            </w:pPr>
            <w:r>
              <w:rPr>
                <w:color w:val="000000"/>
                <w:sz w:val="40"/>
              </w:rPr>
              <w:t>ostvarenje</w:t>
            </w:r>
          </w:p>
        </w:tc>
      </w:tr>
      <w:tr w:rsidR="0018513D" w14:paraId="0B16C5E3" w14:textId="77777777" w:rsidTr="00D91A92">
        <w:trPr>
          <w:cantSplit/>
        </w:trPr>
        <w:tc>
          <w:tcPr>
            <w:tcW w:w="10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F3BFEC" w14:textId="47E42B51" w:rsidR="0018513D" w:rsidRDefault="0018513D" w:rsidP="0018513D">
            <w:pPr>
              <w:spacing w:after="0"/>
            </w:pPr>
            <w:r>
              <w:rPr>
                <w:color w:val="000000"/>
                <w:sz w:val="40"/>
              </w:rPr>
              <w:t xml:space="preserve">U oba događaja Isu </w:t>
            </w:r>
            <w:r>
              <w:rPr>
                <w:color w:val="000000"/>
                <w:sz w:val="24"/>
              </w:rPr>
              <w:t>_____________________________________________________________</w:t>
            </w:r>
          </w:p>
        </w:tc>
      </w:tr>
    </w:tbl>
    <w:p w14:paraId="72CF5EE6" w14:textId="77777777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>Aktivnost 12: Učimo iz umjetnosti</w:t>
      </w:r>
      <w:r>
        <w:rPr>
          <w:i/>
          <w:color w:val="6B6B6B"/>
          <w:sz w:val="20"/>
        </w:rPr>
        <w:t xml:space="preserve"> (rad u skupinama, 12 minuta)</w:t>
      </w:r>
    </w:p>
    <w:p w14:paraId="18789119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Rad u skupinama. Svaka skupina dobiva jednu reprodukciju. Najprije promatra djelo kao umjetničku cjelinu, a tek zatim ga povezuje s biblijskim tekstom. Skupine bilježe prvi dojam, boje i svjetlo, likove i detalje, raspored i geste te na kraju biblijski događaj i poruku o ljubavi bez granica. Uloge: promatrač detalja, zapisničar, čuvar vremena i izvjestitelj.</w:t>
      </w:r>
    </w:p>
    <w:p w14:paraId="64632327" w14:textId="77777777" w:rsidR="00C75652" w:rsidRDefault="00A304F0">
      <w:pPr>
        <w:spacing w:after="0" w:line="240" w:lineRule="auto"/>
        <w:jc w:val="both"/>
      </w:pPr>
      <w:r>
        <w:rPr>
          <w:i/>
          <w:color w:val="6B6B6B"/>
          <w:sz w:val="20"/>
        </w:rPr>
        <w:t>Rješenje: U Getsemanskim prizorima mogu se uočiti samoća, molitva, napetost i predanje Ocu; u prikazima raspeća križ, raširene ruke, tama, bol i darivanje života. Različiti umjetnički jezici mogu istu poruku izraziti realistički, ekspresivno ili gotovo apstraktno.</w:t>
      </w:r>
    </w:p>
    <w:p w14:paraId="4A487C6A" w14:textId="77777777" w:rsidR="00C75652" w:rsidRDefault="00A304F0">
      <w:pPr>
        <w:spacing w:before="100" w:after="0" w:line="240" w:lineRule="auto"/>
      </w:pPr>
      <w:r>
        <w:rPr>
          <w:b/>
          <w:color w:val="000000"/>
        </w:rPr>
        <w:t>Informativno o umjetnicima:</w:t>
      </w:r>
    </w:p>
    <w:p w14:paraId="59D9C1E7" w14:textId="77777777" w:rsidR="00C75652" w:rsidRDefault="00A304F0">
      <w:pPr>
        <w:pStyle w:val="Odlomakpopisa"/>
        <w:spacing w:after="20" w:line="240" w:lineRule="auto"/>
        <w:ind w:left="0"/>
        <w:jc w:val="both"/>
      </w:pPr>
      <w:r w:rsidRPr="0018513D">
        <w:rPr>
          <w:color w:val="0070C0"/>
        </w:rPr>
        <w:t>El Greco</w:t>
      </w:r>
      <w:r>
        <w:rPr>
          <w:color w:val="000000"/>
        </w:rPr>
        <w:t xml:space="preserve"> (1541.–1614.), pravim imenom Doménikos Theotokópoulos, bio je slikar grčkoga podrijetla koji je najveći dio zreloga stvaralaštva proveo u Toledu. Poznat je po izduženim likovima, snažnim bojama i dramatičnoj duhovnoj atmosferi.</w:t>
      </w:r>
    </w:p>
    <w:p w14:paraId="11F09B21" w14:textId="77777777" w:rsidR="00C75652" w:rsidRDefault="00A304F0">
      <w:pPr>
        <w:pStyle w:val="Odlomakpopisa"/>
        <w:spacing w:after="20" w:line="240" w:lineRule="auto"/>
        <w:ind w:left="0"/>
        <w:jc w:val="both"/>
      </w:pPr>
      <w:r w:rsidRPr="0018513D">
        <w:rPr>
          <w:color w:val="0070C0"/>
        </w:rPr>
        <w:t>Heinrich Hofmann</w:t>
      </w:r>
      <w:r>
        <w:rPr>
          <w:color w:val="000000"/>
        </w:rPr>
        <w:t xml:space="preserve"> (1824.–1911.) bio je njemački slikar poznat po brojnim prikazima prizora iz Isusova života. Njegove religiozne slike naglašavaju jasnoću pripovijedanja i izražajnost likova.</w:t>
      </w:r>
    </w:p>
    <w:p w14:paraId="567BFD28" w14:textId="7A8D9EE0" w:rsidR="00C75652" w:rsidRDefault="00A304F0">
      <w:pPr>
        <w:pStyle w:val="Odlomakpopisa"/>
        <w:spacing w:after="20" w:line="240" w:lineRule="auto"/>
        <w:ind w:left="0"/>
        <w:jc w:val="both"/>
      </w:pPr>
      <w:r w:rsidRPr="0018513D">
        <w:rPr>
          <w:color w:val="0070C0"/>
        </w:rPr>
        <w:t>Ana Guberina</w:t>
      </w:r>
      <w:r>
        <w:rPr>
          <w:color w:val="000000"/>
        </w:rPr>
        <w:t xml:space="preserve"> </w:t>
      </w:r>
      <w:r w:rsidR="0018513D">
        <w:rPr>
          <w:color w:val="000000"/>
        </w:rPr>
        <w:t xml:space="preserve">(1969.) </w:t>
      </w:r>
      <w:r>
        <w:rPr>
          <w:color w:val="000000"/>
        </w:rPr>
        <w:t>suvremena je hrvatska slikarica. U djelu „Isus umire na križu – Svršeno je“ biblijsku temu prikazuje snažnim bojama i slojevitim, gotovo apstraktnim potezima.</w:t>
      </w:r>
    </w:p>
    <w:p w14:paraId="6DABBBE6" w14:textId="77777777" w:rsidR="00C75652" w:rsidRDefault="00A304F0">
      <w:pPr>
        <w:pStyle w:val="Odlomakpopisa"/>
        <w:spacing w:after="20" w:line="240" w:lineRule="auto"/>
        <w:ind w:left="0"/>
        <w:jc w:val="both"/>
      </w:pPr>
      <w:r w:rsidRPr="0018513D">
        <w:rPr>
          <w:color w:val="0070C0"/>
        </w:rPr>
        <w:t>Ljubo Ivančić</w:t>
      </w:r>
      <w:r>
        <w:rPr>
          <w:color w:val="000000"/>
        </w:rPr>
        <w:t xml:space="preserve"> (1925.–2003.) bio je hrvatski slikar i profesor Akademije likovnih umjetnosti u Zagrebu. Njegovo slikarstvo često je snažno ekspresivno, tamnoga ozračja i usmjereno na čovjekovu egzistencijalnu dramu.</w:t>
      </w:r>
    </w:p>
    <w:p w14:paraId="7054549F" w14:textId="77777777" w:rsidR="00C75652" w:rsidRDefault="00C75652">
      <w:pPr>
        <w:spacing w:line="240" w:lineRule="auto"/>
      </w:pPr>
    </w:p>
    <w:tbl>
      <w:tblPr>
        <w:tblStyle w:val="Reetkatablice"/>
        <w:tblW w:w="10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5"/>
        <w:gridCol w:w="5323"/>
      </w:tblGrid>
      <w:tr w:rsidR="00C75652" w14:paraId="7859E0B5" w14:textId="77777777" w:rsidTr="00980F23">
        <w:trPr>
          <w:cantSplit/>
        </w:trPr>
        <w:tc>
          <w:tcPr>
            <w:tcW w:w="5340" w:type="dxa"/>
            <w:shd w:val="clear" w:color="auto" w:fill="EEECE1" w:themeFill="background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3F5185" w14:textId="0D4C44D6" w:rsidR="00C75652" w:rsidRDefault="00980F23" w:rsidP="00980F23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57CB1676" wp14:editId="41F98369">
                  <wp:extent cx="3106800" cy="2520000"/>
                  <wp:effectExtent l="0" t="0" r="0" b="0"/>
                  <wp:docPr id="312459138" name="Slika 3" descr="Agony in the Garden (El Greco, London)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gony in the Garden (El Greco, London)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68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273B9A" w14:textId="77777777" w:rsidR="00C75652" w:rsidRDefault="00A304F0">
            <w:pPr>
              <w:jc w:val="center"/>
            </w:pPr>
            <w:r>
              <w:rPr>
                <w:i/>
                <w:color w:val="6B6B6B"/>
                <w:sz w:val="18"/>
              </w:rPr>
              <w:t>El Greco: Agonija u vrtu</w:t>
            </w:r>
          </w:p>
        </w:tc>
        <w:tc>
          <w:tcPr>
            <w:tcW w:w="5340" w:type="dxa"/>
            <w:shd w:val="clear" w:color="auto" w:fill="EEECE1" w:themeFill="background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264629" w14:textId="2DBA1FF8" w:rsidR="00C75652" w:rsidRDefault="00980F23" w:rsidP="00980F23">
            <w:pPr>
              <w:spacing w:before="240"/>
              <w:jc w:val="center"/>
            </w:pPr>
            <w:r w:rsidRPr="00980F23">
              <w:rPr>
                <w:noProof/>
              </w:rPr>
              <w:drawing>
                <wp:inline distT="0" distB="0" distL="0" distR="0" wp14:anchorId="58692716" wp14:editId="7E46E5FE">
                  <wp:extent cx="2559600" cy="2520000"/>
                  <wp:effectExtent l="0" t="0" r="0" b="0"/>
                  <wp:docPr id="389596448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59644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600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5E43BF" w14:textId="77777777" w:rsidR="00C75652" w:rsidRDefault="00A304F0">
            <w:pPr>
              <w:jc w:val="center"/>
            </w:pPr>
            <w:r>
              <w:rPr>
                <w:i/>
                <w:color w:val="6B6B6B"/>
                <w:sz w:val="18"/>
              </w:rPr>
              <w:t>Ana Guberina: Isus umire na križu – Svršeno je</w:t>
            </w:r>
          </w:p>
        </w:tc>
      </w:tr>
      <w:tr w:rsidR="00C75652" w14:paraId="3D527286" w14:textId="77777777" w:rsidTr="00980F23">
        <w:trPr>
          <w:cantSplit/>
        </w:trPr>
        <w:tc>
          <w:tcPr>
            <w:tcW w:w="5340" w:type="dxa"/>
            <w:shd w:val="clear" w:color="auto" w:fill="EEECE1" w:themeFill="background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0E764B" w14:textId="3D6E79CD" w:rsidR="00C75652" w:rsidRDefault="00980F23" w:rsidP="00980F23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2227F373" wp14:editId="52438D74">
                  <wp:extent cx="2563200" cy="3600000"/>
                  <wp:effectExtent l="0" t="0" r="8890" b="635"/>
                  <wp:docPr id="626045611" name="Slika 4" descr="Kristološka usmjerenja – Wikipedi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ristološka usmjerenja – Wikipedi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32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CDC82" w14:textId="77777777" w:rsidR="00C75652" w:rsidRDefault="00A304F0">
            <w:pPr>
              <w:jc w:val="center"/>
            </w:pPr>
            <w:r>
              <w:rPr>
                <w:i/>
                <w:color w:val="6B6B6B"/>
                <w:sz w:val="18"/>
              </w:rPr>
              <w:t>Heinrich Hofmann: Krist u Getsemanskom vrtu</w:t>
            </w:r>
          </w:p>
        </w:tc>
        <w:tc>
          <w:tcPr>
            <w:tcW w:w="5340" w:type="dxa"/>
            <w:shd w:val="clear" w:color="auto" w:fill="EEECE1" w:themeFill="background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044916" w14:textId="438BF964" w:rsidR="00C75652" w:rsidRDefault="00980F23" w:rsidP="00980F23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010CF48E" wp14:editId="6BEB51AF">
                  <wp:extent cx="1936800" cy="3600000"/>
                  <wp:effectExtent l="0" t="0" r="6350" b="635"/>
                  <wp:docPr id="458635302" name="Slika 5" descr="Esej Vjersko i kulturno središte Plehan Essay The Plehan Religious and  Cultural Cent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sej Vjersko i kulturno središte Plehan Essay The Plehan Religious and  Cultural Cent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8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748D03" w14:textId="77777777" w:rsidR="00C75652" w:rsidRDefault="00A304F0">
            <w:pPr>
              <w:jc w:val="center"/>
            </w:pPr>
            <w:r>
              <w:rPr>
                <w:i/>
                <w:color w:val="6B6B6B"/>
                <w:sz w:val="18"/>
              </w:rPr>
              <w:t>Ljubo Ivančić: Raspeće</w:t>
            </w:r>
          </w:p>
        </w:tc>
      </w:tr>
    </w:tbl>
    <w:p w14:paraId="1F004EA1" w14:textId="77777777" w:rsidR="00C75652" w:rsidRDefault="00A304F0">
      <w:pPr>
        <w:keepNext/>
        <w:spacing w:before="220" w:after="0" w:line="240" w:lineRule="auto"/>
      </w:pPr>
      <w:r>
        <w:rPr>
          <w:color w:val="000000"/>
        </w:rPr>
        <w:t>Razgovor:</w:t>
      </w:r>
    </w:p>
    <w:p w14:paraId="69D5490F" w14:textId="77777777" w:rsidR="00C75652" w:rsidRDefault="00A304F0" w:rsidP="00A304F0">
      <w:pPr>
        <w:pStyle w:val="Odlomakpopisa"/>
        <w:numPr>
          <w:ilvl w:val="0"/>
          <w:numId w:val="9"/>
        </w:numPr>
        <w:spacing w:after="20" w:line="240" w:lineRule="auto"/>
      </w:pPr>
      <w:r w:rsidRPr="0018513D">
        <w:rPr>
          <w:color w:val="000000"/>
        </w:rPr>
        <w:t xml:space="preserve">Kakav je prvi dojam i raspoloženje djela? </w:t>
      </w:r>
      <w:r w:rsidRPr="0018513D">
        <w:rPr>
          <w:color w:val="6B6B6B"/>
          <w:sz w:val="18"/>
        </w:rPr>
        <w:t>(Odgovor ovisi o djelu: tišina, tjeskoba, bol, napetost, predanje ili nada.)</w:t>
      </w:r>
    </w:p>
    <w:p w14:paraId="3660A4BC" w14:textId="77777777" w:rsidR="00C75652" w:rsidRDefault="00A304F0" w:rsidP="00A304F0">
      <w:pPr>
        <w:pStyle w:val="Odlomakpopisa"/>
        <w:numPr>
          <w:ilvl w:val="0"/>
          <w:numId w:val="9"/>
        </w:numPr>
        <w:spacing w:after="20" w:line="240" w:lineRule="auto"/>
      </w:pPr>
      <w:r w:rsidRPr="0018513D">
        <w:rPr>
          <w:color w:val="000000"/>
        </w:rPr>
        <w:t xml:space="preserve">Koje boje i odnos svjetla i tame najviše uočavate? </w:t>
      </w:r>
      <w:r w:rsidRPr="0018513D">
        <w:rPr>
          <w:color w:val="6B6B6B"/>
          <w:sz w:val="18"/>
        </w:rPr>
        <w:t>(Boje i kontrasti usmjeravaju pogled i pojačavaju raspoloženje prizora.)</w:t>
      </w:r>
    </w:p>
    <w:p w14:paraId="349C836F" w14:textId="77777777" w:rsidR="00C75652" w:rsidRDefault="00A304F0" w:rsidP="00A304F0">
      <w:pPr>
        <w:pStyle w:val="Odlomakpopisa"/>
        <w:numPr>
          <w:ilvl w:val="0"/>
          <w:numId w:val="9"/>
        </w:numPr>
        <w:spacing w:after="20" w:line="240" w:lineRule="auto"/>
      </w:pPr>
      <w:r w:rsidRPr="0018513D">
        <w:rPr>
          <w:color w:val="000000"/>
        </w:rPr>
        <w:t xml:space="preserve">Kako su likovi raspoređeni i što govore njihove geste ili položaj tijela? </w:t>
      </w:r>
      <w:r w:rsidRPr="0018513D">
        <w:rPr>
          <w:color w:val="6B6B6B"/>
          <w:sz w:val="18"/>
        </w:rPr>
        <w:t>(Položaj na koljenima, podignuti pogled ili raširene ruke mogu govoriti o molitvi, predanju, patnji i darivanju.)</w:t>
      </w:r>
    </w:p>
    <w:p w14:paraId="736B0992" w14:textId="77777777" w:rsidR="00C75652" w:rsidRDefault="00A304F0" w:rsidP="00A304F0">
      <w:pPr>
        <w:pStyle w:val="Odlomakpopisa"/>
        <w:numPr>
          <w:ilvl w:val="0"/>
          <w:numId w:val="9"/>
        </w:numPr>
        <w:spacing w:after="20" w:line="240" w:lineRule="auto"/>
      </w:pPr>
      <w:r w:rsidRPr="0018513D">
        <w:rPr>
          <w:color w:val="000000"/>
        </w:rPr>
        <w:t xml:space="preserve">Koji detalj najviše povezuje djelo s biblijskim događajem? </w:t>
      </w:r>
      <w:r w:rsidRPr="0018513D">
        <w:rPr>
          <w:color w:val="6B6B6B"/>
          <w:sz w:val="18"/>
        </w:rPr>
        <w:t>(Maslinska gora, anđeo, križ, Isusov položaj tijela, tama ili drugi prepoznatljiv detalj.)</w:t>
      </w:r>
    </w:p>
    <w:tbl>
      <w:tblPr>
        <w:tblStyle w:val="Reetkatablice"/>
        <w:tblpPr w:leftFromText="180" w:rightFromText="180" w:vertAnchor="text" w:horzAnchor="margin" w:tblpY="1142"/>
        <w:tblW w:w="10658" w:type="dxa"/>
        <w:tblLook w:val="04A0" w:firstRow="1" w:lastRow="0" w:firstColumn="1" w:lastColumn="0" w:noHBand="0" w:noVBand="1"/>
      </w:tblPr>
      <w:tblGrid>
        <w:gridCol w:w="3547"/>
        <w:gridCol w:w="3553"/>
        <w:gridCol w:w="3558"/>
      </w:tblGrid>
      <w:tr w:rsidR="00980F23" w14:paraId="71BAC5DB" w14:textId="77777777" w:rsidTr="00980F23"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1DD613" w14:textId="77777777" w:rsidR="00980F23" w:rsidRDefault="00980F23" w:rsidP="00980F23">
            <w:pPr>
              <w:keepNext/>
              <w:keepLines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ULOGA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AA905C" w14:textId="77777777" w:rsidR="00980F23" w:rsidRDefault="00980F23" w:rsidP="00980F23">
            <w:pPr>
              <w:keepNext/>
              <w:keepLines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PROMATRAMO?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710433" w14:textId="77777777" w:rsidR="00980F23" w:rsidRDefault="00980F23" w:rsidP="00980F23">
            <w:pPr>
              <w:keepNext/>
              <w:keepLines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PORUKA DJELA</w:t>
            </w:r>
          </w:p>
        </w:tc>
      </w:tr>
      <w:tr w:rsidR="00980F23" w14:paraId="1B044669" w14:textId="77777777" w:rsidTr="00980F23"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455EA4" w14:textId="77777777" w:rsidR="00980F23" w:rsidRDefault="00980F23" w:rsidP="00980F23">
            <w:pPr>
              <w:keepNext/>
              <w:keepLines/>
              <w:spacing w:after="0"/>
            </w:pPr>
            <w:r>
              <w:rPr>
                <w:color w:val="000000"/>
                <w:sz w:val="40"/>
              </w:rPr>
              <w:t>PROMATRAČ DETALJA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4C8B9F" w14:textId="77777777" w:rsidR="00980F23" w:rsidRDefault="00980F23" w:rsidP="00980F23">
            <w:pPr>
              <w:keepNext/>
              <w:keepLines/>
              <w:spacing w:after="0"/>
            </w:pPr>
            <w:r>
              <w:rPr>
                <w:color w:val="000000"/>
                <w:sz w:val="40"/>
              </w:rPr>
              <w:t>boje, svjetlo, geste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954EFF" w14:textId="77777777" w:rsidR="00980F23" w:rsidRDefault="00980F23" w:rsidP="00980F23">
            <w:pPr>
              <w:keepNext/>
              <w:keepLines/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</w:p>
        </w:tc>
      </w:tr>
      <w:tr w:rsidR="00980F23" w14:paraId="5B7EFC5E" w14:textId="77777777" w:rsidTr="00980F23"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0DDF59" w14:textId="77777777" w:rsidR="00980F23" w:rsidRDefault="00980F23" w:rsidP="00980F23">
            <w:pPr>
              <w:keepNext/>
              <w:keepLines/>
              <w:spacing w:after="0"/>
            </w:pPr>
            <w:r>
              <w:rPr>
                <w:color w:val="000000"/>
                <w:sz w:val="40"/>
              </w:rPr>
              <w:t>ZAPISNIČAR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3E0B76" w14:textId="77777777" w:rsidR="00980F23" w:rsidRDefault="00980F23" w:rsidP="00980F23">
            <w:pPr>
              <w:keepNext/>
              <w:keepLines/>
              <w:spacing w:after="0"/>
            </w:pPr>
            <w:r>
              <w:rPr>
                <w:color w:val="000000"/>
                <w:sz w:val="40"/>
              </w:rPr>
              <w:t>bilježi opažanja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4A7532" w14:textId="6E6F716E" w:rsidR="00980F23" w:rsidRDefault="00980F23" w:rsidP="00980F23">
            <w:pPr>
              <w:keepNext/>
              <w:keepLines/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</w:p>
        </w:tc>
      </w:tr>
      <w:tr w:rsidR="00980F23" w14:paraId="50AC45E2" w14:textId="77777777" w:rsidTr="00980F23"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A49012" w14:textId="77777777" w:rsidR="00980F23" w:rsidRDefault="00980F23" w:rsidP="00980F23">
            <w:pPr>
              <w:keepNext/>
              <w:keepLines/>
              <w:spacing w:after="0"/>
            </w:pPr>
            <w:r>
              <w:rPr>
                <w:color w:val="000000"/>
                <w:sz w:val="40"/>
              </w:rPr>
              <w:t>ČUVAR VREMENA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37C7ED" w14:textId="77777777" w:rsidR="00980F23" w:rsidRDefault="00980F23" w:rsidP="00980F23">
            <w:pPr>
              <w:keepNext/>
              <w:keepLines/>
              <w:spacing w:after="0"/>
            </w:pPr>
            <w:r>
              <w:rPr>
                <w:color w:val="000000"/>
                <w:sz w:val="40"/>
              </w:rPr>
              <w:t>pazi na vrijeme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FD8A38" w14:textId="1F5D4A99" w:rsidR="00980F23" w:rsidRDefault="00980F23" w:rsidP="00980F23">
            <w:pPr>
              <w:keepNext/>
              <w:keepLines/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</w:p>
        </w:tc>
      </w:tr>
      <w:tr w:rsidR="00980F23" w14:paraId="46A0335E" w14:textId="77777777" w:rsidTr="00980F23"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01CA23" w14:textId="77777777" w:rsidR="00980F23" w:rsidRDefault="00980F23" w:rsidP="00980F23">
            <w:pPr>
              <w:keepNext/>
              <w:keepLines/>
              <w:spacing w:after="0"/>
            </w:pPr>
            <w:r>
              <w:rPr>
                <w:color w:val="000000"/>
                <w:sz w:val="40"/>
              </w:rPr>
              <w:t>IZVJESTITELJ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B49527" w14:textId="77777777" w:rsidR="00980F23" w:rsidRDefault="00980F23" w:rsidP="00980F23">
            <w:pPr>
              <w:keepNext/>
              <w:keepLines/>
              <w:spacing w:after="0"/>
            </w:pPr>
            <w:r>
              <w:rPr>
                <w:color w:val="000000"/>
                <w:sz w:val="40"/>
              </w:rPr>
              <w:t>predstavlja poruku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CADD80" w14:textId="77D8BBD5" w:rsidR="00980F23" w:rsidRDefault="00980F23" w:rsidP="00980F23">
            <w:pPr>
              <w:keepNext/>
              <w:keepLines/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</w:p>
        </w:tc>
      </w:tr>
    </w:tbl>
    <w:p w14:paraId="6C5B147B" w14:textId="0ADF7C03" w:rsidR="00C75652" w:rsidRDefault="00980F23" w:rsidP="00A304F0">
      <w:pPr>
        <w:pStyle w:val="Odlomakpopisa"/>
        <w:numPr>
          <w:ilvl w:val="0"/>
          <w:numId w:val="9"/>
        </w:numPr>
        <w:spacing w:after="20" w:line="240" w:lineRule="auto"/>
      </w:pPr>
      <w:r w:rsidRPr="0018513D">
        <w:rPr>
          <w:color w:val="000000"/>
        </w:rPr>
        <w:t xml:space="preserve"> </w:t>
      </w:r>
      <w:r w:rsidR="00A304F0" w:rsidRPr="0018513D">
        <w:rPr>
          <w:color w:val="000000"/>
        </w:rPr>
        <w:t xml:space="preserve">Što umjetničko djelo govori o Isusovoj ljubavi bez granica? </w:t>
      </w:r>
      <w:r w:rsidR="00A304F0" w:rsidRPr="0018513D">
        <w:rPr>
          <w:color w:val="6B6B6B"/>
          <w:sz w:val="18"/>
        </w:rPr>
        <w:t>(Isus ostaje vjeran Ocu i ljudima, prihvaća patnju i daruje život.)</w:t>
      </w:r>
    </w:p>
    <w:p w14:paraId="6E527931" w14:textId="77777777" w:rsidR="00980F23" w:rsidRDefault="00980F23">
      <w:pPr>
        <w:spacing w:line="240" w:lineRule="auto"/>
      </w:pPr>
      <w:r>
        <w:t xml:space="preserve"> </w:t>
      </w:r>
    </w:p>
    <w:p w14:paraId="6C31177E" w14:textId="21FBDB73" w:rsidR="00980F23" w:rsidRDefault="00980F23">
      <w:pPr>
        <w:spacing w:line="240" w:lineRule="auto"/>
      </w:pPr>
      <w:r>
        <w:t>Radni predložak:</w:t>
      </w:r>
    </w:p>
    <w:p w14:paraId="7D2DA8FE" w14:textId="3AA530EB" w:rsidR="00C75652" w:rsidRDefault="00A304F0">
      <w:pPr>
        <w:spacing w:line="240" w:lineRule="auto"/>
      </w:pPr>
      <w:r>
        <w:br w:type="page"/>
      </w:r>
    </w:p>
    <w:p w14:paraId="39B835D3" w14:textId="77777777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>Aktivnost 13: Od Getsemanija do križa – četiri kadra</w:t>
      </w:r>
      <w:r>
        <w:rPr>
          <w:i/>
          <w:color w:val="6B6B6B"/>
          <w:sz w:val="20"/>
        </w:rPr>
        <w:t xml:space="preserve"> (individualni rad – crtanje bojicama, 9 minuta)</w:t>
      </w:r>
    </w:p>
    <w:p w14:paraId="6AF5B6F1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Učenici će u četiri kadra nacrtati: 1. GETSEMANI – Isus moli; 2. UHIĆENJE / SUĐENJE – Isus trpi nepravdu; 3. GOLGOTA – Isus nosi križ; 4. KRIŽ – ljubav, oproštenje i darovani život. Ispod svakoga crteža pišu najviše tri riječi poruke.</w:t>
      </w:r>
    </w:p>
    <w:p w14:paraId="4CF5FBFE" w14:textId="77777777" w:rsidR="00A10221" w:rsidRDefault="00A10221" w:rsidP="00A10221">
      <w:pPr>
        <w:spacing w:before="80" w:after="0" w:line="240" w:lineRule="auto"/>
        <w:rPr>
          <w:color w:val="000000"/>
        </w:rPr>
      </w:pPr>
    </w:p>
    <w:p w14:paraId="38E49BAD" w14:textId="3534FDB6" w:rsidR="00A10221" w:rsidRDefault="00A10221" w:rsidP="00A10221">
      <w:pPr>
        <w:spacing w:before="80" w:after="0" w:line="240" w:lineRule="auto"/>
      </w:pPr>
      <w:r>
        <w:rPr>
          <w:color w:val="000000"/>
        </w:rPr>
        <w:t>Radni predložak:</w:t>
      </w:r>
    </w:p>
    <w:p w14:paraId="705D2685" w14:textId="518F4F01" w:rsidR="00C75652" w:rsidRDefault="004A08E5">
      <w:pPr>
        <w:spacing w:before="220" w:after="0" w:line="240" w:lineRule="auto"/>
        <w:jc w:val="center"/>
      </w:pPr>
      <w:r w:rsidRPr="004A08E5">
        <w:rPr>
          <w:noProof/>
        </w:rPr>
        <w:drawing>
          <wp:inline distT="0" distB="0" distL="0" distR="0" wp14:anchorId="01D6C612" wp14:editId="25B15E0F">
            <wp:extent cx="5756400" cy="3240000"/>
            <wp:effectExtent l="0" t="0" r="0" b="0"/>
            <wp:docPr id="109366800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66800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BA43E" w14:textId="77777777" w:rsidR="00C75652" w:rsidRPr="00A10221" w:rsidRDefault="00A304F0">
      <w:pPr>
        <w:spacing w:before="440" w:after="0" w:line="240" w:lineRule="auto"/>
        <w:jc w:val="both"/>
      </w:pPr>
      <w:r w:rsidRPr="00A10221">
        <w:rPr>
          <w:i/>
          <w:color w:val="6B6B6B"/>
        </w:rPr>
        <w:t>Mogući primjer rješenja:</w:t>
      </w:r>
    </w:p>
    <w:p w14:paraId="2DF8B5F7" w14:textId="1B590AB3" w:rsidR="00C75652" w:rsidRDefault="004A08E5">
      <w:pPr>
        <w:spacing w:before="220" w:after="0" w:line="240" w:lineRule="auto"/>
        <w:jc w:val="center"/>
      </w:pPr>
      <w:r w:rsidRPr="004A08E5">
        <w:rPr>
          <w:noProof/>
        </w:rPr>
        <w:drawing>
          <wp:inline distT="0" distB="0" distL="0" distR="0" wp14:anchorId="41FC3444" wp14:editId="511AA52B">
            <wp:extent cx="5756400" cy="3240000"/>
            <wp:effectExtent l="0" t="0" r="0" b="0"/>
            <wp:docPr id="178975704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75704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99D99" w14:textId="77777777" w:rsidR="00C75652" w:rsidRDefault="00C75652">
      <w:pPr>
        <w:spacing w:line="240" w:lineRule="auto"/>
      </w:pPr>
    </w:p>
    <w:p w14:paraId="23CFBA65" w14:textId="77777777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>Aktivnost 14: Četiri simbola Velikoga petka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732E76ED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Učenici će u četiri polja nacrtati po jedan jednostavan simbol: MASLINOVA GRANČICA – molitva i predanje; TRNOVA KRUNA – muka i poniženje; KRIŽ – darovani život; SRCE / RAŠIRENE RUKE – ljubav za sve. Ispod svakoga crteža pišu najviše tri riječi poruke.</w:t>
      </w:r>
    </w:p>
    <w:p w14:paraId="59D3E727" w14:textId="77777777" w:rsidR="00A10221" w:rsidRDefault="00A10221">
      <w:pPr>
        <w:spacing w:before="80" w:after="0" w:line="240" w:lineRule="auto"/>
        <w:rPr>
          <w:color w:val="000000"/>
        </w:rPr>
      </w:pPr>
    </w:p>
    <w:p w14:paraId="589551D1" w14:textId="13D1270D" w:rsidR="00C75652" w:rsidRDefault="00A10221">
      <w:pPr>
        <w:spacing w:before="80" w:after="0" w:line="240" w:lineRule="auto"/>
      </w:pPr>
      <w:r>
        <w:rPr>
          <w:color w:val="000000"/>
        </w:rPr>
        <w:t>Radni p</w:t>
      </w:r>
      <w:r w:rsidR="00A304F0">
        <w:rPr>
          <w:color w:val="000000"/>
        </w:rPr>
        <w:t>redložak:</w:t>
      </w:r>
    </w:p>
    <w:p w14:paraId="7370922B" w14:textId="5B08FB05" w:rsidR="00C75652" w:rsidRDefault="00A10221">
      <w:pPr>
        <w:spacing w:before="220" w:after="0" w:line="240" w:lineRule="auto"/>
        <w:jc w:val="center"/>
      </w:pPr>
      <w:r w:rsidRPr="00A10221">
        <w:rPr>
          <w:noProof/>
        </w:rPr>
        <w:drawing>
          <wp:inline distT="0" distB="0" distL="0" distR="0" wp14:anchorId="0292C6CA" wp14:editId="7EDF3134">
            <wp:extent cx="5756400" cy="3240000"/>
            <wp:effectExtent l="0" t="0" r="0" b="0"/>
            <wp:docPr id="191014441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14441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47442" w14:textId="77777777" w:rsidR="00C75652" w:rsidRPr="00A10221" w:rsidRDefault="00A304F0">
      <w:pPr>
        <w:spacing w:before="440" w:after="0" w:line="240" w:lineRule="auto"/>
        <w:jc w:val="both"/>
      </w:pPr>
      <w:r w:rsidRPr="00A10221">
        <w:rPr>
          <w:i/>
          <w:color w:val="6B6B6B"/>
        </w:rPr>
        <w:t>Mogući primjer rješenja:</w:t>
      </w:r>
    </w:p>
    <w:p w14:paraId="000CCC8A" w14:textId="011C39CE" w:rsidR="00C75652" w:rsidRDefault="00A10221">
      <w:pPr>
        <w:spacing w:before="220" w:after="0" w:line="240" w:lineRule="auto"/>
        <w:jc w:val="center"/>
      </w:pPr>
      <w:r w:rsidRPr="00A10221">
        <w:rPr>
          <w:noProof/>
        </w:rPr>
        <w:drawing>
          <wp:inline distT="0" distB="0" distL="0" distR="0" wp14:anchorId="32E23A80" wp14:editId="326E4692">
            <wp:extent cx="5756400" cy="3240000"/>
            <wp:effectExtent l="0" t="0" r="0" b="0"/>
            <wp:docPr id="137687029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87029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F8554" w14:textId="77777777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(individualni rad i razgovor, 6 minuta)</w:t>
      </w:r>
    </w:p>
    <w:p w14:paraId="1C7AAE07" w14:textId="77777777" w:rsidR="00C75652" w:rsidRDefault="00A304F0">
      <w:pPr>
        <w:spacing w:after="220" w:line="240" w:lineRule="auto"/>
      </w:pPr>
      <w:r>
        <w:rPr>
          <w:i/>
          <w:color w:val="000000"/>
        </w:rPr>
        <w:t>Vjeroučitelj će pročitati poučnu priču.</w:t>
      </w:r>
    </w:p>
    <w:p w14:paraId="297300C1" w14:textId="77777777" w:rsidR="00C75652" w:rsidRDefault="00A304F0">
      <w:pPr>
        <w:spacing w:after="0" w:line="240" w:lineRule="auto"/>
      </w:pPr>
      <w:r>
        <w:rPr>
          <w:b/>
          <w:color w:val="000000"/>
        </w:rPr>
        <w:t>Kišobran na stanici</w:t>
      </w:r>
    </w:p>
    <w:p w14:paraId="3BF0B4F2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Na autobusnoj stanici počela je jaka kiša. Ivan je imao veliki kišobran, a pokraj njega stajala je starija žena s dvije teške vrećice. Autobus je kasnio, a voda joj je već natapala kaput. Ivan je znao da će, ako je otprati do ulaza, propustiti sljedeći autobus. Ipak je uzeo jednu vrećicu i rekao: „Idemo zajedno. Autobus će doći opet.“ Otpratio ju je nekoliko minuta dalje, vratio se mokrih cipela i morao čekati. Nije napravio ništa veliko ni spektakularno, ali je izabrao da mu tuđa potreba bude važnija od njegove udobnosti.</w:t>
      </w:r>
    </w:p>
    <w:p w14:paraId="1C5A70AC" w14:textId="77777777" w:rsidR="00C75652" w:rsidRDefault="00A304F0">
      <w:pPr>
        <w:keepNext/>
        <w:spacing w:before="220" w:after="0" w:line="240" w:lineRule="auto"/>
      </w:pPr>
      <w:r>
        <w:rPr>
          <w:color w:val="000000"/>
        </w:rPr>
        <w:t>Razgovor:</w:t>
      </w:r>
    </w:p>
    <w:p w14:paraId="54A13845" w14:textId="77777777" w:rsidR="00C75652" w:rsidRDefault="00A304F0" w:rsidP="00A304F0">
      <w:pPr>
        <w:pStyle w:val="Odlomakpopisa"/>
        <w:numPr>
          <w:ilvl w:val="0"/>
          <w:numId w:val="10"/>
        </w:numPr>
        <w:spacing w:after="20" w:line="240" w:lineRule="auto"/>
      </w:pPr>
      <w:r w:rsidRPr="00A10221">
        <w:rPr>
          <w:color w:val="000000"/>
        </w:rPr>
        <w:t xml:space="preserve">Što je Ivan morao žrtvovati da bi pomogao? </w:t>
      </w:r>
      <w:r w:rsidRPr="00A10221">
        <w:rPr>
          <w:color w:val="6B6B6B"/>
          <w:sz w:val="18"/>
        </w:rPr>
        <w:t>(Vrijeme, udobnost i svoj plan.)</w:t>
      </w:r>
    </w:p>
    <w:p w14:paraId="47F89B56" w14:textId="77777777" w:rsidR="00C75652" w:rsidRDefault="00A304F0" w:rsidP="00A304F0">
      <w:pPr>
        <w:pStyle w:val="Odlomakpopisa"/>
        <w:numPr>
          <w:ilvl w:val="0"/>
          <w:numId w:val="10"/>
        </w:numPr>
        <w:spacing w:after="20" w:line="240" w:lineRule="auto"/>
      </w:pPr>
      <w:r w:rsidRPr="00A10221">
        <w:rPr>
          <w:color w:val="000000"/>
        </w:rPr>
        <w:t xml:space="preserve">Zašto je njegovo djelo primjer ljubavi koja se vidi u odluci? </w:t>
      </w:r>
      <w:r w:rsidRPr="00A10221">
        <w:rPr>
          <w:color w:val="6B6B6B"/>
          <w:sz w:val="18"/>
        </w:rPr>
        <w:t>(Jer je svjesno izabrao dobro drugoga iako ga je to nešto stajalo.)</w:t>
      </w:r>
    </w:p>
    <w:p w14:paraId="276C1E24" w14:textId="77777777" w:rsidR="00C75652" w:rsidRDefault="00A304F0" w:rsidP="00A304F0">
      <w:pPr>
        <w:pStyle w:val="Odlomakpopisa"/>
        <w:numPr>
          <w:ilvl w:val="0"/>
          <w:numId w:val="10"/>
        </w:numPr>
        <w:spacing w:after="20" w:line="240" w:lineRule="auto"/>
      </w:pPr>
      <w:r w:rsidRPr="00A10221">
        <w:rPr>
          <w:color w:val="000000"/>
        </w:rPr>
        <w:t xml:space="preserve">Kako se priča može povezati s današnjom temom, a da je ne izjednačimo s Isusovom žrtvom? </w:t>
      </w:r>
      <w:r w:rsidRPr="00A10221">
        <w:rPr>
          <w:color w:val="6B6B6B"/>
          <w:sz w:val="18"/>
        </w:rPr>
        <w:t>(Pokazuje da prava ljubav uključuje darivanje sebe; Isusova ljubav na križu neusporedivo je veći i spasenjski čin.)</w:t>
      </w:r>
    </w:p>
    <w:p w14:paraId="79CD1421" w14:textId="77777777" w:rsidR="00C75652" w:rsidRDefault="00A304F0">
      <w:pPr>
        <w:spacing w:before="220" w:after="0" w:line="240" w:lineRule="auto"/>
        <w:jc w:val="both"/>
      </w:pPr>
      <w:r>
        <w:rPr>
          <w:b/>
        </w:rPr>
        <w:t>Pouka:</w:t>
      </w:r>
      <w:r>
        <w:t xml:space="preserve"> Ljubav postaje vidljiva kada smo spremni nešto od sebe darovati za dobro drugoga. Isus na križu pokazuje ljubav do kraja – ljubav koja se daruje za spasenje ljudi.</w:t>
      </w:r>
    </w:p>
    <w:p w14:paraId="4B8A3A03" w14:textId="77777777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>Aktivnost 16: Zapišimo!</w:t>
      </w:r>
      <w:r>
        <w:rPr>
          <w:i/>
          <w:color w:val="6B6B6B"/>
          <w:sz w:val="20"/>
        </w:rPr>
        <w:t xml:space="preserve"> (individualni rad uz zajedničku provjeru, 7 minuta)</w:t>
      </w:r>
    </w:p>
    <w:p w14:paraId="10E06108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Učenici će u bilježnicu prepisati pet rečenica i u svakoj ispraviti jednu pogrešnu riječ ili izraz.</w:t>
      </w:r>
    </w:p>
    <w:p w14:paraId="0AF71E84" w14:textId="77777777" w:rsidR="00C75652" w:rsidRDefault="00A304F0">
      <w:pPr>
        <w:spacing w:after="0" w:line="240" w:lineRule="auto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1. Betlehem → Getsemani; 2. moja → tvoja / Očeva; 3. Maslinsku goru → Golgotu; 4. slučajnost → otajstvo / dio Božjega plana spasenja; 5. zarobljeni → slobodni.</w:t>
      </w:r>
    </w:p>
    <w:p w14:paraId="20FF1420" w14:textId="77777777" w:rsidR="00A10221" w:rsidRDefault="00A10221">
      <w:pPr>
        <w:spacing w:after="0" w:line="240" w:lineRule="auto"/>
        <w:jc w:val="both"/>
      </w:pPr>
    </w:p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75652" w14:paraId="0C0B1F56" w14:textId="77777777" w:rsidTr="00E51EA9">
        <w:trPr>
          <w:cantSplit/>
        </w:trPr>
        <w:tc>
          <w:tcPr>
            <w:tcW w:w="10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55A60AE" w14:textId="77777777" w:rsidR="00C75652" w:rsidRDefault="00A304F0">
            <w:pPr>
              <w:jc w:val="center"/>
            </w:pPr>
            <w:r>
              <w:rPr>
                <w:b/>
                <w:color w:val="C96A00"/>
                <w:sz w:val="48"/>
              </w:rPr>
              <w:t>LJUBAV BEZ GRANICA</w:t>
            </w:r>
          </w:p>
          <w:p w14:paraId="373BCBED" w14:textId="77777777" w:rsidR="00C75652" w:rsidRDefault="00A304F0">
            <w:pPr>
              <w:jc w:val="both"/>
            </w:pPr>
            <w:r>
              <w:rPr>
                <w:color w:val="000000"/>
                <w:sz w:val="48"/>
              </w:rPr>
              <w:t>1. Nakon Posljednje večere Isus odlazi u Betlehem.</w:t>
            </w:r>
            <w:r>
              <w:rPr>
                <w:color w:val="000000"/>
                <w:sz w:val="48"/>
              </w:rPr>
              <w:br/>
              <w:t>2. U molitvi govori: „Ne tvoja, nego moja volja neka bude.“</w:t>
            </w:r>
            <w:r>
              <w:rPr>
                <w:color w:val="000000"/>
                <w:sz w:val="48"/>
              </w:rPr>
              <w:br/>
              <w:t>3. Isus nosi križ na Maslinsku goru.</w:t>
            </w:r>
            <w:r>
              <w:rPr>
                <w:color w:val="000000"/>
                <w:sz w:val="48"/>
              </w:rPr>
              <w:br/>
              <w:t>4. Isusova smrt je slučajnost bez dubljega značenja.</w:t>
            </w:r>
            <w:r>
              <w:rPr>
                <w:color w:val="000000"/>
                <w:sz w:val="48"/>
              </w:rPr>
              <w:br/>
              <w:t>5. Po Isusu Kristu ostajemo zarobljeni u ropstvu grijeha.</w:t>
            </w:r>
          </w:p>
        </w:tc>
      </w:tr>
    </w:tbl>
    <w:p w14:paraId="21BDF0B9" w14:textId="77777777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>Aktivnost 17: Radna bilježnica</w:t>
      </w:r>
      <w:r>
        <w:rPr>
          <w:i/>
          <w:color w:val="6B6B6B"/>
          <w:sz w:val="20"/>
        </w:rPr>
        <w:t xml:space="preserve"> (individualni rad uz zajedničku provjeru, približno 10 minuta)</w:t>
      </w:r>
    </w:p>
    <w:p w14:paraId="0EC8B1D1" w14:textId="77777777" w:rsidR="00C75652" w:rsidRDefault="00A304F0">
      <w:pPr>
        <w:spacing w:after="0" w:line="240" w:lineRule="auto"/>
      </w:pPr>
      <w:r>
        <w:rPr>
          <w:color w:val="000000"/>
        </w:rPr>
        <w:t>Učenici će uz pomoć vjeroučitelja rješavati RB, str. 76–77 (mogu biti i odabrani zadatci po želji).</w:t>
      </w:r>
    </w:p>
    <w:p w14:paraId="445A52C7" w14:textId="77777777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>Aktivnost 18: Formativna provjera – šest kratkih tvrdnji</w:t>
      </w:r>
      <w:r>
        <w:rPr>
          <w:i/>
          <w:color w:val="6B6B6B"/>
          <w:sz w:val="20"/>
        </w:rPr>
        <w:t xml:space="preserve"> (frontalni rad i individualni odgovor, 6 minuta)</w:t>
      </w:r>
    </w:p>
    <w:p w14:paraId="58266A71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Učenici odgovaraju T – točno ili N – netočno. Netočne tvrdnje odmah usmeno ispravljaju.</w:t>
      </w:r>
    </w:p>
    <w:p w14:paraId="54CE5C33" w14:textId="77777777" w:rsidR="00C75652" w:rsidRDefault="00A304F0" w:rsidP="00A304F0">
      <w:pPr>
        <w:pStyle w:val="Odlomakpopisa"/>
        <w:numPr>
          <w:ilvl w:val="0"/>
          <w:numId w:val="11"/>
        </w:numPr>
        <w:spacing w:after="20" w:line="240" w:lineRule="auto"/>
      </w:pPr>
      <w:r w:rsidRPr="00A10221">
        <w:rPr>
          <w:color w:val="000000"/>
        </w:rPr>
        <w:t xml:space="preserve">Nakon Posljednje večere Isus odlazi u Getsemani. </w:t>
      </w:r>
      <w:r w:rsidRPr="00A10221">
        <w:rPr>
          <w:color w:val="6B6B6B"/>
          <w:sz w:val="18"/>
        </w:rPr>
        <w:t>(T)</w:t>
      </w:r>
    </w:p>
    <w:p w14:paraId="0BB3E0A1" w14:textId="77777777" w:rsidR="00C75652" w:rsidRDefault="00A304F0" w:rsidP="00A304F0">
      <w:pPr>
        <w:pStyle w:val="Odlomakpopisa"/>
        <w:numPr>
          <w:ilvl w:val="0"/>
          <w:numId w:val="11"/>
        </w:numPr>
        <w:spacing w:after="20" w:line="240" w:lineRule="auto"/>
      </w:pPr>
      <w:r w:rsidRPr="00A10221">
        <w:rPr>
          <w:color w:val="000000"/>
        </w:rPr>
        <w:t xml:space="preserve">U Getsemaniju Isus odbija Očevu volju. </w:t>
      </w:r>
      <w:r w:rsidRPr="00A10221">
        <w:rPr>
          <w:color w:val="6B6B6B"/>
          <w:sz w:val="18"/>
        </w:rPr>
        <w:t>(N – iskreno moli, ali prihvaća Očevu volju.)</w:t>
      </w:r>
    </w:p>
    <w:p w14:paraId="0EBD3AA3" w14:textId="77777777" w:rsidR="00C75652" w:rsidRDefault="00A304F0" w:rsidP="00A304F0">
      <w:pPr>
        <w:pStyle w:val="Odlomakpopisa"/>
        <w:numPr>
          <w:ilvl w:val="0"/>
          <w:numId w:val="11"/>
        </w:numPr>
        <w:spacing w:after="20" w:line="240" w:lineRule="auto"/>
      </w:pPr>
      <w:r w:rsidRPr="00A10221">
        <w:rPr>
          <w:color w:val="000000"/>
        </w:rPr>
        <w:t xml:space="preserve">Isus je prema udžbeniku osuđen nakon nepravednoga i mučnoga procesa. </w:t>
      </w:r>
      <w:r w:rsidRPr="00A10221">
        <w:rPr>
          <w:color w:val="6B6B6B"/>
          <w:sz w:val="18"/>
        </w:rPr>
        <w:t>(T)</w:t>
      </w:r>
    </w:p>
    <w:p w14:paraId="0C7F30E5" w14:textId="77777777" w:rsidR="00C75652" w:rsidRDefault="00A304F0" w:rsidP="00A304F0">
      <w:pPr>
        <w:pStyle w:val="Odlomakpopisa"/>
        <w:numPr>
          <w:ilvl w:val="0"/>
          <w:numId w:val="11"/>
        </w:numPr>
        <w:spacing w:after="20" w:line="240" w:lineRule="auto"/>
      </w:pPr>
      <w:r w:rsidRPr="00A10221">
        <w:rPr>
          <w:color w:val="000000"/>
        </w:rPr>
        <w:t xml:space="preserve">Križni put završava Isusovom osudom na smrt. </w:t>
      </w:r>
      <w:r w:rsidRPr="00A10221">
        <w:rPr>
          <w:color w:val="6B6B6B"/>
          <w:sz w:val="18"/>
        </w:rPr>
        <w:t>(N – završava polaganjem Isusa u grob.)</w:t>
      </w:r>
    </w:p>
    <w:p w14:paraId="06838515" w14:textId="77777777" w:rsidR="00C75652" w:rsidRDefault="00A304F0" w:rsidP="00A304F0">
      <w:pPr>
        <w:pStyle w:val="Odlomakpopisa"/>
        <w:numPr>
          <w:ilvl w:val="0"/>
          <w:numId w:val="11"/>
        </w:numPr>
        <w:spacing w:after="20" w:line="240" w:lineRule="auto"/>
      </w:pPr>
      <w:r w:rsidRPr="00A10221">
        <w:rPr>
          <w:color w:val="000000"/>
        </w:rPr>
        <w:t xml:space="preserve">Udžbenik Isusovu smrt povezuje s otkupljenjem i slobodom od ropstva grijeha. </w:t>
      </w:r>
      <w:r w:rsidRPr="00A10221">
        <w:rPr>
          <w:color w:val="6B6B6B"/>
          <w:sz w:val="18"/>
        </w:rPr>
        <w:t>(T)</w:t>
      </w:r>
    </w:p>
    <w:p w14:paraId="7E951978" w14:textId="77777777" w:rsidR="00C75652" w:rsidRDefault="00A304F0" w:rsidP="00A304F0">
      <w:pPr>
        <w:pStyle w:val="Odlomakpopisa"/>
        <w:numPr>
          <w:ilvl w:val="0"/>
          <w:numId w:val="11"/>
        </w:numPr>
        <w:spacing w:after="20" w:line="240" w:lineRule="auto"/>
      </w:pPr>
      <w:r w:rsidRPr="00A10221">
        <w:rPr>
          <w:color w:val="000000"/>
        </w:rPr>
        <w:t xml:space="preserve">Veliki petak je spomen Isusove muke i smrti na križu. </w:t>
      </w:r>
      <w:r w:rsidRPr="00A10221">
        <w:rPr>
          <w:color w:val="6B6B6B"/>
          <w:sz w:val="18"/>
        </w:rPr>
        <w:t>(T)</w:t>
      </w:r>
    </w:p>
    <w:p w14:paraId="38FEFC31" w14:textId="77777777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>Aktivnost 19: Digitalni zadatci</w:t>
      </w:r>
      <w:r>
        <w:rPr>
          <w:i/>
          <w:color w:val="6B6B6B"/>
          <w:sz w:val="20"/>
        </w:rPr>
        <w:t xml:space="preserve"> (individualni rad ili rad u paru, 8 minuta)</w:t>
      </w:r>
    </w:p>
    <w:p w14:paraId="291DB759" w14:textId="2AAC2E75" w:rsidR="00C75652" w:rsidRDefault="00A10221">
      <w:pPr>
        <w:spacing w:after="0" w:line="240" w:lineRule="auto"/>
        <w:rPr>
          <w:color w:val="000000"/>
        </w:rPr>
      </w:pPr>
      <w:r w:rsidRPr="00A10221">
        <w:rPr>
          <w:color w:val="000000"/>
        </w:rPr>
        <w:t>Učenici će riješiti zadatak pod ikonom smješka, digitalni udžbenik, str. 52!</w:t>
      </w:r>
    </w:p>
    <w:p w14:paraId="38DBDB08" w14:textId="77777777" w:rsidR="00A10221" w:rsidRDefault="00A10221">
      <w:pPr>
        <w:spacing w:after="0" w:line="240" w:lineRule="auto"/>
      </w:pPr>
    </w:p>
    <w:p w14:paraId="121C27DA" w14:textId="556F6063" w:rsidR="00A10221" w:rsidRDefault="00A10221" w:rsidP="00A10221">
      <w:pPr>
        <w:spacing w:after="0"/>
        <w:jc w:val="both"/>
      </w:pPr>
      <w:hyperlink r:id="rId20">
        <w:r w:rsidRPr="002A16EB">
          <w:rPr>
            <w:b/>
            <w:bCs/>
            <w:color w:val="0000FF"/>
            <w:u w:val="single"/>
          </w:rPr>
          <w:t>klikni ovdje – poveznica</w:t>
        </w:r>
      </w:hyperlink>
    </w:p>
    <w:p w14:paraId="00DF687C" w14:textId="77777777" w:rsidR="00A10221" w:rsidRDefault="00A10221" w:rsidP="00A10221">
      <w:pPr>
        <w:spacing w:after="0"/>
        <w:jc w:val="both"/>
      </w:pPr>
    </w:p>
    <w:p w14:paraId="4EB57501" w14:textId="626C9A69" w:rsidR="00A10221" w:rsidRPr="00A10221" w:rsidRDefault="00A10221" w:rsidP="00A10221">
      <w:pPr>
        <w:spacing w:after="0"/>
        <w:jc w:val="both"/>
        <w:rPr>
          <w:b/>
          <w:bCs/>
        </w:rPr>
      </w:pPr>
      <w:r w:rsidRPr="00A10221">
        <w:rPr>
          <w:b/>
          <w:bCs/>
        </w:rPr>
        <w:t>Kod:</w:t>
      </w:r>
    </w:p>
    <w:p w14:paraId="10A07E14" w14:textId="77777777" w:rsidR="00A10221" w:rsidRDefault="00A10221" w:rsidP="00A10221">
      <w:pPr>
        <w:spacing w:after="0"/>
        <w:jc w:val="both"/>
      </w:pPr>
    </w:p>
    <w:p w14:paraId="54F538CB" w14:textId="638F6F5D" w:rsidR="00A10221" w:rsidRDefault="00A10221" w:rsidP="00A10221">
      <w:pPr>
        <w:spacing w:after="0"/>
        <w:jc w:val="both"/>
      </w:pPr>
      <w:r>
        <w:rPr>
          <w:noProof/>
        </w:rPr>
        <w:drawing>
          <wp:inline distT="0" distB="0" distL="0" distR="0" wp14:anchorId="4A56DF55" wp14:editId="03027385">
            <wp:extent cx="1440000" cy="1440000"/>
            <wp:effectExtent l="0" t="0" r="8255" b="8255"/>
            <wp:docPr id="238562676" name="Slika 6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QR-ko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1C7D4" w14:textId="77777777" w:rsidR="00C75652" w:rsidRDefault="00A304F0">
      <w:pPr>
        <w:spacing w:before="220" w:after="0" w:line="240" w:lineRule="auto"/>
        <w:jc w:val="both"/>
      </w:pPr>
      <w:r>
        <w:rPr>
          <w:b/>
        </w:rPr>
        <w:t>Nedigitalna alternativa:</w:t>
      </w:r>
      <w:r>
        <w:t xml:space="preserve"> Parovi dobivaju četrnaest kartica s nazivima postaja u izmiješanom redoslijedu. Slažu ih od 1 do 14 i zatim provjeravaju prema udžbeniku.</w:t>
      </w:r>
    </w:p>
    <w:p w14:paraId="1D630961" w14:textId="77777777" w:rsidR="00A10221" w:rsidRDefault="00A10221">
      <w:pPr>
        <w:spacing w:before="220" w:after="0" w:line="240" w:lineRule="auto"/>
        <w:jc w:val="both"/>
      </w:pPr>
    </w:p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5328"/>
        <w:gridCol w:w="5330"/>
      </w:tblGrid>
      <w:tr w:rsidR="00C75652" w14:paraId="7B596B94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0BBED8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KARTICA 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A55276" w14:textId="77777777" w:rsidR="00C75652" w:rsidRDefault="00A304F0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KARTICA B</w:t>
            </w:r>
          </w:p>
        </w:tc>
      </w:tr>
      <w:tr w:rsidR="00C75652" w14:paraId="75B60431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81107E" w14:textId="77777777" w:rsidR="00C75652" w:rsidRDefault="00A304F0" w:rsidP="00A10221">
            <w:pPr>
              <w:spacing w:after="0"/>
            </w:pPr>
            <w:r>
              <w:rPr>
                <w:color w:val="000000"/>
                <w:sz w:val="40"/>
              </w:rPr>
              <w:t>Isus pada drugi put pod križem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6271D6" w14:textId="77777777" w:rsidR="00C75652" w:rsidRDefault="00A304F0" w:rsidP="00A10221">
            <w:pPr>
              <w:spacing w:after="0"/>
            </w:pPr>
            <w:r>
              <w:rPr>
                <w:color w:val="000000"/>
                <w:sz w:val="40"/>
              </w:rPr>
              <w:t>Isusa osuđuju na smrt</w:t>
            </w:r>
          </w:p>
        </w:tc>
      </w:tr>
      <w:tr w:rsidR="00C75652" w14:paraId="2AF5EDD0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CBC9C1" w14:textId="77777777" w:rsidR="00C75652" w:rsidRDefault="00A304F0" w:rsidP="00A10221">
            <w:pPr>
              <w:spacing w:after="0"/>
            </w:pPr>
            <w:r>
              <w:rPr>
                <w:color w:val="000000"/>
                <w:sz w:val="40"/>
              </w:rPr>
              <w:t>Isusa polažu u grob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07D7FD" w14:textId="77777777" w:rsidR="00C75652" w:rsidRDefault="00A304F0" w:rsidP="00A10221">
            <w:pPr>
              <w:spacing w:after="0"/>
            </w:pPr>
            <w:r>
              <w:rPr>
                <w:color w:val="000000"/>
                <w:sz w:val="36"/>
              </w:rPr>
              <w:t>Šimun Cirenac pomaže Isusu nositi križ</w:t>
            </w:r>
          </w:p>
        </w:tc>
      </w:tr>
      <w:tr w:rsidR="00C75652" w14:paraId="722B8E1A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B1036E" w14:textId="77777777" w:rsidR="00C75652" w:rsidRDefault="00A304F0" w:rsidP="00A10221">
            <w:pPr>
              <w:spacing w:after="0"/>
            </w:pPr>
            <w:r>
              <w:rPr>
                <w:color w:val="000000"/>
                <w:sz w:val="40"/>
              </w:rPr>
              <w:t>Isus umire na križu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DD55A6" w14:textId="77777777" w:rsidR="00C75652" w:rsidRDefault="00A304F0" w:rsidP="00A10221">
            <w:pPr>
              <w:spacing w:after="0"/>
            </w:pPr>
            <w:r>
              <w:rPr>
                <w:color w:val="000000"/>
                <w:sz w:val="40"/>
              </w:rPr>
              <w:t>Isus susreće svoju svetu Majku</w:t>
            </w:r>
          </w:p>
        </w:tc>
      </w:tr>
      <w:tr w:rsidR="00C75652" w14:paraId="7FDCA80A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F7829F" w14:textId="77777777" w:rsidR="00C75652" w:rsidRDefault="00A304F0" w:rsidP="00A10221">
            <w:pPr>
              <w:spacing w:after="0"/>
            </w:pPr>
            <w:r>
              <w:rPr>
                <w:color w:val="000000"/>
                <w:sz w:val="40"/>
              </w:rPr>
              <w:t>Isusa pribijaju na križ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5AB4F3" w14:textId="77777777" w:rsidR="00C75652" w:rsidRDefault="00A304F0" w:rsidP="00A10221">
            <w:pPr>
              <w:spacing w:after="0"/>
            </w:pPr>
            <w:r>
              <w:rPr>
                <w:color w:val="000000"/>
                <w:sz w:val="40"/>
              </w:rPr>
              <w:t>Veronika pruža Isusu rubac</w:t>
            </w:r>
          </w:p>
        </w:tc>
      </w:tr>
      <w:tr w:rsidR="00C75652" w14:paraId="2E4483DB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2778B3" w14:textId="77777777" w:rsidR="00C75652" w:rsidRDefault="00A304F0" w:rsidP="00A10221">
            <w:pPr>
              <w:spacing w:after="0"/>
            </w:pPr>
            <w:r>
              <w:rPr>
                <w:color w:val="000000"/>
                <w:sz w:val="40"/>
              </w:rPr>
              <w:t>Isus prima na se križ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4E489D" w14:textId="77777777" w:rsidR="00C75652" w:rsidRDefault="00A304F0" w:rsidP="00A10221">
            <w:pPr>
              <w:spacing w:after="0"/>
            </w:pPr>
            <w:r>
              <w:rPr>
                <w:color w:val="000000"/>
                <w:sz w:val="40"/>
              </w:rPr>
              <w:t>Isus tješi jeruzalemske žene</w:t>
            </w:r>
          </w:p>
        </w:tc>
      </w:tr>
      <w:tr w:rsidR="00C75652" w14:paraId="3C19EA64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8333B7" w14:textId="77777777" w:rsidR="00C75652" w:rsidRDefault="00A304F0" w:rsidP="00A10221">
            <w:pPr>
              <w:spacing w:after="0"/>
            </w:pPr>
            <w:r>
              <w:rPr>
                <w:color w:val="000000"/>
                <w:sz w:val="40"/>
              </w:rPr>
              <w:t>Isusa skidaju s križa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63AE13" w14:textId="77777777" w:rsidR="00C75652" w:rsidRDefault="00A304F0" w:rsidP="00A10221">
            <w:pPr>
              <w:spacing w:after="0"/>
            </w:pPr>
            <w:r>
              <w:rPr>
                <w:color w:val="000000"/>
                <w:sz w:val="40"/>
              </w:rPr>
              <w:t>Isus pada prvi put pod križem</w:t>
            </w:r>
          </w:p>
        </w:tc>
      </w:tr>
      <w:tr w:rsidR="00C75652" w14:paraId="45AC1BC6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41CFDA" w14:textId="77777777" w:rsidR="00C75652" w:rsidRDefault="00A304F0" w:rsidP="00A10221">
            <w:pPr>
              <w:spacing w:after="0"/>
            </w:pPr>
            <w:r>
              <w:rPr>
                <w:color w:val="000000"/>
                <w:sz w:val="40"/>
              </w:rPr>
              <w:t>Isusa svlače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CFA9A5" w14:textId="77777777" w:rsidR="00C75652" w:rsidRDefault="00A304F0" w:rsidP="00A10221">
            <w:pPr>
              <w:spacing w:after="0"/>
            </w:pPr>
            <w:r>
              <w:rPr>
                <w:color w:val="000000"/>
                <w:sz w:val="40"/>
              </w:rPr>
              <w:t>Isus pada treći put pod križem</w:t>
            </w:r>
          </w:p>
        </w:tc>
      </w:tr>
    </w:tbl>
    <w:p w14:paraId="76B24614" w14:textId="77777777" w:rsidR="00C75652" w:rsidRDefault="00A304F0">
      <w:pPr>
        <w:keepNext/>
        <w:spacing w:before="100" w:after="40" w:line="240" w:lineRule="auto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(frontalni rad, 2 minute)</w:t>
      </w:r>
    </w:p>
    <w:p w14:paraId="30377496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5A807A21" w14:textId="77777777" w:rsidR="00C75652" w:rsidRPr="008527DF" w:rsidRDefault="00A304F0" w:rsidP="008527DF">
      <w:pPr>
        <w:spacing w:before="220" w:after="0" w:line="240" w:lineRule="auto"/>
        <w:jc w:val="both"/>
        <w:rPr>
          <w:iCs/>
          <w:color w:val="7030A0"/>
        </w:rPr>
      </w:pPr>
      <w:r w:rsidRPr="008527DF">
        <w:rPr>
          <w:iCs/>
          <w:color w:val="7030A0"/>
        </w:rPr>
        <w:t>Igra pamćenja: vjeroučitelj polako izgovori pet neutralnih riječi: prozor – olovka – more – bicikl – jabuka. Učenici ih ponove. U drugom krugu dodaje još dvije riječi: sat – knjiga. Nakon zajedničkoga ponavljanja vjeroučitelj kaže „Stop“ i svi sjednu / usmjere pogled prema ploči.</w:t>
      </w:r>
    </w:p>
    <w:p w14:paraId="1C456003" w14:textId="77777777" w:rsidR="00A10221" w:rsidRDefault="00A10221">
      <w:pPr>
        <w:spacing w:before="220" w:after="0" w:line="240" w:lineRule="auto"/>
      </w:pPr>
    </w:p>
    <w:tbl>
      <w:tblPr>
        <w:tblW w:w="10658" w:type="dxa"/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C75652" w14:paraId="048EB5FE" w14:textId="77777777" w:rsidTr="006E69EC">
        <w:trPr>
          <w:cantSplit/>
        </w:trPr>
        <w:tc>
          <w:tcPr>
            <w:tcW w:w="10681" w:type="dxa"/>
            <w:shd w:val="clear" w:color="auto" w:fill="00B05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DA2373" w14:textId="56BE13A3" w:rsidR="00C75652" w:rsidRDefault="006E69EC" w:rsidP="006E69EC">
            <w:pPr>
              <w:spacing w:after="0" w:line="240" w:lineRule="auto"/>
            </w:pPr>
            <w:r w:rsidRPr="006E69EC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6E69EC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71E88220" w14:textId="77777777" w:rsidR="00C75652" w:rsidRDefault="00C75652">
      <w:pPr>
        <w:spacing w:after="20" w:line="240" w:lineRule="auto"/>
        <w:jc w:val="both"/>
      </w:pPr>
    </w:p>
    <w:p w14:paraId="7FD4EFF2" w14:textId="77777777" w:rsidR="00C75652" w:rsidRDefault="00A304F0">
      <w:pPr>
        <w:keepNext/>
        <w:spacing w:before="60" w:after="40" w:line="240" w:lineRule="auto"/>
      </w:pPr>
      <w:r>
        <w:rPr>
          <w:b/>
          <w:color w:val="C96A00"/>
          <w:sz w:val="26"/>
        </w:rPr>
        <w:t>Aktualizacija:</w:t>
      </w:r>
    </w:p>
    <w:p w14:paraId="27060D87" w14:textId="77777777" w:rsidR="00C75652" w:rsidRDefault="00A304F0">
      <w:pPr>
        <w:spacing w:after="0" w:line="240" w:lineRule="auto"/>
      </w:pPr>
      <w:r>
        <w:rPr>
          <w:color w:val="000000"/>
        </w:rPr>
        <w:t>Vjeroučitelj će odabrati dva ili tri pitanja.</w:t>
      </w:r>
    </w:p>
    <w:p w14:paraId="2E41BC33" w14:textId="77777777" w:rsidR="00C75652" w:rsidRDefault="00A304F0" w:rsidP="008527DF">
      <w:pPr>
        <w:pStyle w:val="Odlomakpopisa"/>
        <w:numPr>
          <w:ilvl w:val="0"/>
          <w:numId w:val="12"/>
        </w:numPr>
        <w:spacing w:after="20" w:line="240" w:lineRule="auto"/>
        <w:jc w:val="both"/>
      </w:pPr>
      <w:r w:rsidRPr="00A10221">
        <w:rPr>
          <w:color w:val="000000"/>
        </w:rPr>
        <w:t xml:space="preserve">Što Isusova molitva u Getsemaniju govori o povjerenju? </w:t>
      </w:r>
      <w:r w:rsidRPr="00A10221">
        <w:rPr>
          <w:color w:val="6B6B6B"/>
          <w:sz w:val="18"/>
        </w:rPr>
        <w:t>(Da se Bogu može iskreno reći što nas boli i ipak mu povjeriti svoj put.)</w:t>
      </w:r>
    </w:p>
    <w:p w14:paraId="2ADDC74C" w14:textId="77777777" w:rsidR="00C75652" w:rsidRDefault="00A304F0" w:rsidP="008527DF">
      <w:pPr>
        <w:pStyle w:val="Odlomakpopisa"/>
        <w:numPr>
          <w:ilvl w:val="0"/>
          <w:numId w:val="12"/>
        </w:numPr>
        <w:spacing w:after="20" w:line="240" w:lineRule="auto"/>
        <w:jc w:val="both"/>
      </w:pPr>
      <w:r w:rsidRPr="00A10221">
        <w:rPr>
          <w:color w:val="000000"/>
        </w:rPr>
        <w:t xml:space="preserve">Kako križ može biti znak ljubavi bez granica? </w:t>
      </w:r>
      <w:r w:rsidRPr="00A10221">
        <w:rPr>
          <w:color w:val="6B6B6B"/>
          <w:sz w:val="18"/>
        </w:rPr>
        <w:t>(Isus ostaje vjeran ljubavi, oprašta i daruje život za ljude.)</w:t>
      </w:r>
    </w:p>
    <w:p w14:paraId="19336F20" w14:textId="77777777" w:rsidR="00C75652" w:rsidRDefault="00A304F0" w:rsidP="008527DF">
      <w:pPr>
        <w:pStyle w:val="Odlomakpopisa"/>
        <w:numPr>
          <w:ilvl w:val="0"/>
          <w:numId w:val="12"/>
        </w:numPr>
        <w:spacing w:after="20" w:line="240" w:lineRule="auto"/>
        <w:jc w:val="both"/>
      </w:pPr>
      <w:r w:rsidRPr="00A10221">
        <w:rPr>
          <w:color w:val="000000"/>
        </w:rPr>
        <w:t xml:space="preserve">Što za kršćanina znači da nas je Krist otkupio? </w:t>
      </w:r>
      <w:r w:rsidRPr="00A10221">
        <w:rPr>
          <w:color w:val="6B6B6B"/>
          <w:sz w:val="18"/>
        </w:rPr>
        <w:t>(Svojom smrću vraća nas Bogu i oslobađa iz ropstva grijeha.)</w:t>
      </w:r>
    </w:p>
    <w:p w14:paraId="653AE129" w14:textId="77777777" w:rsidR="00C75652" w:rsidRDefault="00A304F0">
      <w:pPr>
        <w:keepNext/>
        <w:spacing w:before="60" w:after="40" w:line="240" w:lineRule="auto"/>
      </w:pPr>
      <w:r>
        <w:rPr>
          <w:b/>
          <w:color w:val="C96A00"/>
          <w:sz w:val="26"/>
        </w:rPr>
        <w:t>Sinteza:</w:t>
      </w:r>
    </w:p>
    <w:p w14:paraId="1EDCC720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Učenici će napisati naslov današnje lekcije u pet riječi. Naslov mora sadržavati barem jednu riječ koja govori o događaju i jednu riječ koja govori o značenju za čovjeka.</w:t>
      </w:r>
    </w:p>
    <w:p w14:paraId="16CFD950" w14:textId="77777777" w:rsidR="00C75652" w:rsidRDefault="00A304F0">
      <w:pPr>
        <w:spacing w:after="0" w:line="240" w:lineRule="auto"/>
        <w:jc w:val="both"/>
      </w:pPr>
      <w:r>
        <w:rPr>
          <w:i/>
          <w:color w:val="6B6B6B"/>
          <w:sz w:val="20"/>
        </w:rPr>
        <w:t>Mogući odgovori: Mogući odgovori: „Križ – ljubav koja nas oslobađa“; „Getsemani, križ, otkupljenje i sloboda“; „Isus ljubi i daruje život“.</w:t>
      </w:r>
    </w:p>
    <w:p w14:paraId="3ED09EDD" w14:textId="77777777" w:rsidR="00C75652" w:rsidRDefault="00A304F0">
      <w:pPr>
        <w:spacing w:before="100" w:after="100" w:line="240" w:lineRule="auto"/>
        <w:jc w:val="center"/>
      </w:pPr>
      <w:r w:rsidRPr="00A10221">
        <w:rPr>
          <w:color w:val="002060"/>
          <w:sz w:val="40"/>
          <w:szCs w:val="40"/>
        </w:rPr>
        <w:t>Moj naslov u pet riječi:</w:t>
      </w:r>
      <w:r>
        <w:rPr>
          <w:color w:val="000000"/>
        </w:rPr>
        <w:t xml:space="preserve"> ________________________________________________</w:t>
      </w:r>
    </w:p>
    <w:tbl>
      <w:tblPr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75652" w14:paraId="07121746" w14:textId="77777777">
        <w:trPr>
          <w:cantSplit/>
        </w:trPr>
        <w:tc>
          <w:tcPr>
            <w:tcW w:w="10681" w:type="dxa"/>
            <w:shd w:val="clear" w:color="auto" w:fill="F1EC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6B6517" w14:textId="77777777" w:rsidR="00C75652" w:rsidRDefault="00A304F0">
            <w:pPr>
              <w:spacing w:after="0"/>
              <w:jc w:val="both"/>
            </w:pPr>
            <w:r>
              <w:rPr>
                <w:b/>
                <w:color w:val="C96A00"/>
                <w:sz w:val="21"/>
              </w:rPr>
              <w:t>Zaključak vjeroučitelja:</w:t>
            </w:r>
            <w:r>
              <w:rPr>
                <w:sz w:val="21"/>
              </w:rPr>
              <w:t xml:space="preserve"> Isusova ljubav bez granica vidi se u cijelome putu njegove muke: u molitvi i povjerenju u Oca, u vjernosti unatoč nepravdi, u oproštenju i u darivanju života na križu. Kršćani zato križ ne gledaju samo kao znak patnje, nego kao znak otkupljujuće ljubavi i nade.</w:t>
            </w:r>
          </w:p>
        </w:tc>
      </w:tr>
    </w:tbl>
    <w:p w14:paraId="5C138BD4" w14:textId="77777777" w:rsidR="00C75652" w:rsidRDefault="00A304F0">
      <w:pPr>
        <w:keepNext/>
        <w:spacing w:before="60" w:after="40" w:line="240" w:lineRule="auto"/>
      </w:pPr>
      <w:r>
        <w:rPr>
          <w:b/>
          <w:color w:val="C96A00"/>
          <w:sz w:val="26"/>
        </w:rPr>
        <w:t>Samovrednovanje:</w:t>
      </w:r>
    </w:p>
    <w:p w14:paraId="74E83514" w14:textId="77777777" w:rsidR="00C75652" w:rsidRDefault="00A304F0">
      <w:pPr>
        <w:spacing w:after="0" w:line="240" w:lineRule="auto"/>
        <w:jc w:val="both"/>
      </w:pPr>
      <w:r>
        <w:rPr>
          <w:color w:val="000000"/>
        </w:rPr>
        <w:t>Učenici će pogledati grafičku ljestvicu od 1 do 5 i bez javnoga izjašnjavanja odabrati broj koji najbolje opisuje koliko mogu objasniti današnju temu: 1 – trebam još pojašnjenja; 3 – razumijem većinu uz podsjetnik; 5 – mogu samostalno objasniti.</w:t>
      </w:r>
    </w:p>
    <w:p w14:paraId="0B494425" w14:textId="265323E4" w:rsidR="00C75652" w:rsidRDefault="004A08E5" w:rsidP="004A08E5">
      <w:pPr>
        <w:spacing w:before="80" w:after="40" w:line="240" w:lineRule="auto"/>
      </w:pPr>
      <w:r w:rsidRPr="004A08E5">
        <w:rPr>
          <w:noProof/>
        </w:rPr>
        <w:drawing>
          <wp:inline distT="0" distB="0" distL="0" distR="0" wp14:anchorId="5E94B2AD" wp14:editId="203DDC63">
            <wp:extent cx="6454800" cy="2520000"/>
            <wp:effectExtent l="0" t="0" r="3175" b="0"/>
            <wp:docPr id="143229356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293567" name=""/>
                    <pic:cNvPicPr/>
                  </pic:nvPicPr>
                  <pic:blipFill rotWithShape="1">
                    <a:blip r:embed="rId22"/>
                    <a:srcRect t="20130" b="10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800" cy="25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C7E6EE" w14:textId="77777777" w:rsidR="00C75652" w:rsidRDefault="00A304F0">
      <w:pPr>
        <w:keepNext/>
        <w:spacing w:before="60" w:after="40" w:line="240" w:lineRule="auto"/>
      </w:pPr>
      <w:r>
        <w:rPr>
          <w:b/>
          <w:color w:val="C96A00"/>
          <w:sz w:val="26"/>
        </w:rPr>
        <w:t>Domaća zadaća:</w:t>
      </w:r>
    </w:p>
    <w:p w14:paraId="53F307BC" w14:textId="77777777" w:rsidR="00C75652" w:rsidRDefault="00A304F0">
      <w:pPr>
        <w:spacing w:after="0" w:line="240" w:lineRule="auto"/>
        <w:rPr>
          <w:color w:val="000000"/>
        </w:rPr>
      </w:pPr>
      <w:r>
        <w:rPr>
          <w:color w:val="000000"/>
        </w:rPr>
        <w:t>Učenici će riješiti, ili dovršiti rješavanje RB, str. 76–77.</w:t>
      </w:r>
    </w:p>
    <w:p w14:paraId="3DF05C99" w14:textId="77777777" w:rsidR="004A08E5" w:rsidRDefault="004A08E5">
      <w:pPr>
        <w:spacing w:after="0" w:line="240" w:lineRule="auto"/>
      </w:pPr>
    </w:p>
    <w:p w14:paraId="2D7C97E2" w14:textId="77777777" w:rsidR="00C75652" w:rsidRDefault="00A304F0">
      <w:pPr>
        <w:spacing w:after="0" w:line="240" w:lineRule="auto"/>
        <w:rPr>
          <w:color w:val="000000"/>
        </w:rPr>
      </w:pPr>
      <w:r>
        <w:rPr>
          <w:color w:val="000000"/>
        </w:rPr>
        <w:t>Ili:</w:t>
      </w:r>
    </w:p>
    <w:p w14:paraId="4766F141" w14:textId="77777777" w:rsidR="004A08E5" w:rsidRDefault="004A08E5">
      <w:pPr>
        <w:spacing w:after="0" w:line="240" w:lineRule="auto"/>
      </w:pPr>
    </w:p>
    <w:p w14:paraId="1FDB71C0" w14:textId="1278300F" w:rsidR="00C75652" w:rsidRDefault="00A304F0">
      <w:pPr>
        <w:spacing w:after="0" w:line="240" w:lineRule="auto"/>
        <w:jc w:val="both"/>
      </w:pPr>
      <w:r>
        <w:rPr>
          <w:color w:val="000000"/>
        </w:rPr>
        <w:t xml:space="preserve">Učenici će </w:t>
      </w:r>
      <w:r w:rsidR="004A08E5">
        <w:rPr>
          <w:color w:val="000000"/>
        </w:rPr>
        <w:t>dovršiti postaju križnog puta i donijeti je idući sat na ocjenjivanje.</w:t>
      </w:r>
    </w:p>
    <w:p w14:paraId="40A79284" w14:textId="77777777" w:rsidR="00C75652" w:rsidRDefault="00A304F0">
      <w:pPr>
        <w:spacing w:before="220" w:after="220" w:line="240" w:lineRule="auto"/>
        <w:jc w:val="both"/>
      </w:pPr>
      <w:r>
        <w:rPr>
          <w:b/>
        </w:rPr>
        <w:t>Izborna domaća zadaća:</w:t>
      </w:r>
      <w:r>
        <w:t xml:space="preserve"> Učenici će u obitelji uočiti jedan znak kršćanskoga spomena Velikoga petka ili Uskrsa i zapisati njegov naziv i gdje su ga primijetili.</w:t>
      </w:r>
    </w:p>
    <w:p w14:paraId="77AC9B88" w14:textId="77777777" w:rsidR="00C75652" w:rsidRDefault="00A304F0">
      <w:pPr>
        <w:keepNext/>
        <w:spacing w:before="60" w:after="40" w:line="240" w:lineRule="auto"/>
      </w:pPr>
      <w:r>
        <w:rPr>
          <w:b/>
          <w:color w:val="C96A00"/>
          <w:sz w:val="26"/>
        </w:rPr>
        <w:t>Završna molitva:</w:t>
      </w:r>
    </w:p>
    <w:p w14:paraId="33D7987C" w14:textId="77777777" w:rsidR="00C75652" w:rsidRPr="004A08E5" w:rsidRDefault="00A304F0" w:rsidP="004A08E5">
      <w:pPr>
        <w:spacing w:after="220" w:line="240" w:lineRule="auto"/>
        <w:jc w:val="both"/>
        <w:rPr>
          <w:sz w:val="48"/>
          <w:szCs w:val="48"/>
        </w:rPr>
      </w:pPr>
      <w:r w:rsidRPr="004A08E5">
        <w:rPr>
          <w:color w:val="000000"/>
          <w:sz w:val="48"/>
          <w:szCs w:val="48"/>
        </w:rPr>
        <w:t>Isuse, hvala Ti što si u Getsemaniju ostao vjeran Ocu i što si na križu svoju ljubav darovao do kraja. Pomozi nam da u Tvome križu prepoznamo ljubav koja spašava, da ne uzvraćamo zlom na zlo i da svojim životom biramo put dobrote, oproštenja i nade. Amen.</w:t>
      </w:r>
    </w:p>
    <w:p w14:paraId="71018C0F" w14:textId="77777777" w:rsidR="00C75652" w:rsidRDefault="00A304F0">
      <w:pPr>
        <w:spacing w:after="220" w:line="240" w:lineRule="auto"/>
      </w:pPr>
      <w:r>
        <w:rPr>
          <w:color w:val="000000"/>
        </w:rPr>
        <w:t>ili:</w:t>
      </w:r>
    </w:p>
    <w:p w14:paraId="6367126F" w14:textId="77777777" w:rsidR="00C75652" w:rsidRDefault="00A304F0">
      <w:pPr>
        <w:spacing w:after="220" w:line="240" w:lineRule="auto"/>
      </w:pPr>
      <w:r>
        <w:rPr>
          <w:color w:val="000000"/>
        </w:rPr>
        <w:t>Anđele, čuvaru mili…</w:t>
      </w:r>
    </w:p>
    <w:p w14:paraId="043B1740" w14:textId="77777777" w:rsidR="00C75652" w:rsidRDefault="00A304F0">
      <w:pPr>
        <w:spacing w:after="220" w:line="240" w:lineRule="auto"/>
      </w:pPr>
      <w:r>
        <w:rPr>
          <w:color w:val="000000"/>
        </w:rPr>
        <w:t>ili:</w:t>
      </w:r>
    </w:p>
    <w:p w14:paraId="69F7AD71" w14:textId="77777777" w:rsidR="00C75652" w:rsidRDefault="00A304F0">
      <w:pPr>
        <w:spacing w:after="0" w:line="240" w:lineRule="auto"/>
      </w:pPr>
      <w:r>
        <w:rPr>
          <w:color w:val="000000"/>
        </w:rPr>
        <w:t>Učenici će poslušati pjesmu „Anđele, čuvaru mili…“; 3:36; Autor: Marinko Grubešić; Izvor: YouTube</w:t>
      </w:r>
    </w:p>
    <w:p w14:paraId="6ED6EA99" w14:textId="77777777" w:rsidR="004A08E5" w:rsidRDefault="004A08E5">
      <w:pPr>
        <w:spacing w:line="240" w:lineRule="auto"/>
      </w:pPr>
    </w:p>
    <w:p w14:paraId="5DC5B4EC" w14:textId="12AD732D" w:rsidR="00C75652" w:rsidRDefault="004A08E5">
      <w:pPr>
        <w:spacing w:line="240" w:lineRule="auto"/>
      </w:pPr>
      <w:r>
        <w:rPr>
          <w:rFonts w:cs="Calibri"/>
          <w:noProof/>
          <w:lang w:eastAsia="hr-HR"/>
        </w:rPr>
        <w:drawing>
          <wp:inline distT="0" distB="0" distL="0" distR="0" wp14:anchorId="720B5856" wp14:editId="3848BEF9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23"/>
                    </pic:cNvPr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66F3C" w14:textId="77777777" w:rsidR="00A10221" w:rsidRDefault="00A10221">
      <w:pPr>
        <w:spacing w:line="240" w:lineRule="auto"/>
      </w:pPr>
    </w:p>
    <w:tbl>
      <w:tblPr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75652" w14:paraId="057F0D1F" w14:textId="77777777" w:rsidTr="004A08E5">
        <w:trPr>
          <w:cantSplit/>
        </w:trPr>
        <w:tc>
          <w:tcPr>
            <w:tcW w:w="10658" w:type="dxa"/>
            <w:shd w:val="clear" w:color="auto" w:fill="C96A00"/>
            <w:vAlign w:val="center"/>
          </w:tcPr>
          <w:p w14:paraId="04BA98A8" w14:textId="77777777" w:rsidR="00C75652" w:rsidRDefault="00A304F0" w:rsidP="006B055A">
            <w:pPr>
              <w:spacing w:before="6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289AE0C5" w14:textId="77777777" w:rsidR="004A08E5" w:rsidRDefault="004A08E5" w:rsidP="004A08E5"/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8526"/>
        <w:gridCol w:w="2132"/>
      </w:tblGrid>
      <w:tr w:rsidR="00C75652" w:rsidRPr="004A08E5" w14:paraId="12A4A766" w14:textId="77777777" w:rsidTr="004A08E5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27188E" w14:textId="77777777" w:rsidR="00C75652" w:rsidRPr="004A08E5" w:rsidRDefault="00A304F0" w:rsidP="004A08E5">
            <w:pPr>
              <w:spacing w:after="0"/>
            </w:pPr>
            <w:r w:rsidRPr="004A08E5">
              <w:rPr>
                <w:b/>
                <w:color w:val="FFFFFF"/>
              </w:rPr>
              <w:t>Dio sata / odabrana aktivnost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E5E590" w14:textId="77777777" w:rsidR="00C75652" w:rsidRPr="004A08E5" w:rsidRDefault="00A304F0">
            <w:pPr>
              <w:spacing w:after="0"/>
              <w:jc w:val="center"/>
            </w:pPr>
            <w:r w:rsidRPr="004A08E5">
              <w:rPr>
                <w:b/>
                <w:color w:val="FFFFFF"/>
              </w:rPr>
              <w:t>Vrijeme</w:t>
            </w:r>
          </w:p>
        </w:tc>
      </w:tr>
      <w:tr w:rsidR="00C75652" w:rsidRPr="004A08E5" w14:paraId="3BAA45AB" w14:textId="77777777" w:rsidTr="004A08E5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B69E9D" w14:textId="77777777" w:rsidR="00C75652" w:rsidRPr="004A08E5" w:rsidRDefault="00A304F0">
            <w:pPr>
              <w:spacing w:after="0"/>
            </w:pPr>
            <w:r w:rsidRPr="004A08E5">
              <w:rPr>
                <w:color w:val="000000"/>
              </w:rPr>
              <w:t>Uvod, pregled domaće zadaće, motivacija i najava teme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EFCD77" w14:textId="77777777" w:rsidR="00C75652" w:rsidRPr="004A08E5" w:rsidRDefault="00A304F0">
            <w:pPr>
              <w:spacing w:after="0"/>
              <w:jc w:val="center"/>
            </w:pPr>
            <w:r w:rsidRPr="004A08E5">
              <w:rPr>
                <w:color w:val="000000"/>
              </w:rPr>
              <w:t>7 minuta</w:t>
            </w:r>
          </w:p>
        </w:tc>
      </w:tr>
      <w:tr w:rsidR="00C75652" w:rsidRPr="004A08E5" w14:paraId="6563D40B" w14:textId="77777777" w:rsidTr="004A08E5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3F7921" w14:textId="77777777" w:rsidR="00C75652" w:rsidRPr="004A08E5" w:rsidRDefault="00A304F0">
            <w:pPr>
              <w:spacing w:after="0"/>
            </w:pPr>
            <w:r w:rsidRPr="004A08E5">
              <w:rPr>
                <w:color w:val="000000"/>
              </w:rPr>
              <w:t>Aktivnost 1: Obrada teksta / sadržaja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16AFD2" w14:textId="77777777" w:rsidR="00C75652" w:rsidRPr="004A08E5" w:rsidRDefault="00A304F0">
            <w:pPr>
              <w:spacing w:after="0"/>
              <w:jc w:val="center"/>
            </w:pPr>
            <w:r w:rsidRPr="004A08E5">
              <w:rPr>
                <w:color w:val="000000"/>
              </w:rPr>
              <w:t>9 minuta</w:t>
            </w:r>
          </w:p>
        </w:tc>
      </w:tr>
      <w:tr w:rsidR="00C75652" w:rsidRPr="004A08E5" w14:paraId="525E0F03" w14:textId="77777777" w:rsidTr="004A08E5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CA9226" w14:textId="33C91081" w:rsidR="00C75652" w:rsidRPr="004A08E5" w:rsidRDefault="00A304F0">
            <w:pPr>
              <w:spacing w:after="0"/>
            </w:pPr>
            <w:r w:rsidRPr="004A08E5">
              <w:rPr>
                <w:color w:val="000000"/>
              </w:rPr>
              <w:t xml:space="preserve">Aktivnost </w:t>
            </w:r>
            <w:r w:rsidR="004A08E5">
              <w:rPr>
                <w:color w:val="000000"/>
              </w:rPr>
              <w:t>5</w:t>
            </w:r>
            <w:r w:rsidRPr="004A08E5">
              <w:rPr>
                <w:color w:val="000000"/>
              </w:rPr>
              <w:t>: Molitva na Maslinskoj gori – četiri traga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5581B7" w14:textId="77777777" w:rsidR="00C75652" w:rsidRPr="004A08E5" w:rsidRDefault="00A304F0">
            <w:pPr>
              <w:spacing w:after="0"/>
              <w:jc w:val="center"/>
            </w:pPr>
            <w:r w:rsidRPr="004A08E5">
              <w:rPr>
                <w:color w:val="000000"/>
              </w:rPr>
              <w:t>6 minuta</w:t>
            </w:r>
          </w:p>
        </w:tc>
      </w:tr>
      <w:tr w:rsidR="00C75652" w:rsidRPr="004A08E5" w14:paraId="74691566" w14:textId="77777777" w:rsidTr="004A08E5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72D581" w14:textId="431B5670" w:rsidR="00C75652" w:rsidRPr="004A08E5" w:rsidRDefault="00A304F0">
            <w:pPr>
              <w:spacing w:after="0"/>
            </w:pPr>
            <w:r w:rsidRPr="004A08E5">
              <w:rPr>
                <w:color w:val="000000"/>
              </w:rPr>
              <w:t xml:space="preserve">Aktivnost </w:t>
            </w:r>
            <w:r w:rsidR="004A08E5">
              <w:rPr>
                <w:color w:val="000000"/>
              </w:rPr>
              <w:t>6</w:t>
            </w:r>
            <w:r w:rsidRPr="004A08E5">
              <w:rPr>
                <w:color w:val="000000"/>
              </w:rPr>
              <w:t>: Isusova smrt – od tame do ispovijesti vjere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75B9E3" w14:textId="77777777" w:rsidR="00C75652" w:rsidRPr="004A08E5" w:rsidRDefault="00A304F0">
            <w:pPr>
              <w:spacing w:after="0"/>
              <w:jc w:val="center"/>
            </w:pPr>
            <w:r w:rsidRPr="004A08E5">
              <w:rPr>
                <w:color w:val="000000"/>
              </w:rPr>
              <w:t>6 minuta</w:t>
            </w:r>
          </w:p>
        </w:tc>
      </w:tr>
      <w:tr w:rsidR="00C75652" w:rsidRPr="004A08E5" w14:paraId="20F8119F" w14:textId="77777777" w:rsidTr="004A08E5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66E562" w14:textId="77777777" w:rsidR="00C75652" w:rsidRPr="004A08E5" w:rsidRDefault="00A304F0">
            <w:pPr>
              <w:spacing w:after="0"/>
            </w:pPr>
            <w:r w:rsidRPr="004A08E5">
              <w:rPr>
                <w:color w:val="000000"/>
              </w:rPr>
              <w:t>Aktivnost 12: Učimo iz umjetnosti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7AE034" w14:textId="77777777" w:rsidR="00C75652" w:rsidRPr="004A08E5" w:rsidRDefault="00A304F0">
            <w:pPr>
              <w:spacing w:after="0"/>
              <w:jc w:val="center"/>
            </w:pPr>
            <w:r w:rsidRPr="004A08E5">
              <w:rPr>
                <w:color w:val="000000"/>
              </w:rPr>
              <w:t>6 minuta</w:t>
            </w:r>
          </w:p>
        </w:tc>
      </w:tr>
      <w:tr w:rsidR="00C75652" w:rsidRPr="004A08E5" w14:paraId="201E4E21" w14:textId="77777777" w:rsidTr="004A08E5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C8B55C" w14:textId="77777777" w:rsidR="00C75652" w:rsidRPr="004A08E5" w:rsidRDefault="00A304F0">
            <w:pPr>
              <w:spacing w:after="0"/>
            </w:pPr>
            <w:r w:rsidRPr="004A08E5">
              <w:rPr>
                <w:color w:val="000000"/>
              </w:rPr>
              <w:t>Aktivnost 16: Zapišimo!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E277E5" w14:textId="77777777" w:rsidR="00C75652" w:rsidRPr="004A08E5" w:rsidRDefault="00A304F0">
            <w:pPr>
              <w:spacing w:after="0"/>
              <w:jc w:val="center"/>
            </w:pPr>
            <w:r w:rsidRPr="004A08E5">
              <w:rPr>
                <w:color w:val="000000"/>
              </w:rPr>
              <w:t>4 minute</w:t>
            </w:r>
          </w:p>
        </w:tc>
      </w:tr>
      <w:tr w:rsidR="00C75652" w:rsidRPr="004A08E5" w14:paraId="12FB8914" w14:textId="77777777" w:rsidTr="004A08E5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A81BD5" w14:textId="77777777" w:rsidR="00C75652" w:rsidRPr="004A08E5" w:rsidRDefault="00A304F0">
            <w:pPr>
              <w:spacing w:after="0"/>
            </w:pPr>
            <w:r w:rsidRPr="004A08E5">
              <w:rPr>
                <w:color w:val="000000"/>
              </w:rPr>
              <w:t>Završni dio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409E08" w14:textId="77777777" w:rsidR="00C75652" w:rsidRPr="004A08E5" w:rsidRDefault="00A304F0">
            <w:pPr>
              <w:spacing w:after="0"/>
              <w:jc w:val="center"/>
            </w:pPr>
            <w:r w:rsidRPr="004A08E5">
              <w:rPr>
                <w:color w:val="000000"/>
              </w:rPr>
              <w:t>7 minuta</w:t>
            </w:r>
          </w:p>
        </w:tc>
      </w:tr>
    </w:tbl>
    <w:p w14:paraId="56C67485" w14:textId="77777777" w:rsidR="00C75652" w:rsidRPr="004A08E5" w:rsidRDefault="00A304F0">
      <w:pPr>
        <w:spacing w:before="80" w:after="260" w:line="240" w:lineRule="auto"/>
      </w:pPr>
      <w:r w:rsidRPr="004A08E5">
        <w:rPr>
          <w:i/>
          <w:color w:val="6B6B6B"/>
        </w:rPr>
        <w:t>Ukupno: 45 minuta. Mikropauza se koristi samo po potrebi; tada se skraćuje predstavljanje skupina ili završna rasprava.</w:t>
      </w:r>
    </w:p>
    <w:p w14:paraId="1670EB42" w14:textId="77777777" w:rsidR="00C75652" w:rsidRPr="004A08E5" w:rsidRDefault="00A304F0">
      <w:pPr>
        <w:spacing w:before="160" w:after="40" w:line="240" w:lineRule="auto"/>
      </w:pPr>
      <w:r w:rsidRPr="004A08E5">
        <w:rPr>
          <w:b/>
          <w:color w:val="C96A00"/>
        </w:rPr>
        <w:t>PRILOZI ZA BRZU UPORABU</w:t>
      </w:r>
    </w:p>
    <w:p w14:paraId="04FE0DC2" w14:textId="77777777" w:rsidR="00C75652" w:rsidRPr="004A08E5" w:rsidRDefault="00A304F0">
      <w:pPr>
        <w:spacing w:after="0" w:line="240" w:lineRule="auto"/>
      </w:pPr>
      <w:r w:rsidRPr="004A08E5">
        <w:rPr>
          <w:b/>
          <w:color w:val="000000"/>
        </w:rPr>
        <w:t>Prilog 1: Kratka kontrolna lista za vjeroučitelja</w:t>
      </w:r>
    </w:p>
    <w:p w14:paraId="21628998" w14:textId="77777777" w:rsidR="00C75652" w:rsidRPr="004A08E5" w:rsidRDefault="00A304F0">
      <w:pPr>
        <w:spacing w:after="0" w:line="240" w:lineRule="auto"/>
      </w:pPr>
      <w:r w:rsidRPr="004A08E5">
        <w:rPr>
          <w:color w:val="000000"/>
        </w:rPr>
        <w:t>□ Mogu li učenici smjestiti Getsemani nakon Posljednje večere i opisati Isusovu molitvu?</w:t>
      </w:r>
    </w:p>
    <w:p w14:paraId="5C4555F2" w14:textId="77777777" w:rsidR="00C75652" w:rsidRPr="004A08E5" w:rsidRDefault="00A304F0">
      <w:pPr>
        <w:spacing w:after="0" w:line="240" w:lineRule="auto"/>
      </w:pPr>
      <w:r w:rsidRPr="004A08E5">
        <w:rPr>
          <w:color w:val="000000"/>
        </w:rPr>
        <w:t>□ Mogu li prepoznati glavne događaje od uhićenja do Golgote i križa?</w:t>
      </w:r>
    </w:p>
    <w:p w14:paraId="6AFF1AEC" w14:textId="77777777" w:rsidR="00C75652" w:rsidRPr="004A08E5" w:rsidRDefault="00A304F0">
      <w:pPr>
        <w:spacing w:after="0" w:line="240" w:lineRule="auto"/>
      </w:pPr>
      <w:r w:rsidRPr="004A08E5">
        <w:rPr>
          <w:color w:val="000000"/>
        </w:rPr>
        <w:t>□ Mogu li objasniti što udžbenik podrazumijeva pod otkupljenjem i slobodom od ropstva grijeha?</w:t>
      </w:r>
    </w:p>
    <w:p w14:paraId="57B8D328" w14:textId="77777777" w:rsidR="00C75652" w:rsidRPr="004A08E5" w:rsidRDefault="00A304F0">
      <w:pPr>
        <w:spacing w:after="0" w:line="240" w:lineRule="auto"/>
      </w:pPr>
      <w:r w:rsidRPr="004A08E5">
        <w:rPr>
          <w:color w:val="000000"/>
        </w:rPr>
        <w:t>□ Mogu li pravilno složiti glavne postaje križnoga puta ili se služiti popisom od 14 postaja?</w:t>
      </w:r>
    </w:p>
    <w:p w14:paraId="68899672" w14:textId="77777777" w:rsidR="00C75652" w:rsidRPr="004A08E5" w:rsidRDefault="00A304F0">
      <w:pPr>
        <w:spacing w:after="0" w:line="240" w:lineRule="auto"/>
      </w:pPr>
      <w:r w:rsidRPr="004A08E5">
        <w:rPr>
          <w:color w:val="000000"/>
        </w:rPr>
        <w:t>□ Mogu li protumačiti satnikovu reakciju pod križem?</w:t>
      </w:r>
    </w:p>
    <w:p w14:paraId="015D895B" w14:textId="77777777" w:rsidR="00C75652" w:rsidRPr="004A08E5" w:rsidRDefault="00A304F0">
      <w:pPr>
        <w:spacing w:after="0" w:line="240" w:lineRule="auto"/>
      </w:pPr>
      <w:r w:rsidRPr="004A08E5">
        <w:rPr>
          <w:color w:val="000000"/>
        </w:rPr>
        <w:t>□ Mogu li na umjetničkoj reprodukciji opisati boje, svjetlo, geste i poruku o ljubavi bez granica?</w:t>
      </w:r>
    </w:p>
    <w:sectPr w:rsidR="00C75652" w:rsidRPr="004A08E5" w:rsidSect="00293E04">
      <w:pgSz w:w="12240" w:h="15840" w:code="1"/>
      <w:pgMar w:top="709" w:right="709" w:bottom="709" w:left="850" w:header="284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9AD539A"/>
    <w:multiLevelType w:val="hybridMultilevel"/>
    <w:tmpl w:val="00B4747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456BA"/>
    <w:multiLevelType w:val="hybridMultilevel"/>
    <w:tmpl w:val="DE5C14A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8142A"/>
    <w:multiLevelType w:val="hybridMultilevel"/>
    <w:tmpl w:val="7C16E9B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C00EF8"/>
    <w:multiLevelType w:val="hybridMultilevel"/>
    <w:tmpl w:val="DEB8B7E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486F57"/>
    <w:multiLevelType w:val="hybridMultilevel"/>
    <w:tmpl w:val="3CB699D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0A3BE0"/>
    <w:multiLevelType w:val="hybridMultilevel"/>
    <w:tmpl w:val="5C34CCE2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464196">
    <w:abstractNumId w:val="5"/>
  </w:num>
  <w:num w:numId="2" w16cid:durableId="1866209116">
    <w:abstractNumId w:val="3"/>
  </w:num>
  <w:num w:numId="3" w16cid:durableId="1791243684">
    <w:abstractNumId w:val="2"/>
  </w:num>
  <w:num w:numId="4" w16cid:durableId="1818447685">
    <w:abstractNumId w:val="4"/>
  </w:num>
  <w:num w:numId="5" w16cid:durableId="226839883">
    <w:abstractNumId w:val="1"/>
  </w:num>
  <w:num w:numId="6" w16cid:durableId="1653411925">
    <w:abstractNumId w:val="0"/>
  </w:num>
  <w:num w:numId="7" w16cid:durableId="1019090260">
    <w:abstractNumId w:val="10"/>
  </w:num>
  <w:num w:numId="8" w16cid:durableId="1809277526">
    <w:abstractNumId w:val="9"/>
  </w:num>
  <w:num w:numId="9" w16cid:durableId="1767186307">
    <w:abstractNumId w:val="6"/>
  </w:num>
  <w:num w:numId="10" w16cid:durableId="71202561">
    <w:abstractNumId w:val="7"/>
  </w:num>
  <w:num w:numId="11" w16cid:durableId="377553278">
    <w:abstractNumId w:val="11"/>
  </w:num>
  <w:num w:numId="12" w16cid:durableId="681053072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E7C"/>
    <w:rsid w:val="00034616"/>
    <w:rsid w:val="00044EDD"/>
    <w:rsid w:val="0006063C"/>
    <w:rsid w:val="000C7FBD"/>
    <w:rsid w:val="000D774F"/>
    <w:rsid w:val="00101CA7"/>
    <w:rsid w:val="00102B13"/>
    <w:rsid w:val="00110937"/>
    <w:rsid w:val="0015074B"/>
    <w:rsid w:val="00156174"/>
    <w:rsid w:val="00160A18"/>
    <w:rsid w:val="00172277"/>
    <w:rsid w:val="0018513D"/>
    <w:rsid w:val="00192C55"/>
    <w:rsid w:val="001A77C4"/>
    <w:rsid w:val="001F0480"/>
    <w:rsid w:val="00221BFC"/>
    <w:rsid w:val="00237F51"/>
    <w:rsid w:val="00251569"/>
    <w:rsid w:val="002721E3"/>
    <w:rsid w:val="0029205C"/>
    <w:rsid w:val="00293E04"/>
    <w:rsid w:val="0029639D"/>
    <w:rsid w:val="003063C4"/>
    <w:rsid w:val="00326F90"/>
    <w:rsid w:val="00346833"/>
    <w:rsid w:val="00390BBB"/>
    <w:rsid w:val="003974BF"/>
    <w:rsid w:val="003C0BBC"/>
    <w:rsid w:val="00421086"/>
    <w:rsid w:val="00427510"/>
    <w:rsid w:val="00451CD7"/>
    <w:rsid w:val="00452023"/>
    <w:rsid w:val="00465E0B"/>
    <w:rsid w:val="00475277"/>
    <w:rsid w:val="0047567E"/>
    <w:rsid w:val="00480944"/>
    <w:rsid w:val="00485BF7"/>
    <w:rsid w:val="00490713"/>
    <w:rsid w:val="004A08E5"/>
    <w:rsid w:val="004C6A8D"/>
    <w:rsid w:val="004D33D9"/>
    <w:rsid w:val="004D6E8D"/>
    <w:rsid w:val="004F6903"/>
    <w:rsid w:val="00523310"/>
    <w:rsid w:val="00534201"/>
    <w:rsid w:val="005800DC"/>
    <w:rsid w:val="005905B1"/>
    <w:rsid w:val="005B2C92"/>
    <w:rsid w:val="005C289E"/>
    <w:rsid w:val="0060275B"/>
    <w:rsid w:val="00603E33"/>
    <w:rsid w:val="00685FE0"/>
    <w:rsid w:val="006879BB"/>
    <w:rsid w:val="00691476"/>
    <w:rsid w:val="00694A00"/>
    <w:rsid w:val="006B055A"/>
    <w:rsid w:val="006B57E0"/>
    <w:rsid w:val="006E2E4C"/>
    <w:rsid w:val="006E69EC"/>
    <w:rsid w:val="00706F4A"/>
    <w:rsid w:val="00725478"/>
    <w:rsid w:val="007426AF"/>
    <w:rsid w:val="00783762"/>
    <w:rsid w:val="007E6D79"/>
    <w:rsid w:val="007F2F54"/>
    <w:rsid w:val="008015FD"/>
    <w:rsid w:val="008059F6"/>
    <w:rsid w:val="00806BE5"/>
    <w:rsid w:val="0081782B"/>
    <w:rsid w:val="008527DF"/>
    <w:rsid w:val="0086161F"/>
    <w:rsid w:val="008C03CA"/>
    <w:rsid w:val="008C4AA4"/>
    <w:rsid w:val="00905E88"/>
    <w:rsid w:val="00955990"/>
    <w:rsid w:val="00970704"/>
    <w:rsid w:val="00980F23"/>
    <w:rsid w:val="00986457"/>
    <w:rsid w:val="009F55AD"/>
    <w:rsid w:val="00A10221"/>
    <w:rsid w:val="00A23588"/>
    <w:rsid w:val="00A304F0"/>
    <w:rsid w:val="00A42595"/>
    <w:rsid w:val="00A70BA5"/>
    <w:rsid w:val="00A72AF8"/>
    <w:rsid w:val="00AA1D8D"/>
    <w:rsid w:val="00AC5A45"/>
    <w:rsid w:val="00AF2EAA"/>
    <w:rsid w:val="00B16B7C"/>
    <w:rsid w:val="00B2023B"/>
    <w:rsid w:val="00B21F38"/>
    <w:rsid w:val="00B430F8"/>
    <w:rsid w:val="00B47730"/>
    <w:rsid w:val="00B513AA"/>
    <w:rsid w:val="00B61303"/>
    <w:rsid w:val="00B65C9A"/>
    <w:rsid w:val="00B94401"/>
    <w:rsid w:val="00B94EFC"/>
    <w:rsid w:val="00BB65BD"/>
    <w:rsid w:val="00BD5E9D"/>
    <w:rsid w:val="00BF4CCC"/>
    <w:rsid w:val="00BF6B89"/>
    <w:rsid w:val="00C05C00"/>
    <w:rsid w:val="00C20603"/>
    <w:rsid w:val="00C30C31"/>
    <w:rsid w:val="00C75652"/>
    <w:rsid w:val="00CB0664"/>
    <w:rsid w:val="00CC0E07"/>
    <w:rsid w:val="00CE4DD4"/>
    <w:rsid w:val="00D25EA8"/>
    <w:rsid w:val="00D32D56"/>
    <w:rsid w:val="00D72EB0"/>
    <w:rsid w:val="00D9506A"/>
    <w:rsid w:val="00DC1984"/>
    <w:rsid w:val="00DC5D33"/>
    <w:rsid w:val="00DC7A4F"/>
    <w:rsid w:val="00DD090D"/>
    <w:rsid w:val="00DD167B"/>
    <w:rsid w:val="00DE680B"/>
    <w:rsid w:val="00E21252"/>
    <w:rsid w:val="00E35B3A"/>
    <w:rsid w:val="00E4450F"/>
    <w:rsid w:val="00E448CD"/>
    <w:rsid w:val="00E51EA9"/>
    <w:rsid w:val="00E52659"/>
    <w:rsid w:val="00EC1C58"/>
    <w:rsid w:val="00EC7858"/>
    <w:rsid w:val="00EE55F3"/>
    <w:rsid w:val="00F210DA"/>
    <w:rsid w:val="00F3248C"/>
    <w:rsid w:val="00F35589"/>
    <w:rsid w:val="00F5381C"/>
    <w:rsid w:val="00F97589"/>
    <w:rsid w:val="00FB7729"/>
    <w:rsid w:val="00FC693F"/>
    <w:rsid w:val="00FD6A84"/>
    <w:rsid w:val="00FE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5691CE"/>
  <w14:defaultImageDpi w14:val="300"/>
  <w15:docId w15:val="{49870A43-94FF-47CF-8D24-DF467F63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after="40" w:line="252" w:lineRule="auto"/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after="40" w:line="252" w:lineRule="auto"/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4"/>
      </w:numPr>
      <w:spacing w:after="40" w:line="252" w:lineRule="auto"/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Normal"/>
    <w:uiPriority w:val="99"/>
    <w:unhideWhenUsed/>
    <w:rsid w:val="00691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156174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70BA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CC0E07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DC5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hyperlink" Target="https://www.youtube.com/embed/QILNA2neRSY?feature=oembed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udzbenici.ks.hr/media/os6_krizni-put-redoslijed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ebedarje.com/wp-content/uploads/2025/12/45a.-asocijacija.pptx" TargetMode="External"/><Relationship Id="rId11" Type="http://schemas.openxmlformats.org/officeDocument/2006/relationships/image" Target="media/image2.jpg"/><Relationship Id="rId24" Type="http://schemas.openxmlformats.org/officeDocument/2006/relationships/image" Target="media/image13.jp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https://www.youtube.com/embed/PixLa1QlpZA?feature=oembed" TargetMode="External"/><Relationship Id="rId10" Type="http://schemas.openxmlformats.org/officeDocument/2006/relationships/hyperlink" Target="https://www.youtube.com/embed/g9o4jY0wVHs?feature=oembed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s://sebedarje.com/wp-content/uploads/2025/12/45b.-krizni-put.pptx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</TotalTime>
  <Pages>3</Pages>
  <Words>4092</Words>
  <Characters>23329</Characters>
  <Application>Microsoft Office Word</Application>
  <DocSecurity>0</DocSecurity>
  <Lines>194</Lines>
  <Paragraphs>54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28. Ponavljanje nastavne cjeline – Crkva – to smo mi?</vt:lpstr>
      <vt:lpstr/>
    </vt:vector>
  </TitlesOfParts>
  <Manager/>
  <Company/>
  <LinksUpToDate>false</LinksUpToDate>
  <CharactersWithSpaces>27367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28. Ponavljanje nastavne cjeline – Crkva – to smo mi?</dc:title>
  <dc:subject>Katolički vjeronauk, 6. razred</dc:subject>
  <dc:creator>Josip Kunac</dc:creator>
  <cp:keywords>Mojsije, ropstvo, sloboda, Savez, ponavljanje</cp:keywords>
  <dc:description>generated by python-docx</dc:description>
  <cp:lastModifiedBy>Josip Kunac</cp:lastModifiedBy>
  <cp:revision>22</cp:revision>
  <dcterms:created xsi:type="dcterms:W3CDTF">2026-08-27T16:15:00Z</dcterms:created>
  <dcterms:modified xsi:type="dcterms:W3CDTF">2026-09-11T14:56:00Z</dcterms:modified>
  <cp:category/>
</cp:coreProperties>
</file>