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5A29C0" w14:paraId="2BD5D0BF" w14:textId="77777777" w:rsidTr="00A8685C">
        <w:tc>
          <w:tcPr>
            <w:tcW w:w="3901" w:type="dxa"/>
            <w:shd w:val="clear" w:color="auto" w:fill="F2F2F2"/>
            <w:vAlign w:val="center"/>
          </w:tcPr>
          <w:p w14:paraId="7744A111" w14:textId="77777777" w:rsidR="005A29C0" w:rsidRDefault="007553B4">
            <w:pPr>
              <w:spacing w:after="60" w:before="60"/>
              <w:ind w:left="108" w:right="108"/>
            </w:pPr>
            <w:r>
              <w:rPr>
                <w:b/>
                <w:color w:val="000000"/>
              </w:rPr>
              <w:t>Osnovna škola</w:t>
            </w:r>
          </w:p>
        </w:tc>
        <w:tc>
          <w:tcPr>
            <w:tcW w:w="6780" w:type="dxa"/>
            <w:vAlign w:val="center"/>
          </w:tcPr>
          <w:p w14:paraId="1EE3FFB7" w14:textId="77777777" w:rsidR="005A29C0" w:rsidRDefault="007553B4">
            <w:pPr>
              <w:spacing w:after="60" w:before="60"/>
              <w:ind w:left="108" w:right="108"/>
            </w:pPr>
            <w:r>
              <w:rPr>
                <w:color w:val="000000"/>
              </w:rPr>
              <w:t>Klinča Sela</w:t>
            </w:r>
          </w:p>
        </w:tc>
      </w:tr>
      <w:tr w:rsidR="005A29C0" w14:paraId="3C7217B2" w14:textId="77777777" w:rsidTr="00A8685C">
        <w:tc>
          <w:tcPr>
            <w:tcW w:w="3901" w:type="dxa"/>
            <w:shd w:val="clear" w:color="auto" w:fill="F2F2F2"/>
            <w:vAlign w:val="center"/>
          </w:tcPr>
          <w:p w14:paraId="44B5EAE1" w14:textId="77777777" w:rsidR="005A29C0" w:rsidRDefault="007553B4">
            <w:pPr>
              <w:spacing w:after="60" w:before="60"/>
              <w:ind w:left="108" w:right="108"/>
            </w:pPr>
            <w:r>
              <w:rPr>
                <w:b/>
                <w:color w:val="000000"/>
              </w:rPr>
              <w:t>Nastavni predmet</w:t>
            </w:r>
          </w:p>
        </w:tc>
        <w:tc>
          <w:tcPr>
            <w:tcW w:w="6780" w:type="dxa"/>
            <w:vAlign w:val="center"/>
          </w:tcPr>
          <w:p w14:paraId="12009C1F" w14:textId="77777777" w:rsidR="005A29C0" w:rsidRDefault="007553B4">
            <w:pPr>
              <w:spacing w:after="60" w:before="60"/>
              <w:ind w:left="108" w:right="108"/>
            </w:pPr>
            <w:r>
              <w:rPr>
                <w:color w:val="000000"/>
              </w:rPr>
              <w:t>Katolički vjeronauk</w:t>
            </w:r>
          </w:p>
        </w:tc>
      </w:tr>
      <w:tr w:rsidR="005A29C0" w14:paraId="1E4D3E98" w14:textId="77777777" w:rsidTr="00A8685C">
        <w:tc>
          <w:tcPr>
            <w:tcW w:w="3901" w:type="dxa"/>
            <w:shd w:val="clear" w:color="auto" w:fill="F2F2F2"/>
            <w:vAlign w:val="center"/>
          </w:tcPr>
          <w:p w14:paraId="0003D79E" w14:textId="77777777" w:rsidR="005A29C0" w:rsidRDefault="007553B4">
            <w:pPr>
              <w:spacing w:after="60" w:before="60"/>
              <w:ind w:left="108" w:right="108"/>
            </w:pPr>
            <w:r>
              <w:rPr>
                <w:b/>
                <w:color w:val="000000"/>
              </w:rPr>
              <w:t>Vjeroučitelj</w:t>
            </w:r>
          </w:p>
        </w:tc>
        <w:tc>
          <w:tcPr>
            <w:tcW w:w="6780" w:type="dxa"/>
            <w:vAlign w:val="center"/>
          </w:tcPr>
          <w:p w14:paraId="2E73749C" w14:textId="77777777" w:rsidR="005A29C0" w:rsidRDefault="007553B4">
            <w:pPr>
              <w:spacing w:after="60" w:before="60"/>
              <w:ind w:left="108" w:right="108"/>
            </w:pPr>
            <w:r>
              <w:rPr>
                <w:color w:val="000000"/>
              </w:rPr>
              <w:t>Josip Kunac</w:t>
            </w:r>
            <w:r w:rsidRPr="00D31CBB">
              <w:rPr>
                <w:i/>
                <w:iCs/>
                <w:color w:val="000000"/>
              </w:rPr>
              <w:t>, prof.</w:t>
            </w:r>
          </w:p>
        </w:tc>
      </w:tr>
      <w:tr w:rsidR="005A29C0" w14:paraId="6641469B" w14:textId="77777777" w:rsidTr="00A8685C">
        <w:tc>
          <w:tcPr>
            <w:tcW w:w="3901" w:type="dxa"/>
            <w:shd w:val="clear" w:color="auto" w:fill="F2F2F2"/>
            <w:vAlign w:val="center"/>
          </w:tcPr>
          <w:p w14:paraId="14671E2F" w14:textId="77777777" w:rsidR="005A29C0" w:rsidRDefault="007553B4">
            <w:pPr>
              <w:spacing w:after="60" w:before="60"/>
              <w:ind w:left="108" w:right="108"/>
            </w:pPr>
            <w:r>
              <w:rPr>
                <w:b/>
                <w:color w:val="000000"/>
              </w:rPr>
              <w:t>Razredni odjel</w:t>
            </w:r>
          </w:p>
        </w:tc>
        <w:tc>
          <w:tcPr>
            <w:tcW w:w="6780" w:type="dxa"/>
            <w:vAlign w:val="center"/>
          </w:tcPr>
          <w:p w14:paraId="52FD9B72" w14:textId="77777777" w:rsidR="005A29C0" w:rsidRDefault="007553B4">
            <w:pPr>
              <w:spacing w:after="60" w:before="60"/>
              <w:ind w:left="108" w:right="108"/>
            </w:pPr>
            <w:r>
              <w:rPr>
                <w:color w:val="000000"/>
              </w:rPr>
              <w:t>6. razred</w:t>
            </w:r>
          </w:p>
        </w:tc>
      </w:tr>
      <w:tr w:rsidR="005A29C0" w14:paraId="10895E80" w14:textId="77777777" w:rsidTr="00A8685C">
        <w:tc>
          <w:tcPr>
            <w:tcW w:w="3901" w:type="dxa"/>
            <w:shd w:val="clear" w:color="auto" w:fill="F2F2F2"/>
            <w:vAlign w:val="center"/>
          </w:tcPr>
          <w:p w14:paraId="713E96E6" w14:textId="77777777" w:rsidR="005A29C0" w:rsidRDefault="007553B4">
            <w:pPr>
              <w:spacing w:after="60" w:before="60"/>
              <w:ind w:left="108" w:right="108"/>
            </w:pPr>
            <w:r>
              <w:rPr>
                <w:b/>
                <w:color w:val="000000"/>
              </w:rPr>
              <w:t>Redni broj pripreme</w:t>
            </w:r>
          </w:p>
        </w:tc>
        <w:tc>
          <w:tcPr>
            <w:tcW w:w="6780" w:type="dxa"/>
            <w:vAlign w:val="center"/>
          </w:tcPr>
          <w:p w14:paraId="092FF9A8" w14:textId="77777777" w:rsidR="005A29C0" w:rsidRDefault="007553B4">
            <w:pPr>
              <w:spacing w:after="60" w:before="60"/>
              <w:ind w:left="108" w:right="108"/>
            </w:pPr>
            <w:r>
              <w:rPr>
                <w:color w:val="000000"/>
              </w:rPr>
              <w:t>44.</w:t>
            </w:r>
          </w:p>
        </w:tc>
      </w:tr>
      <w:tr w:rsidR="005A29C0" w14:paraId="11950F7A" w14:textId="77777777" w:rsidTr="00A8685C">
        <w:tc>
          <w:tcPr>
            <w:tcW w:w="3901" w:type="dxa"/>
            <w:shd w:val="clear" w:color="auto" w:fill="F2F2F2"/>
            <w:vAlign w:val="center"/>
          </w:tcPr>
          <w:p w14:paraId="00FB1E62" w14:textId="77777777" w:rsidR="005A29C0" w:rsidRDefault="007553B4">
            <w:pPr>
              <w:spacing w:after="60" w:before="60"/>
              <w:ind w:left="108" w:right="108"/>
            </w:pPr>
            <w:r>
              <w:rPr>
                <w:b/>
                <w:color w:val="000000"/>
              </w:rPr>
              <w:t>Nastavna cjelina / tema</w:t>
            </w:r>
          </w:p>
        </w:tc>
        <w:tc>
          <w:tcPr>
            <w:tcW w:w="6780" w:type="dxa"/>
            <w:vAlign w:val="center"/>
          </w:tcPr>
          <w:p w14:paraId="3CC94CD3" w14:textId="77777777" w:rsidR="005A29C0" w:rsidRDefault="007553B4">
            <w:pPr>
              <w:spacing w:after="60" w:before="60"/>
              <w:ind w:left="108" w:right="108"/>
            </w:pPr>
            <w:r>
              <w:rPr>
                <w:color w:val="000000"/>
              </w:rPr>
              <w:t>V. ISUS KRIST – OSLOBODITELJ</w:t>
            </w:r>
          </w:p>
        </w:tc>
      </w:tr>
      <w:tr w:rsidR="005A29C0" w14:paraId="7D0F5DBE" w14:textId="77777777" w:rsidTr="00A8685C">
        <w:tc>
          <w:tcPr>
            <w:tcW w:w="3901" w:type="dxa"/>
            <w:shd w:val="clear" w:color="auto" w:fill="F2F2F2"/>
            <w:vAlign w:val="center"/>
          </w:tcPr>
          <w:p w14:paraId="1E7F6B94" w14:textId="77777777" w:rsidR="005A29C0" w:rsidRDefault="007553B4">
            <w:pPr>
              <w:spacing w:after="60" w:before="60"/>
              <w:ind w:left="108" w:right="108"/>
            </w:pPr>
            <w:r>
              <w:rPr>
                <w:b/>
                <w:color w:val="000000"/>
              </w:rPr>
              <w:t>Nastavna jedinica / podtema</w:t>
            </w:r>
          </w:p>
        </w:tc>
        <w:tc>
          <w:tcPr>
            <w:tcW w:w="6780" w:type="dxa"/>
            <w:vAlign w:val="center"/>
          </w:tcPr>
          <w:p w14:paraId="194EBF58" w14:textId="77777777" w:rsidR="005A29C0" w:rsidRDefault="007553B4">
            <w:pPr>
              <w:spacing w:after="60" w:before="60"/>
              <w:ind w:left="108" w:right="108"/>
            </w:pPr>
            <w:r>
              <w:rPr>
                <w:color w:val="000000"/>
              </w:rPr>
              <w:t>6. Posljednja večera</w:t>
            </w:r>
          </w:p>
        </w:tc>
      </w:tr>
    </w:tbl>
    <w:p w14:paraId="518C4CDD" w14:textId="77777777" w:rsidR="005A29C0" w:rsidRDefault="007553B4">
      <w:pPr>
        <w:spacing w:before="220" w:after="40" w:line="240" w:lineRule="auto"/>
      </w:pPr>
      <w:r>
        <w:rPr>
          <w:b/>
          <w:color w:val="C96A00"/>
          <w:sz w:val="26"/>
        </w:rPr>
        <w:t>Odgojno-obrazovni ishodi učenja:</w:t>
      </w:r>
    </w:p>
    <w:p w14:paraId="0E6DAA75" w14:textId="77777777" w:rsidR="005A29C0" w:rsidRDefault="007553B4" w:rsidP="00FB1196">
      <w:pPr>
        <w:spacing w:after="0" w:line="240" w:lineRule="auto"/>
        <w:jc w:val="both"/>
      </w:pPr>
      <w:r>
        <w:rPr>
          <w:color w:val="000000"/>
        </w:rPr>
        <w:t>OŠ KV A.6.2. Učenik analizira odabrane biblijske novozavjetne tekstove (književna vrsta, temeljni sadržaj, likovi).</w:t>
      </w:r>
    </w:p>
    <w:p w14:paraId="2030FAC3" w14:textId="77777777" w:rsidR="005A29C0" w:rsidRDefault="007553B4" w:rsidP="00FB1196">
      <w:pPr>
        <w:spacing w:after="0" w:line="240" w:lineRule="auto"/>
        <w:jc w:val="both"/>
      </w:pPr>
      <w:r>
        <w:rPr>
          <w:color w:val="000000"/>
        </w:rPr>
        <w:t>OŠ KV A.6.2. Učenik otkriva dublju životnu poruku biblijskih tekstova.</w:t>
      </w:r>
    </w:p>
    <w:p w14:paraId="1210BD6B" w14:textId="77777777" w:rsidR="005A29C0" w:rsidRDefault="007553B4" w:rsidP="00FB1196">
      <w:pPr>
        <w:spacing w:after="0" w:line="240" w:lineRule="auto"/>
        <w:jc w:val="both"/>
      </w:pPr>
      <w:r>
        <w:rPr>
          <w:color w:val="000000"/>
        </w:rPr>
        <w:t>OŠ KV B.6.2. Učenik prepoznaje u Isusu Kristu Osloboditelja koji riječima i djelima pokazuje istinski put slobode i spasenja.</w:t>
      </w:r>
    </w:p>
    <w:p w14:paraId="273F7CA7" w14:textId="77777777" w:rsidR="005A29C0" w:rsidRDefault="007553B4" w:rsidP="00FB1196">
      <w:pPr>
        <w:spacing w:after="0" w:line="240" w:lineRule="auto"/>
        <w:jc w:val="both"/>
      </w:pPr>
      <w:r>
        <w:rPr>
          <w:color w:val="000000"/>
        </w:rPr>
        <w:t>OŠ KV B.6.2. Učenik analizira poruke i vrijednosti koje vode do istinske i pune slobode.</w:t>
      </w:r>
    </w:p>
    <w:p w14:paraId="499DD0C9" w14:textId="77777777" w:rsidR="005A29C0" w:rsidRDefault="007553B4" w:rsidP="00FB1196">
      <w:pPr>
        <w:spacing w:after="0" w:line="240" w:lineRule="auto"/>
        <w:jc w:val="both"/>
      </w:pPr>
      <w:r>
        <w:rPr>
          <w:color w:val="000000"/>
        </w:rPr>
        <w:t>OŠ KV C.6.1. Učenik uočava originalnost Isusove poruke i njegova odnosa prema čovjeku.</w:t>
      </w:r>
    </w:p>
    <w:p w14:paraId="465F78C0" w14:textId="77777777" w:rsidR="005A29C0" w:rsidRDefault="007553B4" w:rsidP="00FB1196">
      <w:pPr>
        <w:spacing w:after="0" w:line="240" w:lineRule="auto"/>
        <w:jc w:val="both"/>
        <w:rPr>
          <w:color w:val="000000"/>
        </w:rPr>
      </w:pPr>
      <w:r>
        <w:rPr>
          <w:color w:val="000000"/>
        </w:rPr>
        <w:t>OŠ KV C.6.2. Učenik uviđa povezanost ljubavi, odgovornosti i slobode.</w:t>
      </w:r>
    </w:p>
    <w:p w14:paraId="577B0CE0" w14:textId="77777777" w:rsidR="00A8685C" w:rsidRDefault="00A8685C">
      <w:pPr>
        <w:spacing w:after="0" w:line="240" w:lineRule="auto"/>
      </w:pP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5A29C0" w14:paraId="31336C4E" w14:textId="77777777" w:rsidTr="00A8685C">
        <w:tc>
          <w:tcPr>
            <w:tcW w:w="3901" w:type="dxa"/>
            <w:shd w:val="clear" w:color="auto" w:fill="F2F2F2"/>
            <w:vAlign w:val="center"/>
          </w:tcPr>
          <w:p w14:paraId="57A82D66" w14:textId="77777777" w:rsidR="005A29C0" w:rsidRDefault="007553B4">
            <w:pPr>
              <w:spacing w:after="60" w:before="60"/>
              <w:ind w:left="108" w:right="108"/>
            </w:pPr>
            <w:r>
              <w:rPr>
                <w:b/>
                <w:color w:val="000000"/>
              </w:rPr>
              <w:t>Ključni pojmovi</w:t>
            </w:r>
          </w:p>
        </w:tc>
        <w:tc>
          <w:tcPr>
            <w:tcW w:w="6780" w:type="dxa"/>
            <w:vAlign w:val="center"/>
          </w:tcPr>
          <w:p w14:paraId="69E27F1D" w14:textId="77777777" w:rsidR="005A29C0" w:rsidRDefault="007553B4" w:rsidP="00A8685C">
            <w:pPr>
              <w:spacing w:after="60" w:before="60"/>
              <w:ind w:left="108" w:right="108"/>
              <w:jc w:val="both"/>
            </w:pPr>
            <w:r>
              <w:rPr>
                <w:color w:val="000000"/>
              </w:rPr>
              <w:t>Posljednja večera, Pasha, Euharistija, Veliki četvrtak, pranje nogu, služenje, nova zapovijed, ljubav, svećenički red, Tijelovo</w:t>
            </w:r>
          </w:p>
        </w:tc>
      </w:tr>
      <w:tr w:rsidR="005A29C0" w14:paraId="3638C486" w14:textId="77777777" w:rsidTr="00A8685C">
        <w:tc>
          <w:tcPr>
            <w:tcW w:w="3901" w:type="dxa"/>
            <w:shd w:val="clear" w:color="auto" w:fill="F2F2F2"/>
            <w:vAlign w:val="center"/>
          </w:tcPr>
          <w:p w14:paraId="1CCEADFA" w14:textId="77777777" w:rsidR="005A29C0" w:rsidRDefault="007553B4">
            <w:pPr>
              <w:spacing w:after="60" w:before="60"/>
              <w:ind w:left="108" w:right="108"/>
            </w:pPr>
            <w:r>
              <w:rPr>
                <w:b/>
                <w:color w:val="000000"/>
              </w:rPr>
              <w:t>Središnje / problemsko pitanje</w:t>
            </w:r>
          </w:p>
        </w:tc>
        <w:tc>
          <w:tcPr>
            <w:tcW w:w="6780" w:type="dxa"/>
            <w:vAlign w:val="center"/>
          </w:tcPr>
          <w:p w14:paraId="3FF507CB" w14:textId="77777777" w:rsidR="005A29C0" w:rsidRDefault="007553B4" w:rsidP="00A8685C">
            <w:pPr>
              <w:spacing w:after="60" w:before="60"/>
              <w:ind w:left="108" w:right="108"/>
              <w:jc w:val="both"/>
            </w:pPr>
            <w:r>
              <w:rPr>
                <w:color w:val="000000"/>
              </w:rPr>
              <w:t>Kako Posljednja večera pokazuje da se Isus daruje svojim učenicima i poziva ih da Euharistiju, ljubav i služenje žive danas?</w:t>
            </w:r>
          </w:p>
        </w:tc>
      </w:tr>
      <w:tr w:rsidR="005A29C0" w14:paraId="28E20DE3" w14:textId="77777777" w:rsidTr="00A8685C">
        <w:tc>
          <w:tcPr>
            <w:tcW w:w="3901" w:type="dxa"/>
            <w:shd w:val="clear" w:color="auto" w:fill="F2F2F2"/>
            <w:vAlign w:val="center"/>
          </w:tcPr>
          <w:p w14:paraId="3AD810FC" w14:textId="77777777" w:rsidR="005A29C0" w:rsidRDefault="007553B4">
            <w:pPr>
              <w:spacing w:after="60" w:before="60"/>
              <w:ind w:left="108" w:right="108"/>
            </w:pPr>
            <w:r>
              <w:rPr>
                <w:b/>
                <w:color w:val="000000"/>
              </w:rPr>
              <w:t>Nastavne metode</w:t>
            </w:r>
          </w:p>
        </w:tc>
        <w:tc>
          <w:tcPr>
            <w:tcW w:w="6780" w:type="dxa"/>
            <w:vAlign w:val="center"/>
          </w:tcPr>
          <w:p w14:paraId="0E107841" w14:textId="77777777" w:rsidR="005A29C0" w:rsidRDefault="007553B4" w:rsidP="00A8685C">
            <w:pPr>
              <w:spacing w:after="60" w:before="60"/>
              <w:ind w:left="108" w:right="108"/>
              <w:jc w:val="both"/>
            </w:pPr>
            <w:r>
              <w:rPr>
                <w:color w:val="000000"/>
              </w:rPr>
              <w:t>rad s udžbeničkim i biblijskim tekstom, čitanje s oznakama, uspoređivanje, razgovor, rad s videom, analiza umjetničkoga djela, problemski zadatci, vizualno organiziranje i crtanje</w:t>
            </w:r>
          </w:p>
        </w:tc>
      </w:tr>
      <w:tr w:rsidR="005A29C0" w14:paraId="1EBA6E08" w14:textId="77777777" w:rsidTr="00A8685C">
        <w:tc>
          <w:tcPr>
            <w:tcW w:w="3901" w:type="dxa"/>
            <w:shd w:val="clear" w:color="auto" w:fill="F2F2F2"/>
            <w:vAlign w:val="center"/>
          </w:tcPr>
          <w:p w14:paraId="033B80C1" w14:textId="77777777" w:rsidR="005A29C0" w:rsidRDefault="007553B4">
            <w:pPr>
              <w:spacing w:after="60" w:before="60"/>
              <w:ind w:left="108" w:right="108"/>
            </w:pPr>
            <w:r>
              <w:rPr>
                <w:b/>
                <w:color w:val="000000"/>
              </w:rPr>
              <w:t>Oblici rada</w:t>
            </w:r>
          </w:p>
        </w:tc>
        <w:tc>
          <w:tcPr>
            <w:tcW w:w="6780" w:type="dxa"/>
            <w:vAlign w:val="center"/>
          </w:tcPr>
          <w:p w14:paraId="1CC723F0" w14:textId="77777777" w:rsidR="005A29C0" w:rsidRDefault="007553B4" w:rsidP="00A8685C">
            <w:pPr>
              <w:spacing w:after="60" w:before="60"/>
              <w:ind w:left="108" w:right="108"/>
              <w:jc w:val="both"/>
            </w:pPr>
            <w:r>
              <w:rPr>
                <w:color w:val="000000"/>
              </w:rPr>
              <w:t>frontalni rad, individualni rad, rad u paru, rad u skupinama, mješoviti rad</w:t>
            </w:r>
          </w:p>
        </w:tc>
      </w:tr>
      <w:tr w:rsidR="005A29C0" w14:paraId="61DCA1E2" w14:textId="77777777" w:rsidTr="00A8685C">
        <w:tc>
          <w:tcPr>
            <w:tcW w:w="3901" w:type="dxa"/>
            <w:shd w:val="clear" w:color="auto" w:fill="F2F2F2"/>
            <w:vAlign w:val="center"/>
          </w:tcPr>
          <w:p w14:paraId="711BEA17" w14:textId="77777777" w:rsidR="005A29C0" w:rsidRDefault="007553B4">
            <w:pPr>
              <w:spacing w:after="60" w:before="60"/>
              <w:ind w:left="108" w:right="108"/>
            </w:pPr>
            <w:r>
              <w:rPr>
                <w:b/>
                <w:color w:val="000000"/>
              </w:rPr>
              <w:t>Nastavna sredstva</w:t>
            </w:r>
          </w:p>
        </w:tc>
        <w:tc>
          <w:tcPr>
            <w:tcW w:w="6780" w:type="dxa"/>
            <w:vAlign w:val="center"/>
          </w:tcPr>
          <w:p w14:paraId="56F0759B" w14:textId="77777777" w:rsidR="005A29C0" w:rsidRDefault="007553B4" w:rsidP="00A8685C">
            <w:pPr>
              <w:spacing w:after="60" w:before="60"/>
              <w:ind w:left="108" w:right="108"/>
              <w:jc w:val="both"/>
            </w:pPr>
            <w:r>
              <w:rPr>
                <w:color w:val="000000"/>
              </w:rPr>
              <w:t>udžbenik, radna bilježnica, digitalni udžbenik, bilježnica, računalo i projektor, videozapis, biblijski tekstovi, umjetničke reprodukcije, radni predlošci, kartice, bojice i papir</w:t>
            </w:r>
          </w:p>
        </w:tc>
      </w:tr>
      <w:tr w:rsidR="005A29C0" w14:paraId="7B0117CF" w14:textId="77777777" w:rsidTr="00A8685C">
        <w:tc>
          <w:tcPr>
            <w:tcW w:w="3901" w:type="dxa"/>
            <w:shd w:val="clear" w:color="auto" w:fill="F2F2F2"/>
            <w:vAlign w:val="center"/>
          </w:tcPr>
          <w:p w14:paraId="683B4E7D" w14:textId="77777777" w:rsidR="005A29C0" w:rsidRDefault="007553B4">
            <w:pPr>
              <w:spacing w:after="60" w:before="60"/>
              <w:ind w:left="108" w:right="108"/>
            </w:pPr>
            <w:r>
              <w:rPr>
                <w:b/>
                <w:color w:val="000000"/>
              </w:rPr>
              <w:t>Međupredmetne poveznice</w:t>
            </w:r>
          </w:p>
        </w:tc>
        <w:tc>
          <w:tcPr>
            <w:tcW w:w="6780" w:type="dxa"/>
            <w:vAlign w:val="center"/>
          </w:tcPr>
          <w:p w14:paraId="463F071F" w14:textId="77777777" w:rsidR="005A29C0" w:rsidRDefault="007553B4" w:rsidP="00A8685C">
            <w:pPr>
              <w:spacing w:after="60" w:before="60"/>
              <w:ind w:left="108" w:right="108"/>
              <w:jc w:val="both"/>
            </w:pPr>
            <w:r>
              <w:rPr>
                <w:color w:val="000000"/>
              </w:rPr>
              <w:t>Učiti kako učiti: uku A.3.3., uku C.3.3.; Hrvatski jezik: OŠ HJ A.6.1., OŠ HJ A.6.2.; Likovna kultura: OŠ LK A.6.2., OŠ LK B.6.1.; Informatika: C.6.1.</w:t>
            </w:r>
          </w:p>
        </w:tc>
      </w:tr>
    </w:tbl>
    <w:p w14:paraId="73FB6173" w14:textId="77777777" w:rsidR="005A29C0" w:rsidRDefault="007553B4">
      <w:pPr>
        <w:spacing w:before="120" w:after="40" w:line="240" w:lineRule="auto"/>
      </w:pPr>
      <w:r>
        <w:rPr>
          <w:b/>
          <w:color w:val="C96A00"/>
          <w:sz w:val="26"/>
        </w:rPr>
        <w:t>Vrednovanje:</w:t>
      </w:r>
    </w:p>
    <w:p w14:paraId="0DD65F5C" w14:textId="77777777" w:rsidR="005A29C0" w:rsidRDefault="007553B4" w:rsidP="00D31CBB">
      <w:pPr>
        <w:spacing w:after="0" w:line="240" w:lineRule="auto"/>
        <w:jc w:val="both"/>
      </w:pPr>
      <w:r w:rsidRPr="00A8685C">
        <w:rPr>
          <w:b/>
          <w:bCs/>
          <w:color w:val="000000"/>
        </w:rPr>
        <w:t xml:space="preserve">Vrednovanje za učenje: </w:t>
      </w:r>
      <w:r>
        <w:rPr>
          <w:color w:val="000000"/>
        </w:rPr>
        <w:t>praćenje razumijevanja glavnog teksta, biblijskih ulomaka i videozapisa, razlikovanja Isusovih riječi, gesta služenja i dara Euharistije te povezivanja Posljednje večere s konkretnom ljubavlju i služenjem.</w:t>
      </w:r>
    </w:p>
    <w:p w14:paraId="7414F328" w14:textId="77777777" w:rsidR="005A29C0" w:rsidRDefault="007553B4" w:rsidP="00D31CBB">
      <w:pPr>
        <w:spacing w:after="0" w:line="240" w:lineRule="auto"/>
        <w:jc w:val="both"/>
      </w:pPr>
      <w:r w:rsidRPr="00A8685C">
        <w:rPr>
          <w:b/>
          <w:bCs/>
          <w:color w:val="000000"/>
        </w:rPr>
        <w:t>Vrednovanje kao učenje:</w:t>
      </w:r>
      <w:r>
        <w:rPr>
          <w:color w:val="000000"/>
        </w:rPr>
        <w:t xml:space="preserve"> samoprocjena koliko učenik može objasniti značenje Euharistije, pranja nogu i nove zapovijedi te prepoznati kako se Isusov primjer može živjeti danas.</w:t>
      </w:r>
    </w:p>
    <w:p w14:paraId="62C14236" w14:textId="77777777" w:rsidR="005A29C0" w:rsidRDefault="007553B4" w:rsidP="00D31CBB">
      <w:pPr>
        <w:spacing w:after="0" w:line="240" w:lineRule="auto"/>
        <w:jc w:val="both"/>
        <w:rPr>
          <w:color w:val="000000"/>
        </w:rPr>
      </w:pPr>
      <w:r w:rsidRPr="00A8685C">
        <w:rPr>
          <w:b/>
          <w:bCs/>
          <w:color w:val="000000"/>
        </w:rPr>
        <w:t xml:space="preserve">Vrednovanje naučenoga: </w:t>
      </w:r>
      <w:r>
        <w:rPr>
          <w:color w:val="000000"/>
        </w:rPr>
        <w:t>kratka formativna provjera glavnih događaja Posljednje večere i njihovih poruka; formalno brojčano vrednovanje nije predviđeno.</w:t>
      </w:r>
    </w:p>
    <w:p w14:paraId="5E544C39" w14:textId="77777777" w:rsidR="00A8685C" w:rsidRDefault="00A8685C">
      <w:pPr>
        <w:spacing w:after="0" w:line="240" w:lineRule="auto"/>
      </w:pPr>
    </w:p>
    <w:p w14:paraId="2B15F50C" w14:textId="77777777" w:rsidR="005A29C0" w:rsidRDefault="007553B4">
      <w:pPr>
        <w:spacing w:after="280" w:line="240" w:lineRule="auto"/>
        <w:jc w:val="center"/>
      </w:pPr>
      <w:r>
        <w:rPr>
          <w:b/>
          <w:color w:val="0070C0"/>
          <w:sz w:val="40"/>
        </w:rPr>
        <w:t>TIJEK NASTAVNOGA SATA</w:t>
      </w:r>
    </w:p>
    <w:tbl>
      <w:tblPr>
        <w:tblW w:w="10658" w:type="dxa"/>
        <w:shd w:val="clear" w:color="auto" w:fill="00B050"/>
        <w:tblCellMar>
          <w:top w:w="90" w:type="dxa"/>
          <w:left w:w="130" w:type="dxa"/>
          <w:bottom w:w="90" w:type="dxa"/>
          <w:right w:w="130" w:type="dxa"/>
        </w:tblCellMar>
        <w:tblLook w:val="04A0" w:firstRow="1" w:lastRow="0" w:firstColumn="1" w:lastColumn="0" w:noHBand="0" w:noVBand="1"/>
      </w:tblPr>
      <w:tblGrid>
        <w:gridCol w:w="10658"/>
      </w:tblGrid>
      <w:tr w:rsidR="005A29C0" w14:paraId="715FBEBD" w14:textId="77777777" w:rsidTr="00D50304">
        <w:trPr>
          <w:cantSplit/>
        </w:trPr>
        <w:tc>
          <w:tcPr>
            <w:tcW w:w="10681" w:type="dxa"/>
            <w:shd w:val="clear" w:color="auto" w:fill="00B050"/>
            <w:tcMar>
              <w:top w:w="70" w:type="dxa"/>
              <w:left w:w="100" w:type="dxa"/>
              <w:bottom w:w="70" w:type="dxa"/>
              <w:right w:w="100" w:type="dxa"/>
            </w:tcMar>
            <w:vAlign w:val="center"/>
          </w:tcPr>
          <w:p w14:paraId="0466A8A0" w14:textId="70D342FC" w:rsidR="005A29C0" w:rsidRDefault="00D50304" w:rsidP="00D50304">
            <w:pPr>
              <w:spacing w:after="0" w:line="240" w:lineRule="auto"/>
            </w:pPr>
            <w:r w:rsidRPr="00D50304">
              <w:rPr>
                <w:rFonts w:cs="Calibri"/>
                <w:b/>
                <w:color w:val="FFFFFF"/>
                <w:sz w:val="32"/>
              </w:rPr>
              <w:lastRenderedPageBreak/>
              <w:t xml:space="preserve">I. UVODNI DIO – DOŽIVI </w:t>
            </w:r>
            <w:r w:rsidRPr="00D50304">
              <w:rPr>
                <w:rFonts w:cs="Calibri"/>
                <w:color w:val="FFFFFF"/>
                <w:sz w:val="20"/>
              </w:rPr>
              <w:t>(približno 7–10 minuta)</w:t>
            </w:r>
          </w:p>
        </w:tc>
      </w:tr>
    </w:tbl>
    <w:p w14:paraId="012556D8" w14:textId="77777777" w:rsidR="005A29C0" w:rsidRDefault="005A29C0">
      <w:pPr>
        <w:spacing w:after="20" w:line="240" w:lineRule="auto"/>
        <w:jc w:val="both"/>
      </w:pPr>
    </w:p>
    <w:p w14:paraId="10814B74" w14:textId="77777777" w:rsidR="005A29C0" w:rsidRDefault="007553B4">
      <w:pPr>
        <w:spacing w:before="60" w:after="40" w:line="240" w:lineRule="auto"/>
      </w:pPr>
      <w:r>
        <w:rPr>
          <w:b/>
          <w:color w:val="C96A00"/>
          <w:sz w:val="26"/>
        </w:rPr>
        <w:t>Uvodna molitva:</w:t>
      </w:r>
    </w:p>
    <w:p w14:paraId="4B385059" w14:textId="77777777" w:rsidR="005A29C0" w:rsidRDefault="007553B4">
      <w:pPr>
        <w:spacing w:after="0" w:line="240" w:lineRule="auto"/>
      </w:pPr>
      <w:r>
        <w:rPr>
          <w:color w:val="000000"/>
        </w:rPr>
        <w:t>Oče naš…</w:t>
      </w:r>
    </w:p>
    <w:p w14:paraId="4A6F35F1" w14:textId="77777777" w:rsidR="005A29C0" w:rsidRDefault="007553B4">
      <w:pPr>
        <w:spacing w:after="0" w:line="240" w:lineRule="auto"/>
        <w:rPr>
          <w:color w:val="000000"/>
        </w:rPr>
      </w:pPr>
      <w:r>
        <w:rPr>
          <w:color w:val="000000"/>
        </w:rPr>
        <w:t>ili:</w:t>
      </w:r>
    </w:p>
    <w:p w14:paraId="355B48D2" w14:textId="77777777" w:rsidR="00D31CBB" w:rsidRDefault="00D31CBB">
      <w:pPr>
        <w:spacing w:after="0" w:line="240" w:lineRule="auto"/>
      </w:pPr>
    </w:p>
    <w:p w14:paraId="27754B59" w14:textId="77777777" w:rsidR="005A29C0" w:rsidRPr="00D31CBB" w:rsidRDefault="007553B4" w:rsidP="00D31CBB">
      <w:pPr>
        <w:spacing w:after="0" w:line="240" w:lineRule="auto"/>
        <w:jc w:val="both"/>
        <w:rPr>
          <w:color w:val="000000"/>
          <w:sz w:val="48"/>
          <w:szCs w:val="48"/>
        </w:rPr>
      </w:pPr>
      <w:r w:rsidRPr="00D31CBB">
        <w:rPr>
          <w:color w:val="000000"/>
          <w:sz w:val="48"/>
          <w:szCs w:val="48"/>
        </w:rPr>
        <w:t>Isuse, hvala Ti što si na Posljednjoj večeri pokazao koliko nas ljubiš. Nauči nas primati Tvoj dar u Euharistiji, služiti jedni drugima bez oholosti i ljubiti kao što si Ti ljubio nas. Daj da Tvoje riječi postanu naš život. Amen.</w:t>
      </w:r>
    </w:p>
    <w:p w14:paraId="5EBF3243" w14:textId="77777777" w:rsidR="00D31CBB" w:rsidRDefault="00D31CBB">
      <w:pPr>
        <w:spacing w:after="0" w:line="240" w:lineRule="auto"/>
      </w:pPr>
    </w:p>
    <w:tbl>
      <w:tblPr>
        <w:tblW w:w="10658" w:type="dxa"/>
        <w:tblLook w:val="04A0" w:firstRow="1" w:lastRow="0" w:firstColumn="1" w:lastColumn="0" w:noHBand="0" w:noVBand="1"/>
      </w:tblPr>
      <w:tblGrid>
        <w:gridCol w:w="10658"/>
      </w:tblGrid>
      <w:tr w:rsidR="005A29C0" w14:paraId="5DB24DBA" w14:textId="77777777">
        <w:tc>
          <w:tcPr>
            <w:tcW w:w="10681" w:type="dxa"/>
            <w:shd w:val="clear" w:color="auto" w:fill="EAF4E2"/>
            <w:tcMar>
              <w:top w:w="95" w:type="dxa"/>
              <w:left w:w="110" w:type="dxa"/>
              <w:bottom w:w="95" w:type="dxa"/>
              <w:right w:w="110" w:type="dxa"/>
            </w:tcMar>
            <w:vAlign w:val="center"/>
          </w:tcPr>
          <w:p w14:paraId="59D86547" w14:textId="77777777" w:rsidR="005A29C0" w:rsidRDefault="007553B4">
            <w:pPr>
              <w:spacing w:after="0"/>
              <w:jc w:val="both"/>
            </w:pPr>
            <w:r>
              <w:rPr>
                <w:b/>
                <w:color w:val="C96A00"/>
                <w:sz w:val="21"/>
              </w:rPr>
              <w:t xml:space="preserve">Alternativa: </w:t>
            </w:r>
            <w:r>
              <w:rPr>
                <w:color w:val="000000"/>
                <w:sz w:val="21"/>
              </w:rPr>
              <w:t>Vjeroučitelj će pročitati: „Primjer sam vam dao da i vi činite kao što ja vama učinih.“ (Iv 13,15). Učenici deset sekundi ostaju u tišini i u sebi izaberu jednu riječ iz rečenice koju žele zapamtiti.</w:t>
            </w:r>
          </w:p>
        </w:tc>
      </w:tr>
    </w:tbl>
    <w:p w14:paraId="1C5CB8DB" w14:textId="77777777" w:rsidR="005A29C0" w:rsidRDefault="007553B4">
      <w:pPr>
        <w:spacing w:before="60" w:after="40" w:line="240" w:lineRule="auto"/>
      </w:pPr>
      <w:r>
        <w:rPr>
          <w:b/>
          <w:color w:val="C96A00"/>
          <w:sz w:val="26"/>
        </w:rPr>
        <w:t>Povezivanje s prethodnim satom / pregled domaće zadaće:</w:t>
      </w:r>
    </w:p>
    <w:p w14:paraId="2C2C6CB2" w14:textId="77777777" w:rsidR="005A29C0" w:rsidRDefault="007553B4">
      <w:pPr>
        <w:spacing w:after="0" w:line="240" w:lineRule="auto"/>
      </w:pPr>
      <w:r>
        <w:rPr>
          <w:color w:val="000000"/>
        </w:rPr>
        <w:t>Učenici daju vjeroučitelju na uvid domaću zadaću od prošloga susreta:</w:t>
      </w:r>
    </w:p>
    <w:p w14:paraId="3F52B8EA" w14:textId="77777777" w:rsidR="005A29C0" w:rsidRPr="00D31CBB" w:rsidRDefault="007553B4" w:rsidP="00D31CBB">
      <w:pPr>
        <w:spacing w:after="0" w:line="240" w:lineRule="auto"/>
        <w:jc w:val="both"/>
        <w:rPr>
          <w:i/>
          <w:iCs/>
        </w:rPr>
      </w:pPr>
      <w:r w:rsidRPr="00D31CBB">
        <w:rPr>
          <w:i/>
          <w:iCs/>
          <w:color w:val="000000"/>
        </w:rPr>
        <w:t>„Učenici će riješiti, ili dovršiti rješavanje RB, str. 72–73.“</w:t>
      </w:r>
    </w:p>
    <w:p w14:paraId="638CB116" w14:textId="77777777" w:rsidR="005A29C0" w:rsidRDefault="007553B4">
      <w:pPr>
        <w:spacing w:after="0" w:line="240" w:lineRule="auto"/>
      </w:pPr>
      <w:r>
        <w:rPr>
          <w:color w:val="000000"/>
        </w:rPr>
        <w:t>Ili:</w:t>
      </w:r>
    </w:p>
    <w:p w14:paraId="27728F28" w14:textId="77777777" w:rsidR="005A29C0" w:rsidRPr="00D31CBB" w:rsidRDefault="007553B4" w:rsidP="00D31CBB">
      <w:pPr>
        <w:spacing w:after="0" w:line="240" w:lineRule="auto"/>
        <w:jc w:val="both"/>
        <w:rPr>
          <w:i/>
          <w:iCs/>
        </w:rPr>
      </w:pPr>
      <w:r w:rsidRPr="00D31CBB">
        <w:rPr>
          <w:i/>
          <w:iCs/>
          <w:color w:val="000000"/>
        </w:rPr>
        <w:t>„Učenici će odabrati jedno Isusovo čudo i u pet rečenica napisati: nevolja – Isusovo djelovanje – promjena – reakcija ljudi – poruka za vjeru.“</w:t>
      </w:r>
    </w:p>
    <w:p w14:paraId="70EAB62A" w14:textId="77777777" w:rsidR="005A29C0" w:rsidRDefault="007553B4">
      <w:pPr>
        <w:spacing w:before="60" w:after="40" w:line="240" w:lineRule="auto"/>
      </w:pPr>
      <w:r>
        <w:rPr>
          <w:b/>
          <w:color w:val="C96A00"/>
          <w:sz w:val="26"/>
        </w:rPr>
        <w:t>Motivacija:</w:t>
      </w:r>
    </w:p>
    <w:p w14:paraId="775B51C8" w14:textId="7AE7A61F" w:rsidR="005A29C0" w:rsidRDefault="00D31CBB">
      <w:pPr>
        <w:spacing w:after="0" w:line="240" w:lineRule="auto"/>
        <w:jc w:val="both"/>
      </w:pPr>
      <w:r>
        <w:rPr>
          <w:color w:val="000000"/>
        </w:rPr>
        <w:t>Učenici će promotriti 3 ilustacije</w:t>
      </w:r>
      <w:r w:rsidR="007553B4">
        <w:rPr>
          <w:color w:val="000000"/>
        </w:rPr>
        <w:t>: KRUH – UBRUS – SRCE. Učenici pojedinačno zapisuju što bi te tri slike mogle imati zajedničko. U paru biraju jednu pretpostavku i kratko je obrazlažu.</w:t>
      </w:r>
    </w:p>
    <w:p w14:paraId="055D4E7C" w14:textId="77777777" w:rsidR="005A29C0" w:rsidRDefault="007553B4">
      <w:pPr>
        <w:spacing w:after="0" w:line="240" w:lineRule="auto"/>
        <w:jc w:val="both"/>
        <w:rPr>
          <w:i/>
          <w:color w:val="6B6B6B"/>
          <w:sz w:val="20"/>
        </w:rPr>
      </w:pPr>
      <w:r>
        <w:rPr>
          <w:i/>
          <w:color w:val="6B6B6B"/>
          <w:sz w:val="20"/>
        </w:rPr>
        <w:t>Rješenje: KRUH može upućivati na blagovanje i Euharistiju; UBRUS na pranje nogu i služenje; SRCE na novu zapovijed ljubavi. Sve tri slike povezuju se s Posljednjom večerom i Isusovim darivanjem sebe.</w:t>
      </w:r>
    </w:p>
    <w:p w14:paraId="49EDC173" w14:textId="77777777" w:rsidR="00D31CBB" w:rsidRDefault="00D31CBB" w:rsidP="00D31CBB"/>
    <w:p w14:paraId="4AAEAF5C" w14:textId="0DBD3068" w:rsidR="00D31CBB" w:rsidRDefault="00D31CBB" w:rsidP="00D31CBB">
      <w:pPr>
        <w:jc w:val="center"/>
      </w:pPr>
      <w:r w:rsidRPr="00D31CBB">
        <w:rPr>
          <w:noProof/>
        </w:rPr>
        <w:drawing>
          <wp:inline distT="0" distB="0" distL="0" distR="0" wp14:anchorId="2DF6BBA8" wp14:editId="56506E66">
            <wp:extent cx="6728400" cy="2520000"/>
            <wp:effectExtent l="0" t="0" r="0" b="0"/>
            <wp:docPr id="6867656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765678" name=""/>
                    <pic:cNvPicPr/>
                  </pic:nvPicPr>
                  <pic:blipFill rotWithShape="1">
                    <a:blip r:embed="rId6"/>
                    <a:srcRect l="1592" t="19631" r="1694" b="15987"/>
                    <a:stretch>
                      <a:fillRect/>
                    </a:stretch>
                  </pic:blipFill>
                  <pic:spPr bwMode="auto">
                    <a:xfrm>
                      <a:off x="0" y="0"/>
                      <a:ext cx="6728400" cy="2520000"/>
                    </a:xfrm>
                    <a:prstGeom prst="rect">
                      <a:avLst/>
                    </a:prstGeom>
                    <a:ln>
                      <a:noFill/>
                    </a:ln>
                    <a:extLst>
                      <a:ext uri="{53640926-AAD7-44D8-BBD7-CCE9431645EC}">
                        <a14:shadowObscured xmlns:a14="http://schemas.microsoft.com/office/drawing/2010/main"/>
                      </a:ext>
                    </a:extLst>
                  </pic:spPr>
                </pic:pic>
              </a:graphicData>
            </a:graphic>
          </wp:inline>
        </w:drawing>
      </w:r>
    </w:p>
    <w:p w14:paraId="7015BB26" w14:textId="77777777" w:rsidR="00D31CBB" w:rsidRDefault="00D31CBB" w:rsidP="00D31CBB"/>
    <w:p w14:paraId="4501627A" w14:textId="77777777" w:rsidR="00D31CBB" w:rsidRDefault="00D31CBB" w:rsidP="00D31CBB"/>
    <w:p w14:paraId="110BD424" w14:textId="19FDDC7D" w:rsidR="00D31CBB" w:rsidRDefault="00D31CBB" w:rsidP="00D31CBB">
      <w:r>
        <w:t>Radni predložak:</w:t>
      </w:r>
    </w:p>
    <w:tbl>
      <w:tblPr>
        <w:tblStyle w:val="Reetkatablice"/>
        <w:tblW w:w="10658" w:type="dxa"/>
        <w:tblLook w:val="04A0" w:firstRow="1" w:lastRow="0" w:firstColumn="1" w:lastColumn="0" w:noHBand="0" w:noVBand="1"/>
      </w:tblPr>
      <w:tblGrid>
        <w:gridCol w:w="3552"/>
        <w:gridCol w:w="3553"/>
        <w:gridCol w:w="3553"/>
      </w:tblGrid>
      <w:tr w:rsidR="005A29C0" w14:paraId="4E55D062" w14:textId="77777777">
        <w:tc>
          <w:tcPr>
            <w:tcW w:w="3560" w:type="dxa"/>
            <w:shd w:val="clear" w:color="auto" w:fill="D9A300"/>
            <w:tcMar>
              <w:top w:w="70" w:type="dxa"/>
              <w:left w:w="80" w:type="dxa"/>
              <w:bottom w:w="70" w:type="dxa"/>
              <w:right w:w="80" w:type="dxa"/>
            </w:tcMar>
            <w:vAlign w:val="center"/>
          </w:tcPr>
          <w:p w14:paraId="6798A304" w14:textId="77777777" w:rsidR="005A29C0" w:rsidRDefault="007553B4">
            <w:pPr>
              <w:spacing w:after="0"/>
              <w:jc w:val="center"/>
            </w:pPr>
            <w:r>
              <w:rPr>
                <w:b/>
                <w:color w:val="FFFFFF"/>
                <w:sz w:val="40"/>
              </w:rPr>
              <w:lastRenderedPageBreak/>
              <w:t>KRUH</w:t>
            </w:r>
          </w:p>
        </w:tc>
        <w:tc>
          <w:tcPr>
            <w:tcW w:w="3560" w:type="dxa"/>
            <w:shd w:val="clear" w:color="auto" w:fill="5B9BD5"/>
            <w:tcMar>
              <w:top w:w="70" w:type="dxa"/>
              <w:left w:w="80" w:type="dxa"/>
              <w:bottom w:w="70" w:type="dxa"/>
              <w:right w:w="80" w:type="dxa"/>
            </w:tcMar>
            <w:vAlign w:val="center"/>
          </w:tcPr>
          <w:p w14:paraId="65B2C497" w14:textId="77777777" w:rsidR="005A29C0" w:rsidRDefault="007553B4">
            <w:pPr>
              <w:spacing w:after="0"/>
              <w:jc w:val="center"/>
            </w:pPr>
            <w:r>
              <w:rPr>
                <w:b/>
                <w:color w:val="FFFFFF"/>
                <w:sz w:val="40"/>
              </w:rPr>
              <w:t>UBRUS</w:t>
            </w:r>
          </w:p>
        </w:tc>
        <w:tc>
          <w:tcPr>
            <w:tcW w:w="3560" w:type="dxa"/>
            <w:shd w:val="clear" w:color="auto" w:fill="C0504D"/>
            <w:tcMar>
              <w:top w:w="70" w:type="dxa"/>
              <w:left w:w="80" w:type="dxa"/>
              <w:bottom w:w="70" w:type="dxa"/>
              <w:right w:w="80" w:type="dxa"/>
            </w:tcMar>
            <w:vAlign w:val="center"/>
          </w:tcPr>
          <w:p w14:paraId="162CC387" w14:textId="77777777" w:rsidR="005A29C0" w:rsidRDefault="007553B4">
            <w:pPr>
              <w:spacing w:after="0"/>
              <w:jc w:val="center"/>
            </w:pPr>
            <w:r>
              <w:rPr>
                <w:b/>
                <w:color w:val="FFFFFF"/>
                <w:sz w:val="40"/>
              </w:rPr>
              <w:t>SRCE</w:t>
            </w:r>
          </w:p>
        </w:tc>
      </w:tr>
      <w:tr w:rsidR="005A29C0" w14:paraId="430D0FC9" w14:textId="77777777">
        <w:tc>
          <w:tcPr>
            <w:tcW w:w="3560" w:type="dxa"/>
            <w:tcMar>
              <w:top w:w="80" w:type="dxa"/>
              <w:left w:w="70" w:type="dxa"/>
              <w:bottom w:w="80" w:type="dxa"/>
              <w:right w:w="70" w:type="dxa"/>
            </w:tcMar>
            <w:vAlign w:val="center"/>
          </w:tcPr>
          <w:p w14:paraId="4D281E3C" w14:textId="77777777" w:rsidR="005A29C0" w:rsidRDefault="007553B4">
            <w:pPr>
              <w:spacing w:after="0"/>
              <w:jc w:val="center"/>
            </w:pPr>
            <w:r>
              <w:rPr>
                <w:color w:val="000000"/>
                <w:sz w:val="24"/>
              </w:rPr>
              <w:t>________________________</w:t>
            </w:r>
          </w:p>
        </w:tc>
        <w:tc>
          <w:tcPr>
            <w:tcW w:w="3560" w:type="dxa"/>
            <w:tcMar>
              <w:top w:w="80" w:type="dxa"/>
              <w:left w:w="70" w:type="dxa"/>
              <w:bottom w:w="80" w:type="dxa"/>
              <w:right w:w="70" w:type="dxa"/>
            </w:tcMar>
            <w:vAlign w:val="center"/>
          </w:tcPr>
          <w:p w14:paraId="171CCD73" w14:textId="77777777" w:rsidR="005A29C0" w:rsidRDefault="007553B4">
            <w:pPr>
              <w:spacing w:after="0"/>
              <w:jc w:val="center"/>
            </w:pPr>
            <w:r>
              <w:rPr>
                <w:color w:val="000000"/>
                <w:sz w:val="24"/>
              </w:rPr>
              <w:t>________________________</w:t>
            </w:r>
          </w:p>
        </w:tc>
        <w:tc>
          <w:tcPr>
            <w:tcW w:w="3560" w:type="dxa"/>
            <w:tcMar>
              <w:top w:w="80" w:type="dxa"/>
              <w:left w:w="70" w:type="dxa"/>
              <w:bottom w:w="80" w:type="dxa"/>
              <w:right w:w="70" w:type="dxa"/>
            </w:tcMar>
            <w:vAlign w:val="center"/>
          </w:tcPr>
          <w:p w14:paraId="47026C99" w14:textId="77777777" w:rsidR="005A29C0" w:rsidRDefault="007553B4">
            <w:pPr>
              <w:spacing w:after="0"/>
              <w:jc w:val="center"/>
            </w:pPr>
            <w:r>
              <w:rPr>
                <w:color w:val="000000"/>
                <w:sz w:val="24"/>
              </w:rPr>
              <w:t>________________________</w:t>
            </w:r>
          </w:p>
        </w:tc>
      </w:tr>
    </w:tbl>
    <w:p w14:paraId="67236291" w14:textId="77777777" w:rsidR="005A29C0" w:rsidRDefault="007553B4">
      <w:pPr>
        <w:spacing w:before="220" w:after="40" w:line="240" w:lineRule="auto"/>
      </w:pPr>
      <w:r>
        <w:rPr>
          <w:b/>
          <w:color w:val="C96A00"/>
          <w:sz w:val="26"/>
        </w:rPr>
        <w:t>Razgovor:</w:t>
      </w:r>
    </w:p>
    <w:p w14:paraId="538938A1" w14:textId="58DC3F4A" w:rsidR="005A29C0" w:rsidRPr="00D31CBB" w:rsidRDefault="007553B4" w:rsidP="00DE44AD">
      <w:pPr>
        <w:pStyle w:val="Odlomakpopisa"/>
        <w:numPr>
          <w:ilvl w:val="0"/>
          <w:numId w:val="7"/>
        </w:numPr>
        <w:spacing w:after="0" w:line="240" w:lineRule="auto"/>
        <w:jc w:val="both"/>
        <w:rPr>
          <w:color w:val="808080" w:themeColor="background1" w:themeShade="80"/>
          <w:sz w:val="18"/>
          <w:szCs w:val="18"/>
        </w:rPr>
      </w:pPr>
      <w:r w:rsidRPr="00D31CBB">
        <w:rPr>
          <w:color w:val="000000"/>
        </w:rPr>
        <w:t>Što se događa kada ljudi zajedno lome kruh i dijele stol?</w:t>
      </w:r>
      <w:r w:rsidRPr="00D31CBB">
        <w:rPr>
          <w:color w:val="808080" w:themeColor="background1" w:themeShade="80"/>
          <w:sz w:val="18"/>
          <w:szCs w:val="18"/>
        </w:rPr>
        <w:t xml:space="preserve"> (Stvara se zajedništvo i dijeljenje.)</w:t>
      </w:r>
    </w:p>
    <w:p w14:paraId="524E5E2A" w14:textId="5704D2F5" w:rsidR="005A29C0" w:rsidRPr="00D31CBB" w:rsidRDefault="007553B4" w:rsidP="00DE44AD">
      <w:pPr>
        <w:pStyle w:val="Odlomakpopisa"/>
        <w:numPr>
          <w:ilvl w:val="0"/>
          <w:numId w:val="7"/>
        </w:numPr>
        <w:spacing w:after="0" w:line="240" w:lineRule="auto"/>
        <w:jc w:val="both"/>
        <w:rPr>
          <w:color w:val="808080" w:themeColor="background1" w:themeShade="80"/>
          <w:sz w:val="18"/>
          <w:szCs w:val="18"/>
        </w:rPr>
      </w:pPr>
      <w:r w:rsidRPr="00D31CBB">
        <w:rPr>
          <w:color w:val="000000"/>
        </w:rPr>
        <w:t>Zašto je pranje nečijih nogu u Isusovo vrijeme bilo znak služenja?</w:t>
      </w:r>
      <w:r w:rsidRPr="00D31CBB">
        <w:rPr>
          <w:color w:val="808080" w:themeColor="background1" w:themeShade="80"/>
          <w:sz w:val="18"/>
          <w:szCs w:val="18"/>
        </w:rPr>
        <w:t xml:space="preserve"> (</w:t>
      </w:r>
      <w:r w:rsidR="00D31CBB" w:rsidRPr="00D31CBB">
        <w:rPr>
          <w:color w:val="808080" w:themeColor="background1" w:themeShade="80"/>
          <w:sz w:val="18"/>
          <w:szCs w:val="18"/>
        </w:rPr>
        <w:t>Pranje nogu bilo je znak gostoprimstva, a u imućnijim kućama taj su neugodan posao često obavljali sluge ili robovi. Isus kao Učitelj svjesno preuzima ulogu poniznoga služitelja.</w:t>
      </w:r>
      <w:r w:rsidRPr="00D31CBB">
        <w:rPr>
          <w:color w:val="808080" w:themeColor="background1" w:themeShade="80"/>
          <w:sz w:val="18"/>
          <w:szCs w:val="18"/>
        </w:rPr>
        <w:t>)</w:t>
      </w:r>
    </w:p>
    <w:p w14:paraId="02312940" w14:textId="77777777" w:rsidR="00D31CBB" w:rsidRDefault="007553B4" w:rsidP="00DE44AD">
      <w:pPr>
        <w:pStyle w:val="Odlomakpopisa"/>
        <w:numPr>
          <w:ilvl w:val="0"/>
          <w:numId w:val="7"/>
        </w:numPr>
        <w:spacing w:after="0" w:line="240" w:lineRule="auto"/>
        <w:jc w:val="both"/>
        <w:rPr>
          <w:color w:val="808080" w:themeColor="background1" w:themeShade="80"/>
          <w:sz w:val="18"/>
          <w:szCs w:val="18"/>
        </w:rPr>
      </w:pPr>
      <w:r w:rsidRPr="00D31CBB">
        <w:rPr>
          <w:color w:val="000000"/>
        </w:rPr>
        <w:t xml:space="preserve">Kako se ljubav može pokazati djelom, a ne samo riječima? </w:t>
      </w:r>
      <w:r w:rsidRPr="00D31CBB">
        <w:rPr>
          <w:color w:val="808080" w:themeColor="background1" w:themeShade="80"/>
          <w:sz w:val="18"/>
          <w:szCs w:val="18"/>
        </w:rPr>
        <w:t>(Pomoći, oprostiti, dati prednost drugomu, biti prisutan.)</w:t>
      </w:r>
    </w:p>
    <w:p w14:paraId="683C8F8D" w14:textId="6D44C472" w:rsidR="005A29C0" w:rsidRPr="00D31CBB" w:rsidRDefault="007553B4" w:rsidP="00DE44AD">
      <w:pPr>
        <w:pStyle w:val="Odlomakpopisa"/>
        <w:numPr>
          <w:ilvl w:val="0"/>
          <w:numId w:val="7"/>
        </w:numPr>
        <w:spacing w:after="0" w:line="240" w:lineRule="auto"/>
        <w:jc w:val="both"/>
        <w:rPr>
          <w:color w:val="808080" w:themeColor="background1" w:themeShade="80"/>
          <w:sz w:val="18"/>
          <w:szCs w:val="18"/>
        </w:rPr>
      </w:pPr>
      <w:r w:rsidRPr="00D31CBB">
        <w:rPr>
          <w:color w:val="000000"/>
        </w:rPr>
        <w:t>Što bi se moglo dogoditi kada se kruh, služenje i ljubav nađu u istom događaju?</w:t>
      </w:r>
      <w:r w:rsidRPr="00D31CBB">
        <w:rPr>
          <w:color w:val="808080" w:themeColor="background1" w:themeShade="80"/>
          <w:sz w:val="18"/>
          <w:szCs w:val="18"/>
        </w:rPr>
        <w:t xml:space="preserve"> (Uvod u temu Posljednje večere.)</w:t>
      </w:r>
    </w:p>
    <w:p w14:paraId="765BF746" w14:textId="77777777" w:rsidR="005A29C0" w:rsidRDefault="007553B4">
      <w:pPr>
        <w:spacing w:before="60" w:after="40" w:line="240" w:lineRule="auto"/>
      </w:pPr>
      <w:r>
        <w:rPr>
          <w:b/>
          <w:color w:val="C96A00"/>
          <w:sz w:val="26"/>
        </w:rPr>
        <w:t>Najava teme i središnjega pitanja:</w:t>
      </w:r>
    </w:p>
    <w:p w14:paraId="412A3D94" w14:textId="77777777" w:rsidR="005A29C0" w:rsidRDefault="007553B4">
      <w:pPr>
        <w:spacing w:after="0" w:line="240" w:lineRule="auto"/>
        <w:jc w:val="both"/>
        <w:rPr>
          <w:color w:val="000000"/>
        </w:rPr>
      </w:pPr>
      <w:r>
        <w:rPr>
          <w:color w:val="000000"/>
        </w:rPr>
        <w:t xml:space="preserve">Danas upoznajemo temu „Posljednja večera“. Isus se u posljednjem zajedničkom susretu s učenicima daruje u Euharistiji, pere im noge i daje novu zapovijed ljubavi. Istraživat ćemo: Kako </w:t>
      </w:r>
      <w:r w:rsidRPr="008C41D8">
        <w:rPr>
          <w:i/>
          <w:iCs/>
          <w:color w:val="000000"/>
        </w:rPr>
        <w:t>Posljednja večera</w:t>
      </w:r>
      <w:r>
        <w:rPr>
          <w:color w:val="000000"/>
        </w:rPr>
        <w:t xml:space="preserve"> pokazuje da se Isus daruje svojim učenicima i poziva ih da Euharistiju, ljubav i služenje žive danas?</w:t>
      </w:r>
    </w:p>
    <w:p w14:paraId="5DF32F09" w14:textId="77777777" w:rsidR="00D31CBB" w:rsidRDefault="00D31CBB">
      <w:pPr>
        <w:spacing w:after="0" w:line="240" w:lineRule="auto"/>
        <w:jc w:val="both"/>
        <w:rPr>
          <w:color w:val="000000"/>
        </w:rPr>
      </w:pPr>
    </w:p>
    <w:p w14:paraId="694353C8" w14:textId="77777777" w:rsidR="00D31CBB" w:rsidRDefault="00D31CBB">
      <w:pPr>
        <w:spacing w:after="0" w:line="240" w:lineRule="auto"/>
        <w:jc w:val="both"/>
      </w:pPr>
    </w:p>
    <w:tbl>
      <w:tblPr>
        <w:tblW w:w="10658" w:type="dxa"/>
        <w:shd w:val="clear" w:color="auto" w:fill="00B050"/>
        <w:tblCellMar>
          <w:top w:w="90" w:type="dxa"/>
          <w:left w:w="130" w:type="dxa"/>
          <w:bottom w:w="90" w:type="dxa"/>
          <w:right w:w="130" w:type="dxa"/>
        </w:tblCellMar>
        <w:tblLook w:val="04A0" w:firstRow="1" w:lastRow="0" w:firstColumn="1" w:lastColumn="0" w:noHBand="0" w:noVBand="1"/>
      </w:tblPr>
      <w:tblGrid>
        <w:gridCol w:w="10658"/>
      </w:tblGrid>
      <w:tr w:rsidR="005A29C0" w14:paraId="04D2CABA" w14:textId="77777777" w:rsidTr="00D50304">
        <w:trPr>
          <w:cantSplit/>
        </w:trPr>
        <w:tc>
          <w:tcPr>
            <w:tcW w:w="10681" w:type="dxa"/>
            <w:shd w:val="clear" w:color="auto" w:fill="00B050"/>
            <w:tcMar>
              <w:top w:w="70" w:type="dxa"/>
              <w:left w:w="100" w:type="dxa"/>
              <w:bottom w:w="70" w:type="dxa"/>
              <w:right w:w="100" w:type="dxa"/>
            </w:tcMar>
            <w:vAlign w:val="center"/>
          </w:tcPr>
          <w:p w14:paraId="0C892811" w14:textId="4CC449DD" w:rsidR="005A29C0" w:rsidRDefault="00D50304" w:rsidP="00D50304">
            <w:pPr>
              <w:spacing w:after="0" w:line="240" w:lineRule="auto"/>
            </w:pPr>
            <w:r w:rsidRPr="00D50304">
              <w:rPr>
                <w:rFonts w:cs="Calibri"/>
                <w:b/>
                <w:color w:val="FFFFFF"/>
                <w:sz w:val="32"/>
              </w:rPr>
              <w:t xml:space="preserve">II. SREDIŠNJI DIO – OTKRIJ I POVEŽI </w:t>
            </w:r>
            <w:r w:rsidRPr="00D50304">
              <w:rPr>
                <w:rFonts w:cs="Calibri"/>
                <w:color w:val="FFFFFF"/>
                <w:sz w:val="20"/>
              </w:rPr>
              <w:t>(približno 27–30 minuta)</w:t>
            </w:r>
          </w:p>
        </w:tc>
      </w:tr>
    </w:tbl>
    <w:p w14:paraId="25B7FE0A" w14:textId="77777777" w:rsidR="005A29C0" w:rsidRDefault="005A29C0">
      <w:pPr>
        <w:spacing w:after="20" w:line="240" w:lineRule="auto"/>
        <w:jc w:val="both"/>
      </w:pPr>
    </w:p>
    <w:tbl>
      <w:tblPr>
        <w:tblW w:w="10658" w:type="dxa"/>
        <w:tblLook w:val="04A0" w:firstRow="1" w:lastRow="0" w:firstColumn="1" w:lastColumn="0" w:noHBand="0" w:noVBand="1"/>
      </w:tblPr>
      <w:tblGrid>
        <w:gridCol w:w="10658"/>
      </w:tblGrid>
      <w:tr w:rsidR="005A29C0" w14:paraId="0423722E" w14:textId="77777777">
        <w:tc>
          <w:tcPr>
            <w:tcW w:w="10681" w:type="dxa"/>
            <w:shd w:val="clear" w:color="auto" w:fill="EAF2F8"/>
            <w:tcMar>
              <w:top w:w="95" w:type="dxa"/>
              <w:left w:w="110" w:type="dxa"/>
              <w:bottom w:w="95" w:type="dxa"/>
              <w:right w:w="110" w:type="dxa"/>
            </w:tcMar>
            <w:vAlign w:val="center"/>
          </w:tcPr>
          <w:p w14:paraId="1E998F84" w14:textId="77777777" w:rsidR="005A29C0" w:rsidRDefault="007553B4">
            <w:pPr>
              <w:spacing w:after="0"/>
              <w:jc w:val="both"/>
            </w:pPr>
            <w:r>
              <w:rPr>
                <w:b/>
                <w:color w:val="C96A00"/>
                <w:sz w:val="21"/>
              </w:rPr>
              <w:t xml:space="preserve">Napomena o izboru aktivnosti: </w:t>
            </w:r>
            <w:r>
              <w:rPr>
                <w:color w:val="000000"/>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5EDFFD2A" w14:textId="7197D714" w:rsidR="005A29C0" w:rsidRDefault="007553B4">
      <w:pPr>
        <w:spacing w:before="100" w:after="40" w:line="240" w:lineRule="auto"/>
      </w:pPr>
      <w:r>
        <w:rPr>
          <w:b/>
          <w:color w:val="C96A00"/>
          <w:sz w:val="26"/>
        </w:rPr>
        <w:t>Aktivnost 1: Obrada teksta / sadržaja</w:t>
      </w:r>
      <w:r>
        <w:rPr>
          <w:i/>
          <w:color w:val="6B6B6B"/>
          <w:sz w:val="20"/>
        </w:rPr>
        <w:t xml:space="preserve"> (individualni rad, rad u paru i zajednička provjera, 13 minuta)</w:t>
      </w:r>
    </w:p>
    <w:p w14:paraId="520025C6" w14:textId="25FE66FF" w:rsidR="005A29C0" w:rsidRDefault="007553B4">
      <w:pPr>
        <w:spacing w:after="0" w:line="240" w:lineRule="auto"/>
        <w:jc w:val="both"/>
      </w:pPr>
      <w:r>
        <w:rPr>
          <w:color w:val="000000"/>
        </w:rPr>
        <w:t xml:space="preserve">Učenici će pročitati tekst „Posljednja večera“, udžbenik, str. 50. Tijekom čitanja </w:t>
      </w:r>
      <w:r w:rsidR="008C41D8">
        <w:rPr>
          <w:color w:val="000000"/>
        </w:rPr>
        <w:t>uočavaju</w:t>
      </w:r>
      <w:r>
        <w:rPr>
          <w:color w:val="000000"/>
        </w:rPr>
        <w:t xml:space="preserve">: riječi koje Isus izgovara; geste kojima služi; dar koji ostavlja učenicima. U paru uspoređuju </w:t>
      </w:r>
      <w:r w:rsidR="008C41D8">
        <w:rPr>
          <w:color w:val="000000"/>
        </w:rPr>
        <w:t>zapažanja</w:t>
      </w:r>
      <w:r>
        <w:rPr>
          <w:color w:val="000000"/>
        </w:rPr>
        <w:t xml:space="preserve"> i u tablicu upisuju po jedan najvažniji primjer. Na kraju zajednički oblikuju rečenicu: „Na Posljednjoj večeri Isus…“</w:t>
      </w:r>
    </w:p>
    <w:p w14:paraId="6AB5FDE2" w14:textId="77777777" w:rsidR="005A29C0" w:rsidRDefault="007553B4">
      <w:pPr>
        <w:spacing w:after="0" w:line="240" w:lineRule="auto"/>
        <w:jc w:val="both"/>
        <w:rPr>
          <w:i/>
          <w:color w:val="6B6B6B"/>
          <w:sz w:val="20"/>
        </w:rPr>
      </w:pPr>
      <w:r>
        <w:rPr>
          <w:i/>
          <w:color w:val="6B6B6B"/>
          <w:sz w:val="20"/>
        </w:rPr>
        <w:t>Rješenje: RIJEČI – „Ovo je tijelo moje“, „Ovo je krv moja“, „Ovo činite meni na spomen“, nova zapovijed ljubavi; GESTE – pere noge, lomi kruh, daje čašu; DAROVI – Euharistija, primjer služenja i zapovijed ljubavi. Mogući sažetak: Na Posljednjoj večeri Isus se daruje i uči učenike da ljube i služe.</w:t>
      </w:r>
    </w:p>
    <w:p w14:paraId="1DFBF496" w14:textId="77777777" w:rsidR="005A29C0" w:rsidRDefault="007553B4">
      <w:pPr>
        <w:spacing w:before="100" w:after="0" w:line="240" w:lineRule="auto"/>
      </w:pPr>
      <w:r>
        <w:rPr>
          <w:color w:val="000000"/>
        </w:rPr>
        <w:t>Radni predložak:</w:t>
      </w:r>
    </w:p>
    <w:tbl>
      <w:tblPr>
        <w:tblStyle w:val="Reetkatablice"/>
        <w:tblW w:w="10658" w:type="dxa"/>
        <w:tblLook w:val="04A0" w:firstRow="1" w:lastRow="0" w:firstColumn="1" w:lastColumn="0" w:noHBand="0" w:noVBand="1"/>
      </w:tblPr>
      <w:tblGrid>
        <w:gridCol w:w="3552"/>
        <w:gridCol w:w="3553"/>
        <w:gridCol w:w="3553"/>
      </w:tblGrid>
      <w:tr w:rsidR="005A29C0" w14:paraId="49401585" w14:textId="77777777" w:rsidTr="008C41D8">
        <w:tc>
          <w:tcPr>
            <w:tcW w:w="3552" w:type="dxa"/>
            <w:shd w:val="clear" w:color="auto" w:fill="4472C4"/>
            <w:tcMar>
              <w:top w:w="70" w:type="dxa"/>
              <w:left w:w="80" w:type="dxa"/>
              <w:bottom w:w="70" w:type="dxa"/>
              <w:right w:w="80" w:type="dxa"/>
            </w:tcMar>
            <w:vAlign w:val="center"/>
          </w:tcPr>
          <w:p w14:paraId="65E2E9A5" w14:textId="77777777" w:rsidR="005A29C0" w:rsidRDefault="007553B4">
            <w:pPr>
              <w:spacing w:after="0"/>
              <w:jc w:val="center"/>
            </w:pPr>
            <w:r>
              <w:rPr>
                <w:b/>
                <w:color w:val="FFFFFF"/>
                <w:sz w:val="40"/>
              </w:rPr>
              <w:t>RIJEČI</w:t>
            </w:r>
          </w:p>
        </w:tc>
        <w:tc>
          <w:tcPr>
            <w:tcW w:w="3553" w:type="dxa"/>
            <w:shd w:val="clear" w:color="auto" w:fill="ED7D31"/>
            <w:tcMar>
              <w:top w:w="70" w:type="dxa"/>
              <w:left w:w="80" w:type="dxa"/>
              <w:bottom w:w="70" w:type="dxa"/>
              <w:right w:w="80" w:type="dxa"/>
            </w:tcMar>
            <w:vAlign w:val="center"/>
          </w:tcPr>
          <w:p w14:paraId="4D2A3FE6" w14:textId="77777777" w:rsidR="005A29C0" w:rsidRDefault="007553B4">
            <w:pPr>
              <w:spacing w:after="0"/>
              <w:jc w:val="center"/>
            </w:pPr>
            <w:r>
              <w:rPr>
                <w:b/>
                <w:color w:val="FFFFFF"/>
                <w:sz w:val="40"/>
              </w:rPr>
              <w:t>GESTE</w:t>
            </w:r>
          </w:p>
        </w:tc>
        <w:tc>
          <w:tcPr>
            <w:tcW w:w="3553" w:type="dxa"/>
            <w:shd w:val="clear" w:color="auto" w:fill="70AD47"/>
            <w:tcMar>
              <w:top w:w="70" w:type="dxa"/>
              <w:left w:w="80" w:type="dxa"/>
              <w:bottom w:w="70" w:type="dxa"/>
              <w:right w:w="80" w:type="dxa"/>
            </w:tcMar>
            <w:vAlign w:val="center"/>
          </w:tcPr>
          <w:p w14:paraId="68E2360A" w14:textId="77777777" w:rsidR="005A29C0" w:rsidRDefault="007553B4">
            <w:pPr>
              <w:spacing w:after="0"/>
              <w:jc w:val="center"/>
            </w:pPr>
            <w:r>
              <w:rPr>
                <w:b/>
                <w:color w:val="FFFFFF"/>
                <w:sz w:val="40"/>
              </w:rPr>
              <w:t>DAROVI</w:t>
            </w:r>
          </w:p>
        </w:tc>
      </w:tr>
      <w:tr w:rsidR="008C41D8" w14:paraId="0FB06274" w14:textId="77777777" w:rsidTr="008C41D8">
        <w:tc>
          <w:tcPr>
            <w:tcW w:w="3552" w:type="dxa"/>
            <w:tcMar>
              <w:top w:w="80" w:type="dxa"/>
              <w:left w:w="70" w:type="dxa"/>
              <w:bottom w:w="80" w:type="dxa"/>
              <w:right w:w="70" w:type="dxa"/>
            </w:tcMar>
            <w:vAlign w:val="center"/>
          </w:tcPr>
          <w:p w14:paraId="3A865AC5" w14:textId="6E70403C" w:rsidR="008C41D8" w:rsidRDefault="008C41D8" w:rsidP="00212B01">
            <w:pPr>
              <w:spacing w:before="240" w:after="0"/>
              <w:jc w:val="center"/>
            </w:pPr>
            <w:r>
              <w:rPr>
                <w:color w:val="000000"/>
                <w:sz w:val="24"/>
              </w:rPr>
              <w:t>____________________________</w:t>
            </w:r>
          </w:p>
        </w:tc>
        <w:tc>
          <w:tcPr>
            <w:tcW w:w="3553" w:type="dxa"/>
            <w:tcMar>
              <w:top w:w="80" w:type="dxa"/>
              <w:left w:w="70" w:type="dxa"/>
              <w:bottom w:w="80" w:type="dxa"/>
              <w:right w:w="70" w:type="dxa"/>
            </w:tcMar>
            <w:vAlign w:val="center"/>
          </w:tcPr>
          <w:p w14:paraId="4F550E08" w14:textId="2534FBDC" w:rsidR="008C41D8" w:rsidRDefault="008C41D8" w:rsidP="00212B01">
            <w:pPr>
              <w:spacing w:before="240" w:after="0"/>
              <w:jc w:val="center"/>
            </w:pPr>
            <w:r>
              <w:rPr>
                <w:color w:val="000000"/>
                <w:sz w:val="24"/>
              </w:rPr>
              <w:t>____________________________</w:t>
            </w:r>
          </w:p>
        </w:tc>
        <w:tc>
          <w:tcPr>
            <w:tcW w:w="3553" w:type="dxa"/>
            <w:tcMar>
              <w:top w:w="80" w:type="dxa"/>
              <w:left w:w="70" w:type="dxa"/>
              <w:bottom w:w="80" w:type="dxa"/>
              <w:right w:w="70" w:type="dxa"/>
            </w:tcMar>
            <w:vAlign w:val="center"/>
          </w:tcPr>
          <w:p w14:paraId="0D083A47" w14:textId="0442836E" w:rsidR="008C41D8" w:rsidRDefault="008C41D8" w:rsidP="00212B01">
            <w:pPr>
              <w:spacing w:before="240" w:after="0"/>
              <w:jc w:val="center"/>
            </w:pPr>
            <w:r>
              <w:rPr>
                <w:color w:val="000000"/>
                <w:sz w:val="24"/>
              </w:rPr>
              <w:t>____________________________</w:t>
            </w:r>
          </w:p>
        </w:tc>
      </w:tr>
      <w:tr w:rsidR="008C41D8" w14:paraId="51AE3431" w14:textId="77777777" w:rsidTr="008C41D8">
        <w:tc>
          <w:tcPr>
            <w:tcW w:w="3552" w:type="dxa"/>
            <w:shd w:val="clear" w:color="auto" w:fill="F5F5F5"/>
            <w:tcMar>
              <w:top w:w="80" w:type="dxa"/>
              <w:left w:w="70" w:type="dxa"/>
              <w:bottom w:w="80" w:type="dxa"/>
              <w:right w:w="70" w:type="dxa"/>
            </w:tcMar>
            <w:vAlign w:val="center"/>
          </w:tcPr>
          <w:p w14:paraId="7CBDB981" w14:textId="095FEBED" w:rsidR="008C41D8" w:rsidRDefault="008C41D8" w:rsidP="00212B01">
            <w:pPr>
              <w:spacing w:before="240" w:after="0"/>
              <w:jc w:val="center"/>
            </w:pPr>
            <w:r>
              <w:rPr>
                <w:color w:val="000000"/>
                <w:sz w:val="24"/>
              </w:rPr>
              <w:t>____________________________</w:t>
            </w:r>
          </w:p>
        </w:tc>
        <w:tc>
          <w:tcPr>
            <w:tcW w:w="3553" w:type="dxa"/>
            <w:shd w:val="clear" w:color="auto" w:fill="F5F5F5"/>
            <w:tcMar>
              <w:top w:w="80" w:type="dxa"/>
              <w:left w:w="70" w:type="dxa"/>
              <w:bottom w:w="80" w:type="dxa"/>
              <w:right w:w="70" w:type="dxa"/>
            </w:tcMar>
            <w:vAlign w:val="center"/>
          </w:tcPr>
          <w:p w14:paraId="15828101" w14:textId="60866CF8" w:rsidR="008C41D8" w:rsidRDefault="008C41D8" w:rsidP="00212B01">
            <w:pPr>
              <w:spacing w:before="240" w:after="0"/>
              <w:jc w:val="center"/>
            </w:pPr>
            <w:r>
              <w:rPr>
                <w:color w:val="000000"/>
                <w:sz w:val="24"/>
              </w:rPr>
              <w:t>____________________________</w:t>
            </w:r>
          </w:p>
        </w:tc>
        <w:tc>
          <w:tcPr>
            <w:tcW w:w="3553" w:type="dxa"/>
            <w:shd w:val="clear" w:color="auto" w:fill="F5F5F5"/>
            <w:tcMar>
              <w:top w:w="80" w:type="dxa"/>
              <w:left w:w="70" w:type="dxa"/>
              <w:bottom w:w="80" w:type="dxa"/>
              <w:right w:w="70" w:type="dxa"/>
            </w:tcMar>
            <w:vAlign w:val="center"/>
          </w:tcPr>
          <w:p w14:paraId="4A9BAFA5" w14:textId="7B2E3682" w:rsidR="008C41D8" w:rsidRDefault="008C41D8" w:rsidP="00212B01">
            <w:pPr>
              <w:spacing w:before="240" w:after="0"/>
              <w:jc w:val="center"/>
            </w:pPr>
            <w:r>
              <w:rPr>
                <w:color w:val="000000"/>
                <w:sz w:val="24"/>
              </w:rPr>
              <w:t>____________________________</w:t>
            </w:r>
          </w:p>
        </w:tc>
      </w:tr>
      <w:tr w:rsidR="008C41D8" w14:paraId="7618D30E" w14:textId="77777777" w:rsidTr="00572170">
        <w:tc>
          <w:tcPr>
            <w:tcW w:w="10658" w:type="dxa"/>
            <w:gridSpan w:val="3"/>
            <w:tcMar>
              <w:top w:w="80" w:type="dxa"/>
              <w:left w:w="70" w:type="dxa"/>
              <w:bottom w:w="80" w:type="dxa"/>
              <w:right w:w="70" w:type="dxa"/>
            </w:tcMar>
            <w:vAlign w:val="center"/>
          </w:tcPr>
          <w:p w14:paraId="5C45A005" w14:textId="2AADA5C3" w:rsidR="008C41D8" w:rsidRPr="008C41D8" w:rsidRDefault="008C41D8" w:rsidP="008C41D8">
            <w:pPr>
              <w:spacing w:after="0"/>
              <w:rPr>
                <w:color w:val="000000"/>
                <w:sz w:val="40"/>
                <w:szCs w:val="40"/>
              </w:rPr>
            </w:pPr>
            <w:r w:rsidRPr="008C41D8">
              <w:rPr>
                <w:color w:val="002060"/>
                <w:sz w:val="40"/>
                <w:szCs w:val="40"/>
              </w:rPr>
              <w:t>Na Posljednjoj večeri Isus</w:t>
            </w:r>
            <w:r>
              <w:rPr>
                <w:color w:val="002060"/>
                <w:sz w:val="40"/>
                <w:szCs w:val="40"/>
              </w:rPr>
              <w:t xml:space="preserve"> </w:t>
            </w:r>
            <w:r w:rsidRPr="008C41D8">
              <w:rPr>
                <w:color w:val="002060"/>
                <w:sz w:val="24"/>
                <w:szCs w:val="24"/>
              </w:rPr>
              <w:t>______________________________</w:t>
            </w:r>
            <w:r>
              <w:rPr>
                <w:color w:val="002060"/>
                <w:sz w:val="24"/>
                <w:szCs w:val="24"/>
              </w:rPr>
              <w:t>____________________</w:t>
            </w:r>
            <w:r w:rsidRPr="008C41D8">
              <w:rPr>
                <w:color w:val="002060"/>
                <w:sz w:val="24"/>
                <w:szCs w:val="24"/>
              </w:rPr>
              <w:t>__</w:t>
            </w:r>
          </w:p>
        </w:tc>
      </w:tr>
    </w:tbl>
    <w:p w14:paraId="2315212E" w14:textId="77777777" w:rsidR="005A29C0" w:rsidRDefault="007553B4">
      <w:pPr>
        <w:spacing w:before="100" w:after="0" w:line="240" w:lineRule="auto"/>
      </w:pPr>
      <w:r>
        <w:rPr>
          <w:color w:val="000000"/>
        </w:rPr>
        <w:t>Ili:</w:t>
      </w:r>
    </w:p>
    <w:p w14:paraId="7CA6B255" w14:textId="77777777" w:rsidR="005A29C0" w:rsidRDefault="007553B4">
      <w:pPr>
        <w:spacing w:after="0" w:line="240" w:lineRule="auto"/>
      </w:pPr>
      <w:r>
        <w:rPr>
          <w:color w:val="000000"/>
        </w:rPr>
        <w:t>Učenici će pročitati tekst, odgovoriti na pitanja i promatrati shematski prikaz glavnih poruka Posljednje večere.</w:t>
      </w:r>
    </w:p>
    <w:p w14:paraId="221451CE" w14:textId="77777777" w:rsidR="005A29C0" w:rsidRDefault="007553B4">
      <w:pPr>
        <w:spacing w:before="220" w:after="40" w:line="240" w:lineRule="auto"/>
      </w:pPr>
      <w:r>
        <w:rPr>
          <w:b/>
          <w:color w:val="C96A00"/>
          <w:sz w:val="26"/>
        </w:rPr>
        <w:t>Razgovor:</w:t>
      </w:r>
    </w:p>
    <w:p w14:paraId="0093071C" w14:textId="7C4557BB" w:rsidR="005A29C0" w:rsidRPr="008C41D8" w:rsidRDefault="007553B4" w:rsidP="00DE44AD">
      <w:pPr>
        <w:pStyle w:val="Odlomakpopisa"/>
        <w:numPr>
          <w:ilvl w:val="0"/>
          <w:numId w:val="8"/>
        </w:numPr>
        <w:spacing w:after="0" w:line="240" w:lineRule="auto"/>
        <w:jc w:val="both"/>
        <w:rPr>
          <w:color w:val="808080" w:themeColor="background1" w:themeShade="80"/>
          <w:sz w:val="18"/>
          <w:szCs w:val="18"/>
        </w:rPr>
      </w:pPr>
      <w:r w:rsidRPr="008C41D8">
        <w:rPr>
          <w:color w:val="000000"/>
        </w:rPr>
        <w:t xml:space="preserve">Zašto je neobično da Gospodin i Učitelj pere noge učenicima? </w:t>
      </w:r>
      <w:r w:rsidRPr="008C41D8">
        <w:rPr>
          <w:color w:val="808080" w:themeColor="background1" w:themeShade="80"/>
          <w:sz w:val="18"/>
          <w:szCs w:val="18"/>
        </w:rPr>
        <w:t>(Preuzima posao sluge i pokazuje da se veličina vidi u služenju.)</w:t>
      </w:r>
    </w:p>
    <w:p w14:paraId="23846449" w14:textId="37CA0FB1" w:rsidR="005A29C0" w:rsidRDefault="007553B4" w:rsidP="00DE44AD">
      <w:pPr>
        <w:pStyle w:val="Odlomakpopisa"/>
        <w:numPr>
          <w:ilvl w:val="0"/>
          <w:numId w:val="8"/>
        </w:numPr>
        <w:spacing w:after="0" w:line="240" w:lineRule="auto"/>
        <w:jc w:val="both"/>
      </w:pPr>
      <w:r w:rsidRPr="008C41D8">
        <w:rPr>
          <w:color w:val="000000"/>
        </w:rPr>
        <w:t xml:space="preserve">Koji je židovski blagdan bio okvir Posljednje večere? </w:t>
      </w:r>
      <w:r w:rsidRPr="008C41D8">
        <w:rPr>
          <w:color w:val="808080" w:themeColor="background1" w:themeShade="80"/>
          <w:sz w:val="18"/>
          <w:szCs w:val="18"/>
        </w:rPr>
        <w:t>(Pasha.)</w:t>
      </w:r>
    </w:p>
    <w:p w14:paraId="29081751" w14:textId="5DC8BFCF" w:rsidR="005A29C0" w:rsidRDefault="007553B4" w:rsidP="00DE44AD">
      <w:pPr>
        <w:pStyle w:val="Odlomakpopisa"/>
        <w:numPr>
          <w:ilvl w:val="0"/>
          <w:numId w:val="8"/>
        </w:numPr>
        <w:spacing w:after="0" w:line="240" w:lineRule="auto"/>
        <w:jc w:val="both"/>
      </w:pPr>
      <w:r w:rsidRPr="008C41D8">
        <w:rPr>
          <w:color w:val="000000"/>
        </w:rPr>
        <w:t xml:space="preserve">Što Isus čini s kruhom i čašom? </w:t>
      </w:r>
      <w:r w:rsidRPr="008C41D8">
        <w:rPr>
          <w:color w:val="808080" w:themeColor="background1" w:themeShade="80"/>
          <w:sz w:val="18"/>
          <w:szCs w:val="18"/>
        </w:rPr>
        <w:t>(Blagoslivlja, daje učenicima i povezuje ih sa svojim tijelom i krvlju.)</w:t>
      </w:r>
    </w:p>
    <w:p w14:paraId="367358C1" w14:textId="79733F1D" w:rsidR="005A29C0" w:rsidRDefault="007553B4" w:rsidP="00DE44AD">
      <w:pPr>
        <w:pStyle w:val="Odlomakpopisa"/>
        <w:numPr>
          <w:ilvl w:val="0"/>
          <w:numId w:val="8"/>
        </w:numPr>
        <w:spacing w:after="0" w:line="240" w:lineRule="auto"/>
        <w:jc w:val="both"/>
      </w:pPr>
      <w:r w:rsidRPr="008C41D8">
        <w:rPr>
          <w:color w:val="000000"/>
        </w:rPr>
        <w:t>Što učenici trebaju nastaviti činiti nakon Posljednje večere?</w:t>
      </w:r>
      <w:r w:rsidRPr="008C41D8">
        <w:rPr>
          <w:color w:val="808080" w:themeColor="background1" w:themeShade="80"/>
          <w:sz w:val="18"/>
          <w:szCs w:val="18"/>
        </w:rPr>
        <w:t xml:space="preserve"> (Slaviti Euharistiju, ljubiti i služiti poput Isusa.)</w:t>
      </w:r>
    </w:p>
    <w:p w14:paraId="0220A98A" w14:textId="77777777" w:rsidR="005A29C0" w:rsidRDefault="007553B4">
      <w:pPr>
        <w:spacing w:before="220" w:after="0" w:line="240" w:lineRule="auto"/>
        <w:rPr>
          <w:color w:val="000000"/>
        </w:rPr>
      </w:pPr>
      <w:r>
        <w:rPr>
          <w:color w:val="000000"/>
        </w:rPr>
        <w:t>Shematski prikaz i ključni naglasci:</w:t>
      </w:r>
    </w:p>
    <w:p w14:paraId="001940B4" w14:textId="77777777" w:rsidR="008C41D8" w:rsidRDefault="008C41D8" w:rsidP="008C41D8"/>
    <w:tbl>
      <w:tblPr>
        <w:tblStyle w:val="Reetkatablice"/>
        <w:tblW w:w="10658" w:type="dxa"/>
        <w:tblLook w:val="04A0" w:firstRow="1" w:lastRow="0" w:firstColumn="1" w:lastColumn="0" w:noHBand="0" w:noVBand="1"/>
      </w:tblPr>
      <w:tblGrid>
        <w:gridCol w:w="3554"/>
        <w:gridCol w:w="3551"/>
        <w:gridCol w:w="3553"/>
      </w:tblGrid>
      <w:tr w:rsidR="005A29C0" w14:paraId="58DFEF3F" w14:textId="77777777">
        <w:tc>
          <w:tcPr>
            <w:tcW w:w="3560" w:type="dxa"/>
            <w:shd w:val="clear" w:color="auto" w:fill="D9A300"/>
            <w:tcMar>
              <w:top w:w="80" w:type="dxa"/>
              <w:left w:w="80" w:type="dxa"/>
              <w:bottom w:w="80" w:type="dxa"/>
              <w:right w:w="80" w:type="dxa"/>
            </w:tcMar>
            <w:vAlign w:val="center"/>
          </w:tcPr>
          <w:p w14:paraId="3A14BE98" w14:textId="77777777" w:rsidR="005A29C0" w:rsidRDefault="007553B4">
            <w:pPr>
              <w:spacing w:after="0"/>
              <w:jc w:val="center"/>
            </w:pPr>
            <w:r>
              <w:rPr>
                <w:b/>
                <w:color w:val="FFFFFF"/>
                <w:sz w:val="40"/>
              </w:rPr>
              <w:t>KRUH I ČAŠA</w:t>
            </w:r>
          </w:p>
        </w:tc>
        <w:tc>
          <w:tcPr>
            <w:tcW w:w="3560" w:type="dxa"/>
            <w:shd w:val="clear" w:color="auto" w:fill="5B9BD5"/>
            <w:tcMar>
              <w:top w:w="80" w:type="dxa"/>
              <w:left w:w="80" w:type="dxa"/>
              <w:bottom w:w="80" w:type="dxa"/>
              <w:right w:w="80" w:type="dxa"/>
            </w:tcMar>
            <w:vAlign w:val="center"/>
          </w:tcPr>
          <w:p w14:paraId="48E08E2F" w14:textId="77777777" w:rsidR="005A29C0" w:rsidRDefault="007553B4">
            <w:pPr>
              <w:spacing w:after="0"/>
              <w:jc w:val="center"/>
            </w:pPr>
            <w:r>
              <w:rPr>
                <w:b/>
                <w:color w:val="FFFFFF"/>
                <w:sz w:val="40"/>
              </w:rPr>
              <w:t>UBRUS I VODA</w:t>
            </w:r>
          </w:p>
        </w:tc>
        <w:tc>
          <w:tcPr>
            <w:tcW w:w="3560" w:type="dxa"/>
            <w:shd w:val="clear" w:color="auto" w:fill="C0504D"/>
            <w:tcMar>
              <w:top w:w="80" w:type="dxa"/>
              <w:left w:w="80" w:type="dxa"/>
              <w:bottom w:w="80" w:type="dxa"/>
              <w:right w:w="80" w:type="dxa"/>
            </w:tcMar>
            <w:vAlign w:val="center"/>
          </w:tcPr>
          <w:p w14:paraId="69BB7E0F" w14:textId="77777777" w:rsidR="005A29C0" w:rsidRDefault="007553B4">
            <w:pPr>
              <w:spacing w:after="0"/>
              <w:jc w:val="center"/>
            </w:pPr>
            <w:r>
              <w:rPr>
                <w:b/>
                <w:color w:val="FFFFFF"/>
                <w:sz w:val="40"/>
              </w:rPr>
              <w:t>NOVA ZAPOVIJED</w:t>
            </w:r>
          </w:p>
        </w:tc>
      </w:tr>
      <w:tr w:rsidR="005A29C0" w14:paraId="440391B5" w14:textId="77777777" w:rsidTr="00A55F09">
        <w:tc>
          <w:tcPr>
            <w:tcW w:w="3560" w:type="dxa"/>
            <w:shd w:val="clear" w:color="auto" w:fill="FFFFFF" w:themeFill="background1"/>
            <w:tcMar>
              <w:top w:w="80" w:type="dxa"/>
              <w:left w:w="80" w:type="dxa"/>
              <w:bottom w:w="80" w:type="dxa"/>
              <w:right w:w="80" w:type="dxa"/>
            </w:tcMar>
            <w:vAlign w:val="center"/>
          </w:tcPr>
          <w:p w14:paraId="21EA3003" w14:textId="77777777" w:rsidR="005A29C0" w:rsidRDefault="007553B4">
            <w:pPr>
              <w:spacing w:after="0"/>
              <w:jc w:val="center"/>
            </w:pPr>
            <w:r>
              <w:rPr>
                <w:b/>
                <w:color w:val="000000"/>
                <w:sz w:val="40"/>
              </w:rPr>
              <w:t>EUHARISTIJA</w:t>
            </w:r>
          </w:p>
        </w:tc>
        <w:tc>
          <w:tcPr>
            <w:tcW w:w="3560" w:type="dxa"/>
            <w:shd w:val="clear" w:color="auto" w:fill="FFFFFF" w:themeFill="background1"/>
            <w:tcMar>
              <w:top w:w="80" w:type="dxa"/>
              <w:left w:w="80" w:type="dxa"/>
              <w:bottom w:w="80" w:type="dxa"/>
              <w:right w:w="80" w:type="dxa"/>
            </w:tcMar>
            <w:vAlign w:val="center"/>
          </w:tcPr>
          <w:p w14:paraId="30409AB0" w14:textId="77777777" w:rsidR="005A29C0" w:rsidRDefault="007553B4">
            <w:pPr>
              <w:spacing w:after="0"/>
              <w:jc w:val="center"/>
            </w:pPr>
            <w:r>
              <w:rPr>
                <w:b/>
                <w:color w:val="000000"/>
                <w:sz w:val="40"/>
              </w:rPr>
              <w:t>SLUŽENJE</w:t>
            </w:r>
          </w:p>
        </w:tc>
        <w:tc>
          <w:tcPr>
            <w:tcW w:w="3560" w:type="dxa"/>
            <w:shd w:val="clear" w:color="auto" w:fill="FFFFFF" w:themeFill="background1"/>
            <w:tcMar>
              <w:top w:w="80" w:type="dxa"/>
              <w:left w:w="80" w:type="dxa"/>
              <w:bottom w:w="80" w:type="dxa"/>
              <w:right w:w="80" w:type="dxa"/>
            </w:tcMar>
            <w:vAlign w:val="center"/>
          </w:tcPr>
          <w:p w14:paraId="397B233C" w14:textId="77777777" w:rsidR="005A29C0" w:rsidRDefault="007553B4">
            <w:pPr>
              <w:spacing w:after="0"/>
              <w:jc w:val="center"/>
            </w:pPr>
            <w:r>
              <w:rPr>
                <w:b/>
                <w:color w:val="000000"/>
                <w:sz w:val="40"/>
              </w:rPr>
              <w:t>LJUBAV</w:t>
            </w:r>
          </w:p>
        </w:tc>
      </w:tr>
      <w:tr w:rsidR="005A29C0" w14:paraId="1341D4E7" w14:textId="77777777" w:rsidTr="00A55F09">
        <w:tc>
          <w:tcPr>
            <w:tcW w:w="3560" w:type="dxa"/>
            <w:shd w:val="clear" w:color="auto" w:fill="F5F5F5"/>
            <w:tcMar>
              <w:top w:w="80" w:type="dxa"/>
              <w:left w:w="80" w:type="dxa"/>
              <w:bottom w:w="80" w:type="dxa"/>
              <w:right w:w="80" w:type="dxa"/>
            </w:tcMar>
            <w:vAlign w:val="center"/>
          </w:tcPr>
          <w:p w14:paraId="57F9AF95" w14:textId="77777777" w:rsidR="005A29C0" w:rsidRDefault="007553B4" w:rsidP="008C41D8">
            <w:pPr>
              <w:spacing w:after="0"/>
            </w:pPr>
            <w:r>
              <w:rPr>
                <w:color w:val="000000"/>
                <w:sz w:val="40"/>
              </w:rPr>
              <w:t>„Ovo činite meni na spomen.“</w:t>
            </w:r>
          </w:p>
        </w:tc>
        <w:tc>
          <w:tcPr>
            <w:tcW w:w="3560" w:type="dxa"/>
            <w:shd w:val="clear" w:color="auto" w:fill="F5F5F5"/>
            <w:tcMar>
              <w:top w:w="80" w:type="dxa"/>
              <w:left w:w="80" w:type="dxa"/>
              <w:bottom w:w="80" w:type="dxa"/>
              <w:right w:w="80" w:type="dxa"/>
            </w:tcMar>
            <w:vAlign w:val="center"/>
          </w:tcPr>
          <w:p w14:paraId="20D1D760" w14:textId="77777777" w:rsidR="005A29C0" w:rsidRDefault="007553B4" w:rsidP="008C41D8">
            <w:pPr>
              <w:spacing w:after="0"/>
            </w:pPr>
            <w:r>
              <w:rPr>
                <w:color w:val="000000"/>
                <w:sz w:val="40"/>
              </w:rPr>
              <w:t>„Primjer sam vam dao.“</w:t>
            </w:r>
          </w:p>
        </w:tc>
        <w:tc>
          <w:tcPr>
            <w:tcW w:w="3560" w:type="dxa"/>
            <w:shd w:val="clear" w:color="auto" w:fill="F5F5F5"/>
            <w:tcMar>
              <w:top w:w="80" w:type="dxa"/>
              <w:left w:w="80" w:type="dxa"/>
              <w:bottom w:w="80" w:type="dxa"/>
              <w:right w:w="80" w:type="dxa"/>
            </w:tcMar>
            <w:vAlign w:val="center"/>
          </w:tcPr>
          <w:p w14:paraId="2D403519" w14:textId="77777777" w:rsidR="005A29C0" w:rsidRDefault="007553B4" w:rsidP="008C41D8">
            <w:pPr>
              <w:spacing w:after="0"/>
            </w:pPr>
            <w:r>
              <w:rPr>
                <w:color w:val="000000"/>
                <w:sz w:val="40"/>
              </w:rPr>
              <w:t>„Ljubite jedni druge.“</w:t>
            </w:r>
          </w:p>
        </w:tc>
      </w:tr>
    </w:tbl>
    <w:p w14:paraId="5F916D12" w14:textId="213DA207" w:rsidR="005A29C0" w:rsidRDefault="007553B4">
      <w:pPr>
        <w:spacing w:before="220" w:after="220" w:line="240" w:lineRule="auto"/>
        <w:jc w:val="both"/>
      </w:pPr>
      <w:r>
        <w:rPr>
          <w:b/>
          <w:color w:val="548235"/>
          <w:sz w:val="36"/>
        </w:rPr>
        <w:t>Kršćanski naglasak:</w:t>
      </w:r>
      <w:r>
        <w:rPr>
          <w:color w:val="000000"/>
          <w:sz w:val="36"/>
        </w:rPr>
        <w:t xml:space="preserve"> Na Posljednjoj večeri Isus ne ostavlja učenicima samo uspomenu, nego daruje samoga sebe i pokazuje put učeni</w:t>
      </w:r>
      <w:r w:rsidR="008C41D8">
        <w:rPr>
          <w:color w:val="000000"/>
          <w:sz w:val="36"/>
        </w:rPr>
        <w:t>cima</w:t>
      </w:r>
      <w:r>
        <w:rPr>
          <w:color w:val="000000"/>
          <w:sz w:val="36"/>
        </w:rPr>
        <w:t>. U Euharistiji ostaje prisutan pod prilikama kruha i vina; pranjem nogu pokazuje da se autoritet živi kao služenje; novom zapovijedi uči da se pripadnost njemu prepoznaje po ljubavi. U katoličkoj vjeri Posljednja večera povezana je i s ustanovljenjem svećeničkoga reda.</w:t>
      </w:r>
    </w:p>
    <w:p w14:paraId="69122C7E" w14:textId="77777777" w:rsidR="005A29C0" w:rsidRDefault="007553B4">
      <w:pPr>
        <w:spacing w:before="100" w:after="40" w:line="240" w:lineRule="auto"/>
      </w:pPr>
      <w:r>
        <w:rPr>
          <w:b/>
          <w:color w:val="C96A00"/>
          <w:sz w:val="26"/>
        </w:rPr>
        <w:t>Aktivnost 2: Video – Posljednja večera</w:t>
      </w:r>
      <w:r>
        <w:rPr>
          <w:i/>
          <w:color w:val="6B6B6B"/>
          <w:sz w:val="20"/>
        </w:rPr>
        <w:t xml:space="preserve"> (frontalni rad i individualni odgovor, 8 minuta)</w:t>
      </w:r>
    </w:p>
    <w:p w14:paraId="7941DF9F" w14:textId="547D9D51" w:rsidR="005A29C0" w:rsidRDefault="007553B4">
      <w:pPr>
        <w:spacing w:after="0" w:line="240" w:lineRule="auto"/>
        <w:jc w:val="both"/>
      </w:pPr>
      <w:r>
        <w:rPr>
          <w:color w:val="000000"/>
        </w:rPr>
        <w:t>Učenici će pogledati videozapis „Posljednja večera“. Prije gledanja dobivaju tri riječi: STOL – UBRUS – KRUH. Tijekom gledanja uz svaku riječ bilježe što ona otkriva o Isusu. Nakon videa u paru biraju jednu scenu koja najbolje pokazuje Isusovo darivanje.</w:t>
      </w:r>
    </w:p>
    <w:p w14:paraId="6F2CCEA5" w14:textId="77777777" w:rsidR="005A29C0" w:rsidRDefault="007553B4">
      <w:pPr>
        <w:spacing w:after="0" w:line="240" w:lineRule="auto"/>
        <w:jc w:val="both"/>
        <w:rPr>
          <w:i/>
          <w:color w:val="6B6B6B"/>
          <w:sz w:val="20"/>
        </w:rPr>
      </w:pPr>
      <w:r>
        <w:rPr>
          <w:i/>
          <w:color w:val="6B6B6B"/>
          <w:sz w:val="20"/>
        </w:rPr>
        <w:t>Rješenje: STOL – zajedništvo i Pasha; UBRUS – Isus služi i pere noge; KRUH – Isus se daruje u Euharistiji. Prihvatljive su različite odabrane scene uz obrazloženje.</w:t>
      </w:r>
    </w:p>
    <w:p w14:paraId="10774C26" w14:textId="77777777" w:rsidR="006128E4" w:rsidRDefault="006128E4">
      <w:pPr>
        <w:spacing w:after="0" w:line="240" w:lineRule="auto"/>
        <w:jc w:val="both"/>
      </w:pPr>
    </w:p>
    <w:p w14:paraId="250081C2" w14:textId="614B9029" w:rsidR="005A29C0" w:rsidRDefault="007553B4" w:rsidP="006128E4">
      <w:pPr>
        <w:spacing w:after="0"/>
      </w:pPr>
      <w:r w:rsidRPr="006128E4">
        <w:t>Posljednja večera</w:t>
      </w:r>
      <w:r w:rsidR="006128E4" w:rsidRPr="006128E4">
        <w:t>;</w:t>
      </w:r>
      <w:r w:rsidRPr="006128E4">
        <w:t xml:space="preserve"> 5:55</w:t>
      </w:r>
      <w:r w:rsidR="006128E4" w:rsidRPr="006128E4">
        <w:t>;</w:t>
      </w:r>
      <w:r w:rsidRPr="006128E4">
        <w:t xml:space="preserve"> </w:t>
      </w:r>
      <w:r w:rsidR="006128E4" w:rsidRPr="006128E4">
        <w:t xml:space="preserve">Izvor: </w:t>
      </w:r>
      <w:r w:rsidRPr="006128E4">
        <w:t>Duhovna Hrana</w:t>
      </w:r>
      <w:r w:rsidR="006128E4" w:rsidRPr="006128E4">
        <w:t>; YouTube</w:t>
      </w:r>
    </w:p>
    <w:p w14:paraId="0E2AF051" w14:textId="77777777" w:rsidR="006128E4" w:rsidRDefault="006128E4" w:rsidP="006128E4">
      <w:pPr>
        <w:spacing w:after="0"/>
      </w:pPr>
    </w:p>
    <w:p w14:paraId="095D9560" w14:textId="09D8860D" w:rsidR="006128E4" w:rsidRPr="006128E4" w:rsidRDefault="006128E4" w:rsidP="006128E4">
      <w:r>
        <w:rPr>
          <w:noProof/>
        </w:rPr>
        <w:drawing>
          <wp:inline distT="0" distB="0" distL="0" distR="0" wp14:anchorId="529B44C3" wp14:editId="5464454F">
            <wp:extent cx="2401200" cy="1800000"/>
            <wp:effectExtent l="0" t="0" r="0" b="0"/>
            <wp:docPr id="1157388841" name="Videozapis 1" descr="Posljednja večera">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88841" name="Videozapis 1" descr="Posljednja večera">
                      <a:hlinkClick r:id="rId7"/>
                    </pic:cNvPr>
                    <pic:cNvPicPr/>
                  </pic:nvPicPr>
                  <pic:blipFill>
                    <a:blip r:embed="rId8">
                      <a:extLst>
                        <a:ext uri="{C809E66F-F1BF-436E-b5F7-EEA9579F0CBA}">
                          <wp15:webVideoPr xmlns:wp15="http://schemas.microsoft.com/office/word/2012/wordprocessingDrawing" embeddedHtml="&lt;iframe width=&quot;200&quot; height=&quot;113&quot; src=&quot;https://www.youtube.com/embed/6-IZCGx_nYY?feature=oembed&quot; frameborder=&quot;0&quot; allow=&quot;accelerometer; autoplay; clipboard-write; encrypted-media; gyroscope; picture-in-picture; web-share&quot; referrerpolicy=&quot;strict-origin-when-cross-origin&quot; allowfullscreen=&quot;&quot; title=&quot;Posljednja večera&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4929D999" w14:textId="77777777" w:rsidR="006128E4" w:rsidRDefault="006128E4">
      <w:pPr>
        <w:spacing w:before="100" w:after="80" w:line="240" w:lineRule="auto"/>
      </w:pPr>
    </w:p>
    <w:p w14:paraId="425E5D1E" w14:textId="0EE4CC75" w:rsidR="006128E4" w:rsidRDefault="006128E4" w:rsidP="006128E4">
      <w:pPr>
        <w:spacing w:before="100" w:after="0" w:line="240" w:lineRule="auto"/>
      </w:pPr>
      <w:r>
        <w:rPr>
          <w:color w:val="000000"/>
        </w:rPr>
        <w:t>Radni predložak:</w:t>
      </w:r>
    </w:p>
    <w:tbl>
      <w:tblPr>
        <w:tblStyle w:val="Reetkatablice"/>
        <w:tblW w:w="10658" w:type="dxa"/>
        <w:tblLook w:val="04A0" w:firstRow="1" w:lastRow="0" w:firstColumn="1" w:lastColumn="0" w:noHBand="0" w:noVBand="1"/>
      </w:tblPr>
      <w:tblGrid>
        <w:gridCol w:w="3556"/>
        <w:gridCol w:w="3551"/>
        <w:gridCol w:w="3551"/>
      </w:tblGrid>
      <w:tr w:rsidR="005A29C0" w14:paraId="2993A943" w14:textId="77777777" w:rsidTr="006128E4">
        <w:tc>
          <w:tcPr>
            <w:tcW w:w="3556" w:type="dxa"/>
            <w:shd w:val="clear" w:color="auto" w:fill="8064A2"/>
            <w:tcMar>
              <w:top w:w="70" w:type="dxa"/>
              <w:left w:w="80" w:type="dxa"/>
              <w:bottom w:w="70" w:type="dxa"/>
              <w:right w:w="80" w:type="dxa"/>
            </w:tcMar>
            <w:vAlign w:val="center"/>
          </w:tcPr>
          <w:p w14:paraId="1F7EC605" w14:textId="77777777" w:rsidR="005A29C0" w:rsidRDefault="007553B4">
            <w:pPr>
              <w:spacing w:after="0"/>
              <w:jc w:val="center"/>
            </w:pPr>
            <w:r>
              <w:rPr>
                <w:b/>
                <w:color w:val="FFFFFF"/>
                <w:sz w:val="40"/>
              </w:rPr>
              <w:t>STOL</w:t>
            </w:r>
          </w:p>
        </w:tc>
        <w:tc>
          <w:tcPr>
            <w:tcW w:w="3551" w:type="dxa"/>
            <w:shd w:val="clear" w:color="auto" w:fill="5B9BD5"/>
            <w:tcMar>
              <w:top w:w="70" w:type="dxa"/>
              <w:left w:w="80" w:type="dxa"/>
              <w:bottom w:w="70" w:type="dxa"/>
              <w:right w:w="80" w:type="dxa"/>
            </w:tcMar>
            <w:vAlign w:val="center"/>
          </w:tcPr>
          <w:p w14:paraId="5D7F7FC9" w14:textId="77777777" w:rsidR="005A29C0" w:rsidRDefault="007553B4">
            <w:pPr>
              <w:spacing w:after="0"/>
              <w:jc w:val="center"/>
            </w:pPr>
            <w:r>
              <w:rPr>
                <w:b/>
                <w:color w:val="FFFFFF"/>
                <w:sz w:val="40"/>
              </w:rPr>
              <w:t>UBRUS</w:t>
            </w:r>
          </w:p>
        </w:tc>
        <w:tc>
          <w:tcPr>
            <w:tcW w:w="3551" w:type="dxa"/>
            <w:shd w:val="clear" w:color="auto" w:fill="D9A300"/>
            <w:tcMar>
              <w:top w:w="70" w:type="dxa"/>
              <w:left w:w="80" w:type="dxa"/>
              <w:bottom w:w="70" w:type="dxa"/>
              <w:right w:w="80" w:type="dxa"/>
            </w:tcMar>
            <w:vAlign w:val="center"/>
          </w:tcPr>
          <w:p w14:paraId="7F563747" w14:textId="77777777" w:rsidR="005A29C0" w:rsidRDefault="007553B4">
            <w:pPr>
              <w:spacing w:after="0"/>
              <w:jc w:val="center"/>
            </w:pPr>
            <w:r>
              <w:rPr>
                <w:b/>
                <w:color w:val="FFFFFF"/>
                <w:sz w:val="40"/>
              </w:rPr>
              <w:t>KRUH</w:t>
            </w:r>
          </w:p>
        </w:tc>
      </w:tr>
      <w:tr w:rsidR="006128E4" w14:paraId="4A44F76F" w14:textId="77777777" w:rsidTr="006128E4">
        <w:tc>
          <w:tcPr>
            <w:tcW w:w="3556" w:type="dxa"/>
            <w:tcMar>
              <w:top w:w="80" w:type="dxa"/>
              <w:left w:w="70" w:type="dxa"/>
              <w:bottom w:w="80" w:type="dxa"/>
              <w:right w:w="70" w:type="dxa"/>
            </w:tcMar>
            <w:vAlign w:val="center"/>
          </w:tcPr>
          <w:p w14:paraId="20D13C98" w14:textId="51988173" w:rsidR="006128E4" w:rsidRDefault="006128E4" w:rsidP="00212B01">
            <w:pPr>
              <w:spacing w:before="240" w:after="0"/>
              <w:jc w:val="center"/>
            </w:pPr>
            <w:r>
              <w:rPr>
                <w:color w:val="000000"/>
                <w:sz w:val="24"/>
              </w:rPr>
              <w:t>___________________________</w:t>
            </w:r>
          </w:p>
        </w:tc>
        <w:tc>
          <w:tcPr>
            <w:tcW w:w="3551" w:type="dxa"/>
            <w:tcMar>
              <w:top w:w="80" w:type="dxa"/>
              <w:left w:w="70" w:type="dxa"/>
              <w:bottom w:w="80" w:type="dxa"/>
              <w:right w:w="70" w:type="dxa"/>
            </w:tcMar>
            <w:vAlign w:val="center"/>
          </w:tcPr>
          <w:p w14:paraId="160E511D" w14:textId="0DE84F55" w:rsidR="006128E4" w:rsidRDefault="006128E4" w:rsidP="00212B01">
            <w:pPr>
              <w:spacing w:before="240" w:after="0"/>
              <w:jc w:val="center"/>
            </w:pPr>
            <w:r>
              <w:rPr>
                <w:color w:val="000000"/>
                <w:sz w:val="24"/>
              </w:rPr>
              <w:t>___________________________</w:t>
            </w:r>
          </w:p>
        </w:tc>
        <w:tc>
          <w:tcPr>
            <w:tcW w:w="3551" w:type="dxa"/>
            <w:tcMar>
              <w:top w:w="80" w:type="dxa"/>
              <w:left w:w="70" w:type="dxa"/>
              <w:bottom w:w="80" w:type="dxa"/>
              <w:right w:w="70" w:type="dxa"/>
            </w:tcMar>
            <w:vAlign w:val="center"/>
          </w:tcPr>
          <w:p w14:paraId="3E4A7A5C" w14:textId="1832B16C" w:rsidR="006128E4" w:rsidRDefault="006128E4" w:rsidP="00212B01">
            <w:pPr>
              <w:spacing w:before="240" w:after="0"/>
              <w:jc w:val="center"/>
            </w:pPr>
            <w:r>
              <w:rPr>
                <w:color w:val="000000"/>
                <w:sz w:val="24"/>
              </w:rPr>
              <w:t>___________________________</w:t>
            </w:r>
          </w:p>
        </w:tc>
      </w:tr>
    </w:tbl>
    <w:p w14:paraId="52D53943" w14:textId="77777777" w:rsidR="005A29C0" w:rsidRDefault="007553B4">
      <w:pPr>
        <w:spacing w:before="100" w:after="40" w:line="240" w:lineRule="auto"/>
      </w:pPr>
      <w:r>
        <w:rPr>
          <w:b/>
          <w:color w:val="C96A00"/>
          <w:sz w:val="26"/>
        </w:rPr>
        <w:t>Aktivnost 3: Pasha i Posljednja večera – što je povezano?</w:t>
      </w:r>
      <w:r>
        <w:rPr>
          <w:i/>
          <w:color w:val="6B6B6B"/>
          <w:sz w:val="20"/>
        </w:rPr>
        <w:t xml:space="preserve"> (rad u paru, 7 minuta)</w:t>
      </w:r>
    </w:p>
    <w:p w14:paraId="5902944F" w14:textId="77777777" w:rsidR="005A29C0" w:rsidRDefault="007553B4" w:rsidP="006128E4">
      <w:pPr>
        <w:widowControl w:val="0"/>
        <w:spacing w:after="0" w:line="240" w:lineRule="auto"/>
        <w:jc w:val="both"/>
      </w:pPr>
      <w:r>
        <w:rPr>
          <w:color w:val="000000"/>
        </w:rPr>
        <w:t>Rad u paru. Učenici će iz glavnog teksta izdvojiti što saznaju o Pashi i što Isus čini na Posljednjoj večeri. U tablicu upisuju po dvije riječi u svaki stupac te jednom rečenicom objašnjavaju povezanost. Vjeroučitelj kratko podsjeća da je Pasha bila spomen oslobođenja Izraelaca, a Isus u okviru pashalne večere ustanovljuje Euharistiju.</w:t>
      </w:r>
    </w:p>
    <w:p w14:paraId="530073CA" w14:textId="77777777" w:rsidR="005A29C0" w:rsidRDefault="007553B4">
      <w:pPr>
        <w:spacing w:after="0" w:line="240" w:lineRule="auto"/>
        <w:jc w:val="both"/>
        <w:rPr>
          <w:i/>
          <w:color w:val="6B6B6B"/>
          <w:sz w:val="20"/>
        </w:rPr>
      </w:pPr>
      <w:r>
        <w:rPr>
          <w:i/>
          <w:color w:val="6B6B6B"/>
          <w:sz w:val="20"/>
        </w:rPr>
        <w:t>Rješenje: PASHA – spomen oslobođenja, zajedničko blagovanje; POSLJEDNJA VEČERA – kruh i čaša, Isus se daruje; POVEZANOST – blagovanje, spomen i oslobođenje. Isus u Euharistiji daje sebe za spasenje ljudi.</w:t>
      </w:r>
    </w:p>
    <w:p w14:paraId="3DC83B75" w14:textId="77777777" w:rsidR="006128E4" w:rsidRDefault="006128E4">
      <w:pPr>
        <w:spacing w:after="0" w:line="240" w:lineRule="auto"/>
        <w:jc w:val="both"/>
        <w:rPr>
          <w:i/>
          <w:color w:val="6B6B6B"/>
          <w:sz w:val="20"/>
        </w:rPr>
      </w:pPr>
    </w:p>
    <w:p w14:paraId="5092045E" w14:textId="32D9498D" w:rsidR="006128E4" w:rsidRDefault="006128E4" w:rsidP="006128E4">
      <w:pPr>
        <w:spacing w:before="100" w:after="0" w:line="240" w:lineRule="auto"/>
      </w:pPr>
      <w:r>
        <w:rPr>
          <w:color w:val="000000"/>
        </w:rPr>
        <w:t>Radni predložak:</w:t>
      </w:r>
    </w:p>
    <w:tbl>
      <w:tblPr>
        <w:tblStyle w:val="Reetkatablice"/>
        <w:tblW w:w="10658" w:type="dxa"/>
        <w:tblLook w:val="04A0" w:firstRow="1" w:lastRow="0" w:firstColumn="1" w:lastColumn="0" w:noHBand="0" w:noVBand="1"/>
      </w:tblPr>
      <w:tblGrid>
        <w:gridCol w:w="3552"/>
        <w:gridCol w:w="3553"/>
        <w:gridCol w:w="3553"/>
      </w:tblGrid>
      <w:tr w:rsidR="005A29C0" w14:paraId="168E8FAD" w14:textId="77777777">
        <w:tc>
          <w:tcPr>
            <w:tcW w:w="3560" w:type="dxa"/>
            <w:shd w:val="clear" w:color="auto" w:fill="70AD47"/>
            <w:tcMar>
              <w:top w:w="70" w:type="dxa"/>
              <w:left w:w="80" w:type="dxa"/>
              <w:bottom w:w="70" w:type="dxa"/>
              <w:right w:w="80" w:type="dxa"/>
            </w:tcMar>
            <w:vAlign w:val="center"/>
          </w:tcPr>
          <w:p w14:paraId="5366E519" w14:textId="77777777" w:rsidR="005A29C0" w:rsidRDefault="007553B4">
            <w:pPr>
              <w:spacing w:after="0"/>
              <w:jc w:val="center"/>
            </w:pPr>
            <w:r>
              <w:rPr>
                <w:b/>
                <w:color w:val="FFFFFF"/>
                <w:sz w:val="40"/>
              </w:rPr>
              <w:t>PASHA</w:t>
            </w:r>
          </w:p>
        </w:tc>
        <w:tc>
          <w:tcPr>
            <w:tcW w:w="3560" w:type="dxa"/>
            <w:shd w:val="clear" w:color="auto" w:fill="ED7D31"/>
            <w:tcMar>
              <w:top w:w="70" w:type="dxa"/>
              <w:left w:w="80" w:type="dxa"/>
              <w:bottom w:w="70" w:type="dxa"/>
              <w:right w:w="80" w:type="dxa"/>
            </w:tcMar>
            <w:vAlign w:val="center"/>
          </w:tcPr>
          <w:p w14:paraId="2D6FCC52" w14:textId="77777777" w:rsidR="005A29C0" w:rsidRDefault="007553B4">
            <w:pPr>
              <w:spacing w:after="0"/>
              <w:jc w:val="center"/>
            </w:pPr>
            <w:r>
              <w:rPr>
                <w:b/>
                <w:color w:val="FFFFFF"/>
                <w:sz w:val="40"/>
              </w:rPr>
              <w:t>ZAJEDNIČKO</w:t>
            </w:r>
          </w:p>
        </w:tc>
        <w:tc>
          <w:tcPr>
            <w:tcW w:w="3560" w:type="dxa"/>
            <w:shd w:val="clear" w:color="auto" w:fill="4472C4"/>
            <w:tcMar>
              <w:top w:w="70" w:type="dxa"/>
              <w:left w:w="80" w:type="dxa"/>
              <w:bottom w:w="70" w:type="dxa"/>
              <w:right w:w="80" w:type="dxa"/>
            </w:tcMar>
            <w:vAlign w:val="center"/>
          </w:tcPr>
          <w:p w14:paraId="34FE3045" w14:textId="77777777" w:rsidR="005A29C0" w:rsidRDefault="007553B4">
            <w:pPr>
              <w:spacing w:after="0"/>
              <w:jc w:val="center"/>
            </w:pPr>
            <w:r>
              <w:rPr>
                <w:b/>
                <w:color w:val="FFFFFF"/>
                <w:sz w:val="40"/>
              </w:rPr>
              <w:t>POSLJEDNJA VEČERA</w:t>
            </w:r>
          </w:p>
        </w:tc>
      </w:tr>
      <w:tr w:rsidR="005A29C0" w14:paraId="4A04651B" w14:textId="77777777">
        <w:tc>
          <w:tcPr>
            <w:tcW w:w="3560" w:type="dxa"/>
            <w:tcMar>
              <w:top w:w="80" w:type="dxa"/>
              <w:left w:w="70" w:type="dxa"/>
              <w:bottom w:w="80" w:type="dxa"/>
              <w:right w:w="70" w:type="dxa"/>
            </w:tcMar>
            <w:vAlign w:val="center"/>
          </w:tcPr>
          <w:p w14:paraId="762A93B2" w14:textId="77777777" w:rsidR="005A29C0" w:rsidRDefault="007553B4" w:rsidP="00212B01">
            <w:pPr>
              <w:spacing w:before="240" w:after="0"/>
              <w:jc w:val="center"/>
            </w:pPr>
            <w:r>
              <w:rPr>
                <w:color w:val="000000"/>
                <w:sz w:val="24"/>
              </w:rPr>
              <w:t>________________________</w:t>
            </w:r>
          </w:p>
        </w:tc>
        <w:tc>
          <w:tcPr>
            <w:tcW w:w="3560" w:type="dxa"/>
            <w:tcMar>
              <w:top w:w="80" w:type="dxa"/>
              <w:left w:w="70" w:type="dxa"/>
              <w:bottom w:w="80" w:type="dxa"/>
              <w:right w:w="70" w:type="dxa"/>
            </w:tcMar>
            <w:vAlign w:val="center"/>
          </w:tcPr>
          <w:p w14:paraId="5A71082D" w14:textId="77777777" w:rsidR="005A29C0" w:rsidRDefault="007553B4" w:rsidP="00212B01">
            <w:pPr>
              <w:spacing w:before="240" w:after="0"/>
              <w:jc w:val="center"/>
            </w:pPr>
            <w:r>
              <w:rPr>
                <w:color w:val="000000"/>
                <w:sz w:val="24"/>
              </w:rPr>
              <w:t>________________________</w:t>
            </w:r>
          </w:p>
        </w:tc>
        <w:tc>
          <w:tcPr>
            <w:tcW w:w="3560" w:type="dxa"/>
            <w:tcMar>
              <w:top w:w="80" w:type="dxa"/>
              <w:left w:w="70" w:type="dxa"/>
              <w:bottom w:w="80" w:type="dxa"/>
              <w:right w:w="70" w:type="dxa"/>
            </w:tcMar>
            <w:vAlign w:val="center"/>
          </w:tcPr>
          <w:p w14:paraId="3D539192" w14:textId="77777777" w:rsidR="005A29C0" w:rsidRDefault="007553B4" w:rsidP="00212B01">
            <w:pPr>
              <w:spacing w:before="240" w:after="0"/>
              <w:jc w:val="center"/>
            </w:pPr>
            <w:r>
              <w:rPr>
                <w:color w:val="000000"/>
                <w:sz w:val="24"/>
              </w:rPr>
              <w:t>________________________</w:t>
            </w:r>
          </w:p>
        </w:tc>
      </w:tr>
      <w:tr w:rsidR="005A29C0" w14:paraId="631983BC" w14:textId="77777777" w:rsidTr="00923DF8">
        <w:tc>
          <w:tcPr>
            <w:tcW w:w="3560" w:type="dxa"/>
            <w:shd w:val="clear" w:color="auto" w:fill="F5F5F5"/>
            <w:tcMar>
              <w:top w:w="80" w:type="dxa"/>
              <w:left w:w="70" w:type="dxa"/>
              <w:bottom w:w="80" w:type="dxa"/>
              <w:right w:w="70" w:type="dxa"/>
            </w:tcMar>
            <w:vAlign w:val="center"/>
          </w:tcPr>
          <w:p w14:paraId="25A79932" w14:textId="77777777" w:rsidR="005A29C0" w:rsidRDefault="007553B4" w:rsidP="00212B01">
            <w:pPr>
              <w:spacing w:before="240" w:after="0"/>
              <w:jc w:val="center"/>
            </w:pPr>
            <w:r>
              <w:rPr>
                <w:color w:val="000000"/>
                <w:sz w:val="24"/>
              </w:rPr>
              <w:t>________________________</w:t>
            </w:r>
          </w:p>
        </w:tc>
        <w:tc>
          <w:tcPr>
            <w:tcW w:w="3560" w:type="dxa"/>
            <w:shd w:val="clear" w:color="auto" w:fill="F5F5F5"/>
            <w:tcMar>
              <w:top w:w="80" w:type="dxa"/>
              <w:left w:w="70" w:type="dxa"/>
              <w:bottom w:w="80" w:type="dxa"/>
              <w:right w:w="70" w:type="dxa"/>
            </w:tcMar>
            <w:vAlign w:val="center"/>
          </w:tcPr>
          <w:p w14:paraId="29ACEB95" w14:textId="77777777" w:rsidR="005A29C0" w:rsidRDefault="007553B4" w:rsidP="00212B01">
            <w:pPr>
              <w:spacing w:before="240" w:after="0"/>
              <w:jc w:val="center"/>
            </w:pPr>
            <w:r>
              <w:rPr>
                <w:color w:val="000000"/>
                <w:sz w:val="24"/>
              </w:rPr>
              <w:t>________________________</w:t>
            </w:r>
          </w:p>
        </w:tc>
        <w:tc>
          <w:tcPr>
            <w:tcW w:w="3560" w:type="dxa"/>
            <w:shd w:val="clear" w:color="auto" w:fill="F5F5F5"/>
            <w:tcMar>
              <w:top w:w="80" w:type="dxa"/>
              <w:left w:w="70" w:type="dxa"/>
              <w:bottom w:w="80" w:type="dxa"/>
              <w:right w:w="70" w:type="dxa"/>
            </w:tcMar>
            <w:vAlign w:val="center"/>
          </w:tcPr>
          <w:p w14:paraId="69D6737D" w14:textId="77777777" w:rsidR="005A29C0" w:rsidRDefault="007553B4" w:rsidP="00212B01">
            <w:pPr>
              <w:spacing w:before="240" w:after="0"/>
              <w:jc w:val="center"/>
            </w:pPr>
            <w:r>
              <w:rPr>
                <w:color w:val="000000"/>
                <w:sz w:val="24"/>
              </w:rPr>
              <w:t>________________________</w:t>
            </w:r>
          </w:p>
        </w:tc>
      </w:tr>
    </w:tbl>
    <w:p w14:paraId="64DFB0C4" w14:textId="77777777" w:rsidR="005A29C0" w:rsidRDefault="007553B4">
      <w:pPr>
        <w:spacing w:before="100" w:after="40" w:line="240" w:lineRule="auto"/>
      </w:pPr>
      <w:r>
        <w:rPr>
          <w:b/>
          <w:color w:val="C96A00"/>
          <w:sz w:val="26"/>
        </w:rPr>
        <w:t>Aktivnost 4: Ustanovljenje Euharistije – četiri glagola</w:t>
      </w:r>
      <w:r>
        <w:rPr>
          <w:i/>
          <w:color w:val="6B6B6B"/>
          <w:sz w:val="20"/>
        </w:rPr>
        <w:t xml:space="preserve"> (individualni rad i rad u paru, 7 minuta)</w:t>
      </w:r>
    </w:p>
    <w:p w14:paraId="748D3780" w14:textId="2454D388" w:rsidR="005A29C0" w:rsidRDefault="007553B4">
      <w:pPr>
        <w:spacing w:after="0" w:line="240" w:lineRule="auto"/>
        <w:jc w:val="both"/>
      </w:pPr>
      <w:r>
        <w:rPr>
          <w:color w:val="000000"/>
        </w:rPr>
        <w:t xml:space="preserve">Učenici će pročitati ulomak iz digitalnog udžbenika. U tekstu </w:t>
      </w:r>
      <w:r w:rsidR="006128E4">
        <w:rPr>
          <w:color w:val="000000"/>
        </w:rPr>
        <w:t>uočavaju</w:t>
      </w:r>
      <w:r>
        <w:rPr>
          <w:color w:val="000000"/>
        </w:rPr>
        <w:t xml:space="preserve"> četiri glagola koji opisuju Isusov čin s kruhom: UZE – ZAHVALI – RAZLOMI – DADE. Zatim </w:t>
      </w:r>
      <w:r w:rsidR="006128E4">
        <w:rPr>
          <w:color w:val="000000"/>
        </w:rPr>
        <w:t>izdvajaju</w:t>
      </w:r>
      <w:r>
        <w:rPr>
          <w:color w:val="000000"/>
        </w:rPr>
        <w:t xml:space="preserve"> dvije rečenice koje govore što kruh i čaša znače te odgovaraju što znači Isusov poziv „Ovo činite meni na spomen.“</w:t>
      </w:r>
    </w:p>
    <w:p w14:paraId="689723B5" w14:textId="77777777" w:rsidR="005A29C0" w:rsidRDefault="007553B4">
      <w:pPr>
        <w:spacing w:after="0" w:line="240" w:lineRule="auto"/>
        <w:jc w:val="both"/>
        <w:rPr>
          <w:i/>
          <w:color w:val="6B6B6B"/>
          <w:sz w:val="20"/>
        </w:rPr>
      </w:pPr>
      <w:r>
        <w:rPr>
          <w:i/>
          <w:color w:val="6B6B6B"/>
          <w:sz w:val="20"/>
        </w:rPr>
        <w:t>Rješenje: Glagoli: uze, zahvali, razlomi, dade. Kruh: „Ovo je tijelo moje koje se za vas predaje.“ Čaša: „Ova čaša novi je Savez u mojoj krvi koja se za vas prolijeva.“ Poziv „Ovo činite meni na spomen“ povezuje Posljednju večeru sa slavljenjem Euharistije u Crkvi.</w:t>
      </w:r>
    </w:p>
    <w:p w14:paraId="341CFC65" w14:textId="77777777" w:rsidR="006128E4" w:rsidRDefault="006128E4">
      <w:pPr>
        <w:spacing w:after="0" w:line="240" w:lineRule="auto"/>
        <w:jc w:val="both"/>
      </w:pPr>
    </w:p>
    <w:tbl>
      <w:tblPr>
        <w:tblStyle w:val="Reetkatablice"/>
        <w:tblW w:w="10658" w:type="dxa"/>
        <w:tblLook w:val="04A0" w:firstRow="1" w:lastRow="0" w:firstColumn="1" w:lastColumn="0" w:noHBand="0" w:noVBand="1"/>
      </w:tblPr>
      <w:tblGrid>
        <w:gridCol w:w="10658"/>
      </w:tblGrid>
      <w:tr w:rsidR="005A29C0" w14:paraId="2F7F05C9" w14:textId="77777777" w:rsidTr="006128E4">
        <w:tc>
          <w:tcPr>
            <w:tcW w:w="10658" w:type="dxa"/>
            <w:shd w:val="clear" w:color="auto" w:fill="F3F6FA"/>
            <w:tcMar>
              <w:top w:w="60" w:type="dxa"/>
              <w:left w:w="85" w:type="dxa"/>
              <w:bottom w:w="60" w:type="dxa"/>
              <w:right w:w="85" w:type="dxa"/>
            </w:tcMar>
            <w:vAlign w:val="center"/>
          </w:tcPr>
          <w:p w14:paraId="0941BA7D" w14:textId="77777777" w:rsidR="005A29C0" w:rsidRDefault="007553B4">
            <w:pPr>
              <w:shd w:val="clear" w:color="auto" w:fill="46437E"/>
              <w:spacing w:after="100"/>
              <w:jc w:val="center"/>
            </w:pPr>
            <w:r>
              <w:rPr>
                <w:b/>
                <w:color w:val="FFFFFF"/>
                <w:sz w:val="40"/>
              </w:rPr>
              <w:t xml:space="preserve">USTANOVLJENJE EUHARISTIJE – VEČERE GOSPODNJE </w:t>
            </w:r>
            <w:r>
              <w:rPr>
                <w:b/>
                <w:color w:val="FFFFFF"/>
                <w:sz w:val="20"/>
              </w:rPr>
              <w:t>– Lk 22,19–20</w:t>
            </w:r>
          </w:p>
          <w:p w14:paraId="399BF7D2" w14:textId="77777777" w:rsidR="005A29C0" w:rsidRDefault="007553B4">
            <w:pPr>
              <w:spacing w:before="60" w:after="40" w:line="240" w:lineRule="auto"/>
              <w:jc w:val="both"/>
            </w:pPr>
            <w:r>
              <w:rPr>
                <w:color w:val="000000"/>
                <w:sz w:val="40"/>
              </w:rPr>
              <w:t>I uze kruh, zahvali, razlomi i dade im govoreći: »Ovo je tijelo moje koje se za vas predaje. Ovo činite meni na spomen.« Tako i čašu, pošto večeraše, govoreći: »Ova čaša novi je Savez u mojoj krvi koja se za vas prolijeva.«</w:t>
            </w:r>
          </w:p>
        </w:tc>
      </w:tr>
    </w:tbl>
    <w:p w14:paraId="54E77B44" w14:textId="77777777" w:rsidR="006128E4" w:rsidRDefault="006128E4"/>
    <w:p w14:paraId="3379706F" w14:textId="77A47424" w:rsidR="006128E4" w:rsidRDefault="006128E4" w:rsidP="006128E4">
      <w:pPr>
        <w:spacing w:before="100" w:after="0" w:line="240" w:lineRule="auto"/>
      </w:pPr>
      <w:r>
        <w:rPr>
          <w:color w:val="000000"/>
        </w:rPr>
        <w:t>Radni predložak:</w:t>
      </w:r>
    </w:p>
    <w:tbl>
      <w:tblPr>
        <w:tblStyle w:val="Reetkatablice"/>
        <w:tblW w:w="10658" w:type="dxa"/>
        <w:tblLook w:val="04A0" w:firstRow="1" w:lastRow="0" w:firstColumn="1" w:lastColumn="0" w:noHBand="0" w:noVBand="1"/>
      </w:tblPr>
      <w:tblGrid>
        <w:gridCol w:w="2665"/>
        <w:gridCol w:w="2664"/>
        <w:gridCol w:w="2664"/>
        <w:gridCol w:w="2665"/>
      </w:tblGrid>
      <w:tr w:rsidR="005A29C0" w14:paraId="39E7BBBA" w14:textId="77777777" w:rsidTr="006128E4">
        <w:tc>
          <w:tcPr>
            <w:tcW w:w="2665" w:type="dxa"/>
            <w:shd w:val="clear" w:color="auto" w:fill="5B9BD5"/>
            <w:tcMar>
              <w:top w:w="70" w:type="dxa"/>
              <w:left w:w="80" w:type="dxa"/>
              <w:bottom w:w="70" w:type="dxa"/>
              <w:right w:w="80" w:type="dxa"/>
            </w:tcMar>
            <w:vAlign w:val="center"/>
          </w:tcPr>
          <w:p w14:paraId="370DC956" w14:textId="77777777" w:rsidR="005A29C0" w:rsidRDefault="007553B4">
            <w:pPr>
              <w:spacing w:after="0"/>
              <w:jc w:val="center"/>
            </w:pPr>
            <w:r>
              <w:rPr>
                <w:b/>
                <w:color w:val="FFFFFF"/>
                <w:sz w:val="40"/>
              </w:rPr>
              <w:t>UZE</w:t>
            </w:r>
          </w:p>
        </w:tc>
        <w:tc>
          <w:tcPr>
            <w:tcW w:w="2664" w:type="dxa"/>
            <w:shd w:val="clear" w:color="auto" w:fill="70AD47"/>
            <w:tcMar>
              <w:top w:w="70" w:type="dxa"/>
              <w:left w:w="80" w:type="dxa"/>
              <w:bottom w:w="70" w:type="dxa"/>
              <w:right w:w="80" w:type="dxa"/>
            </w:tcMar>
            <w:vAlign w:val="center"/>
          </w:tcPr>
          <w:p w14:paraId="26F1AF80" w14:textId="77777777" w:rsidR="005A29C0" w:rsidRDefault="007553B4">
            <w:pPr>
              <w:spacing w:after="0"/>
              <w:jc w:val="center"/>
            </w:pPr>
            <w:r>
              <w:rPr>
                <w:b/>
                <w:color w:val="FFFFFF"/>
                <w:sz w:val="40"/>
              </w:rPr>
              <w:t>ZAHVALI</w:t>
            </w:r>
          </w:p>
        </w:tc>
        <w:tc>
          <w:tcPr>
            <w:tcW w:w="2664" w:type="dxa"/>
            <w:shd w:val="clear" w:color="auto" w:fill="ED7D31"/>
            <w:tcMar>
              <w:top w:w="70" w:type="dxa"/>
              <w:left w:w="80" w:type="dxa"/>
              <w:bottom w:w="70" w:type="dxa"/>
              <w:right w:w="80" w:type="dxa"/>
            </w:tcMar>
            <w:vAlign w:val="center"/>
          </w:tcPr>
          <w:p w14:paraId="20E69160" w14:textId="77777777" w:rsidR="005A29C0" w:rsidRDefault="007553B4">
            <w:pPr>
              <w:spacing w:after="0"/>
              <w:jc w:val="center"/>
            </w:pPr>
            <w:r>
              <w:rPr>
                <w:b/>
                <w:color w:val="FFFFFF"/>
                <w:sz w:val="40"/>
              </w:rPr>
              <w:t>RAZLOMI</w:t>
            </w:r>
          </w:p>
        </w:tc>
        <w:tc>
          <w:tcPr>
            <w:tcW w:w="2665" w:type="dxa"/>
            <w:shd w:val="clear" w:color="auto" w:fill="8064A2"/>
            <w:tcMar>
              <w:top w:w="70" w:type="dxa"/>
              <w:left w:w="80" w:type="dxa"/>
              <w:bottom w:w="70" w:type="dxa"/>
              <w:right w:w="80" w:type="dxa"/>
            </w:tcMar>
            <w:vAlign w:val="center"/>
          </w:tcPr>
          <w:p w14:paraId="4863DB7A" w14:textId="77777777" w:rsidR="005A29C0" w:rsidRDefault="007553B4">
            <w:pPr>
              <w:spacing w:after="0"/>
              <w:jc w:val="center"/>
            </w:pPr>
            <w:r>
              <w:rPr>
                <w:b/>
                <w:color w:val="FFFFFF"/>
                <w:sz w:val="40"/>
              </w:rPr>
              <w:t>DADE</w:t>
            </w:r>
          </w:p>
        </w:tc>
      </w:tr>
      <w:tr w:rsidR="00923DF8" w14:paraId="5225EDC5" w14:textId="77777777" w:rsidTr="005D1CCE">
        <w:tc>
          <w:tcPr>
            <w:tcW w:w="10658" w:type="dxa"/>
            <w:gridSpan w:val="4"/>
            <w:tcMar>
              <w:top w:w="80" w:type="dxa"/>
              <w:left w:w="70" w:type="dxa"/>
              <w:bottom w:w="80" w:type="dxa"/>
              <w:right w:w="70" w:type="dxa"/>
            </w:tcMar>
            <w:vAlign w:val="center"/>
          </w:tcPr>
          <w:p w14:paraId="4533B1E7" w14:textId="234CAE5D" w:rsidR="00923DF8" w:rsidRDefault="00923DF8" w:rsidP="00923DF8">
            <w:pPr>
              <w:spacing w:after="0"/>
              <w:rPr>
                <w:color w:val="000000"/>
                <w:sz w:val="24"/>
              </w:rPr>
            </w:pPr>
            <w:r w:rsidRPr="00923DF8">
              <w:rPr>
                <w:color w:val="000000"/>
                <w:sz w:val="40"/>
                <w:szCs w:val="40"/>
              </w:rPr>
              <w:t>Što kruh i čaša znače?</w:t>
            </w:r>
            <w:r w:rsidRPr="00923DF8">
              <w:rPr>
                <w:color w:val="000000"/>
                <w:sz w:val="24"/>
              </w:rPr>
              <w:t xml:space="preserve"> </w:t>
            </w:r>
            <w:r>
              <w:rPr>
                <w:color w:val="000000"/>
                <w:sz w:val="24"/>
              </w:rPr>
              <w:t>_________________________________________________________</w:t>
            </w:r>
          </w:p>
          <w:p w14:paraId="0EEB4224" w14:textId="1976A648" w:rsidR="00923DF8" w:rsidRDefault="00923DF8" w:rsidP="00923DF8">
            <w:pPr>
              <w:spacing w:after="0"/>
            </w:pPr>
            <w:r>
              <w:rPr>
                <w:color w:val="000000"/>
                <w:sz w:val="24"/>
              </w:rPr>
              <w:t>_______________________________________________________________________________________</w:t>
            </w:r>
          </w:p>
          <w:p w14:paraId="56FA0F33" w14:textId="18A8A14A" w:rsidR="00923DF8" w:rsidRDefault="00923DF8">
            <w:pPr>
              <w:spacing w:after="0"/>
              <w:jc w:val="center"/>
            </w:pPr>
          </w:p>
        </w:tc>
      </w:tr>
      <w:tr w:rsidR="00923DF8" w14:paraId="53CE0489" w14:textId="77777777" w:rsidTr="00923DF8">
        <w:tc>
          <w:tcPr>
            <w:tcW w:w="10658" w:type="dxa"/>
            <w:gridSpan w:val="4"/>
            <w:shd w:val="clear" w:color="auto" w:fill="F5F5F5"/>
            <w:tcMar>
              <w:top w:w="80" w:type="dxa"/>
              <w:left w:w="70" w:type="dxa"/>
              <w:bottom w:w="80" w:type="dxa"/>
              <w:right w:w="70" w:type="dxa"/>
            </w:tcMar>
            <w:vAlign w:val="center"/>
          </w:tcPr>
          <w:p w14:paraId="5988F550" w14:textId="77777777" w:rsidR="00923DF8" w:rsidRDefault="00923DF8" w:rsidP="00923DF8">
            <w:pPr>
              <w:spacing w:after="0"/>
              <w:rPr>
                <w:color w:val="000000"/>
                <w:sz w:val="40"/>
                <w:szCs w:val="40"/>
              </w:rPr>
            </w:pPr>
            <w:r>
              <w:rPr>
                <w:color w:val="000000"/>
                <w:sz w:val="40"/>
                <w:szCs w:val="40"/>
              </w:rPr>
              <w:t>Š</w:t>
            </w:r>
            <w:r w:rsidRPr="00923DF8">
              <w:rPr>
                <w:color w:val="000000"/>
                <w:sz w:val="40"/>
                <w:szCs w:val="40"/>
              </w:rPr>
              <w:t>to znači Isusov poziv „Ovo činite meni na spomen.“</w:t>
            </w:r>
            <w:r>
              <w:rPr>
                <w:color w:val="000000"/>
                <w:sz w:val="40"/>
                <w:szCs w:val="40"/>
              </w:rPr>
              <w:t>?</w:t>
            </w:r>
          </w:p>
          <w:p w14:paraId="613F4885" w14:textId="6320453C" w:rsidR="00923DF8" w:rsidRPr="00923DF8" w:rsidRDefault="00923DF8" w:rsidP="00923DF8">
            <w:pPr>
              <w:spacing w:after="0"/>
              <w:rPr>
                <w:color w:val="000000"/>
                <w:sz w:val="24"/>
                <w:szCs w:val="24"/>
              </w:rPr>
            </w:pPr>
            <w:r>
              <w:rPr>
                <w:color w:val="000000"/>
                <w:sz w:val="24"/>
                <w:szCs w:val="24"/>
              </w:rPr>
              <w:t>_______________________________________________________________________________________</w:t>
            </w:r>
          </w:p>
        </w:tc>
      </w:tr>
    </w:tbl>
    <w:p w14:paraId="141F7B08" w14:textId="77777777" w:rsidR="005A29C0" w:rsidRDefault="007553B4">
      <w:pPr>
        <w:spacing w:before="100" w:after="40" w:line="240" w:lineRule="auto"/>
      </w:pPr>
      <w:r>
        <w:rPr>
          <w:b/>
          <w:color w:val="C96A00"/>
          <w:sz w:val="26"/>
        </w:rPr>
        <w:t>Aktivnost 5: Isus pere noge učenicima – od iznenađenja do primjera</w:t>
      </w:r>
      <w:r>
        <w:rPr>
          <w:i/>
          <w:color w:val="6B6B6B"/>
          <w:sz w:val="20"/>
        </w:rPr>
        <w:t xml:space="preserve"> (rad u skupinama, 10 minuta)</w:t>
      </w:r>
    </w:p>
    <w:p w14:paraId="16BF9AEE" w14:textId="77777777" w:rsidR="005A29C0" w:rsidRDefault="007553B4">
      <w:pPr>
        <w:spacing w:after="0" w:line="240" w:lineRule="auto"/>
        <w:jc w:val="both"/>
      </w:pPr>
      <w:r>
        <w:rPr>
          <w:color w:val="000000"/>
        </w:rPr>
        <w:t>Rad u skupinama. Učenici će pročitati tekst iz digitalnog udžbenika. Svaka skupina prati jedan sloj teksta: 1. što Isus čini, 2. kako Petar reagira, 3. što Isus objašnjava, 4. što učenici trebaju činiti. Na kraju skupine slažu zajednički slijed: USTAJE – UZIMA UBRUS – PERE NOGE – PETAR SE OPIRE – ISUS OBJAŠNJAVA – DAJE PRIMJER.</w:t>
      </w:r>
    </w:p>
    <w:p w14:paraId="4FA758B4" w14:textId="77777777" w:rsidR="005A29C0" w:rsidRDefault="007553B4">
      <w:pPr>
        <w:spacing w:after="0" w:line="240" w:lineRule="auto"/>
        <w:jc w:val="both"/>
        <w:rPr>
          <w:i/>
          <w:color w:val="6B6B6B"/>
          <w:sz w:val="20"/>
        </w:rPr>
      </w:pPr>
      <w:r>
        <w:rPr>
          <w:i/>
          <w:color w:val="6B6B6B"/>
          <w:sz w:val="20"/>
        </w:rPr>
        <w:t>Rješenje: Isus svjesno zauzima mjesto sluge, pere učenicima noge i pokazuje da Učitelj i Gospodin služi. Petar se isprva opire. Isus na kraju izričito kaže: „Primjer sam vam dao da i vi činite kao što ja vama učinih.“</w:t>
      </w:r>
    </w:p>
    <w:p w14:paraId="119B8013" w14:textId="77777777" w:rsidR="006128E4" w:rsidRDefault="006128E4">
      <w:pPr>
        <w:spacing w:after="0" w:line="240" w:lineRule="auto"/>
        <w:jc w:val="both"/>
      </w:pPr>
    </w:p>
    <w:tbl>
      <w:tblPr>
        <w:tblStyle w:val="Reetkatablice"/>
        <w:tblW w:w="10658" w:type="dxa"/>
        <w:tblLook w:val="04A0" w:firstRow="1" w:lastRow="0" w:firstColumn="1" w:lastColumn="0" w:noHBand="0" w:noVBand="1"/>
      </w:tblPr>
      <w:tblGrid>
        <w:gridCol w:w="10658"/>
      </w:tblGrid>
      <w:tr w:rsidR="005A29C0" w14:paraId="3F95F303" w14:textId="77777777" w:rsidTr="006128E4">
        <w:tc>
          <w:tcPr>
            <w:tcW w:w="10658" w:type="dxa"/>
            <w:shd w:val="clear" w:color="auto" w:fill="F3F6FA"/>
            <w:tcMar>
              <w:top w:w="60" w:type="dxa"/>
              <w:left w:w="85" w:type="dxa"/>
              <w:bottom w:w="60" w:type="dxa"/>
              <w:right w:w="85" w:type="dxa"/>
            </w:tcMar>
            <w:vAlign w:val="center"/>
          </w:tcPr>
          <w:p w14:paraId="6202CCBA" w14:textId="77777777" w:rsidR="005A29C0" w:rsidRDefault="007553B4">
            <w:pPr>
              <w:shd w:val="clear" w:color="auto" w:fill="46437E"/>
              <w:spacing w:after="100"/>
              <w:jc w:val="center"/>
            </w:pPr>
            <w:r>
              <w:rPr>
                <w:b/>
                <w:color w:val="FFFFFF"/>
                <w:sz w:val="40"/>
              </w:rPr>
              <w:t xml:space="preserve">ISUS PERE NOGE UČENICIMA </w:t>
            </w:r>
            <w:r>
              <w:rPr>
                <w:b/>
                <w:color w:val="FFFFFF"/>
                <w:sz w:val="20"/>
              </w:rPr>
              <w:t>– Iv 13,1–17</w:t>
            </w:r>
          </w:p>
          <w:p w14:paraId="5376392D" w14:textId="77777777" w:rsidR="00923DF8" w:rsidRDefault="007553B4">
            <w:pPr>
              <w:spacing w:before="60" w:after="40" w:line="240" w:lineRule="auto"/>
              <w:jc w:val="both"/>
              <w:rPr>
                <w:color w:val="000000"/>
                <w:sz w:val="40"/>
              </w:rPr>
            </w:pPr>
            <w:r>
              <w:rPr>
                <w:color w:val="000000"/>
                <w:sz w:val="40"/>
              </w:rPr>
              <w:t>Bijaše pred blagdan Pashe. Isus je znao da je došao njegov čas da prijeđe s ovoga svijeta Ocu, budući da je ljubio svoje, one u svijetu, do kraja ih je ljubio. I za večerom je đavao već bio ubacio u srce Judi Šimuna Iškariotskoga da ga izda. A Isus je znao da mu je Otac sve predao u ruke i da je od Boga izišao te da k Bogu ide pa usta od večere, odloži haljine, uze ubrus i opasa se. Nalije zatim vodu u praonik i počne učenicima prati noge i otirati ih ubrusom kojim je bio opasan.</w:t>
            </w:r>
          </w:p>
          <w:p w14:paraId="2074E585" w14:textId="284E7BBC" w:rsidR="005A29C0" w:rsidRDefault="007553B4">
            <w:pPr>
              <w:spacing w:before="60" w:after="40" w:line="240" w:lineRule="auto"/>
              <w:jc w:val="both"/>
            </w:pPr>
            <w:r>
              <w:rPr>
                <w:color w:val="000000"/>
                <w:sz w:val="40"/>
              </w:rPr>
              <w:t>Dođe tako do Šimuna Petra. A on će mu: »Gospodine! Zar ti da meni pereš noge?« Odgovori mu Isus: »Što ja činim, ti sada ne znaš, ali shvatit ćeš poslije.« Reče mu Petar: »Nećeš mi prati nogu nikada!« Isus mu odgovori: »Ako te ne operem, nećeš imati dijela sa mnom.« Nato će mu Šimun Petar: »Gospodine, onda ne samo noge nego i ruke i glavu!« Kaže mu Isus: »Tko je okupan, ne treba drugo da opere nego noge – i sav je čist! I vi ste čisti, ali ne svi!« Jer znao je tko će ga izdati. Stoga je i rekao: »Niste svi čisti.«</w:t>
            </w:r>
            <w:r>
              <w:rPr>
                <w:color w:val="000000"/>
                <w:sz w:val="40"/>
              </w:rPr>
              <w:br/>
              <w:t>Kad im dakle opra noge, uze svoje haljine, opet sjede i reče im: »Razumijete li što sam vam učinio? Vi me zovete Učiteljem i Gospodinom. Pravo velite jer to i jesam! Ako dakle ja – Gospodin i Učitelj – vama oprah noge, treba da i vi jedni drugima perete noge. Primjer sam vam dao da i vi činite kao što ja vama učinih.«</w:t>
            </w:r>
            <w:r>
              <w:rPr>
                <w:color w:val="000000"/>
                <w:sz w:val="40"/>
              </w:rPr>
              <w:br/>
              <w:t>»Zaista, zaista, kažem vam: nije sluga veći od gospodara niti poslanik od onoga koji ga posla. Ako to znate, blago vama budete li tako i činili!«</w:t>
            </w:r>
          </w:p>
        </w:tc>
      </w:tr>
    </w:tbl>
    <w:p w14:paraId="158D2375" w14:textId="77777777" w:rsidR="006128E4" w:rsidRDefault="006128E4"/>
    <w:p w14:paraId="31CD485C" w14:textId="46998E8A" w:rsidR="006128E4" w:rsidRDefault="006128E4" w:rsidP="006128E4">
      <w:pPr>
        <w:spacing w:before="100" w:after="0" w:line="240" w:lineRule="auto"/>
      </w:pPr>
      <w:r>
        <w:rPr>
          <w:color w:val="000000"/>
        </w:rPr>
        <w:t>Radni predložak:</w:t>
      </w:r>
    </w:p>
    <w:tbl>
      <w:tblPr>
        <w:tblStyle w:val="Reetkatablice"/>
        <w:tblW w:w="10658" w:type="dxa"/>
        <w:tblLook w:val="04A0" w:firstRow="1" w:lastRow="0" w:firstColumn="1" w:lastColumn="0" w:noHBand="0" w:noVBand="1"/>
      </w:tblPr>
      <w:tblGrid>
        <w:gridCol w:w="2664"/>
        <w:gridCol w:w="2663"/>
        <w:gridCol w:w="2667"/>
        <w:gridCol w:w="2664"/>
      </w:tblGrid>
      <w:tr w:rsidR="005A29C0" w14:paraId="1CE1FAC0" w14:textId="77777777" w:rsidTr="006128E4">
        <w:tc>
          <w:tcPr>
            <w:tcW w:w="2664" w:type="dxa"/>
            <w:shd w:val="clear" w:color="auto" w:fill="5B9BD5"/>
            <w:tcMar>
              <w:top w:w="70" w:type="dxa"/>
              <w:left w:w="80" w:type="dxa"/>
              <w:bottom w:w="70" w:type="dxa"/>
              <w:right w:w="80" w:type="dxa"/>
            </w:tcMar>
            <w:vAlign w:val="center"/>
          </w:tcPr>
          <w:p w14:paraId="76988FCE" w14:textId="77777777" w:rsidR="005A29C0" w:rsidRDefault="007553B4" w:rsidP="00923DF8">
            <w:pPr>
              <w:widowControl w:val="0"/>
              <w:spacing w:after="0"/>
              <w:jc w:val="center"/>
            </w:pPr>
            <w:r>
              <w:rPr>
                <w:b/>
                <w:color w:val="FFFFFF"/>
                <w:sz w:val="40"/>
              </w:rPr>
              <w:t>ŠTO ISUS ČINI?</w:t>
            </w:r>
          </w:p>
        </w:tc>
        <w:tc>
          <w:tcPr>
            <w:tcW w:w="2663" w:type="dxa"/>
            <w:shd w:val="clear" w:color="auto" w:fill="ED7D31"/>
            <w:tcMar>
              <w:top w:w="70" w:type="dxa"/>
              <w:left w:w="80" w:type="dxa"/>
              <w:bottom w:w="70" w:type="dxa"/>
              <w:right w:w="80" w:type="dxa"/>
            </w:tcMar>
            <w:vAlign w:val="center"/>
          </w:tcPr>
          <w:p w14:paraId="55D1CA3F" w14:textId="77777777" w:rsidR="005A29C0" w:rsidRDefault="007553B4" w:rsidP="00923DF8">
            <w:pPr>
              <w:widowControl w:val="0"/>
              <w:spacing w:after="0"/>
              <w:jc w:val="center"/>
            </w:pPr>
            <w:r>
              <w:rPr>
                <w:b/>
                <w:color w:val="FFFFFF"/>
                <w:sz w:val="40"/>
              </w:rPr>
              <w:t>PETROVA REAKCIJA</w:t>
            </w:r>
          </w:p>
        </w:tc>
        <w:tc>
          <w:tcPr>
            <w:tcW w:w="2667" w:type="dxa"/>
            <w:shd w:val="clear" w:color="auto" w:fill="70AD47"/>
            <w:tcMar>
              <w:top w:w="70" w:type="dxa"/>
              <w:left w:w="80" w:type="dxa"/>
              <w:bottom w:w="70" w:type="dxa"/>
              <w:right w:w="80" w:type="dxa"/>
            </w:tcMar>
            <w:vAlign w:val="center"/>
          </w:tcPr>
          <w:p w14:paraId="6C48A8D4" w14:textId="77777777" w:rsidR="005A29C0" w:rsidRDefault="007553B4" w:rsidP="00923DF8">
            <w:pPr>
              <w:widowControl w:val="0"/>
              <w:spacing w:after="0"/>
              <w:jc w:val="center"/>
            </w:pPr>
            <w:r>
              <w:rPr>
                <w:b/>
                <w:color w:val="FFFFFF"/>
                <w:sz w:val="40"/>
              </w:rPr>
              <w:t>ISUSOVO OBJAŠNJENJE</w:t>
            </w:r>
          </w:p>
        </w:tc>
        <w:tc>
          <w:tcPr>
            <w:tcW w:w="2664" w:type="dxa"/>
            <w:shd w:val="clear" w:color="auto" w:fill="8064A2"/>
            <w:tcMar>
              <w:top w:w="70" w:type="dxa"/>
              <w:left w:w="80" w:type="dxa"/>
              <w:bottom w:w="70" w:type="dxa"/>
              <w:right w:w="80" w:type="dxa"/>
            </w:tcMar>
            <w:vAlign w:val="center"/>
          </w:tcPr>
          <w:p w14:paraId="3A81B3F8" w14:textId="77777777" w:rsidR="005A29C0" w:rsidRDefault="007553B4" w:rsidP="00923DF8">
            <w:pPr>
              <w:widowControl w:val="0"/>
              <w:spacing w:after="0"/>
              <w:jc w:val="center"/>
            </w:pPr>
            <w:r>
              <w:rPr>
                <w:b/>
                <w:color w:val="FFFFFF"/>
                <w:sz w:val="40"/>
              </w:rPr>
              <w:t>ŠTO UČENICI TREBAJU?</w:t>
            </w:r>
          </w:p>
        </w:tc>
      </w:tr>
      <w:tr w:rsidR="005A29C0" w14:paraId="21D1248D" w14:textId="77777777" w:rsidTr="006128E4">
        <w:tc>
          <w:tcPr>
            <w:tcW w:w="2664" w:type="dxa"/>
            <w:tcMar>
              <w:top w:w="80" w:type="dxa"/>
              <w:left w:w="70" w:type="dxa"/>
              <w:bottom w:w="80" w:type="dxa"/>
              <w:right w:w="70" w:type="dxa"/>
            </w:tcMar>
            <w:vAlign w:val="center"/>
          </w:tcPr>
          <w:p w14:paraId="245D606F" w14:textId="77777777" w:rsidR="005A29C0" w:rsidRDefault="007553B4" w:rsidP="00212B01">
            <w:pPr>
              <w:widowControl w:val="0"/>
              <w:spacing w:before="240" w:after="0"/>
              <w:jc w:val="center"/>
            </w:pPr>
            <w:r>
              <w:rPr>
                <w:color w:val="000000"/>
                <w:sz w:val="24"/>
              </w:rPr>
              <w:t>________________</w:t>
            </w:r>
          </w:p>
        </w:tc>
        <w:tc>
          <w:tcPr>
            <w:tcW w:w="2663" w:type="dxa"/>
            <w:tcMar>
              <w:top w:w="80" w:type="dxa"/>
              <w:left w:w="70" w:type="dxa"/>
              <w:bottom w:w="80" w:type="dxa"/>
              <w:right w:w="70" w:type="dxa"/>
            </w:tcMar>
            <w:vAlign w:val="center"/>
          </w:tcPr>
          <w:p w14:paraId="2D493D25" w14:textId="77777777" w:rsidR="005A29C0" w:rsidRDefault="007553B4" w:rsidP="00212B01">
            <w:pPr>
              <w:widowControl w:val="0"/>
              <w:spacing w:before="240" w:after="0"/>
              <w:jc w:val="center"/>
            </w:pPr>
            <w:r>
              <w:rPr>
                <w:color w:val="000000"/>
                <w:sz w:val="24"/>
              </w:rPr>
              <w:t>________________</w:t>
            </w:r>
          </w:p>
        </w:tc>
        <w:tc>
          <w:tcPr>
            <w:tcW w:w="2667" w:type="dxa"/>
            <w:tcMar>
              <w:top w:w="80" w:type="dxa"/>
              <w:left w:w="70" w:type="dxa"/>
              <w:bottom w:w="80" w:type="dxa"/>
              <w:right w:w="70" w:type="dxa"/>
            </w:tcMar>
            <w:vAlign w:val="center"/>
          </w:tcPr>
          <w:p w14:paraId="6DBB7E78" w14:textId="77777777" w:rsidR="005A29C0" w:rsidRDefault="007553B4" w:rsidP="00212B01">
            <w:pPr>
              <w:widowControl w:val="0"/>
              <w:spacing w:before="240" w:after="0"/>
              <w:jc w:val="center"/>
            </w:pPr>
            <w:r>
              <w:rPr>
                <w:color w:val="000000"/>
                <w:sz w:val="24"/>
              </w:rPr>
              <w:t>________________</w:t>
            </w:r>
          </w:p>
        </w:tc>
        <w:tc>
          <w:tcPr>
            <w:tcW w:w="2664" w:type="dxa"/>
            <w:tcMar>
              <w:top w:w="80" w:type="dxa"/>
              <w:left w:w="70" w:type="dxa"/>
              <w:bottom w:w="80" w:type="dxa"/>
              <w:right w:w="70" w:type="dxa"/>
            </w:tcMar>
            <w:vAlign w:val="center"/>
          </w:tcPr>
          <w:p w14:paraId="4CEFAD1E" w14:textId="77777777" w:rsidR="005A29C0" w:rsidRDefault="007553B4" w:rsidP="00212B01">
            <w:pPr>
              <w:widowControl w:val="0"/>
              <w:spacing w:before="240" w:after="0"/>
              <w:jc w:val="center"/>
            </w:pPr>
            <w:r>
              <w:rPr>
                <w:color w:val="000000"/>
                <w:sz w:val="24"/>
              </w:rPr>
              <w:t>________________</w:t>
            </w:r>
          </w:p>
        </w:tc>
      </w:tr>
      <w:tr w:rsidR="005A29C0" w14:paraId="3FFC3756" w14:textId="77777777" w:rsidTr="00923DF8">
        <w:tc>
          <w:tcPr>
            <w:tcW w:w="2664" w:type="dxa"/>
            <w:shd w:val="clear" w:color="auto" w:fill="F5F5F5"/>
            <w:tcMar>
              <w:top w:w="80" w:type="dxa"/>
              <w:left w:w="70" w:type="dxa"/>
              <w:bottom w:w="80" w:type="dxa"/>
              <w:right w:w="70" w:type="dxa"/>
            </w:tcMar>
            <w:vAlign w:val="center"/>
          </w:tcPr>
          <w:p w14:paraId="6F740817" w14:textId="77777777" w:rsidR="005A29C0" w:rsidRDefault="007553B4" w:rsidP="00212B01">
            <w:pPr>
              <w:widowControl w:val="0"/>
              <w:spacing w:before="240" w:after="0"/>
              <w:jc w:val="center"/>
            </w:pPr>
            <w:r>
              <w:rPr>
                <w:color w:val="000000"/>
                <w:sz w:val="24"/>
              </w:rPr>
              <w:t>________________</w:t>
            </w:r>
          </w:p>
        </w:tc>
        <w:tc>
          <w:tcPr>
            <w:tcW w:w="2663" w:type="dxa"/>
            <w:shd w:val="clear" w:color="auto" w:fill="F5F5F5"/>
            <w:tcMar>
              <w:top w:w="80" w:type="dxa"/>
              <w:left w:w="70" w:type="dxa"/>
              <w:bottom w:w="80" w:type="dxa"/>
              <w:right w:w="70" w:type="dxa"/>
            </w:tcMar>
            <w:vAlign w:val="center"/>
          </w:tcPr>
          <w:p w14:paraId="51675683" w14:textId="77777777" w:rsidR="005A29C0" w:rsidRDefault="007553B4" w:rsidP="00212B01">
            <w:pPr>
              <w:widowControl w:val="0"/>
              <w:spacing w:before="240" w:after="0"/>
              <w:jc w:val="center"/>
            </w:pPr>
            <w:r>
              <w:rPr>
                <w:color w:val="000000"/>
                <w:sz w:val="24"/>
              </w:rPr>
              <w:t>________________</w:t>
            </w:r>
          </w:p>
        </w:tc>
        <w:tc>
          <w:tcPr>
            <w:tcW w:w="2667" w:type="dxa"/>
            <w:shd w:val="clear" w:color="auto" w:fill="F5F5F5"/>
            <w:tcMar>
              <w:top w:w="80" w:type="dxa"/>
              <w:left w:w="70" w:type="dxa"/>
              <w:bottom w:w="80" w:type="dxa"/>
              <w:right w:w="70" w:type="dxa"/>
            </w:tcMar>
            <w:vAlign w:val="center"/>
          </w:tcPr>
          <w:p w14:paraId="046EB8AF" w14:textId="77777777" w:rsidR="005A29C0" w:rsidRDefault="007553B4" w:rsidP="00212B01">
            <w:pPr>
              <w:widowControl w:val="0"/>
              <w:spacing w:before="240" w:after="0"/>
              <w:jc w:val="center"/>
            </w:pPr>
            <w:r>
              <w:rPr>
                <w:color w:val="000000"/>
                <w:sz w:val="24"/>
              </w:rPr>
              <w:t>________________</w:t>
            </w:r>
          </w:p>
        </w:tc>
        <w:tc>
          <w:tcPr>
            <w:tcW w:w="2664" w:type="dxa"/>
            <w:shd w:val="clear" w:color="auto" w:fill="F5F5F5"/>
            <w:tcMar>
              <w:top w:w="80" w:type="dxa"/>
              <w:left w:w="70" w:type="dxa"/>
              <w:bottom w:w="80" w:type="dxa"/>
              <w:right w:w="70" w:type="dxa"/>
            </w:tcMar>
            <w:vAlign w:val="center"/>
          </w:tcPr>
          <w:p w14:paraId="26AFC3EE" w14:textId="77777777" w:rsidR="005A29C0" w:rsidRDefault="007553B4" w:rsidP="00212B01">
            <w:pPr>
              <w:widowControl w:val="0"/>
              <w:spacing w:before="240" w:after="0"/>
              <w:jc w:val="center"/>
            </w:pPr>
            <w:r>
              <w:rPr>
                <w:color w:val="000000"/>
                <w:sz w:val="24"/>
              </w:rPr>
              <w:t>________________</w:t>
            </w:r>
          </w:p>
        </w:tc>
      </w:tr>
    </w:tbl>
    <w:p w14:paraId="49E3A8B8" w14:textId="77777777" w:rsidR="005A29C0" w:rsidRDefault="007553B4">
      <w:pPr>
        <w:spacing w:before="100" w:after="40" w:line="240" w:lineRule="auto"/>
      </w:pPr>
      <w:r>
        <w:rPr>
          <w:b/>
          <w:color w:val="C96A00"/>
          <w:sz w:val="26"/>
        </w:rPr>
        <w:t>Aktivnost 6: Moć ili služenje?</w:t>
      </w:r>
      <w:r>
        <w:rPr>
          <w:i/>
          <w:color w:val="6B6B6B"/>
          <w:sz w:val="20"/>
        </w:rPr>
        <w:t xml:space="preserve"> (rad u paru, 7 minuta)</w:t>
      </w:r>
    </w:p>
    <w:p w14:paraId="3DCC89D0" w14:textId="77777777" w:rsidR="005A29C0" w:rsidRDefault="007553B4">
      <w:pPr>
        <w:spacing w:after="0" w:line="240" w:lineRule="auto"/>
        <w:jc w:val="both"/>
        <w:rPr>
          <w:color w:val="000000"/>
        </w:rPr>
      </w:pPr>
      <w:r>
        <w:rPr>
          <w:color w:val="000000"/>
        </w:rPr>
        <w:t>Učenici će pročitati kratki tekst iz udžbenika o služenju i citat Visariona Grigorjeviča Bjelinskoga. U paru u dva stupca razvrstavaju ponašanja koja pokazuju GOSPODARENJE i SLUŽENJE. Zatim biraju jednu rečenicu iz teksta koja im najbolje objašnjava Isusov primjer.</w:t>
      </w:r>
    </w:p>
    <w:p w14:paraId="0FF08DA1" w14:textId="3F603FF2" w:rsidR="00923DF8" w:rsidRPr="00923DF8" w:rsidRDefault="00923DF8">
      <w:pPr>
        <w:spacing w:after="0" w:line="240" w:lineRule="auto"/>
        <w:jc w:val="both"/>
        <w:rPr>
          <w:i/>
          <w:color w:val="6B6B6B"/>
          <w:sz w:val="20"/>
        </w:rPr>
      </w:pPr>
      <w:r>
        <w:rPr>
          <w:i/>
          <w:color w:val="6B6B6B"/>
          <w:sz w:val="20"/>
        </w:rPr>
        <w:t>Rješenje: GOSPODARENJE: tražim prvo mjesto, koristim druge, namećem se. SLUŽENJE: pomažem, slušam potrebu drugoga, dajem prednost, opraštam, činim dobro iz ljubavi. Isus pokazuje da prava veličina nije u vlasti nad drugima, nego u ljubavi koja služi.</w:t>
      </w:r>
    </w:p>
    <w:p w14:paraId="30043D4B" w14:textId="77777777" w:rsidR="006128E4" w:rsidRDefault="006128E4">
      <w:pPr>
        <w:spacing w:after="0" w:line="240" w:lineRule="auto"/>
        <w:jc w:val="both"/>
      </w:pPr>
    </w:p>
    <w:tbl>
      <w:tblPr>
        <w:tblStyle w:val="Reetkatablice"/>
        <w:tblW w:w="10658" w:type="dxa"/>
        <w:tblLook w:val="04A0" w:firstRow="1" w:lastRow="0" w:firstColumn="1" w:lastColumn="0" w:noHBand="0" w:noVBand="1"/>
      </w:tblPr>
      <w:tblGrid>
        <w:gridCol w:w="10658"/>
      </w:tblGrid>
      <w:tr w:rsidR="005A29C0" w14:paraId="48A19446" w14:textId="77777777">
        <w:tc>
          <w:tcPr>
            <w:tcW w:w="10681" w:type="dxa"/>
            <w:shd w:val="clear" w:color="auto" w:fill="F3F6FA"/>
            <w:tcMar>
              <w:top w:w="60" w:type="dxa"/>
              <w:left w:w="85" w:type="dxa"/>
              <w:bottom w:w="60" w:type="dxa"/>
              <w:right w:w="85" w:type="dxa"/>
            </w:tcMar>
            <w:vAlign w:val="center"/>
          </w:tcPr>
          <w:p w14:paraId="6ACFCAC6" w14:textId="77777777" w:rsidR="005A29C0" w:rsidRDefault="007553B4">
            <w:pPr>
              <w:shd w:val="clear" w:color="auto" w:fill="46437E"/>
              <w:spacing w:after="100"/>
              <w:jc w:val="center"/>
            </w:pPr>
            <w:r>
              <w:rPr>
                <w:b/>
                <w:color w:val="FFFFFF"/>
                <w:sz w:val="40"/>
              </w:rPr>
              <w:t xml:space="preserve">SLUŽENJE – PORUKA IZ UDŽBENIKA </w:t>
            </w:r>
            <w:r>
              <w:rPr>
                <w:b/>
                <w:color w:val="FFFFFF"/>
                <w:sz w:val="20"/>
              </w:rPr>
              <w:t>– str. 51</w:t>
            </w:r>
          </w:p>
          <w:p w14:paraId="0F1A9D33" w14:textId="77777777" w:rsidR="005A29C0" w:rsidRDefault="007553B4">
            <w:pPr>
              <w:spacing w:before="60" w:after="40" w:line="240" w:lineRule="auto"/>
              <w:jc w:val="both"/>
              <w:rPr>
                <w:color w:val="000000"/>
                <w:sz w:val="40"/>
              </w:rPr>
            </w:pPr>
            <w:r>
              <w:rPr>
                <w:color w:val="000000"/>
                <w:sz w:val="40"/>
              </w:rPr>
              <w:t>Isus nam primjerom daje snažnu poruku. On služi. Suvremeni svijet prezire služenje. No, čim se to više bježi od služenja biva ovisniji o mnogočemu. Isus nas poziva da služimo kod kuće, u učionici, u crkvi, na igralištu, svugdje. Ne služiti radi služenja, već iz ljubavi. Zato dopusti da drugi bude u pravu, pusti drugoga ispred sebe, pitaj bližnjega ima li kakvu potrebu i pomozi konkretno, oprosti mu i budi milosrdan. Ovo je veliki evanđeoski izazov za nas, hoćemo li ga prihvatiti? Isus nam daje primjer. Mi vjerujemo Isusu i činit ćemo tako.</w:t>
            </w:r>
          </w:p>
          <w:p w14:paraId="1E9F2EB6" w14:textId="77777777" w:rsidR="00923DF8" w:rsidRDefault="00923DF8" w:rsidP="00923DF8"/>
          <w:p w14:paraId="54EAB9F9" w14:textId="44145457" w:rsidR="00923DF8" w:rsidRDefault="00923DF8" w:rsidP="00923DF8">
            <w:pPr>
              <w:shd w:val="clear" w:color="auto" w:fill="46437E"/>
              <w:spacing w:after="100"/>
              <w:jc w:val="center"/>
            </w:pPr>
            <w:r w:rsidRPr="00923DF8">
              <w:rPr>
                <w:b/>
                <w:color w:val="FFFFFF"/>
                <w:sz w:val="40"/>
              </w:rPr>
              <w:t>VISARION GRIGORJEVIČ BJELINSKI</w:t>
            </w:r>
          </w:p>
          <w:p w14:paraId="40A30272" w14:textId="45D854CD" w:rsidR="00923DF8" w:rsidRDefault="00923DF8">
            <w:pPr>
              <w:spacing w:before="60" w:after="40" w:line="240" w:lineRule="auto"/>
              <w:jc w:val="both"/>
            </w:pPr>
            <w:r w:rsidRPr="00923DF8">
              <w:rPr>
                <w:color w:val="000000"/>
                <w:sz w:val="40"/>
              </w:rPr>
              <w:t>„Prije samoljublja od svih je ljudskih strasti najznačajnija i najokrutnija – vlastoljublje.“</w:t>
            </w:r>
          </w:p>
        </w:tc>
      </w:tr>
    </w:tbl>
    <w:p w14:paraId="5AAEDF28" w14:textId="77777777" w:rsidR="006128E4" w:rsidRDefault="006128E4">
      <w:pPr>
        <w:spacing w:after="0" w:line="240" w:lineRule="auto"/>
        <w:jc w:val="both"/>
        <w:rPr>
          <w:i/>
          <w:color w:val="6B6B6B"/>
          <w:sz w:val="20"/>
        </w:rPr>
      </w:pPr>
    </w:p>
    <w:p w14:paraId="709C8783" w14:textId="7E15D7AE" w:rsidR="006128E4" w:rsidRDefault="006128E4" w:rsidP="006128E4">
      <w:pPr>
        <w:spacing w:before="100" w:after="0" w:line="240" w:lineRule="auto"/>
      </w:pPr>
      <w:r>
        <w:rPr>
          <w:color w:val="000000"/>
        </w:rPr>
        <w:t>Radni predložak:</w:t>
      </w:r>
    </w:p>
    <w:tbl>
      <w:tblPr>
        <w:tblStyle w:val="Reetkatablice"/>
        <w:tblW w:w="10658" w:type="dxa"/>
        <w:tblLook w:val="04A0" w:firstRow="1" w:lastRow="0" w:firstColumn="1" w:lastColumn="0" w:noHBand="0" w:noVBand="1"/>
      </w:tblPr>
      <w:tblGrid>
        <w:gridCol w:w="5338"/>
        <w:gridCol w:w="5320"/>
      </w:tblGrid>
      <w:tr w:rsidR="005A29C0" w14:paraId="1CEC9E45" w14:textId="77777777" w:rsidTr="00923DF8">
        <w:tc>
          <w:tcPr>
            <w:tcW w:w="5338" w:type="dxa"/>
            <w:shd w:val="clear" w:color="auto" w:fill="C55A11"/>
            <w:tcMar>
              <w:top w:w="70" w:type="dxa"/>
              <w:left w:w="80" w:type="dxa"/>
              <w:bottom w:w="70" w:type="dxa"/>
              <w:right w:w="80" w:type="dxa"/>
            </w:tcMar>
            <w:vAlign w:val="center"/>
          </w:tcPr>
          <w:p w14:paraId="7EAB992B" w14:textId="77777777" w:rsidR="005A29C0" w:rsidRDefault="007553B4">
            <w:pPr>
              <w:spacing w:after="0"/>
              <w:jc w:val="center"/>
            </w:pPr>
            <w:r>
              <w:rPr>
                <w:b/>
                <w:color w:val="FFFFFF"/>
                <w:sz w:val="40"/>
              </w:rPr>
              <w:t>GOSPODARENJE</w:t>
            </w:r>
          </w:p>
        </w:tc>
        <w:tc>
          <w:tcPr>
            <w:tcW w:w="5320" w:type="dxa"/>
            <w:shd w:val="clear" w:color="auto" w:fill="70AD47"/>
            <w:tcMar>
              <w:top w:w="70" w:type="dxa"/>
              <w:left w:w="80" w:type="dxa"/>
              <w:bottom w:w="70" w:type="dxa"/>
              <w:right w:w="80" w:type="dxa"/>
            </w:tcMar>
            <w:vAlign w:val="center"/>
          </w:tcPr>
          <w:p w14:paraId="181FF452" w14:textId="77777777" w:rsidR="005A29C0" w:rsidRDefault="007553B4">
            <w:pPr>
              <w:spacing w:after="0"/>
              <w:jc w:val="center"/>
            </w:pPr>
            <w:r>
              <w:rPr>
                <w:b/>
                <w:color w:val="FFFFFF"/>
                <w:sz w:val="40"/>
              </w:rPr>
              <w:t>SLUŽENJE</w:t>
            </w:r>
          </w:p>
        </w:tc>
      </w:tr>
      <w:tr w:rsidR="00923DF8" w14:paraId="5BE8F9D1" w14:textId="77777777" w:rsidTr="00923DF8">
        <w:tc>
          <w:tcPr>
            <w:tcW w:w="5338" w:type="dxa"/>
            <w:tcMar>
              <w:top w:w="80" w:type="dxa"/>
              <w:left w:w="70" w:type="dxa"/>
              <w:bottom w:w="80" w:type="dxa"/>
              <w:right w:w="70" w:type="dxa"/>
            </w:tcMar>
            <w:vAlign w:val="center"/>
          </w:tcPr>
          <w:p w14:paraId="3C80848C" w14:textId="48AEF5B5" w:rsidR="00923DF8" w:rsidRDefault="00923DF8" w:rsidP="00212B01">
            <w:pPr>
              <w:spacing w:before="240" w:after="0"/>
              <w:jc w:val="center"/>
            </w:pPr>
            <w:r>
              <w:rPr>
                <w:color w:val="000000"/>
                <w:sz w:val="24"/>
              </w:rPr>
              <w:t>__________________________________________</w:t>
            </w:r>
          </w:p>
        </w:tc>
        <w:tc>
          <w:tcPr>
            <w:tcW w:w="5320" w:type="dxa"/>
            <w:tcMar>
              <w:top w:w="80" w:type="dxa"/>
              <w:left w:w="70" w:type="dxa"/>
              <w:bottom w:w="80" w:type="dxa"/>
              <w:right w:w="70" w:type="dxa"/>
            </w:tcMar>
            <w:vAlign w:val="center"/>
          </w:tcPr>
          <w:p w14:paraId="2969D3A4" w14:textId="4CC4354E" w:rsidR="00923DF8" w:rsidRDefault="00923DF8" w:rsidP="00212B01">
            <w:pPr>
              <w:spacing w:before="240" w:after="0"/>
              <w:jc w:val="center"/>
            </w:pPr>
            <w:r>
              <w:rPr>
                <w:color w:val="000000"/>
                <w:sz w:val="24"/>
              </w:rPr>
              <w:t>__________________________________________</w:t>
            </w:r>
          </w:p>
        </w:tc>
      </w:tr>
      <w:tr w:rsidR="00923DF8" w14:paraId="7F0C01B4" w14:textId="77777777" w:rsidTr="00A55F09">
        <w:tc>
          <w:tcPr>
            <w:tcW w:w="5338" w:type="dxa"/>
            <w:shd w:val="clear" w:color="auto" w:fill="F5F5F5"/>
            <w:tcMar>
              <w:top w:w="80" w:type="dxa"/>
              <w:left w:w="70" w:type="dxa"/>
              <w:bottom w:w="80" w:type="dxa"/>
              <w:right w:w="70" w:type="dxa"/>
            </w:tcMar>
            <w:vAlign w:val="center"/>
          </w:tcPr>
          <w:p w14:paraId="13C4AC75" w14:textId="6F73E42A" w:rsidR="00923DF8" w:rsidRDefault="00923DF8" w:rsidP="00212B01">
            <w:pPr>
              <w:spacing w:before="240" w:after="0"/>
              <w:jc w:val="center"/>
            </w:pPr>
            <w:r>
              <w:rPr>
                <w:color w:val="000000"/>
                <w:sz w:val="24"/>
              </w:rPr>
              <w:t>__________________________________________</w:t>
            </w:r>
          </w:p>
        </w:tc>
        <w:tc>
          <w:tcPr>
            <w:tcW w:w="5320" w:type="dxa"/>
            <w:shd w:val="clear" w:color="auto" w:fill="F5F5F5"/>
            <w:tcMar>
              <w:top w:w="80" w:type="dxa"/>
              <w:left w:w="70" w:type="dxa"/>
              <w:bottom w:w="80" w:type="dxa"/>
              <w:right w:w="70" w:type="dxa"/>
            </w:tcMar>
            <w:vAlign w:val="center"/>
          </w:tcPr>
          <w:p w14:paraId="7B18BCB2" w14:textId="4326F4D7" w:rsidR="00923DF8" w:rsidRDefault="00923DF8" w:rsidP="00212B01">
            <w:pPr>
              <w:spacing w:before="240" w:after="0"/>
              <w:jc w:val="center"/>
            </w:pPr>
            <w:r>
              <w:rPr>
                <w:color w:val="000000"/>
                <w:sz w:val="24"/>
              </w:rPr>
              <w:t>__________________________________________</w:t>
            </w:r>
          </w:p>
        </w:tc>
      </w:tr>
      <w:tr w:rsidR="00923DF8" w14:paraId="2646C9A0" w14:textId="77777777" w:rsidTr="00923DF8">
        <w:tc>
          <w:tcPr>
            <w:tcW w:w="5338" w:type="dxa"/>
            <w:tcMar>
              <w:top w:w="80" w:type="dxa"/>
              <w:left w:w="70" w:type="dxa"/>
              <w:bottom w:w="80" w:type="dxa"/>
              <w:right w:w="70" w:type="dxa"/>
            </w:tcMar>
            <w:vAlign w:val="center"/>
          </w:tcPr>
          <w:p w14:paraId="0AAA5F23" w14:textId="782AEAED" w:rsidR="00923DF8" w:rsidRDefault="00923DF8" w:rsidP="00212B01">
            <w:pPr>
              <w:spacing w:before="240" w:after="0"/>
              <w:jc w:val="center"/>
            </w:pPr>
            <w:r>
              <w:rPr>
                <w:color w:val="000000"/>
                <w:sz w:val="24"/>
              </w:rPr>
              <w:t>__________________________________________</w:t>
            </w:r>
          </w:p>
        </w:tc>
        <w:tc>
          <w:tcPr>
            <w:tcW w:w="5320" w:type="dxa"/>
            <w:tcMar>
              <w:top w:w="80" w:type="dxa"/>
              <w:left w:w="70" w:type="dxa"/>
              <w:bottom w:w="80" w:type="dxa"/>
              <w:right w:w="70" w:type="dxa"/>
            </w:tcMar>
            <w:vAlign w:val="center"/>
          </w:tcPr>
          <w:p w14:paraId="45108839" w14:textId="31CA425B" w:rsidR="00923DF8" w:rsidRDefault="00923DF8" w:rsidP="00212B01">
            <w:pPr>
              <w:spacing w:before="240" w:after="0"/>
              <w:jc w:val="center"/>
            </w:pPr>
            <w:r>
              <w:rPr>
                <w:color w:val="000000"/>
                <w:sz w:val="24"/>
              </w:rPr>
              <w:t>__________________________________________</w:t>
            </w:r>
          </w:p>
        </w:tc>
      </w:tr>
    </w:tbl>
    <w:p w14:paraId="39F35E3B" w14:textId="77777777" w:rsidR="003752CD" w:rsidRDefault="003752CD">
      <w:pPr>
        <w:spacing w:before="100" w:after="40" w:line="240" w:lineRule="auto"/>
        <w:rPr>
          <w:b/>
          <w:color w:val="C96A00"/>
          <w:sz w:val="26"/>
        </w:rPr>
      </w:pPr>
    </w:p>
    <w:p w14:paraId="04B1CD94" w14:textId="00D9ADF6" w:rsidR="005A29C0" w:rsidRDefault="007553B4">
      <w:pPr>
        <w:spacing w:before="100" w:after="40" w:line="240" w:lineRule="auto"/>
      </w:pPr>
      <w:r>
        <w:rPr>
          <w:b/>
          <w:color w:val="C96A00"/>
          <w:sz w:val="26"/>
        </w:rPr>
        <w:t>Aktivnost 7: Nova zapovijed – kako se prepoznaje Isusov učenik?</w:t>
      </w:r>
      <w:r>
        <w:rPr>
          <w:i/>
          <w:color w:val="6B6B6B"/>
          <w:sz w:val="20"/>
        </w:rPr>
        <w:t xml:space="preserve"> (individualni rad i razgovor, 6 minuta)</w:t>
      </w:r>
    </w:p>
    <w:p w14:paraId="34286110" w14:textId="1799BD14" w:rsidR="005A29C0" w:rsidRDefault="007553B4">
      <w:pPr>
        <w:spacing w:after="0" w:line="240" w:lineRule="auto"/>
        <w:jc w:val="both"/>
      </w:pPr>
      <w:r>
        <w:rPr>
          <w:color w:val="000000"/>
        </w:rPr>
        <w:t xml:space="preserve">Učenici će pročitati Isusovu novu zapovijed iz udžbenika. U tekstu </w:t>
      </w:r>
      <w:r w:rsidR="00A55F09">
        <w:rPr>
          <w:color w:val="000000"/>
        </w:rPr>
        <w:t>uočavaj</w:t>
      </w:r>
      <w:r>
        <w:rPr>
          <w:color w:val="000000"/>
        </w:rPr>
        <w:t xml:space="preserve">u riječ koja se ponavlja, </w:t>
      </w:r>
      <w:r w:rsidR="00A55F09">
        <w:rPr>
          <w:color w:val="000000"/>
        </w:rPr>
        <w:t>izdvaja</w:t>
      </w:r>
      <w:r>
        <w:rPr>
          <w:color w:val="000000"/>
        </w:rPr>
        <w:t>ju mjerilo ljubavi i u jednoj rečenici odgovaraju po čemu se prema Isusu prepoznaje njegov učenik.</w:t>
      </w:r>
    </w:p>
    <w:p w14:paraId="0C20626E" w14:textId="77777777" w:rsidR="005A29C0" w:rsidRDefault="007553B4">
      <w:pPr>
        <w:spacing w:after="0" w:line="240" w:lineRule="auto"/>
        <w:jc w:val="both"/>
        <w:rPr>
          <w:i/>
          <w:color w:val="6B6B6B"/>
          <w:sz w:val="20"/>
        </w:rPr>
      </w:pPr>
      <w:r>
        <w:rPr>
          <w:i/>
          <w:color w:val="6B6B6B"/>
          <w:sz w:val="20"/>
        </w:rPr>
        <w:t>Rješenje: Ponavlja se riječ „ljubite / ljubavi“. Mjerilo je: „kao što sam ja ljubio vas“. Isusov učenik prepoznaje se po stvarnoj ljubavi prema drugima.</w:t>
      </w:r>
    </w:p>
    <w:p w14:paraId="4A07AC9A" w14:textId="77777777" w:rsidR="006128E4" w:rsidRDefault="006128E4">
      <w:pPr>
        <w:spacing w:after="0" w:line="240" w:lineRule="auto"/>
        <w:jc w:val="both"/>
      </w:pPr>
    </w:p>
    <w:tbl>
      <w:tblPr>
        <w:tblStyle w:val="Reetkatablice"/>
        <w:tblW w:w="10658" w:type="dxa"/>
        <w:tblLook w:val="04A0" w:firstRow="1" w:lastRow="0" w:firstColumn="1" w:lastColumn="0" w:noHBand="0" w:noVBand="1"/>
      </w:tblPr>
      <w:tblGrid>
        <w:gridCol w:w="10658"/>
      </w:tblGrid>
      <w:tr w:rsidR="005A29C0" w14:paraId="03817BE6" w14:textId="77777777">
        <w:tc>
          <w:tcPr>
            <w:tcW w:w="10681" w:type="dxa"/>
            <w:shd w:val="clear" w:color="auto" w:fill="F3F6FA"/>
            <w:tcMar>
              <w:top w:w="60" w:type="dxa"/>
              <w:left w:w="85" w:type="dxa"/>
              <w:bottom w:w="60" w:type="dxa"/>
              <w:right w:w="85" w:type="dxa"/>
            </w:tcMar>
            <w:vAlign w:val="center"/>
          </w:tcPr>
          <w:p w14:paraId="516CD19A" w14:textId="77777777" w:rsidR="005A29C0" w:rsidRDefault="007553B4">
            <w:pPr>
              <w:shd w:val="clear" w:color="auto" w:fill="46437E"/>
              <w:spacing w:after="100"/>
              <w:jc w:val="center"/>
            </w:pPr>
            <w:r>
              <w:rPr>
                <w:b/>
                <w:color w:val="FFFFFF"/>
                <w:sz w:val="40"/>
              </w:rPr>
              <w:t xml:space="preserve">NOVA ZAPOVIJED </w:t>
            </w:r>
            <w:r>
              <w:rPr>
                <w:b/>
                <w:color w:val="FFFFFF"/>
                <w:sz w:val="20"/>
              </w:rPr>
              <w:t>– Iv 13,34–35</w:t>
            </w:r>
          </w:p>
          <w:p w14:paraId="56B1F143" w14:textId="77777777" w:rsidR="005A29C0" w:rsidRDefault="007553B4">
            <w:pPr>
              <w:spacing w:before="60" w:after="40" w:line="240" w:lineRule="auto"/>
              <w:jc w:val="both"/>
            </w:pPr>
            <w:r>
              <w:rPr>
                <w:color w:val="000000"/>
                <w:sz w:val="40"/>
              </w:rPr>
              <w:t>»Zapovijed vam novu dajem: ljubite jedni druge; kao što sam ja ljubio vas tako i vi ljubite jedni druge. Po ovom će svi znati da ste moji učenici: ako budete imali ljubavi jedni za druge.«</w:t>
            </w:r>
          </w:p>
        </w:tc>
      </w:tr>
    </w:tbl>
    <w:p w14:paraId="197AD0E4" w14:textId="77777777" w:rsidR="005A29C0" w:rsidRDefault="007553B4">
      <w:pPr>
        <w:spacing w:before="100" w:after="0" w:line="240" w:lineRule="auto"/>
      </w:pPr>
      <w:r>
        <w:rPr>
          <w:color w:val="1F4E79"/>
          <w:sz w:val="40"/>
        </w:rPr>
        <w:t>Po ovom će svi znati da sam Isusov učenik ako…</w:t>
      </w:r>
    </w:p>
    <w:p w14:paraId="50AB2E7E" w14:textId="77777777" w:rsidR="005A29C0" w:rsidRDefault="007553B4">
      <w:pPr>
        <w:spacing w:before="100" w:after="40" w:line="240" w:lineRule="auto"/>
      </w:pPr>
      <w:r>
        <w:rPr>
          <w:b/>
          <w:color w:val="C96A00"/>
          <w:sz w:val="26"/>
        </w:rPr>
        <w:t>Aktivnost 8: Tri velika dara i zadaće Posljednje večere</w:t>
      </w:r>
      <w:r>
        <w:rPr>
          <w:i/>
          <w:color w:val="6B6B6B"/>
          <w:sz w:val="20"/>
        </w:rPr>
        <w:t xml:space="preserve"> (rad u skupinama, 7 minuta)</w:t>
      </w:r>
    </w:p>
    <w:p w14:paraId="52238505" w14:textId="284B94AB" w:rsidR="005A29C0" w:rsidRDefault="00A55F09">
      <w:pPr>
        <w:spacing w:after="0" w:line="240" w:lineRule="auto"/>
        <w:jc w:val="both"/>
      </w:pPr>
      <w:r>
        <w:rPr>
          <w:color w:val="000000"/>
        </w:rPr>
        <w:t>Učenici t</w:t>
      </w:r>
      <w:r w:rsidR="007553B4">
        <w:rPr>
          <w:color w:val="000000"/>
        </w:rPr>
        <w:t>rebaju povezati svaki dar s pripadajućim simbolom i odgovorom učenika: EUHARISTIJA – SVEĆENIČKI RED – BRATSKA LJUBAV I SLUŽENJE. Nakon slaganja svaka skupina jednom rečenicom objašnjava zašto Posljednja večera nije samo oproštajni obrok.</w:t>
      </w:r>
    </w:p>
    <w:p w14:paraId="37B2E436" w14:textId="77777777" w:rsidR="005A29C0" w:rsidRDefault="007553B4">
      <w:pPr>
        <w:spacing w:after="0" w:line="240" w:lineRule="auto"/>
        <w:jc w:val="both"/>
        <w:rPr>
          <w:i/>
          <w:color w:val="6B6B6B"/>
          <w:sz w:val="20"/>
        </w:rPr>
      </w:pPr>
      <w:r>
        <w:rPr>
          <w:i/>
          <w:color w:val="6B6B6B"/>
          <w:sz w:val="20"/>
        </w:rPr>
        <w:t>Rješenje: 1. Ustanovljenje Euharistije – kruh i čaša – slaviti i primati Kristov dar; 2. ustanovljenje svećeničkoga reda – služenje Crkvi i Euharistiji; 3. zapovijed o bratskoj ljubavi i služenju – ljubiti i konkretno služiti drugima. Posljednja večera učenicima ostavlja trajne darove i zadaće.</w:t>
      </w:r>
    </w:p>
    <w:p w14:paraId="695CC1B7" w14:textId="77777777" w:rsidR="006128E4" w:rsidRDefault="006128E4">
      <w:pPr>
        <w:spacing w:after="0" w:line="240" w:lineRule="auto"/>
        <w:jc w:val="both"/>
        <w:rPr>
          <w:i/>
          <w:color w:val="6B6B6B"/>
          <w:sz w:val="20"/>
        </w:rPr>
      </w:pPr>
    </w:p>
    <w:p w14:paraId="2C0F31AC" w14:textId="1602DB2B" w:rsidR="006128E4" w:rsidRDefault="006128E4" w:rsidP="006128E4">
      <w:pPr>
        <w:spacing w:before="100" w:after="0" w:line="240" w:lineRule="auto"/>
      </w:pPr>
      <w:r>
        <w:rPr>
          <w:color w:val="000000"/>
        </w:rPr>
        <w:t>Radni predložak:</w:t>
      </w:r>
    </w:p>
    <w:tbl>
      <w:tblPr>
        <w:tblStyle w:val="Reetkatablice"/>
        <w:tblW w:w="10658" w:type="dxa"/>
        <w:tblLook w:val="04A0" w:firstRow="1" w:lastRow="0" w:firstColumn="1" w:lastColumn="0" w:noHBand="0" w:noVBand="1"/>
      </w:tblPr>
      <w:tblGrid>
        <w:gridCol w:w="3550"/>
        <w:gridCol w:w="3559"/>
        <w:gridCol w:w="3549"/>
      </w:tblGrid>
      <w:tr w:rsidR="005A29C0" w14:paraId="44C72045" w14:textId="77777777" w:rsidTr="00A55F09">
        <w:tc>
          <w:tcPr>
            <w:tcW w:w="3550" w:type="dxa"/>
            <w:shd w:val="clear" w:color="auto" w:fill="4472C4"/>
            <w:tcMar>
              <w:top w:w="70" w:type="dxa"/>
              <w:left w:w="80" w:type="dxa"/>
              <w:bottom w:w="70" w:type="dxa"/>
              <w:right w:w="80" w:type="dxa"/>
            </w:tcMar>
            <w:vAlign w:val="center"/>
          </w:tcPr>
          <w:p w14:paraId="64E9CBD3" w14:textId="77777777" w:rsidR="005A29C0" w:rsidRDefault="007553B4">
            <w:pPr>
              <w:spacing w:after="0"/>
              <w:jc w:val="center"/>
            </w:pPr>
            <w:r>
              <w:rPr>
                <w:b/>
                <w:color w:val="FFFFFF"/>
                <w:sz w:val="40"/>
              </w:rPr>
              <w:t>DAR / ZADAĆA</w:t>
            </w:r>
          </w:p>
        </w:tc>
        <w:tc>
          <w:tcPr>
            <w:tcW w:w="3559" w:type="dxa"/>
            <w:shd w:val="clear" w:color="auto" w:fill="D9A300"/>
            <w:tcMar>
              <w:top w:w="70" w:type="dxa"/>
              <w:left w:w="80" w:type="dxa"/>
              <w:bottom w:w="70" w:type="dxa"/>
              <w:right w:w="80" w:type="dxa"/>
            </w:tcMar>
            <w:vAlign w:val="center"/>
          </w:tcPr>
          <w:p w14:paraId="783D402E" w14:textId="77777777" w:rsidR="005A29C0" w:rsidRDefault="007553B4">
            <w:pPr>
              <w:spacing w:after="0"/>
              <w:jc w:val="center"/>
            </w:pPr>
            <w:r>
              <w:rPr>
                <w:b/>
                <w:color w:val="FFFFFF"/>
                <w:sz w:val="40"/>
              </w:rPr>
              <w:t>SIMBOL</w:t>
            </w:r>
          </w:p>
        </w:tc>
        <w:tc>
          <w:tcPr>
            <w:tcW w:w="3549" w:type="dxa"/>
            <w:shd w:val="clear" w:color="auto" w:fill="70AD47"/>
            <w:tcMar>
              <w:top w:w="70" w:type="dxa"/>
              <w:left w:w="80" w:type="dxa"/>
              <w:bottom w:w="70" w:type="dxa"/>
              <w:right w:w="80" w:type="dxa"/>
            </w:tcMar>
            <w:vAlign w:val="center"/>
          </w:tcPr>
          <w:p w14:paraId="60D41F71" w14:textId="77777777" w:rsidR="005A29C0" w:rsidRDefault="007553B4">
            <w:pPr>
              <w:spacing w:after="0"/>
              <w:jc w:val="center"/>
            </w:pPr>
            <w:r>
              <w:rPr>
                <w:b/>
                <w:color w:val="FFFFFF"/>
                <w:sz w:val="40"/>
              </w:rPr>
              <w:t>MOJ ODGOVOR</w:t>
            </w:r>
          </w:p>
        </w:tc>
      </w:tr>
      <w:tr w:rsidR="00A55F09" w14:paraId="36029435" w14:textId="77777777" w:rsidTr="00A55F09">
        <w:tc>
          <w:tcPr>
            <w:tcW w:w="3550" w:type="dxa"/>
            <w:tcMar>
              <w:top w:w="80" w:type="dxa"/>
              <w:left w:w="70" w:type="dxa"/>
              <w:bottom w:w="80" w:type="dxa"/>
              <w:right w:w="70" w:type="dxa"/>
            </w:tcMar>
            <w:vAlign w:val="center"/>
          </w:tcPr>
          <w:p w14:paraId="262DD853" w14:textId="77777777" w:rsidR="00A55F09" w:rsidRDefault="00A55F09" w:rsidP="00A55F09">
            <w:pPr>
              <w:spacing w:after="0"/>
            </w:pPr>
            <w:r>
              <w:rPr>
                <w:color w:val="000000"/>
                <w:sz w:val="40"/>
              </w:rPr>
              <w:t>EUHARISTIJA</w:t>
            </w:r>
          </w:p>
        </w:tc>
        <w:tc>
          <w:tcPr>
            <w:tcW w:w="3559" w:type="dxa"/>
            <w:tcMar>
              <w:top w:w="80" w:type="dxa"/>
              <w:left w:w="70" w:type="dxa"/>
              <w:bottom w:w="80" w:type="dxa"/>
              <w:right w:w="70" w:type="dxa"/>
            </w:tcMar>
            <w:vAlign w:val="center"/>
          </w:tcPr>
          <w:p w14:paraId="47D0B926" w14:textId="7FD7E8ED" w:rsidR="00A55F09" w:rsidRDefault="00A55F09" w:rsidP="00A55F09">
            <w:pPr>
              <w:spacing w:after="0"/>
              <w:jc w:val="center"/>
            </w:pPr>
            <w:r>
              <w:rPr>
                <w:color w:val="000000"/>
                <w:sz w:val="24"/>
              </w:rPr>
              <w:t>___________________________</w:t>
            </w:r>
          </w:p>
        </w:tc>
        <w:tc>
          <w:tcPr>
            <w:tcW w:w="3549" w:type="dxa"/>
            <w:tcMar>
              <w:top w:w="80" w:type="dxa"/>
              <w:left w:w="70" w:type="dxa"/>
              <w:bottom w:w="80" w:type="dxa"/>
              <w:right w:w="70" w:type="dxa"/>
            </w:tcMar>
            <w:vAlign w:val="center"/>
          </w:tcPr>
          <w:p w14:paraId="2D5BCE35" w14:textId="1603F8DF" w:rsidR="00A55F09" w:rsidRDefault="00A55F09" w:rsidP="00A55F09">
            <w:pPr>
              <w:spacing w:after="0"/>
              <w:jc w:val="center"/>
            </w:pPr>
            <w:r>
              <w:rPr>
                <w:color w:val="000000"/>
                <w:sz w:val="24"/>
              </w:rPr>
              <w:t>___________________________</w:t>
            </w:r>
          </w:p>
        </w:tc>
      </w:tr>
      <w:tr w:rsidR="00A55F09" w14:paraId="4239C7D3" w14:textId="77777777" w:rsidTr="00A55F09">
        <w:tc>
          <w:tcPr>
            <w:tcW w:w="3550" w:type="dxa"/>
            <w:shd w:val="clear" w:color="auto" w:fill="F5F5F5"/>
            <w:tcMar>
              <w:top w:w="80" w:type="dxa"/>
              <w:left w:w="70" w:type="dxa"/>
              <w:bottom w:w="80" w:type="dxa"/>
              <w:right w:w="70" w:type="dxa"/>
            </w:tcMar>
            <w:vAlign w:val="center"/>
          </w:tcPr>
          <w:p w14:paraId="1BFC7DA3" w14:textId="77777777" w:rsidR="00A55F09" w:rsidRDefault="00A55F09" w:rsidP="00A55F09">
            <w:pPr>
              <w:spacing w:after="0"/>
            </w:pPr>
            <w:r>
              <w:rPr>
                <w:color w:val="000000"/>
                <w:sz w:val="40"/>
              </w:rPr>
              <w:t>SVEĆENIČKI RED</w:t>
            </w:r>
          </w:p>
        </w:tc>
        <w:tc>
          <w:tcPr>
            <w:tcW w:w="3559" w:type="dxa"/>
            <w:shd w:val="clear" w:color="auto" w:fill="F5F5F5"/>
            <w:tcMar>
              <w:top w:w="80" w:type="dxa"/>
              <w:left w:w="70" w:type="dxa"/>
              <w:bottom w:w="80" w:type="dxa"/>
              <w:right w:w="70" w:type="dxa"/>
            </w:tcMar>
            <w:vAlign w:val="center"/>
          </w:tcPr>
          <w:p w14:paraId="406C9B86" w14:textId="0E0398F6" w:rsidR="00A55F09" w:rsidRDefault="00A55F09" w:rsidP="00A55F09">
            <w:pPr>
              <w:spacing w:after="0"/>
              <w:jc w:val="center"/>
            </w:pPr>
            <w:r>
              <w:rPr>
                <w:color w:val="000000"/>
                <w:sz w:val="24"/>
              </w:rPr>
              <w:t>___________________________</w:t>
            </w:r>
          </w:p>
        </w:tc>
        <w:tc>
          <w:tcPr>
            <w:tcW w:w="3549" w:type="dxa"/>
            <w:shd w:val="clear" w:color="auto" w:fill="F5F5F5"/>
            <w:tcMar>
              <w:top w:w="80" w:type="dxa"/>
              <w:left w:w="70" w:type="dxa"/>
              <w:bottom w:w="80" w:type="dxa"/>
              <w:right w:w="70" w:type="dxa"/>
            </w:tcMar>
            <w:vAlign w:val="center"/>
          </w:tcPr>
          <w:p w14:paraId="21973E32" w14:textId="16641EBA" w:rsidR="00A55F09" w:rsidRDefault="00A55F09" w:rsidP="00A55F09">
            <w:pPr>
              <w:spacing w:after="0"/>
              <w:jc w:val="center"/>
            </w:pPr>
            <w:r>
              <w:rPr>
                <w:color w:val="000000"/>
                <w:sz w:val="24"/>
              </w:rPr>
              <w:t>___________________________</w:t>
            </w:r>
          </w:p>
        </w:tc>
      </w:tr>
      <w:tr w:rsidR="00A55F09" w14:paraId="288BEF4B" w14:textId="77777777" w:rsidTr="00A55F09">
        <w:tc>
          <w:tcPr>
            <w:tcW w:w="3550" w:type="dxa"/>
            <w:tcMar>
              <w:top w:w="80" w:type="dxa"/>
              <w:left w:w="70" w:type="dxa"/>
              <w:bottom w:w="80" w:type="dxa"/>
              <w:right w:w="70" w:type="dxa"/>
            </w:tcMar>
            <w:vAlign w:val="center"/>
          </w:tcPr>
          <w:p w14:paraId="3DB3C451" w14:textId="77777777" w:rsidR="00A55F09" w:rsidRDefault="00A55F09" w:rsidP="00A55F09">
            <w:pPr>
              <w:spacing w:after="0"/>
            </w:pPr>
            <w:r>
              <w:rPr>
                <w:color w:val="000000"/>
                <w:sz w:val="40"/>
              </w:rPr>
              <w:t>BRATSKA LJUBAV I SLUŽENJE</w:t>
            </w:r>
          </w:p>
        </w:tc>
        <w:tc>
          <w:tcPr>
            <w:tcW w:w="3559" w:type="dxa"/>
            <w:tcMar>
              <w:top w:w="80" w:type="dxa"/>
              <w:left w:w="70" w:type="dxa"/>
              <w:bottom w:w="80" w:type="dxa"/>
              <w:right w:w="70" w:type="dxa"/>
            </w:tcMar>
            <w:vAlign w:val="center"/>
          </w:tcPr>
          <w:p w14:paraId="347F2906" w14:textId="696D630F" w:rsidR="00A55F09" w:rsidRDefault="00A55F09" w:rsidP="00A55F09">
            <w:pPr>
              <w:spacing w:after="0"/>
              <w:jc w:val="center"/>
            </w:pPr>
            <w:r>
              <w:rPr>
                <w:color w:val="000000"/>
                <w:sz w:val="24"/>
              </w:rPr>
              <w:t>___________________________</w:t>
            </w:r>
          </w:p>
        </w:tc>
        <w:tc>
          <w:tcPr>
            <w:tcW w:w="3549" w:type="dxa"/>
            <w:tcMar>
              <w:top w:w="80" w:type="dxa"/>
              <w:left w:w="70" w:type="dxa"/>
              <w:bottom w:w="80" w:type="dxa"/>
              <w:right w:w="70" w:type="dxa"/>
            </w:tcMar>
            <w:vAlign w:val="center"/>
          </w:tcPr>
          <w:p w14:paraId="0D559D9B" w14:textId="60316997" w:rsidR="00A55F09" w:rsidRDefault="00A55F09" w:rsidP="00A55F09">
            <w:pPr>
              <w:spacing w:after="0"/>
              <w:jc w:val="center"/>
            </w:pPr>
            <w:r>
              <w:rPr>
                <w:color w:val="000000"/>
                <w:sz w:val="24"/>
              </w:rPr>
              <w:t>___________________________</w:t>
            </w:r>
          </w:p>
        </w:tc>
      </w:tr>
    </w:tbl>
    <w:p w14:paraId="1B67DBA0" w14:textId="77777777" w:rsidR="005A29C0" w:rsidRDefault="007553B4">
      <w:pPr>
        <w:spacing w:before="100" w:after="40" w:line="240" w:lineRule="auto"/>
      </w:pPr>
      <w:r>
        <w:rPr>
          <w:b/>
          <w:color w:val="C96A00"/>
          <w:sz w:val="26"/>
        </w:rPr>
        <w:t>Aktivnost 9: Euharistija, Veliki četvrtak i Tijelovo – razjasni pojmove</w:t>
      </w:r>
      <w:r>
        <w:rPr>
          <w:i/>
          <w:color w:val="6B6B6B"/>
          <w:sz w:val="20"/>
        </w:rPr>
        <w:t xml:space="preserve"> (rad u paru, 6 minuta)</w:t>
      </w:r>
    </w:p>
    <w:p w14:paraId="7A61589F" w14:textId="77777777" w:rsidR="005A29C0" w:rsidRDefault="007553B4">
      <w:pPr>
        <w:spacing w:after="0" w:line="240" w:lineRule="auto"/>
        <w:jc w:val="both"/>
      </w:pPr>
      <w:r>
        <w:rPr>
          <w:color w:val="000000"/>
        </w:rPr>
        <w:t>Učenici će pročitati tri kratke definicije iz udžbenika i povezati pojam s objašnjenjem. Zatim u paru odgovaraju: što je sakrament, a što su blagdani povezani s Posljednjom večerom?</w:t>
      </w:r>
    </w:p>
    <w:p w14:paraId="0391C141" w14:textId="77777777" w:rsidR="005A29C0" w:rsidRDefault="007553B4">
      <w:pPr>
        <w:spacing w:after="0" w:line="240" w:lineRule="auto"/>
        <w:jc w:val="both"/>
        <w:rPr>
          <w:i/>
          <w:color w:val="6B6B6B"/>
          <w:sz w:val="20"/>
        </w:rPr>
      </w:pPr>
      <w:r>
        <w:rPr>
          <w:i/>
          <w:color w:val="6B6B6B"/>
          <w:sz w:val="20"/>
        </w:rPr>
        <w:t>Rješenje: EUHARISTIJA – sakrament i znak Kristove trajne prisutnosti pod prilikama kruha i vina; VELIKI ČETVRTAK – blagdan kojim se slavi spomen Isusove Posljednje večere; TIJELOVO – blagdan povezan s Euharistijom i njezinim ustanovljenjem na Posljednjoj večeri.</w:t>
      </w:r>
    </w:p>
    <w:p w14:paraId="15722696" w14:textId="77777777" w:rsidR="006128E4" w:rsidRDefault="006128E4">
      <w:pPr>
        <w:spacing w:after="0" w:line="240" w:lineRule="auto"/>
        <w:jc w:val="both"/>
        <w:rPr>
          <w:i/>
          <w:color w:val="6B6B6B"/>
          <w:sz w:val="20"/>
        </w:rPr>
      </w:pPr>
    </w:p>
    <w:p w14:paraId="2A01207A" w14:textId="3713BBD5" w:rsidR="006128E4" w:rsidRDefault="006128E4" w:rsidP="006128E4">
      <w:pPr>
        <w:spacing w:before="100" w:after="0" w:line="240" w:lineRule="auto"/>
      </w:pPr>
      <w:r>
        <w:rPr>
          <w:color w:val="000000"/>
        </w:rPr>
        <w:t>Radni predložak:</w:t>
      </w:r>
    </w:p>
    <w:tbl>
      <w:tblPr>
        <w:tblStyle w:val="Reetkatablice"/>
        <w:tblW w:w="10658" w:type="dxa"/>
        <w:tblLook w:val="04A0" w:firstRow="1" w:lastRow="0" w:firstColumn="1" w:lastColumn="0" w:noHBand="0" w:noVBand="1"/>
      </w:tblPr>
      <w:tblGrid>
        <w:gridCol w:w="5329"/>
        <w:gridCol w:w="5329"/>
      </w:tblGrid>
      <w:tr w:rsidR="005A29C0" w14:paraId="2853626E" w14:textId="77777777" w:rsidTr="00A55F09">
        <w:tc>
          <w:tcPr>
            <w:tcW w:w="5329" w:type="dxa"/>
            <w:shd w:val="clear" w:color="auto" w:fill="4472C4"/>
            <w:tcMar>
              <w:top w:w="70" w:type="dxa"/>
              <w:left w:w="80" w:type="dxa"/>
              <w:bottom w:w="70" w:type="dxa"/>
              <w:right w:w="80" w:type="dxa"/>
            </w:tcMar>
            <w:vAlign w:val="center"/>
          </w:tcPr>
          <w:p w14:paraId="09AF86E6" w14:textId="77777777" w:rsidR="005A29C0" w:rsidRDefault="007553B4">
            <w:pPr>
              <w:spacing w:after="0"/>
              <w:jc w:val="center"/>
            </w:pPr>
            <w:r>
              <w:rPr>
                <w:b/>
                <w:color w:val="FFFFFF"/>
                <w:sz w:val="40"/>
              </w:rPr>
              <w:t>POJAM</w:t>
            </w:r>
          </w:p>
        </w:tc>
        <w:tc>
          <w:tcPr>
            <w:tcW w:w="5329" w:type="dxa"/>
            <w:shd w:val="clear" w:color="auto" w:fill="70AD47"/>
            <w:tcMar>
              <w:top w:w="70" w:type="dxa"/>
              <w:left w:w="80" w:type="dxa"/>
              <w:bottom w:w="70" w:type="dxa"/>
              <w:right w:w="80" w:type="dxa"/>
            </w:tcMar>
            <w:vAlign w:val="center"/>
          </w:tcPr>
          <w:p w14:paraId="2DD6E672" w14:textId="769D0DE0" w:rsidR="005A29C0" w:rsidRDefault="007553B4">
            <w:pPr>
              <w:spacing w:after="0"/>
              <w:jc w:val="center"/>
            </w:pPr>
            <w:r>
              <w:rPr>
                <w:b/>
                <w:color w:val="FFFFFF"/>
                <w:sz w:val="40"/>
              </w:rPr>
              <w:t>OBJAŠNJENJE</w:t>
            </w:r>
          </w:p>
        </w:tc>
      </w:tr>
      <w:tr w:rsidR="005A29C0" w14:paraId="05844D48" w14:textId="77777777" w:rsidTr="00A55F09">
        <w:tc>
          <w:tcPr>
            <w:tcW w:w="5329" w:type="dxa"/>
            <w:tcMar>
              <w:top w:w="80" w:type="dxa"/>
              <w:left w:w="70" w:type="dxa"/>
              <w:bottom w:w="80" w:type="dxa"/>
              <w:right w:w="70" w:type="dxa"/>
            </w:tcMar>
            <w:vAlign w:val="center"/>
          </w:tcPr>
          <w:p w14:paraId="21F3E696" w14:textId="77777777" w:rsidR="005A29C0" w:rsidRDefault="007553B4" w:rsidP="00A55F09">
            <w:pPr>
              <w:spacing w:after="0"/>
            </w:pPr>
            <w:r>
              <w:rPr>
                <w:color w:val="000000"/>
                <w:sz w:val="40"/>
              </w:rPr>
              <w:t>EUHARISTIJA</w:t>
            </w:r>
          </w:p>
        </w:tc>
        <w:tc>
          <w:tcPr>
            <w:tcW w:w="5329" w:type="dxa"/>
            <w:tcMar>
              <w:top w:w="80" w:type="dxa"/>
              <w:left w:w="70" w:type="dxa"/>
              <w:bottom w:w="80" w:type="dxa"/>
              <w:right w:w="70" w:type="dxa"/>
            </w:tcMar>
            <w:vAlign w:val="center"/>
          </w:tcPr>
          <w:p w14:paraId="24E1CD0E" w14:textId="77777777" w:rsidR="005A29C0" w:rsidRDefault="007553B4" w:rsidP="00A55F09">
            <w:pPr>
              <w:spacing w:after="0"/>
            </w:pPr>
            <w:r>
              <w:rPr>
                <w:color w:val="000000"/>
                <w:sz w:val="40"/>
              </w:rPr>
              <w:t>blagdan kojim se slavi spomen na Isusovu Posljednju večeru</w:t>
            </w:r>
          </w:p>
        </w:tc>
      </w:tr>
      <w:tr w:rsidR="00A55F09" w14:paraId="317F5C4C" w14:textId="77777777" w:rsidTr="00A55F09">
        <w:tc>
          <w:tcPr>
            <w:tcW w:w="5329" w:type="dxa"/>
            <w:shd w:val="clear" w:color="auto" w:fill="F5F5F5"/>
            <w:tcMar>
              <w:top w:w="80" w:type="dxa"/>
              <w:left w:w="70" w:type="dxa"/>
              <w:bottom w:w="80" w:type="dxa"/>
              <w:right w:w="70" w:type="dxa"/>
            </w:tcMar>
            <w:vAlign w:val="center"/>
          </w:tcPr>
          <w:p w14:paraId="3F9589AA" w14:textId="77777777" w:rsidR="00A55F09" w:rsidRDefault="00A55F09" w:rsidP="00A55F09">
            <w:pPr>
              <w:spacing w:after="0"/>
            </w:pPr>
            <w:r>
              <w:rPr>
                <w:color w:val="000000"/>
                <w:sz w:val="40"/>
              </w:rPr>
              <w:t>VELIKI ČETVRTAK</w:t>
            </w:r>
          </w:p>
        </w:tc>
        <w:tc>
          <w:tcPr>
            <w:tcW w:w="5329" w:type="dxa"/>
            <w:shd w:val="clear" w:color="auto" w:fill="F5F5F5"/>
            <w:tcMar>
              <w:top w:w="80" w:type="dxa"/>
              <w:left w:w="70" w:type="dxa"/>
              <w:bottom w:w="80" w:type="dxa"/>
              <w:right w:w="70" w:type="dxa"/>
            </w:tcMar>
            <w:vAlign w:val="center"/>
          </w:tcPr>
          <w:p w14:paraId="66CF15AC" w14:textId="5154CE57" w:rsidR="00A55F09" w:rsidRDefault="00A55F09" w:rsidP="00A55F09">
            <w:pPr>
              <w:spacing w:after="0"/>
            </w:pPr>
            <w:r>
              <w:rPr>
                <w:color w:val="000000"/>
                <w:sz w:val="40"/>
              </w:rPr>
              <w:t>blagdan kojim se slavi spomen ustanovljenja euharistije na Posljednjoj večeri</w:t>
            </w:r>
          </w:p>
        </w:tc>
      </w:tr>
      <w:tr w:rsidR="00A55F09" w14:paraId="176C234B" w14:textId="77777777" w:rsidTr="00A55F09">
        <w:tc>
          <w:tcPr>
            <w:tcW w:w="5329" w:type="dxa"/>
            <w:tcMar>
              <w:top w:w="80" w:type="dxa"/>
              <w:left w:w="70" w:type="dxa"/>
              <w:bottom w:w="80" w:type="dxa"/>
              <w:right w:w="70" w:type="dxa"/>
            </w:tcMar>
            <w:vAlign w:val="center"/>
          </w:tcPr>
          <w:p w14:paraId="7E04B043" w14:textId="77777777" w:rsidR="00A55F09" w:rsidRDefault="00A55F09" w:rsidP="00A55F09">
            <w:pPr>
              <w:spacing w:after="0"/>
            </w:pPr>
            <w:r>
              <w:rPr>
                <w:color w:val="000000"/>
                <w:sz w:val="40"/>
              </w:rPr>
              <w:t>TIJELOVO</w:t>
            </w:r>
          </w:p>
        </w:tc>
        <w:tc>
          <w:tcPr>
            <w:tcW w:w="5329" w:type="dxa"/>
            <w:tcMar>
              <w:top w:w="80" w:type="dxa"/>
              <w:left w:w="70" w:type="dxa"/>
              <w:bottom w:w="80" w:type="dxa"/>
              <w:right w:w="70" w:type="dxa"/>
            </w:tcMar>
            <w:vAlign w:val="center"/>
          </w:tcPr>
          <w:p w14:paraId="14EB06AF" w14:textId="7A15E872" w:rsidR="00A55F09" w:rsidRDefault="00A55F09" w:rsidP="00A55F09">
            <w:pPr>
              <w:spacing w:after="0"/>
            </w:pPr>
            <w:r>
              <w:rPr>
                <w:color w:val="000000"/>
                <w:sz w:val="40"/>
              </w:rPr>
              <w:t>sakrament, znak Kristove trajne prisutnosti među učenicima pod prilikama kruha i vina</w:t>
            </w:r>
          </w:p>
        </w:tc>
      </w:tr>
    </w:tbl>
    <w:p w14:paraId="2A92C52C" w14:textId="77777777" w:rsidR="005A29C0" w:rsidRDefault="007553B4">
      <w:pPr>
        <w:spacing w:before="100" w:after="40" w:line="240" w:lineRule="auto"/>
      </w:pPr>
      <w:r>
        <w:rPr>
          <w:b/>
          <w:color w:val="C96A00"/>
          <w:sz w:val="26"/>
        </w:rPr>
        <w:t>Aktivnost 10: „Ovo činite meni na spomen“ – od Posljednje večere do mise</w:t>
      </w:r>
      <w:r>
        <w:rPr>
          <w:i/>
          <w:color w:val="6B6B6B"/>
          <w:sz w:val="20"/>
        </w:rPr>
        <w:t xml:space="preserve"> (individualni rad, 7 minuta)</w:t>
      </w:r>
    </w:p>
    <w:p w14:paraId="5BA2E30D" w14:textId="77777777" w:rsidR="005A29C0" w:rsidRDefault="007553B4">
      <w:pPr>
        <w:spacing w:after="0" w:line="240" w:lineRule="auto"/>
        <w:jc w:val="both"/>
      </w:pPr>
      <w:r>
        <w:rPr>
          <w:color w:val="000000"/>
        </w:rPr>
        <w:t>Učenici će povezati četiri elementa Posljednje večere s onim što prepoznaju u slavlju mise. Ne traži se opis cijele mise, nego uočavanje kontinuiteta: zajednica – riječ – kruh i vino – blagovanje. U zadnjem retku pišu jednu rečenicu zašto je Euharistija za kršćane više od običnoga sjećanja.</w:t>
      </w:r>
    </w:p>
    <w:p w14:paraId="12ED6129" w14:textId="77777777" w:rsidR="005A29C0" w:rsidRDefault="007553B4">
      <w:pPr>
        <w:spacing w:after="0" w:line="240" w:lineRule="auto"/>
        <w:jc w:val="both"/>
        <w:rPr>
          <w:i/>
          <w:color w:val="6B6B6B"/>
          <w:sz w:val="20"/>
        </w:rPr>
      </w:pPr>
      <w:r>
        <w:rPr>
          <w:i/>
          <w:color w:val="6B6B6B"/>
          <w:sz w:val="20"/>
        </w:rPr>
        <w:t>Rješenje: Zajednica učenika → okupljena Crkva; Isusove riječi → navještaj i molitva Crkve; kruh i vino → euharistijski darovi; blagovanje → pričest. Euharistija je sakrament Kristove trajne prisutnosti i zajedništva s njim.</w:t>
      </w:r>
    </w:p>
    <w:p w14:paraId="70BCA133" w14:textId="77777777" w:rsidR="006128E4" w:rsidRDefault="006128E4">
      <w:pPr>
        <w:spacing w:after="0" w:line="240" w:lineRule="auto"/>
        <w:jc w:val="both"/>
        <w:rPr>
          <w:i/>
          <w:color w:val="6B6B6B"/>
          <w:sz w:val="20"/>
        </w:rPr>
      </w:pPr>
    </w:p>
    <w:p w14:paraId="654E9367" w14:textId="7D4C3402" w:rsidR="006128E4" w:rsidRDefault="006128E4" w:rsidP="006128E4">
      <w:pPr>
        <w:spacing w:before="100" w:after="0" w:line="240" w:lineRule="auto"/>
      </w:pPr>
      <w:r>
        <w:rPr>
          <w:color w:val="000000"/>
        </w:rPr>
        <w:t>Radni predložak:</w:t>
      </w:r>
    </w:p>
    <w:tbl>
      <w:tblPr>
        <w:tblStyle w:val="Reetkatablice"/>
        <w:tblW w:w="10658" w:type="dxa"/>
        <w:tblLook w:val="04A0" w:firstRow="1" w:lastRow="0" w:firstColumn="1" w:lastColumn="0" w:noHBand="0" w:noVBand="1"/>
      </w:tblPr>
      <w:tblGrid>
        <w:gridCol w:w="5319"/>
        <w:gridCol w:w="5339"/>
      </w:tblGrid>
      <w:tr w:rsidR="005A29C0" w14:paraId="1807CD82" w14:textId="77777777" w:rsidTr="00A55F09">
        <w:tc>
          <w:tcPr>
            <w:tcW w:w="5319" w:type="dxa"/>
            <w:shd w:val="clear" w:color="auto" w:fill="8064A2"/>
            <w:tcMar>
              <w:top w:w="70" w:type="dxa"/>
              <w:left w:w="80" w:type="dxa"/>
              <w:bottom w:w="70" w:type="dxa"/>
              <w:right w:w="80" w:type="dxa"/>
            </w:tcMar>
            <w:vAlign w:val="center"/>
          </w:tcPr>
          <w:p w14:paraId="37B529E7" w14:textId="77777777" w:rsidR="005A29C0" w:rsidRDefault="007553B4">
            <w:pPr>
              <w:spacing w:after="0"/>
              <w:jc w:val="center"/>
            </w:pPr>
            <w:r>
              <w:rPr>
                <w:b/>
                <w:color w:val="FFFFFF"/>
                <w:sz w:val="40"/>
              </w:rPr>
              <w:t>POSLJEDNJA VEČERA</w:t>
            </w:r>
          </w:p>
        </w:tc>
        <w:tc>
          <w:tcPr>
            <w:tcW w:w="5339" w:type="dxa"/>
            <w:shd w:val="clear" w:color="auto" w:fill="4472C4"/>
            <w:tcMar>
              <w:top w:w="70" w:type="dxa"/>
              <w:left w:w="80" w:type="dxa"/>
              <w:bottom w:w="70" w:type="dxa"/>
              <w:right w:w="80" w:type="dxa"/>
            </w:tcMar>
            <w:vAlign w:val="center"/>
          </w:tcPr>
          <w:p w14:paraId="3C154BC0" w14:textId="77777777" w:rsidR="005A29C0" w:rsidRDefault="007553B4">
            <w:pPr>
              <w:spacing w:after="0"/>
              <w:jc w:val="center"/>
            </w:pPr>
            <w:r>
              <w:rPr>
                <w:b/>
                <w:color w:val="FFFFFF"/>
                <w:sz w:val="40"/>
              </w:rPr>
              <w:t>U MISI PREPOZNAJEM</w:t>
            </w:r>
          </w:p>
        </w:tc>
      </w:tr>
      <w:tr w:rsidR="005A29C0" w14:paraId="0EB81E66" w14:textId="77777777" w:rsidTr="00A55F09">
        <w:tc>
          <w:tcPr>
            <w:tcW w:w="5319" w:type="dxa"/>
            <w:tcMar>
              <w:top w:w="80" w:type="dxa"/>
              <w:left w:w="70" w:type="dxa"/>
              <w:bottom w:w="80" w:type="dxa"/>
              <w:right w:w="70" w:type="dxa"/>
            </w:tcMar>
            <w:vAlign w:val="center"/>
          </w:tcPr>
          <w:p w14:paraId="7E63B603" w14:textId="77777777" w:rsidR="005A29C0" w:rsidRDefault="007553B4" w:rsidP="00A55F09">
            <w:pPr>
              <w:spacing w:after="0"/>
            </w:pPr>
            <w:r>
              <w:rPr>
                <w:color w:val="000000"/>
                <w:sz w:val="40"/>
              </w:rPr>
              <w:t>zajednica učenika</w:t>
            </w:r>
          </w:p>
        </w:tc>
        <w:tc>
          <w:tcPr>
            <w:tcW w:w="5339" w:type="dxa"/>
            <w:tcMar>
              <w:top w:w="80" w:type="dxa"/>
              <w:left w:w="70" w:type="dxa"/>
              <w:bottom w:w="80" w:type="dxa"/>
              <w:right w:w="70" w:type="dxa"/>
            </w:tcMar>
            <w:vAlign w:val="center"/>
          </w:tcPr>
          <w:p w14:paraId="524A7D5C" w14:textId="38439B9F" w:rsidR="005A29C0" w:rsidRDefault="007553B4">
            <w:pPr>
              <w:spacing w:after="0"/>
              <w:jc w:val="center"/>
            </w:pPr>
            <w:r>
              <w:rPr>
                <w:color w:val="000000"/>
                <w:sz w:val="24"/>
              </w:rPr>
              <w:t>______________</w:t>
            </w:r>
            <w:r w:rsidR="00A55F09">
              <w:rPr>
                <w:color w:val="000000"/>
                <w:sz w:val="24"/>
              </w:rPr>
              <w:t>______________</w:t>
            </w:r>
            <w:r>
              <w:rPr>
                <w:color w:val="000000"/>
                <w:sz w:val="24"/>
              </w:rPr>
              <w:t>______________</w:t>
            </w:r>
          </w:p>
        </w:tc>
      </w:tr>
      <w:tr w:rsidR="00A55F09" w14:paraId="46B6A1FA" w14:textId="77777777" w:rsidTr="00A55F09">
        <w:tc>
          <w:tcPr>
            <w:tcW w:w="5319" w:type="dxa"/>
            <w:shd w:val="clear" w:color="auto" w:fill="F5F5F5"/>
            <w:tcMar>
              <w:top w:w="80" w:type="dxa"/>
              <w:left w:w="70" w:type="dxa"/>
              <w:bottom w:w="80" w:type="dxa"/>
              <w:right w:w="70" w:type="dxa"/>
            </w:tcMar>
            <w:vAlign w:val="center"/>
          </w:tcPr>
          <w:p w14:paraId="4872D8B7" w14:textId="77777777" w:rsidR="00A55F09" w:rsidRDefault="00A55F09" w:rsidP="00A55F09">
            <w:pPr>
              <w:spacing w:after="0"/>
            </w:pPr>
            <w:r>
              <w:rPr>
                <w:color w:val="000000"/>
                <w:sz w:val="40"/>
              </w:rPr>
              <w:t>Isusove riječi</w:t>
            </w:r>
          </w:p>
        </w:tc>
        <w:tc>
          <w:tcPr>
            <w:tcW w:w="5339" w:type="dxa"/>
            <w:shd w:val="clear" w:color="auto" w:fill="F5F5F5"/>
            <w:tcMar>
              <w:top w:w="80" w:type="dxa"/>
              <w:left w:w="70" w:type="dxa"/>
              <w:bottom w:w="80" w:type="dxa"/>
              <w:right w:w="70" w:type="dxa"/>
            </w:tcMar>
            <w:vAlign w:val="center"/>
          </w:tcPr>
          <w:p w14:paraId="78F0BE04" w14:textId="6492E270" w:rsidR="00A55F09" w:rsidRDefault="00A55F09" w:rsidP="00A55F09">
            <w:pPr>
              <w:spacing w:after="0"/>
              <w:jc w:val="center"/>
            </w:pPr>
            <w:r>
              <w:rPr>
                <w:color w:val="000000"/>
                <w:sz w:val="24"/>
              </w:rPr>
              <w:t>__________________________________________</w:t>
            </w:r>
          </w:p>
        </w:tc>
      </w:tr>
      <w:tr w:rsidR="00A55F09" w14:paraId="1EBC23F3" w14:textId="77777777" w:rsidTr="00A55F09">
        <w:tc>
          <w:tcPr>
            <w:tcW w:w="5319" w:type="dxa"/>
            <w:tcMar>
              <w:top w:w="80" w:type="dxa"/>
              <w:left w:w="70" w:type="dxa"/>
              <w:bottom w:w="80" w:type="dxa"/>
              <w:right w:w="70" w:type="dxa"/>
            </w:tcMar>
            <w:vAlign w:val="center"/>
          </w:tcPr>
          <w:p w14:paraId="6770DDD7" w14:textId="77777777" w:rsidR="00A55F09" w:rsidRDefault="00A55F09" w:rsidP="00A55F09">
            <w:pPr>
              <w:spacing w:after="0"/>
            </w:pPr>
            <w:r>
              <w:rPr>
                <w:color w:val="000000"/>
                <w:sz w:val="40"/>
              </w:rPr>
              <w:t>kruh i vino</w:t>
            </w:r>
          </w:p>
        </w:tc>
        <w:tc>
          <w:tcPr>
            <w:tcW w:w="5339" w:type="dxa"/>
            <w:tcMar>
              <w:top w:w="80" w:type="dxa"/>
              <w:left w:w="70" w:type="dxa"/>
              <w:bottom w:w="80" w:type="dxa"/>
              <w:right w:w="70" w:type="dxa"/>
            </w:tcMar>
            <w:vAlign w:val="center"/>
          </w:tcPr>
          <w:p w14:paraId="6FFB8221" w14:textId="6379FD8E" w:rsidR="00A55F09" w:rsidRDefault="00A55F09" w:rsidP="00A55F09">
            <w:pPr>
              <w:spacing w:after="0"/>
              <w:jc w:val="center"/>
            </w:pPr>
            <w:r>
              <w:rPr>
                <w:color w:val="000000"/>
                <w:sz w:val="24"/>
              </w:rPr>
              <w:t>__________________________________________</w:t>
            </w:r>
          </w:p>
        </w:tc>
      </w:tr>
      <w:tr w:rsidR="00A55F09" w14:paraId="2E3F5425" w14:textId="77777777" w:rsidTr="00A55F09">
        <w:tc>
          <w:tcPr>
            <w:tcW w:w="5319" w:type="dxa"/>
            <w:shd w:val="clear" w:color="auto" w:fill="F5F5F5"/>
            <w:tcMar>
              <w:top w:w="80" w:type="dxa"/>
              <w:left w:w="70" w:type="dxa"/>
              <w:bottom w:w="80" w:type="dxa"/>
              <w:right w:w="70" w:type="dxa"/>
            </w:tcMar>
            <w:vAlign w:val="center"/>
          </w:tcPr>
          <w:p w14:paraId="32BBF3C6" w14:textId="77777777" w:rsidR="00A55F09" w:rsidRDefault="00A55F09" w:rsidP="00A55F09">
            <w:pPr>
              <w:spacing w:after="0"/>
            </w:pPr>
            <w:r>
              <w:rPr>
                <w:color w:val="000000"/>
                <w:sz w:val="40"/>
              </w:rPr>
              <w:t>blagovanje</w:t>
            </w:r>
          </w:p>
        </w:tc>
        <w:tc>
          <w:tcPr>
            <w:tcW w:w="5339" w:type="dxa"/>
            <w:shd w:val="clear" w:color="auto" w:fill="F5F5F5"/>
            <w:tcMar>
              <w:top w:w="80" w:type="dxa"/>
              <w:left w:w="70" w:type="dxa"/>
              <w:bottom w:w="80" w:type="dxa"/>
              <w:right w:w="70" w:type="dxa"/>
            </w:tcMar>
            <w:vAlign w:val="center"/>
          </w:tcPr>
          <w:p w14:paraId="6F83CC3E" w14:textId="77722CD1" w:rsidR="00A55F09" w:rsidRDefault="00A55F09" w:rsidP="00A55F09">
            <w:pPr>
              <w:spacing w:after="0"/>
              <w:jc w:val="center"/>
            </w:pPr>
            <w:r>
              <w:rPr>
                <w:color w:val="000000"/>
                <w:sz w:val="24"/>
              </w:rPr>
              <w:t>__________________________________________</w:t>
            </w:r>
          </w:p>
        </w:tc>
      </w:tr>
      <w:tr w:rsidR="00A55F09" w14:paraId="39BEFBA7" w14:textId="77777777" w:rsidTr="00A55F09">
        <w:tc>
          <w:tcPr>
            <w:tcW w:w="10658" w:type="dxa"/>
            <w:gridSpan w:val="2"/>
            <w:tcMar>
              <w:top w:w="80" w:type="dxa"/>
              <w:left w:w="70" w:type="dxa"/>
              <w:bottom w:w="80" w:type="dxa"/>
              <w:right w:w="70" w:type="dxa"/>
            </w:tcMar>
            <w:vAlign w:val="center"/>
          </w:tcPr>
          <w:p w14:paraId="73AE4C9B" w14:textId="57BC3840" w:rsidR="00A55F09" w:rsidRDefault="00A55F09" w:rsidP="00A55F09">
            <w:pPr>
              <w:spacing w:before="80" w:after="0" w:line="240" w:lineRule="auto"/>
              <w:rPr>
                <w:color w:val="1F4E79"/>
                <w:sz w:val="24"/>
                <w:szCs w:val="24"/>
              </w:rPr>
            </w:pPr>
            <w:r>
              <w:rPr>
                <w:color w:val="1F4E79"/>
                <w:sz w:val="40"/>
              </w:rPr>
              <w:t>Euharistija nije samo sjećanje jer</w:t>
            </w:r>
            <w:r w:rsidRPr="00A55F09">
              <w:rPr>
                <w:color w:val="1F4E79"/>
                <w:sz w:val="24"/>
                <w:szCs w:val="24"/>
              </w:rPr>
              <w:t xml:space="preserve"> ____________________</w:t>
            </w:r>
            <w:r>
              <w:rPr>
                <w:color w:val="1F4E79"/>
                <w:sz w:val="24"/>
                <w:szCs w:val="24"/>
              </w:rPr>
              <w:t>__________________</w:t>
            </w:r>
            <w:r w:rsidRPr="00A55F09">
              <w:rPr>
                <w:color w:val="1F4E79"/>
                <w:sz w:val="24"/>
                <w:szCs w:val="24"/>
              </w:rPr>
              <w:t>___</w:t>
            </w:r>
            <w:r>
              <w:rPr>
                <w:color w:val="1F4E79"/>
                <w:sz w:val="24"/>
                <w:szCs w:val="24"/>
              </w:rPr>
              <w:t>_</w:t>
            </w:r>
          </w:p>
          <w:p w14:paraId="2CD27810" w14:textId="1DE43B1B" w:rsidR="00A55F09" w:rsidRDefault="00A55F09" w:rsidP="00A55F09">
            <w:pPr>
              <w:spacing w:before="80" w:after="0" w:line="240" w:lineRule="auto"/>
            </w:pPr>
            <w:r>
              <w:rPr>
                <w:sz w:val="24"/>
                <w:szCs w:val="24"/>
              </w:rPr>
              <w:t>_______________________________________________________________________________________</w:t>
            </w:r>
          </w:p>
          <w:p w14:paraId="3FBFBCE9" w14:textId="77777777" w:rsidR="00A55F09" w:rsidRDefault="00A55F09" w:rsidP="00A55F09">
            <w:pPr>
              <w:spacing w:after="0"/>
              <w:jc w:val="center"/>
              <w:rPr>
                <w:color w:val="000000"/>
                <w:sz w:val="24"/>
              </w:rPr>
            </w:pPr>
          </w:p>
        </w:tc>
      </w:tr>
    </w:tbl>
    <w:p w14:paraId="655244D6" w14:textId="77777777" w:rsidR="005A29C0" w:rsidRDefault="007553B4">
      <w:pPr>
        <w:spacing w:before="100" w:after="40" w:line="240" w:lineRule="auto"/>
      </w:pPr>
      <w:r>
        <w:rPr>
          <w:b/>
          <w:color w:val="C96A00"/>
          <w:sz w:val="26"/>
        </w:rPr>
        <w:t>Aktivnost 11: Sedam dana služenja – Isusov primjer u praksi</w:t>
      </w:r>
      <w:r>
        <w:rPr>
          <w:i/>
          <w:color w:val="6B6B6B"/>
          <w:sz w:val="20"/>
        </w:rPr>
        <w:t xml:space="preserve"> (individualni rad, 8 minuta)</w:t>
      </w:r>
    </w:p>
    <w:p w14:paraId="2027AF3E" w14:textId="77777777" w:rsidR="005A29C0" w:rsidRDefault="007553B4">
      <w:pPr>
        <w:spacing w:after="0" w:line="240" w:lineRule="auto"/>
        <w:jc w:val="both"/>
      </w:pPr>
      <w:r>
        <w:rPr>
          <w:color w:val="000000"/>
        </w:rPr>
        <w:t>Učenici će osmisliti sedmodnevni plan malih djela služenja koja mogu stvarno učiniti u obitelji, župi, susjedstvu ili među prijateljima. Na satu ispunjavaju prva dva dana, a ostalo mogu dovršiti kod kuće. Djela trebaju biti konkretna, jednostavna i izvediva.</w:t>
      </w:r>
    </w:p>
    <w:p w14:paraId="2D7AADC6" w14:textId="77777777" w:rsidR="005A29C0" w:rsidRDefault="007553B4">
      <w:pPr>
        <w:spacing w:after="0" w:line="240" w:lineRule="auto"/>
        <w:jc w:val="both"/>
        <w:rPr>
          <w:i/>
          <w:color w:val="6B6B6B"/>
          <w:sz w:val="20"/>
        </w:rPr>
      </w:pPr>
      <w:r>
        <w:rPr>
          <w:i/>
          <w:color w:val="6B6B6B"/>
          <w:sz w:val="20"/>
        </w:rPr>
        <w:t>Rješenje: Primjeri: pomoći bez podsjećanja, nazvati usamljenu osobu, ustupiti svoje vrijeme, pomoći nekome ponijeti teret, saslušati bez prekidanja, podijeliti nešto svoje, oprostiti i učiniti prvi korak pomirenja.</w:t>
      </w:r>
    </w:p>
    <w:p w14:paraId="561BBC80" w14:textId="77777777" w:rsidR="006128E4" w:rsidRDefault="006128E4">
      <w:pPr>
        <w:spacing w:after="0" w:line="240" w:lineRule="auto"/>
        <w:jc w:val="both"/>
        <w:rPr>
          <w:i/>
          <w:color w:val="6B6B6B"/>
          <w:sz w:val="20"/>
        </w:rPr>
      </w:pPr>
    </w:p>
    <w:p w14:paraId="2B568345" w14:textId="77777777" w:rsidR="003752CD" w:rsidRDefault="003752CD" w:rsidP="006128E4">
      <w:pPr>
        <w:spacing w:before="100" w:after="0" w:line="240" w:lineRule="auto"/>
        <w:rPr>
          <w:color w:val="000000"/>
        </w:rPr>
      </w:pPr>
    </w:p>
    <w:p w14:paraId="148FF077" w14:textId="022A499B" w:rsidR="006128E4" w:rsidRDefault="006128E4" w:rsidP="006128E4">
      <w:pPr>
        <w:spacing w:before="100" w:after="0" w:line="240" w:lineRule="auto"/>
      </w:pPr>
      <w:r>
        <w:rPr>
          <w:color w:val="000000"/>
        </w:rPr>
        <w:t>Radni predložak:</w:t>
      </w:r>
    </w:p>
    <w:tbl>
      <w:tblPr>
        <w:tblStyle w:val="Reetkatablice"/>
        <w:tblW w:w="10658" w:type="dxa"/>
        <w:tblLook w:val="04A0" w:firstRow="1" w:lastRow="0" w:firstColumn="1" w:lastColumn="0" w:noHBand="0" w:noVBand="1"/>
      </w:tblPr>
      <w:tblGrid>
        <w:gridCol w:w="3544"/>
        <w:gridCol w:w="3557"/>
        <w:gridCol w:w="3557"/>
      </w:tblGrid>
      <w:tr w:rsidR="005A29C0" w14:paraId="22FEBD65" w14:textId="77777777">
        <w:tc>
          <w:tcPr>
            <w:tcW w:w="3560" w:type="dxa"/>
            <w:shd w:val="clear" w:color="auto" w:fill="5B9BD5"/>
            <w:tcMar>
              <w:top w:w="70" w:type="dxa"/>
              <w:left w:w="80" w:type="dxa"/>
              <w:bottom w:w="70" w:type="dxa"/>
              <w:right w:w="80" w:type="dxa"/>
            </w:tcMar>
            <w:vAlign w:val="center"/>
          </w:tcPr>
          <w:p w14:paraId="56694D02" w14:textId="77777777" w:rsidR="005A29C0" w:rsidRDefault="007553B4">
            <w:pPr>
              <w:spacing w:after="0"/>
              <w:jc w:val="center"/>
            </w:pPr>
            <w:r>
              <w:rPr>
                <w:b/>
                <w:color w:val="FFFFFF"/>
                <w:sz w:val="40"/>
              </w:rPr>
              <w:t>DAN</w:t>
            </w:r>
          </w:p>
        </w:tc>
        <w:tc>
          <w:tcPr>
            <w:tcW w:w="3560" w:type="dxa"/>
            <w:shd w:val="clear" w:color="auto" w:fill="70AD47"/>
            <w:tcMar>
              <w:top w:w="70" w:type="dxa"/>
              <w:left w:w="80" w:type="dxa"/>
              <w:bottom w:w="70" w:type="dxa"/>
              <w:right w:w="80" w:type="dxa"/>
            </w:tcMar>
            <w:vAlign w:val="center"/>
          </w:tcPr>
          <w:p w14:paraId="20BC3BE4" w14:textId="77777777" w:rsidR="005A29C0" w:rsidRDefault="007553B4">
            <w:pPr>
              <w:spacing w:after="0"/>
              <w:jc w:val="center"/>
            </w:pPr>
            <w:r>
              <w:rPr>
                <w:b/>
                <w:color w:val="FFFFFF"/>
                <w:sz w:val="40"/>
              </w:rPr>
              <w:t>DJELO SLUŽENJA</w:t>
            </w:r>
          </w:p>
        </w:tc>
        <w:tc>
          <w:tcPr>
            <w:tcW w:w="3560" w:type="dxa"/>
            <w:shd w:val="clear" w:color="auto" w:fill="ED7D31"/>
            <w:tcMar>
              <w:top w:w="70" w:type="dxa"/>
              <w:left w:w="80" w:type="dxa"/>
              <w:bottom w:w="70" w:type="dxa"/>
              <w:right w:w="80" w:type="dxa"/>
            </w:tcMar>
            <w:vAlign w:val="center"/>
          </w:tcPr>
          <w:p w14:paraId="70525E76" w14:textId="77777777" w:rsidR="005A29C0" w:rsidRDefault="007553B4">
            <w:pPr>
              <w:spacing w:after="0"/>
              <w:jc w:val="center"/>
            </w:pPr>
            <w:r>
              <w:rPr>
                <w:b/>
                <w:color w:val="FFFFFF"/>
                <w:sz w:val="40"/>
              </w:rPr>
              <w:t>NAKON TOGA UOČIO/LA SAM…</w:t>
            </w:r>
          </w:p>
        </w:tc>
      </w:tr>
      <w:tr w:rsidR="005A29C0" w14:paraId="6A1CF7FE" w14:textId="77777777">
        <w:tc>
          <w:tcPr>
            <w:tcW w:w="3560" w:type="dxa"/>
            <w:tcMar>
              <w:top w:w="80" w:type="dxa"/>
              <w:left w:w="70" w:type="dxa"/>
              <w:bottom w:w="80" w:type="dxa"/>
              <w:right w:w="70" w:type="dxa"/>
            </w:tcMar>
            <w:vAlign w:val="center"/>
          </w:tcPr>
          <w:p w14:paraId="21B48E28" w14:textId="77777777" w:rsidR="005A29C0" w:rsidRDefault="007553B4">
            <w:pPr>
              <w:spacing w:after="0"/>
              <w:jc w:val="center"/>
            </w:pPr>
            <w:r>
              <w:rPr>
                <w:color w:val="000000"/>
                <w:sz w:val="40"/>
              </w:rPr>
              <w:t>1. dan</w:t>
            </w:r>
          </w:p>
        </w:tc>
        <w:tc>
          <w:tcPr>
            <w:tcW w:w="3560" w:type="dxa"/>
            <w:tcMar>
              <w:top w:w="80" w:type="dxa"/>
              <w:left w:w="70" w:type="dxa"/>
              <w:bottom w:w="80" w:type="dxa"/>
              <w:right w:w="70" w:type="dxa"/>
            </w:tcMar>
            <w:vAlign w:val="center"/>
          </w:tcPr>
          <w:p w14:paraId="26BE4C6E" w14:textId="77777777" w:rsidR="005A29C0" w:rsidRDefault="007553B4">
            <w:pPr>
              <w:spacing w:after="0"/>
              <w:jc w:val="center"/>
            </w:pPr>
            <w:r>
              <w:rPr>
                <w:color w:val="000000"/>
                <w:sz w:val="24"/>
              </w:rPr>
              <w:t>________________________</w:t>
            </w:r>
          </w:p>
        </w:tc>
        <w:tc>
          <w:tcPr>
            <w:tcW w:w="3560" w:type="dxa"/>
            <w:tcMar>
              <w:top w:w="80" w:type="dxa"/>
              <w:left w:w="70" w:type="dxa"/>
              <w:bottom w:w="80" w:type="dxa"/>
              <w:right w:w="70" w:type="dxa"/>
            </w:tcMar>
            <w:vAlign w:val="center"/>
          </w:tcPr>
          <w:p w14:paraId="6D86DEC4" w14:textId="77777777" w:rsidR="005A29C0" w:rsidRDefault="007553B4">
            <w:pPr>
              <w:spacing w:after="0"/>
              <w:jc w:val="center"/>
            </w:pPr>
            <w:r>
              <w:rPr>
                <w:color w:val="000000"/>
                <w:sz w:val="24"/>
              </w:rPr>
              <w:t>________________________</w:t>
            </w:r>
          </w:p>
        </w:tc>
      </w:tr>
      <w:tr w:rsidR="005A29C0" w14:paraId="6DC1B94B" w14:textId="77777777">
        <w:tc>
          <w:tcPr>
            <w:tcW w:w="3560" w:type="dxa"/>
            <w:tcMar>
              <w:top w:w="80" w:type="dxa"/>
              <w:left w:w="70" w:type="dxa"/>
              <w:bottom w:w="80" w:type="dxa"/>
              <w:right w:w="70" w:type="dxa"/>
            </w:tcMar>
            <w:vAlign w:val="center"/>
          </w:tcPr>
          <w:p w14:paraId="7462AF99" w14:textId="77777777" w:rsidR="005A29C0" w:rsidRDefault="007553B4">
            <w:pPr>
              <w:spacing w:after="0"/>
              <w:jc w:val="center"/>
            </w:pPr>
            <w:r>
              <w:rPr>
                <w:color w:val="000000"/>
                <w:sz w:val="40"/>
              </w:rPr>
              <w:t>2. dan</w:t>
            </w:r>
          </w:p>
        </w:tc>
        <w:tc>
          <w:tcPr>
            <w:tcW w:w="3560" w:type="dxa"/>
            <w:tcMar>
              <w:top w:w="80" w:type="dxa"/>
              <w:left w:w="70" w:type="dxa"/>
              <w:bottom w:w="80" w:type="dxa"/>
              <w:right w:w="70" w:type="dxa"/>
            </w:tcMar>
            <w:vAlign w:val="center"/>
          </w:tcPr>
          <w:p w14:paraId="08F7891B" w14:textId="77777777" w:rsidR="005A29C0" w:rsidRDefault="007553B4">
            <w:pPr>
              <w:spacing w:after="0"/>
              <w:jc w:val="center"/>
            </w:pPr>
            <w:r>
              <w:rPr>
                <w:color w:val="000000"/>
                <w:sz w:val="24"/>
              </w:rPr>
              <w:t>________________________</w:t>
            </w:r>
          </w:p>
        </w:tc>
        <w:tc>
          <w:tcPr>
            <w:tcW w:w="3560" w:type="dxa"/>
            <w:tcMar>
              <w:top w:w="80" w:type="dxa"/>
              <w:left w:w="70" w:type="dxa"/>
              <w:bottom w:w="80" w:type="dxa"/>
              <w:right w:w="70" w:type="dxa"/>
            </w:tcMar>
            <w:vAlign w:val="center"/>
          </w:tcPr>
          <w:p w14:paraId="1B53827D" w14:textId="77777777" w:rsidR="005A29C0" w:rsidRDefault="007553B4">
            <w:pPr>
              <w:spacing w:after="0"/>
              <w:jc w:val="center"/>
            </w:pPr>
            <w:r>
              <w:rPr>
                <w:color w:val="000000"/>
                <w:sz w:val="24"/>
              </w:rPr>
              <w:t>________________________</w:t>
            </w:r>
          </w:p>
        </w:tc>
      </w:tr>
      <w:tr w:rsidR="005A29C0" w14:paraId="16212CBA" w14:textId="77777777">
        <w:tc>
          <w:tcPr>
            <w:tcW w:w="3560" w:type="dxa"/>
            <w:tcMar>
              <w:top w:w="80" w:type="dxa"/>
              <w:left w:w="70" w:type="dxa"/>
              <w:bottom w:w="80" w:type="dxa"/>
              <w:right w:w="70" w:type="dxa"/>
            </w:tcMar>
            <w:vAlign w:val="center"/>
          </w:tcPr>
          <w:p w14:paraId="3BEE61D1" w14:textId="77777777" w:rsidR="005A29C0" w:rsidRDefault="007553B4">
            <w:pPr>
              <w:spacing w:after="0"/>
              <w:jc w:val="center"/>
            </w:pPr>
            <w:r>
              <w:rPr>
                <w:color w:val="000000"/>
                <w:sz w:val="40"/>
              </w:rPr>
              <w:t>3. dan</w:t>
            </w:r>
          </w:p>
        </w:tc>
        <w:tc>
          <w:tcPr>
            <w:tcW w:w="3560" w:type="dxa"/>
            <w:tcMar>
              <w:top w:w="80" w:type="dxa"/>
              <w:left w:w="70" w:type="dxa"/>
              <w:bottom w:w="80" w:type="dxa"/>
              <w:right w:w="70" w:type="dxa"/>
            </w:tcMar>
            <w:vAlign w:val="center"/>
          </w:tcPr>
          <w:p w14:paraId="432B543C" w14:textId="77777777" w:rsidR="005A29C0" w:rsidRDefault="007553B4">
            <w:pPr>
              <w:spacing w:after="0"/>
              <w:jc w:val="center"/>
            </w:pPr>
            <w:r>
              <w:rPr>
                <w:color w:val="000000"/>
                <w:sz w:val="24"/>
              </w:rPr>
              <w:t>________________________</w:t>
            </w:r>
          </w:p>
        </w:tc>
        <w:tc>
          <w:tcPr>
            <w:tcW w:w="3560" w:type="dxa"/>
            <w:tcMar>
              <w:top w:w="80" w:type="dxa"/>
              <w:left w:w="70" w:type="dxa"/>
              <w:bottom w:w="80" w:type="dxa"/>
              <w:right w:w="70" w:type="dxa"/>
            </w:tcMar>
            <w:vAlign w:val="center"/>
          </w:tcPr>
          <w:p w14:paraId="704B5C4F" w14:textId="77777777" w:rsidR="005A29C0" w:rsidRDefault="007553B4">
            <w:pPr>
              <w:spacing w:after="0"/>
              <w:jc w:val="center"/>
            </w:pPr>
            <w:r>
              <w:rPr>
                <w:color w:val="000000"/>
                <w:sz w:val="24"/>
              </w:rPr>
              <w:t>________________________</w:t>
            </w:r>
          </w:p>
        </w:tc>
      </w:tr>
      <w:tr w:rsidR="005A29C0" w14:paraId="651A2944" w14:textId="77777777">
        <w:tc>
          <w:tcPr>
            <w:tcW w:w="3560" w:type="dxa"/>
            <w:tcMar>
              <w:top w:w="80" w:type="dxa"/>
              <w:left w:w="70" w:type="dxa"/>
              <w:bottom w:w="80" w:type="dxa"/>
              <w:right w:w="70" w:type="dxa"/>
            </w:tcMar>
            <w:vAlign w:val="center"/>
          </w:tcPr>
          <w:p w14:paraId="11BD8FF3" w14:textId="77777777" w:rsidR="005A29C0" w:rsidRDefault="007553B4">
            <w:pPr>
              <w:spacing w:after="0"/>
              <w:jc w:val="center"/>
            </w:pPr>
            <w:r>
              <w:rPr>
                <w:color w:val="000000"/>
                <w:sz w:val="40"/>
              </w:rPr>
              <w:t>4. dan</w:t>
            </w:r>
          </w:p>
        </w:tc>
        <w:tc>
          <w:tcPr>
            <w:tcW w:w="3560" w:type="dxa"/>
            <w:tcMar>
              <w:top w:w="80" w:type="dxa"/>
              <w:left w:w="70" w:type="dxa"/>
              <w:bottom w:w="80" w:type="dxa"/>
              <w:right w:w="70" w:type="dxa"/>
            </w:tcMar>
            <w:vAlign w:val="center"/>
          </w:tcPr>
          <w:p w14:paraId="30480F7B" w14:textId="77777777" w:rsidR="005A29C0" w:rsidRDefault="007553B4">
            <w:pPr>
              <w:spacing w:after="0"/>
              <w:jc w:val="center"/>
            </w:pPr>
            <w:r>
              <w:rPr>
                <w:color w:val="000000"/>
                <w:sz w:val="24"/>
              </w:rPr>
              <w:t>________________________</w:t>
            </w:r>
          </w:p>
        </w:tc>
        <w:tc>
          <w:tcPr>
            <w:tcW w:w="3560" w:type="dxa"/>
            <w:tcMar>
              <w:top w:w="80" w:type="dxa"/>
              <w:left w:w="70" w:type="dxa"/>
              <w:bottom w:w="80" w:type="dxa"/>
              <w:right w:w="70" w:type="dxa"/>
            </w:tcMar>
            <w:vAlign w:val="center"/>
          </w:tcPr>
          <w:p w14:paraId="5786AFFC" w14:textId="77777777" w:rsidR="005A29C0" w:rsidRDefault="007553B4">
            <w:pPr>
              <w:spacing w:after="0"/>
              <w:jc w:val="center"/>
            </w:pPr>
            <w:r>
              <w:rPr>
                <w:color w:val="000000"/>
                <w:sz w:val="24"/>
              </w:rPr>
              <w:t>________________________</w:t>
            </w:r>
          </w:p>
        </w:tc>
      </w:tr>
      <w:tr w:rsidR="005A29C0" w14:paraId="445DB878" w14:textId="77777777">
        <w:tc>
          <w:tcPr>
            <w:tcW w:w="3560" w:type="dxa"/>
            <w:tcMar>
              <w:top w:w="80" w:type="dxa"/>
              <w:left w:w="70" w:type="dxa"/>
              <w:bottom w:w="80" w:type="dxa"/>
              <w:right w:w="70" w:type="dxa"/>
            </w:tcMar>
            <w:vAlign w:val="center"/>
          </w:tcPr>
          <w:p w14:paraId="37AE03EC" w14:textId="77777777" w:rsidR="005A29C0" w:rsidRDefault="007553B4">
            <w:pPr>
              <w:spacing w:after="0"/>
              <w:jc w:val="center"/>
            </w:pPr>
            <w:r>
              <w:rPr>
                <w:color w:val="000000"/>
                <w:sz w:val="40"/>
              </w:rPr>
              <w:t>5. dan</w:t>
            </w:r>
          </w:p>
        </w:tc>
        <w:tc>
          <w:tcPr>
            <w:tcW w:w="3560" w:type="dxa"/>
            <w:tcMar>
              <w:top w:w="80" w:type="dxa"/>
              <w:left w:w="70" w:type="dxa"/>
              <w:bottom w:w="80" w:type="dxa"/>
              <w:right w:w="70" w:type="dxa"/>
            </w:tcMar>
            <w:vAlign w:val="center"/>
          </w:tcPr>
          <w:p w14:paraId="29D955FE" w14:textId="77777777" w:rsidR="005A29C0" w:rsidRDefault="007553B4">
            <w:pPr>
              <w:spacing w:after="0"/>
              <w:jc w:val="center"/>
            </w:pPr>
            <w:r>
              <w:rPr>
                <w:color w:val="000000"/>
                <w:sz w:val="24"/>
              </w:rPr>
              <w:t>________________________</w:t>
            </w:r>
          </w:p>
        </w:tc>
        <w:tc>
          <w:tcPr>
            <w:tcW w:w="3560" w:type="dxa"/>
            <w:tcMar>
              <w:top w:w="80" w:type="dxa"/>
              <w:left w:w="70" w:type="dxa"/>
              <w:bottom w:w="80" w:type="dxa"/>
              <w:right w:w="70" w:type="dxa"/>
            </w:tcMar>
            <w:vAlign w:val="center"/>
          </w:tcPr>
          <w:p w14:paraId="11C4C246" w14:textId="77777777" w:rsidR="005A29C0" w:rsidRDefault="007553B4">
            <w:pPr>
              <w:spacing w:after="0"/>
              <w:jc w:val="center"/>
            </w:pPr>
            <w:r>
              <w:rPr>
                <w:color w:val="000000"/>
                <w:sz w:val="24"/>
              </w:rPr>
              <w:t>________________________</w:t>
            </w:r>
          </w:p>
        </w:tc>
      </w:tr>
      <w:tr w:rsidR="005A29C0" w14:paraId="614873E4" w14:textId="77777777">
        <w:tc>
          <w:tcPr>
            <w:tcW w:w="3560" w:type="dxa"/>
            <w:tcMar>
              <w:top w:w="80" w:type="dxa"/>
              <w:left w:w="70" w:type="dxa"/>
              <w:bottom w:w="80" w:type="dxa"/>
              <w:right w:w="70" w:type="dxa"/>
            </w:tcMar>
            <w:vAlign w:val="center"/>
          </w:tcPr>
          <w:p w14:paraId="5A7AA08B" w14:textId="77777777" w:rsidR="005A29C0" w:rsidRDefault="007553B4">
            <w:pPr>
              <w:spacing w:after="0"/>
              <w:jc w:val="center"/>
            </w:pPr>
            <w:r>
              <w:rPr>
                <w:color w:val="000000"/>
                <w:sz w:val="40"/>
              </w:rPr>
              <w:t>6. dan</w:t>
            </w:r>
          </w:p>
        </w:tc>
        <w:tc>
          <w:tcPr>
            <w:tcW w:w="3560" w:type="dxa"/>
            <w:tcMar>
              <w:top w:w="80" w:type="dxa"/>
              <w:left w:w="70" w:type="dxa"/>
              <w:bottom w:w="80" w:type="dxa"/>
              <w:right w:w="70" w:type="dxa"/>
            </w:tcMar>
            <w:vAlign w:val="center"/>
          </w:tcPr>
          <w:p w14:paraId="2D6DE33E" w14:textId="77777777" w:rsidR="005A29C0" w:rsidRDefault="007553B4">
            <w:pPr>
              <w:spacing w:after="0"/>
              <w:jc w:val="center"/>
            </w:pPr>
            <w:r>
              <w:rPr>
                <w:color w:val="000000"/>
                <w:sz w:val="24"/>
              </w:rPr>
              <w:t>________________________</w:t>
            </w:r>
          </w:p>
        </w:tc>
        <w:tc>
          <w:tcPr>
            <w:tcW w:w="3560" w:type="dxa"/>
            <w:tcMar>
              <w:top w:w="80" w:type="dxa"/>
              <w:left w:w="70" w:type="dxa"/>
              <w:bottom w:w="80" w:type="dxa"/>
              <w:right w:w="70" w:type="dxa"/>
            </w:tcMar>
            <w:vAlign w:val="center"/>
          </w:tcPr>
          <w:p w14:paraId="6BB386D4" w14:textId="77777777" w:rsidR="005A29C0" w:rsidRDefault="007553B4">
            <w:pPr>
              <w:spacing w:after="0"/>
              <w:jc w:val="center"/>
            </w:pPr>
            <w:r>
              <w:rPr>
                <w:color w:val="000000"/>
                <w:sz w:val="24"/>
              </w:rPr>
              <w:t>________________________</w:t>
            </w:r>
          </w:p>
        </w:tc>
      </w:tr>
      <w:tr w:rsidR="005A29C0" w14:paraId="317D79BD" w14:textId="77777777">
        <w:tc>
          <w:tcPr>
            <w:tcW w:w="3560" w:type="dxa"/>
            <w:tcMar>
              <w:top w:w="80" w:type="dxa"/>
              <w:left w:w="70" w:type="dxa"/>
              <w:bottom w:w="80" w:type="dxa"/>
              <w:right w:w="70" w:type="dxa"/>
            </w:tcMar>
            <w:vAlign w:val="center"/>
          </w:tcPr>
          <w:p w14:paraId="3392DBDA" w14:textId="77777777" w:rsidR="005A29C0" w:rsidRDefault="007553B4">
            <w:pPr>
              <w:spacing w:after="0"/>
              <w:jc w:val="center"/>
            </w:pPr>
            <w:r>
              <w:rPr>
                <w:color w:val="000000"/>
                <w:sz w:val="40"/>
              </w:rPr>
              <w:t>7. dan</w:t>
            </w:r>
          </w:p>
        </w:tc>
        <w:tc>
          <w:tcPr>
            <w:tcW w:w="3560" w:type="dxa"/>
            <w:tcMar>
              <w:top w:w="80" w:type="dxa"/>
              <w:left w:w="70" w:type="dxa"/>
              <w:bottom w:w="80" w:type="dxa"/>
              <w:right w:w="70" w:type="dxa"/>
            </w:tcMar>
            <w:vAlign w:val="center"/>
          </w:tcPr>
          <w:p w14:paraId="240914DC" w14:textId="77777777" w:rsidR="005A29C0" w:rsidRDefault="007553B4">
            <w:pPr>
              <w:spacing w:after="0"/>
              <w:jc w:val="center"/>
            </w:pPr>
            <w:r>
              <w:rPr>
                <w:color w:val="000000"/>
                <w:sz w:val="24"/>
              </w:rPr>
              <w:t>________________________</w:t>
            </w:r>
          </w:p>
        </w:tc>
        <w:tc>
          <w:tcPr>
            <w:tcW w:w="3560" w:type="dxa"/>
            <w:tcMar>
              <w:top w:w="80" w:type="dxa"/>
              <w:left w:w="70" w:type="dxa"/>
              <w:bottom w:w="80" w:type="dxa"/>
              <w:right w:w="70" w:type="dxa"/>
            </w:tcMar>
            <w:vAlign w:val="center"/>
          </w:tcPr>
          <w:p w14:paraId="0B720D86" w14:textId="77777777" w:rsidR="005A29C0" w:rsidRDefault="007553B4">
            <w:pPr>
              <w:spacing w:after="0"/>
              <w:jc w:val="center"/>
            </w:pPr>
            <w:r>
              <w:rPr>
                <w:color w:val="000000"/>
                <w:sz w:val="24"/>
              </w:rPr>
              <w:t>________________________</w:t>
            </w:r>
          </w:p>
        </w:tc>
      </w:tr>
    </w:tbl>
    <w:p w14:paraId="35B41A02" w14:textId="5E9ED4A2" w:rsidR="005A29C0" w:rsidRDefault="007553B4">
      <w:pPr>
        <w:spacing w:before="100" w:after="40" w:line="240" w:lineRule="auto"/>
      </w:pPr>
      <w:r>
        <w:rPr>
          <w:b/>
          <w:color w:val="C96A00"/>
          <w:sz w:val="26"/>
        </w:rPr>
        <w:t xml:space="preserve">Aktivnost 12: Učimo iz umjetnosti </w:t>
      </w:r>
      <w:r>
        <w:rPr>
          <w:i/>
          <w:color w:val="6B6B6B"/>
          <w:sz w:val="20"/>
        </w:rPr>
        <w:t>(rad u skupinama, 12 minuta)</w:t>
      </w:r>
    </w:p>
    <w:p w14:paraId="59568A1A" w14:textId="77777777" w:rsidR="005A29C0" w:rsidRDefault="007553B4">
      <w:pPr>
        <w:spacing w:after="0" w:line="240" w:lineRule="auto"/>
        <w:jc w:val="both"/>
      </w:pPr>
      <w:r>
        <w:rPr>
          <w:color w:val="000000"/>
        </w:rPr>
        <w:t>Rad u skupinama. Svaka skupina dobiva jednu reprodukciju. Najprije promatra djelo kao umjetničku cjelinu, a zatim ga povezuje s biblijskim tekstom. Skupine traže: 1. gdje je Isus, 2. što govore geste i pogledi, 3. kako boje i kompozicija naglašavaju poruku, 4. je li u središtu blagovanje ili služenje. Na kraju svaka skupina u jednoj minuti predstavlja jednu poruku slike.</w:t>
      </w:r>
    </w:p>
    <w:p w14:paraId="67FCFD4E" w14:textId="77777777" w:rsidR="005A29C0" w:rsidRDefault="007553B4">
      <w:pPr>
        <w:spacing w:after="0" w:line="240" w:lineRule="auto"/>
        <w:jc w:val="both"/>
      </w:pPr>
      <w:r>
        <w:rPr>
          <w:i/>
          <w:color w:val="6B6B6B"/>
          <w:sz w:val="20"/>
        </w:rPr>
        <w:t>Rješenje: Mogući zajednički zaključak: Umjetnici različito prikazuju isti otajstveni događaj. Na slikama Posljednje večere naglašeni su zajedništvo, kruh i čaša te Isus u središtu; na slikama pranja nogu naglašeni su poniznost, blizina i služenje. Umjetnički jezik pomaže uočiti da se Isusova ljubav pokazuje i darivanjem i služenjem.</w:t>
      </w:r>
    </w:p>
    <w:p w14:paraId="6F8E8ED2" w14:textId="77777777" w:rsidR="005A29C0" w:rsidRDefault="007553B4">
      <w:pPr>
        <w:spacing w:before="100" w:after="0" w:line="240" w:lineRule="auto"/>
      </w:pPr>
      <w:r>
        <w:rPr>
          <w:b/>
          <w:color w:val="000000"/>
        </w:rPr>
        <w:t>Informativno o umjetnicima:</w:t>
      </w:r>
    </w:p>
    <w:p w14:paraId="4B0A074C" w14:textId="298FC773" w:rsidR="005A29C0" w:rsidRDefault="007553B4" w:rsidP="00AE4D1C">
      <w:pPr>
        <w:spacing w:after="0" w:line="240" w:lineRule="auto"/>
        <w:jc w:val="both"/>
      </w:pPr>
      <w:r w:rsidRPr="00AE4D1C">
        <w:rPr>
          <w:color w:val="0070C0"/>
        </w:rPr>
        <w:t>Ford Madox Brown</w:t>
      </w:r>
      <w:r w:rsidRPr="00AE4D1C">
        <w:rPr>
          <w:color w:val="000000"/>
        </w:rPr>
        <w:t xml:space="preserve"> (1821.–1893.) bio je engleski slikar blizak prerafaelitima</w:t>
      </w:r>
      <w:r w:rsidR="00AE4D1C">
        <w:rPr>
          <w:color w:val="000000"/>
        </w:rPr>
        <w:t xml:space="preserve"> (</w:t>
      </w:r>
      <w:r w:rsidR="00AE4D1C" w:rsidRPr="00AE4D1C">
        <w:rPr>
          <w:color w:val="000000"/>
        </w:rPr>
        <w:t>engleski umjetnički pokret iz sredine 19. stoljeća</w:t>
      </w:r>
      <w:r w:rsidR="00AE4D1C">
        <w:rPr>
          <w:color w:val="000000"/>
        </w:rPr>
        <w:t>)</w:t>
      </w:r>
      <w:r w:rsidRPr="00AE4D1C">
        <w:rPr>
          <w:color w:val="000000"/>
        </w:rPr>
        <w:t>. Često je obrađivao biblijske, povijesne i moralne teme, s naglašenim detaljima i izražajnim likovima.</w:t>
      </w:r>
    </w:p>
    <w:p w14:paraId="5AC6D5EF" w14:textId="5FF63E84" w:rsidR="005A29C0" w:rsidRDefault="007553B4" w:rsidP="00AE4D1C">
      <w:pPr>
        <w:spacing w:after="0" w:line="240" w:lineRule="auto"/>
        <w:jc w:val="both"/>
      </w:pPr>
      <w:r w:rsidRPr="00AE4D1C">
        <w:rPr>
          <w:color w:val="0070C0"/>
        </w:rPr>
        <w:t>Đuro Seder</w:t>
      </w:r>
      <w:r w:rsidRPr="00AE4D1C">
        <w:rPr>
          <w:color w:val="000000"/>
        </w:rPr>
        <w:t xml:space="preserve"> (1927.–2022.) bio je hrvatski slikar, član skupine Gorgona i profesor Akademije likovnih umjetnosti u Zagrebu. U kasnijem stvaralaštvu često je slikao snažne, ekspresivne figuralne i biblijske prizore.</w:t>
      </w:r>
    </w:p>
    <w:p w14:paraId="190A1E2C" w14:textId="04C924B9" w:rsidR="005A29C0" w:rsidRDefault="007553B4" w:rsidP="00AE4D1C">
      <w:pPr>
        <w:spacing w:after="0" w:line="240" w:lineRule="auto"/>
        <w:jc w:val="both"/>
      </w:pPr>
      <w:r w:rsidRPr="00AE4D1C">
        <w:rPr>
          <w:color w:val="0070C0"/>
        </w:rPr>
        <w:t xml:space="preserve">Philippe de Champaigne </w:t>
      </w:r>
      <w:r w:rsidRPr="00AE4D1C">
        <w:rPr>
          <w:color w:val="000000"/>
        </w:rPr>
        <w:t>(1602.–1674.) bio je francuski barokni slikar rođen u Bruxellesu. Poznat je po portretima i religioznim djelima smirene, jasne kompozicije.</w:t>
      </w:r>
    </w:p>
    <w:p w14:paraId="34344A7D" w14:textId="33928DB9" w:rsidR="005A29C0" w:rsidRDefault="007553B4" w:rsidP="00AE4D1C">
      <w:pPr>
        <w:spacing w:after="0" w:line="240" w:lineRule="auto"/>
        <w:jc w:val="both"/>
        <w:rPr>
          <w:color w:val="000000"/>
        </w:rPr>
      </w:pPr>
      <w:r w:rsidRPr="00AE4D1C">
        <w:rPr>
          <w:color w:val="0070C0"/>
        </w:rPr>
        <w:t>Vladimir Blažanović</w:t>
      </w:r>
      <w:r w:rsidRPr="00AE4D1C">
        <w:rPr>
          <w:color w:val="000000"/>
        </w:rPr>
        <w:t xml:space="preserve"> (1953.) hrvatski je akademski slikar koji je diplomirao na Akademiji likovnih umjetnosti u Zagrebu. Bavi se štafelajnim slikarstvom i zidnim tehnikama te je sudjelovao u mnogim projektima sakralne tematike.</w:t>
      </w:r>
    </w:p>
    <w:p w14:paraId="4B445FAE" w14:textId="7E3D9A17" w:rsidR="00AE4D1C" w:rsidRDefault="00AE4D1C" w:rsidP="00AE4D1C">
      <w:pPr>
        <w:spacing w:after="0" w:line="240" w:lineRule="auto"/>
        <w:jc w:val="center"/>
      </w:pPr>
    </w:p>
    <w:p w14:paraId="551A6258" w14:textId="77777777" w:rsidR="005A29C0" w:rsidRDefault="007553B4">
      <w:pPr>
        <w:spacing w:line="240" w:lineRule="auto"/>
      </w:pPr>
      <w:r>
        <w:br w:type="page"/>
      </w:r>
    </w:p>
    <w:p w14:paraId="04ED28A5" w14:textId="77777777" w:rsidR="003752CD" w:rsidRDefault="003752CD">
      <w:pPr>
        <w:spacing w:line="240" w:lineRule="auto"/>
      </w:pPr>
    </w:p>
    <w:tbl>
      <w:tblPr>
        <w:tblStyle w:val="Reetkatablice"/>
        <w:tblW w:w="106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0"/>
        <w:gridCol w:w="5971"/>
      </w:tblGrid>
      <w:tr w:rsidR="00F3122F" w14:paraId="7807CA1A" w14:textId="77777777" w:rsidTr="00D45DC5">
        <w:tc>
          <w:tcPr>
            <w:tcW w:w="10671" w:type="dxa"/>
            <w:gridSpan w:val="2"/>
            <w:shd w:val="clear" w:color="auto" w:fill="EEECE1" w:themeFill="background2"/>
            <w:tcMar>
              <w:top w:w="70" w:type="dxa"/>
              <w:left w:w="70" w:type="dxa"/>
              <w:bottom w:w="70" w:type="dxa"/>
              <w:right w:w="70" w:type="dxa"/>
            </w:tcMar>
            <w:vAlign w:val="center"/>
          </w:tcPr>
          <w:p w14:paraId="2AA0A3BD" w14:textId="77777777" w:rsidR="00F3122F" w:rsidRDefault="00F3122F" w:rsidP="00254998">
            <w:pPr>
              <w:widowControl w:val="0"/>
              <w:spacing w:before="240"/>
              <w:jc w:val="center"/>
              <w:rPr>
                <w:i/>
                <w:color w:val="6B6B6B"/>
                <w:sz w:val="20"/>
              </w:rPr>
            </w:pPr>
            <w:r>
              <w:rPr>
                <w:noProof/>
              </w:rPr>
              <w:drawing>
                <wp:inline distT="0" distB="0" distL="0" distR="0" wp14:anchorId="20A1B015" wp14:editId="3F3443CA">
                  <wp:extent cx="3780000" cy="2520000"/>
                  <wp:effectExtent l="0" t="0" r="0" b="0"/>
                  <wp:docPr id="227579689" name="Slika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80000" cy="2520000"/>
                          </a:xfrm>
                          <a:prstGeom prst="rect">
                            <a:avLst/>
                          </a:prstGeom>
                          <a:noFill/>
                          <a:ln>
                            <a:noFill/>
                          </a:ln>
                        </pic:spPr>
                      </pic:pic>
                    </a:graphicData>
                  </a:graphic>
                </wp:inline>
              </w:drawing>
            </w:r>
          </w:p>
          <w:p w14:paraId="65C835C8" w14:textId="77777777" w:rsidR="00F3122F" w:rsidRDefault="00F3122F" w:rsidP="00254998">
            <w:pPr>
              <w:widowControl w:val="0"/>
              <w:jc w:val="center"/>
              <w:rPr>
                <w:i/>
                <w:color w:val="6B6B6B"/>
                <w:sz w:val="20"/>
              </w:rPr>
            </w:pPr>
          </w:p>
          <w:p w14:paraId="76C5AAD5" w14:textId="1837AAD0" w:rsidR="00F3122F" w:rsidRDefault="00F3122F" w:rsidP="00254998">
            <w:pPr>
              <w:widowControl w:val="0"/>
              <w:jc w:val="center"/>
              <w:rPr>
                <w:i/>
                <w:color w:val="6B6B6B"/>
                <w:sz w:val="20"/>
              </w:rPr>
            </w:pPr>
            <w:r w:rsidRPr="00F3122F">
              <w:rPr>
                <w:noProof/>
              </w:rPr>
              <w:drawing>
                <wp:inline distT="0" distB="0" distL="0" distR="0" wp14:anchorId="58F3BEB4" wp14:editId="5319782B">
                  <wp:extent cx="5515200" cy="2520000"/>
                  <wp:effectExtent l="0" t="0" r="0" b="0"/>
                  <wp:docPr id="23479569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795690" name=""/>
                          <pic:cNvPicPr/>
                        </pic:nvPicPr>
                        <pic:blipFill>
                          <a:blip r:embed="rId10"/>
                          <a:stretch>
                            <a:fillRect/>
                          </a:stretch>
                        </pic:blipFill>
                        <pic:spPr>
                          <a:xfrm>
                            <a:off x="0" y="0"/>
                            <a:ext cx="5515200" cy="2520000"/>
                          </a:xfrm>
                          <a:prstGeom prst="rect">
                            <a:avLst/>
                          </a:prstGeom>
                        </pic:spPr>
                      </pic:pic>
                    </a:graphicData>
                  </a:graphic>
                </wp:inline>
              </w:drawing>
            </w:r>
          </w:p>
          <w:p w14:paraId="5271EFC2" w14:textId="1536EA42" w:rsidR="00F3122F" w:rsidRDefault="00F3122F" w:rsidP="00254998">
            <w:pPr>
              <w:widowControl w:val="0"/>
              <w:jc w:val="center"/>
              <w:rPr>
                <w:noProof/>
              </w:rPr>
            </w:pPr>
            <w:r>
              <w:rPr>
                <w:i/>
                <w:color w:val="6B6B6B"/>
                <w:sz w:val="20"/>
              </w:rPr>
              <w:t xml:space="preserve"> Đuro Seder: Posljednja večera</w:t>
            </w:r>
          </w:p>
        </w:tc>
      </w:tr>
      <w:tr w:rsidR="005A29C0" w14:paraId="59094423" w14:textId="77777777" w:rsidTr="00D45DC5">
        <w:tc>
          <w:tcPr>
            <w:tcW w:w="4700" w:type="dxa"/>
            <w:shd w:val="clear" w:color="auto" w:fill="EEECE1" w:themeFill="background2"/>
            <w:tcMar>
              <w:top w:w="70" w:type="dxa"/>
              <w:left w:w="70" w:type="dxa"/>
              <w:bottom w:w="70" w:type="dxa"/>
              <w:right w:w="70" w:type="dxa"/>
            </w:tcMar>
            <w:vAlign w:val="center"/>
          </w:tcPr>
          <w:p w14:paraId="703BA800" w14:textId="5F8D99E7" w:rsidR="005A29C0" w:rsidRDefault="00AE4D1C" w:rsidP="00254998">
            <w:pPr>
              <w:widowControl w:val="0"/>
              <w:jc w:val="center"/>
            </w:pPr>
            <w:r>
              <w:rPr>
                <w:noProof/>
              </w:rPr>
              <w:drawing>
                <wp:inline distT="0" distB="0" distL="0" distR="0" wp14:anchorId="56561945" wp14:editId="40144A8D">
                  <wp:extent cx="2890800" cy="2520000"/>
                  <wp:effectExtent l="0" t="0" r="5080" b="0"/>
                  <wp:docPr id="859076999" name="Slika 2" descr="Jesus Washing Peter's Feet, 1876 - Ford Madox Br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sus Washing Peter's Feet, 1876 - Ford Madox Brow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0800" cy="2520000"/>
                          </a:xfrm>
                          <a:prstGeom prst="rect">
                            <a:avLst/>
                          </a:prstGeom>
                          <a:noFill/>
                          <a:ln>
                            <a:noFill/>
                          </a:ln>
                        </pic:spPr>
                      </pic:pic>
                    </a:graphicData>
                  </a:graphic>
                </wp:inline>
              </w:drawing>
            </w:r>
          </w:p>
          <w:p w14:paraId="3BA906A1" w14:textId="77777777" w:rsidR="005A29C0" w:rsidRDefault="007553B4" w:rsidP="00254998">
            <w:pPr>
              <w:widowControl w:val="0"/>
              <w:jc w:val="center"/>
            </w:pPr>
            <w:r>
              <w:rPr>
                <w:i/>
                <w:color w:val="6B6B6B"/>
                <w:sz w:val="20"/>
              </w:rPr>
              <w:t>Ford Madox Brown: Krist pere noge sv. Petru</w:t>
            </w:r>
          </w:p>
        </w:tc>
        <w:tc>
          <w:tcPr>
            <w:tcW w:w="5971" w:type="dxa"/>
            <w:shd w:val="clear" w:color="auto" w:fill="EEECE1" w:themeFill="background2"/>
            <w:tcMar>
              <w:top w:w="70" w:type="dxa"/>
              <w:left w:w="70" w:type="dxa"/>
              <w:bottom w:w="70" w:type="dxa"/>
              <w:right w:w="70" w:type="dxa"/>
            </w:tcMar>
            <w:vAlign w:val="center"/>
          </w:tcPr>
          <w:p w14:paraId="5E70276D" w14:textId="40599B86" w:rsidR="005A29C0" w:rsidRDefault="005A29C0" w:rsidP="00254998">
            <w:pPr>
              <w:widowControl w:val="0"/>
            </w:pPr>
          </w:p>
          <w:p w14:paraId="29B54CC9" w14:textId="77777777" w:rsidR="005A29C0" w:rsidRDefault="00F3122F" w:rsidP="00254998">
            <w:pPr>
              <w:widowControl w:val="0"/>
              <w:jc w:val="center"/>
            </w:pPr>
            <w:r>
              <w:rPr>
                <w:noProof/>
              </w:rPr>
              <w:drawing>
                <wp:inline distT="0" distB="0" distL="0" distR="0" wp14:anchorId="7444AADE" wp14:editId="254059B0">
                  <wp:extent cx="3441600" cy="2340000"/>
                  <wp:effectExtent l="0" t="0" r="698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ilippe_de_champaigne_posljednja_vecera.png"/>
                          <pic:cNvPicPr/>
                        </pic:nvPicPr>
                        <pic:blipFill>
                          <a:blip r:embed="rId12"/>
                          <a:stretch>
                            <a:fillRect/>
                          </a:stretch>
                        </pic:blipFill>
                        <pic:spPr>
                          <a:xfrm>
                            <a:off x="0" y="0"/>
                            <a:ext cx="3441600" cy="2340000"/>
                          </a:xfrm>
                          <a:prstGeom prst="rect">
                            <a:avLst/>
                          </a:prstGeom>
                        </pic:spPr>
                      </pic:pic>
                    </a:graphicData>
                  </a:graphic>
                </wp:inline>
              </w:drawing>
            </w:r>
          </w:p>
          <w:p w14:paraId="0FA571BE" w14:textId="2B4F7970" w:rsidR="00F3122F" w:rsidRDefault="00F3122F" w:rsidP="00254998">
            <w:pPr>
              <w:widowControl w:val="0"/>
              <w:jc w:val="center"/>
            </w:pPr>
            <w:r>
              <w:rPr>
                <w:i/>
                <w:color w:val="6B6B6B"/>
                <w:sz w:val="20"/>
              </w:rPr>
              <w:t>Philippe de Champaigne: Posljednja večera</w:t>
            </w:r>
          </w:p>
        </w:tc>
      </w:tr>
      <w:tr w:rsidR="00F3122F" w14:paraId="4ED94D38" w14:textId="77777777" w:rsidTr="00D45DC5">
        <w:tc>
          <w:tcPr>
            <w:tcW w:w="10671" w:type="dxa"/>
            <w:gridSpan w:val="2"/>
            <w:shd w:val="clear" w:color="auto" w:fill="EEECE1" w:themeFill="background2"/>
            <w:tcMar>
              <w:top w:w="70" w:type="dxa"/>
              <w:left w:w="70" w:type="dxa"/>
              <w:bottom w:w="70" w:type="dxa"/>
              <w:right w:w="70" w:type="dxa"/>
            </w:tcMar>
            <w:vAlign w:val="center"/>
          </w:tcPr>
          <w:p w14:paraId="461A6FF6" w14:textId="77777777" w:rsidR="00F3122F" w:rsidRDefault="00F3122F" w:rsidP="00254998">
            <w:pPr>
              <w:widowControl w:val="0"/>
              <w:jc w:val="center"/>
            </w:pPr>
          </w:p>
          <w:p w14:paraId="011BD7E6" w14:textId="77777777" w:rsidR="00F3122F" w:rsidRDefault="00F3122F" w:rsidP="00254998">
            <w:pPr>
              <w:widowControl w:val="0"/>
              <w:jc w:val="center"/>
            </w:pPr>
            <w:r>
              <w:rPr>
                <w:noProof/>
              </w:rPr>
              <w:drawing>
                <wp:inline distT="0" distB="0" distL="0" distR="0" wp14:anchorId="2D7042DD" wp14:editId="46C1E3BD">
                  <wp:extent cx="2951999" cy="375254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adimir_blazanovic_pranje_nogu.png"/>
                          <pic:cNvPicPr/>
                        </pic:nvPicPr>
                        <pic:blipFill>
                          <a:blip r:embed="rId13"/>
                          <a:stretch>
                            <a:fillRect/>
                          </a:stretch>
                        </pic:blipFill>
                        <pic:spPr>
                          <a:xfrm>
                            <a:off x="0" y="0"/>
                            <a:ext cx="2951999" cy="3752541"/>
                          </a:xfrm>
                          <a:prstGeom prst="rect">
                            <a:avLst/>
                          </a:prstGeom>
                        </pic:spPr>
                      </pic:pic>
                    </a:graphicData>
                  </a:graphic>
                </wp:inline>
              </w:drawing>
            </w:r>
          </w:p>
          <w:p w14:paraId="24363699" w14:textId="77777777" w:rsidR="00F3122F" w:rsidRDefault="00F3122F" w:rsidP="00254998">
            <w:pPr>
              <w:widowControl w:val="0"/>
              <w:jc w:val="center"/>
            </w:pPr>
            <w:r>
              <w:rPr>
                <w:i/>
                <w:color w:val="6B6B6B"/>
                <w:sz w:val="20"/>
              </w:rPr>
              <w:t>Vladimir Blažanović: Pranje nogu</w:t>
            </w:r>
          </w:p>
        </w:tc>
      </w:tr>
    </w:tbl>
    <w:p w14:paraId="393DA4FC" w14:textId="77777777" w:rsidR="00254998" w:rsidRDefault="00254998" w:rsidP="00254998"/>
    <w:p w14:paraId="0174472F" w14:textId="11926BC8" w:rsidR="005A29C0" w:rsidRDefault="007553B4" w:rsidP="00254998">
      <w:r>
        <w:t>Razgovor:</w:t>
      </w:r>
    </w:p>
    <w:p w14:paraId="64DB8C2C" w14:textId="64491757" w:rsidR="005A29C0" w:rsidRDefault="007553B4" w:rsidP="00DE44AD">
      <w:pPr>
        <w:pStyle w:val="Odlomakpopisa"/>
        <w:numPr>
          <w:ilvl w:val="0"/>
          <w:numId w:val="9"/>
        </w:numPr>
        <w:spacing w:after="0" w:line="240" w:lineRule="auto"/>
        <w:jc w:val="both"/>
      </w:pPr>
      <w:r w:rsidRPr="00AE4D1C">
        <w:rPr>
          <w:color w:val="000000"/>
        </w:rPr>
        <w:t xml:space="preserve">Koji lik ili detalj najprije privlači pogled? </w:t>
      </w:r>
      <w:r w:rsidRPr="00AE4D1C">
        <w:rPr>
          <w:color w:val="808080" w:themeColor="background1" w:themeShade="80"/>
          <w:sz w:val="18"/>
          <w:szCs w:val="18"/>
        </w:rPr>
        <w:t>(Odgovor ovisi o djelu.)</w:t>
      </w:r>
    </w:p>
    <w:p w14:paraId="559D535E" w14:textId="04637A63" w:rsidR="005A29C0" w:rsidRDefault="007553B4" w:rsidP="00DE44AD">
      <w:pPr>
        <w:pStyle w:val="Odlomakpopisa"/>
        <w:numPr>
          <w:ilvl w:val="0"/>
          <w:numId w:val="9"/>
        </w:numPr>
        <w:spacing w:after="0" w:line="240" w:lineRule="auto"/>
        <w:jc w:val="both"/>
      </w:pPr>
      <w:r w:rsidRPr="00AE4D1C">
        <w:rPr>
          <w:color w:val="000000"/>
        </w:rPr>
        <w:t xml:space="preserve">Kako umjetnik rasporedom likova usmjerava pogled prema Isusu? </w:t>
      </w:r>
      <w:r w:rsidRPr="00AE4D1C">
        <w:rPr>
          <w:color w:val="808080" w:themeColor="background1" w:themeShade="80"/>
          <w:sz w:val="18"/>
          <w:szCs w:val="18"/>
        </w:rPr>
        <w:t>(Geste, položaj za stolom, kontrast, središte kompozicije.)</w:t>
      </w:r>
    </w:p>
    <w:p w14:paraId="0F942B39" w14:textId="775ADD63" w:rsidR="005A29C0" w:rsidRPr="00AE4D1C" w:rsidRDefault="007553B4" w:rsidP="00DE44AD">
      <w:pPr>
        <w:pStyle w:val="Odlomakpopisa"/>
        <w:numPr>
          <w:ilvl w:val="0"/>
          <w:numId w:val="9"/>
        </w:numPr>
        <w:spacing w:after="0" w:line="240" w:lineRule="auto"/>
        <w:jc w:val="both"/>
        <w:rPr>
          <w:color w:val="808080" w:themeColor="background1" w:themeShade="80"/>
          <w:sz w:val="18"/>
          <w:szCs w:val="18"/>
        </w:rPr>
      </w:pPr>
      <w:r w:rsidRPr="00AE4D1C">
        <w:rPr>
          <w:color w:val="000000"/>
        </w:rPr>
        <w:t xml:space="preserve">Kako se razlikuje atmosfera Posljednje večere od prizora pranja nogu? </w:t>
      </w:r>
      <w:r w:rsidRPr="00AE4D1C">
        <w:rPr>
          <w:color w:val="808080" w:themeColor="background1" w:themeShade="80"/>
          <w:sz w:val="18"/>
          <w:szCs w:val="18"/>
        </w:rPr>
        <w:t>(Blagovanje i zajedništvo nasuprot poniznoj gesti služenja.)</w:t>
      </w:r>
    </w:p>
    <w:p w14:paraId="424AD6AA" w14:textId="73EC0C5B" w:rsidR="005A29C0" w:rsidRPr="00AE4D1C" w:rsidRDefault="007553B4" w:rsidP="00DE44AD">
      <w:pPr>
        <w:pStyle w:val="Odlomakpopisa"/>
        <w:numPr>
          <w:ilvl w:val="0"/>
          <w:numId w:val="9"/>
        </w:numPr>
        <w:spacing w:after="0" w:line="240" w:lineRule="auto"/>
        <w:jc w:val="both"/>
        <w:rPr>
          <w:color w:val="808080" w:themeColor="background1" w:themeShade="80"/>
          <w:sz w:val="18"/>
          <w:szCs w:val="18"/>
        </w:rPr>
      </w:pPr>
      <w:r w:rsidRPr="00AE4D1C">
        <w:rPr>
          <w:color w:val="000000"/>
        </w:rPr>
        <w:t>Koji detalj najbolje povezuje sliku s biblijskim tekstom?</w:t>
      </w:r>
      <w:r w:rsidRPr="00AE4D1C">
        <w:rPr>
          <w:color w:val="808080" w:themeColor="background1" w:themeShade="80"/>
          <w:sz w:val="18"/>
          <w:szCs w:val="18"/>
        </w:rPr>
        <w:t xml:space="preserve"> (Kruh, čaša, ubrus, posuda s vodom, Isusova gesta.)</w:t>
      </w:r>
    </w:p>
    <w:p w14:paraId="38F6FC26" w14:textId="749E216A" w:rsidR="00254998" w:rsidRPr="00825453" w:rsidRDefault="007553B4" w:rsidP="00825453">
      <w:pPr>
        <w:pStyle w:val="Odlomakpopisa"/>
        <w:numPr>
          <w:ilvl w:val="0"/>
          <w:numId w:val="9"/>
        </w:numPr>
        <w:spacing w:after="0" w:line="240" w:lineRule="auto"/>
        <w:jc w:val="both"/>
      </w:pPr>
      <w:r w:rsidRPr="00AE4D1C">
        <w:rPr>
          <w:color w:val="000000"/>
        </w:rPr>
        <w:t>Što slika govori o Isusovoj ljubavi?</w:t>
      </w:r>
      <w:r w:rsidRPr="00AE4D1C">
        <w:rPr>
          <w:color w:val="808080" w:themeColor="background1" w:themeShade="80"/>
          <w:sz w:val="18"/>
          <w:szCs w:val="18"/>
        </w:rPr>
        <w:t xml:space="preserve"> (Daruje se, služi, okuplja i poziva učenike na isti put.)</w:t>
      </w:r>
    </w:p>
    <w:p w14:paraId="2CE7CD28" w14:textId="77777777" w:rsidR="00825453" w:rsidRDefault="00825453" w:rsidP="00254998">
      <w:pPr>
        <w:spacing w:before="100" w:after="0" w:line="240" w:lineRule="auto"/>
        <w:rPr>
          <w:color w:val="000000"/>
        </w:rPr>
      </w:pPr>
    </w:p>
    <w:p w14:paraId="4E76EF03" w14:textId="7174E7A6" w:rsidR="00254998" w:rsidRDefault="00254998" w:rsidP="00254998">
      <w:pPr>
        <w:spacing w:before="100" w:after="0" w:line="240" w:lineRule="auto"/>
        <w:rPr>
          <w:color w:val="000000"/>
        </w:rPr>
      </w:pPr>
      <w:r w:rsidRPr="00254998">
        <w:rPr>
          <w:color w:val="000000"/>
        </w:rPr>
        <w:t>Radni predložak:</w:t>
      </w:r>
    </w:p>
    <w:p w14:paraId="7488758E" w14:textId="01DE168B" w:rsidR="00254998" w:rsidRPr="00254998" w:rsidRDefault="00254998" w:rsidP="00254998">
      <w:pPr>
        <w:spacing w:before="100" w:after="0" w:line="240" w:lineRule="auto"/>
        <w:jc w:val="both"/>
        <w:rPr>
          <w:color w:val="002060"/>
          <w:sz w:val="40"/>
          <w:szCs w:val="40"/>
        </w:rPr>
      </w:pPr>
      <w:r w:rsidRPr="00254998">
        <w:rPr>
          <w:color w:val="002060"/>
          <w:sz w:val="40"/>
          <w:szCs w:val="40"/>
        </w:rPr>
        <w:t xml:space="preserve">1. </w:t>
      </w:r>
      <w:r>
        <w:rPr>
          <w:color w:val="002060"/>
          <w:sz w:val="40"/>
          <w:szCs w:val="40"/>
        </w:rPr>
        <w:t>G</w:t>
      </w:r>
      <w:r w:rsidRPr="00254998">
        <w:rPr>
          <w:color w:val="002060"/>
          <w:sz w:val="40"/>
          <w:szCs w:val="40"/>
        </w:rPr>
        <w:t>dje je Isus</w:t>
      </w:r>
      <w:r>
        <w:rPr>
          <w:color w:val="002060"/>
          <w:sz w:val="40"/>
          <w:szCs w:val="40"/>
        </w:rPr>
        <w:t>?</w:t>
      </w:r>
      <w:r w:rsidRPr="00254998">
        <w:rPr>
          <w:color w:val="002060"/>
          <w:sz w:val="40"/>
          <w:szCs w:val="40"/>
        </w:rPr>
        <w:t xml:space="preserve"> 2. </w:t>
      </w:r>
      <w:r>
        <w:rPr>
          <w:color w:val="002060"/>
          <w:sz w:val="40"/>
          <w:szCs w:val="40"/>
        </w:rPr>
        <w:t>Š</w:t>
      </w:r>
      <w:r w:rsidRPr="00254998">
        <w:rPr>
          <w:color w:val="002060"/>
          <w:sz w:val="40"/>
          <w:szCs w:val="40"/>
        </w:rPr>
        <w:t>to govore geste i pogledi</w:t>
      </w:r>
      <w:r>
        <w:rPr>
          <w:color w:val="002060"/>
          <w:sz w:val="40"/>
          <w:szCs w:val="40"/>
        </w:rPr>
        <w:t>?</w:t>
      </w:r>
      <w:r w:rsidRPr="00254998">
        <w:rPr>
          <w:color w:val="002060"/>
          <w:sz w:val="40"/>
          <w:szCs w:val="40"/>
        </w:rPr>
        <w:t xml:space="preserve"> 3. </w:t>
      </w:r>
      <w:r>
        <w:rPr>
          <w:color w:val="002060"/>
          <w:sz w:val="40"/>
          <w:szCs w:val="40"/>
        </w:rPr>
        <w:t>K</w:t>
      </w:r>
      <w:r w:rsidRPr="00254998">
        <w:rPr>
          <w:color w:val="002060"/>
          <w:sz w:val="40"/>
          <w:szCs w:val="40"/>
        </w:rPr>
        <w:t>ako boje i kompozicija naglašavaju poruku</w:t>
      </w:r>
      <w:r>
        <w:rPr>
          <w:color w:val="002060"/>
          <w:sz w:val="40"/>
          <w:szCs w:val="40"/>
        </w:rPr>
        <w:t>?</w:t>
      </w:r>
      <w:r w:rsidRPr="00254998">
        <w:rPr>
          <w:color w:val="002060"/>
          <w:sz w:val="40"/>
          <w:szCs w:val="40"/>
        </w:rPr>
        <w:t xml:space="preserve"> 4. je li u središtu blagovanje ili služenje</w:t>
      </w:r>
      <w:r>
        <w:rPr>
          <w:color w:val="002060"/>
          <w:sz w:val="40"/>
          <w:szCs w:val="40"/>
        </w:rPr>
        <w:t>?</w:t>
      </w:r>
    </w:p>
    <w:tbl>
      <w:tblPr>
        <w:tblStyle w:val="Reetkatablice"/>
        <w:tblpPr w:leftFromText="180" w:rightFromText="180" w:vertAnchor="text" w:horzAnchor="margin" w:tblpY="297"/>
        <w:tblW w:w="10658" w:type="dxa"/>
        <w:tblLook w:val="04A0" w:firstRow="1" w:lastRow="0" w:firstColumn="1" w:lastColumn="0" w:noHBand="0" w:noVBand="1"/>
      </w:tblPr>
      <w:tblGrid>
        <w:gridCol w:w="3551"/>
        <w:gridCol w:w="3548"/>
        <w:gridCol w:w="3559"/>
      </w:tblGrid>
      <w:tr w:rsidR="00254998" w14:paraId="6D3BA405" w14:textId="77777777" w:rsidTr="00254998">
        <w:tc>
          <w:tcPr>
            <w:tcW w:w="3551" w:type="dxa"/>
            <w:shd w:val="clear" w:color="auto" w:fill="4472C4"/>
            <w:tcMar>
              <w:top w:w="70" w:type="dxa"/>
              <w:left w:w="80" w:type="dxa"/>
              <w:bottom w:w="70" w:type="dxa"/>
              <w:right w:w="80" w:type="dxa"/>
            </w:tcMar>
            <w:vAlign w:val="center"/>
          </w:tcPr>
          <w:p w14:paraId="29D304D9" w14:textId="77777777" w:rsidR="00254998" w:rsidRDefault="00254998" w:rsidP="00254998">
            <w:pPr>
              <w:widowControl w:val="0"/>
              <w:spacing w:after="0"/>
              <w:jc w:val="center"/>
            </w:pPr>
            <w:r>
              <w:rPr>
                <w:b/>
                <w:color w:val="FFFFFF"/>
                <w:sz w:val="40"/>
              </w:rPr>
              <w:t>ULOGA</w:t>
            </w:r>
          </w:p>
        </w:tc>
        <w:tc>
          <w:tcPr>
            <w:tcW w:w="3548" w:type="dxa"/>
            <w:shd w:val="clear" w:color="auto" w:fill="ED7D31"/>
            <w:tcMar>
              <w:top w:w="70" w:type="dxa"/>
              <w:left w:w="80" w:type="dxa"/>
              <w:bottom w:w="70" w:type="dxa"/>
              <w:right w:w="80" w:type="dxa"/>
            </w:tcMar>
            <w:vAlign w:val="center"/>
          </w:tcPr>
          <w:p w14:paraId="1F6DBF6B" w14:textId="77777777" w:rsidR="00254998" w:rsidRDefault="00254998" w:rsidP="00254998">
            <w:pPr>
              <w:widowControl w:val="0"/>
              <w:spacing w:after="0"/>
              <w:jc w:val="center"/>
            </w:pPr>
            <w:r>
              <w:rPr>
                <w:b/>
                <w:color w:val="FFFFFF"/>
                <w:sz w:val="40"/>
              </w:rPr>
              <w:t>ŠTO RADIMO?</w:t>
            </w:r>
          </w:p>
        </w:tc>
        <w:tc>
          <w:tcPr>
            <w:tcW w:w="3559" w:type="dxa"/>
            <w:shd w:val="clear" w:color="auto" w:fill="70AD47"/>
            <w:tcMar>
              <w:top w:w="70" w:type="dxa"/>
              <w:left w:w="80" w:type="dxa"/>
              <w:bottom w:w="70" w:type="dxa"/>
              <w:right w:w="80" w:type="dxa"/>
            </w:tcMar>
            <w:vAlign w:val="center"/>
          </w:tcPr>
          <w:p w14:paraId="50552364" w14:textId="77777777" w:rsidR="00254998" w:rsidRDefault="00254998" w:rsidP="00254998">
            <w:pPr>
              <w:widowControl w:val="0"/>
              <w:spacing w:after="0"/>
              <w:jc w:val="center"/>
            </w:pPr>
            <w:r>
              <w:rPr>
                <w:b/>
                <w:color w:val="FFFFFF"/>
                <w:sz w:val="40"/>
              </w:rPr>
              <w:t>PORUKA DJELA</w:t>
            </w:r>
          </w:p>
        </w:tc>
      </w:tr>
      <w:tr w:rsidR="00254998" w14:paraId="5A85DD3D" w14:textId="77777777" w:rsidTr="00254998">
        <w:tc>
          <w:tcPr>
            <w:tcW w:w="3551" w:type="dxa"/>
            <w:tcMar>
              <w:top w:w="80" w:type="dxa"/>
              <w:left w:w="70" w:type="dxa"/>
              <w:bottom w:w="80" w:type="dxa"/>
              <w:right w:w="70" w:type="dxa"/>
            </w:tcMar>
            <w:vAlign w:val="center"/>
          </w:tcPr>
          <w:p w14:paraId="241034DA" w14:textId="77777777" w:rsidR="00254998" w:rsidRDefault="00254998" w:rsidP="00254998">
            <w:pPr>
              <w:widowControl w:val="0"/>
              <w:spacing w:after="0"/>
            </w:pPr>
            <w:r>
              <w:rPr>
                <w:color w:val="000000"/>
                <w:sz w:val="40"/>
              </w:rPr>
              <w:t>PROMATRAČ DETALJA</w:t>
            </w:r>
          </w:p>
        </w:tc>
        <w:tc>
          <w:tcPr>
            <w:tcW w:w="3548" w:type="dxa"/>
            <w:tcMar>
              <w:top w:w="80" w:type="dxa"/>
              <w:left w:w="70" w:type="dxa"/>
              <w:bottom w:w="80" w:type="dxa"/>
              <w:right w:w="70" w:type="dxa"/>
            </w:tcMar>
            <w:vAlign w:val="center"/>
          </w:tcPr>
          <w:p w14:paraId="1CC84B5D" w14:textId="77777777" w:rsidR="00254998" w:rsidRDefault="00254998" w:rsidP="00254998">
            <w:pPr>
              <w:widowControl w:val="0"/>
              <w:spacing w:after="0"/>
            </w:pPr>
            <w:r>
              <w:rPr>
                <w:color w:val="000000"/>
                <w:sz w:val="40"/>
              </w:rPr>
              <w:t>traži geste, boje i središte</w:t>
            </w:r>
          </w:p>
        </w:tc>
        <w:tc>
          <w:tcPr>
            <w:tcW w:w="3559" w:type="dxa"/>
            <w:tcMar>
              <w:top w:w="80" w:type="dxa"/>
              <w:left w:w="70" w:type="dxa"/>
              <w:bottom w:w="80" w:type="dxa"/>
              <w:right w:w="70" w:type="dxa"/>
            </w:tcMar>
            <w:vAlign w:val="center"/>
          </w:tcPr>
          <w:p w14:paraId="4B000327" w14:textId="77777777" w:rsidR="00254998" w:rsidRDefault="00254998" w:rsidP="00254998">
            <w:pPr>
              <w:widowControl w:val="0"/>
              <w:spacing w:after="0"/>
              <w:jc w:val="center"/>
            </w:pPr>
            <w:r>
              <w:rPr>
                <w:color w:val="000000"/>
                <w:sz w:val="24"/>
              </w:rPr>
              <w:t>____________________________</w:t>
            </w:r>
          </w:p>
        </w:tc>
      </w:tr>
      <w:tr w:rsidR="00254998" w14:paraId="2A505D1C" w14:textId="77777777" w:rsidTr="00254998">
        <w:tc>
          <w:tcPr>
            <w:tcW w:w="3551" w:type="dxa"/>
            <w:tcMar>
              <w:top w:w="80" w:type="dxa"/>
              <w:left w:w="70" w:type="dxa"/>
              <w:bottom w:w="80" w:type="dxa"/>
              <w:right w:w="70" w:type="dxa"/>
            </w:tcMar>
            <w:vAlign w:val="center"/>
          </w:tcPr>
          <w:p w14:paraId="5C85407B" w14:textId="77777777" w:rsidR="00254998" w:rsidRDefault="00254998" w:rsidP="00254998">
            <w:pPr>
              <w:widowControl w:val="0"/>
              <w:spacing w:after="0"/>
            </w:pPr>
            <w:r>
              <w:rPr>
                <w:color w:val="000000"/>
                <w:sz w:val="40"/>
              </w:rPr>
              <w:t>ZAPISNIČAR</w:t>
            </w:r>
          </w:p>
        </w:tc>
        <w:tc>
          <w:tcPr>
            <w:tcW w:w="3548" w:type="dxa"/>
            <w:tcMar>
              <w:top w:w="80" w:type="dxa"/>
              <w:left w:w="70" w:type="dxa"/>
              <w:bottom w:w="80" w:type="dxa"/>
              <w:right w:w="70" w:type="dxa"/>
            </w:tcMar>
            <w:vAlign w:val="center"/>
          </w:tcPr>
          <w:p w14:paraId="7F0787EB" w14:textId="77777777" w:rsidR="00254998" w:rsidRDefault="00254998" w:rsidP="00254998">
            <w:pPr>
              <w:widowControl w:val="0"/>
              <w:spacing w:after="0"/>
            </w:pPr>
            <w:r>
              <w:rPr>
                <w:color w:val="000000"/>
                <w:sz w:val="40"/>
              </w:rPr>
              <w:t>bilježi opažanja skupine</w:t>
            </w:r>
          </w:p>
        </w:tc>
        <w:tc>
          <w:tcPr>
            <w:tcW w:w="3559" w:type="dxa"/>
            <w:tcMar>
              <w:top w:w="80" w:type="dxa"/>
              <w:left w:w="70" w:type="dxa"/>
              <w:bottom w:w="80" w:type="dxa"/>
              <w:right w:w="70" w:type="dxa"/>
            </w:tcMar>
            <w:vAlign w:val="center"/>
          </w:tcPr>
          <w:p w14:paraId="5EF64F62" w14:textId="77777777" w:rsidR="00254998" w:rsidRDefault="00254998" w:rsidP="00254998">
            <w:pPr>
              <w:widowControl w:val="0"/>
              <w:spacing w:after="0"/>
              <w:jc w:val="center"/>
            </w:pPr>
            <w:r>
              <w:rPr>
                <w:color w:val="000000"/>
                <w:sz w:val="24"/>
              </w:rPr>
              <w:t>____________________________</w:t>
            </w:r>
          </w:p>
        </w:tc>
      </w:tr>
      <w:tr w:rsidR="00254998" w14:paraId="1CB5EAD6" w14:textId="77777777" w:rsidTr="00254998">
        <w:tc>
          <w:tcPr>
            <w:tcW w:w="3551" w:type="dxa"/>
            <w:tcMar>
              <w:top w:w="80" w:type="dxa"/>
              <w:left w:w="70" w:type="dxa"/>
              <w:bottom w:w="80" w:type="dxa"/>
              <w:right w:w="70" w:type="dxa"/>
            </w:tcMar>
            <w:vAlign w:val="center"/>
          </w:tcPr>
          <w:p w14:paraId="6810D456" w14:textId="77777777" w:rsidR="00254998" w:rsidRDefault="00254998" w:rsidP="00254998">
            <w:pPr>
              <w:widowControl w:val="0"/>
              <w:spacing w:after="0"/>
            </w:pPr>
            <w:r>
              <w:rPr>
                <w:color w:val="000000"/>
                <w:sz w:val="40"/>
              </w:rPr>
              <w:t>ČUVAR VREMENA</w:t>
            </w:r>
          </w:p>
        </w:tc>
        <w:tc>
          <w:tcPr>
            <w:tcW w:w="3548" w:type="dxa"/>
            <w:tcMar>
              <w:top w:w="80" w:type="dxa"/>
              <w:left w:w="70" w:type="dxa"/>
              <w:bottom w:w="80" w:type="dxa"/>
              <w:right w:w="70" w:type="dxa"/>
            </w:tcMar>
            <w:vAlign w:val="center"/>
          </w:tcPr>
          <w:p w14:paraId="68AEC6EC" w14:textId="77777777" w:rsidR="00254998" w:rsidRDefault="00254998" w:rsidP="00254998">
            <w:pPr>
              <w:widowControl w:val="0"/>
              <w:spacing w:after="0"/>
            </w:pPr>
            <w:r>
              <w:rPr>
                <w:color w:val="000000"/>
                <w:sz w:val="40"/>
              </w:rPr>
              <w:t>pazi na vrijeme</w:t>
            </w:r>
          </w:p>
        </w:tc>
        <w:tc>
          <w:tcPr>
            <w:tcW w:w="3559" w:type="dxa"/>
            <w:tcMar>
              <w:top w:w="80" w:type="dxa"/>
              <w:left w:w="70" w:type="dxa"/>
              <w:bottom w:w="80" w:type="dxa"/>
              <w:right w:w="70" w:type="dxa"/>
            </w:tcMar>
            <w:vAlign w:val="center"/>
          </w:tcPr>
          <w:p w14:paraId="14124A37" w14:textId="77777777" w:rsidR="00254998" w:rsidRDefault="00254998" w:rsidP="00254998">
            <w:pPr>
              <w:widowControl w:val="0"/>
              <w:spacing w:after="0"/>
              <w:jc w:val="center"/>
            </w:pPr>
            <w:r>
              <w:rPr>
                <w:color w:val="000000"/>
                <w:sz w:val="24"/>
              </w:rPr>
              <w:t>____________________________</w:t>
            </w:r>
          </w:p>
        </w:tc>
      </w:tr>
      <w:tr w:rsidR="00254998" w14:paraId="6E007F57" w14:textId="77777777" w:rsidTr="00254998">
        <w:tc>
          <w:tcPr>
            <w:tcW w:w="3551" w:type="dxa"/>
            <w:tcMar>
              <w:top w:w="80" w:type="dxa"/>
              <w:left w:w="70" w:type="dxa"/>
              <w:bottom w:w="80" w:type="dxa"/>
              <w:right w:w="70" w:type="dxa"/>
            </w:tcMar>
            <w:vAlign w:val="center"/>
          </w:tcPr>
          <w:p w14:paraId="09FED8D4" w14:textId="77777777" w:rsidR="00254998" w:rsidRDefault="00254998" w:rsidP="00254998">
            <w:pPr>
              <w:widowControl w:val="0"/>
              <w:spacing w:after="0"/>
            </w:pPr>
            <w:r>
              <w:rPr>
                <w:color w:val="000000"/>
                <w:sz w:val="40"/>
              </w:rPr>
              <w:t>IZVJESTITELJ</w:t>
            </w:r>
          </w:p>
        </w:tc>
        <w:tc>
          <w:tcPr>
            <w:tcW w:w="3548" w:type="dxa"/>
            <w:tcMar>
              <w:top w:w="80" w:type="dxa"/>
              <w:left w:w="70" w:type="dxa"/>
              <w:bottom w:w="80" w:type="dxa"/>
              <w:right w:w="70" w:type="dxa"/>
            </w:tcMar>
            <w:vAlign w:val="center"/>
          </w:tcPr>
          <w:p w14:paraId="10D102A1" w14:textId="77777777" w:rsidR="00254998" w:rsidRDefault="00254998" w:rsidP="00254998">
            <w:pPr>
              <w:widowControl w:val="0"/>
              <w:spacing w:after="0"/>
            </w:pPr>
            <w:r>
              <w:rPr>
                <w:color w:val="000000"/>
                <w:sz w:val="40"/>
              </w:rPr>
              <w:t>predstavlja jednu poruku</w:t>
            </w:r>
          </w:p>
        </w:tc>
        <w:tc>
          <w:tcPr>
            <w:tcW w:w="3559" w:type="dxa"/>
            <w:tcMar>
              <w:top w:w="80" w:type="dxa"/>
              <w:left w:w="70" w:type="dxa"/>
              <w:bottom w:w="80" w:type="dxa"/>
              <w:right w:w="70" w:type="dxa"/>
            </w:tcMar>
            <w:vAlign w:val="center"/>
          </w:tcPr>
          <w:p w14:paraId="3D5E8426" w14:textId="77777777" w:rsidR="00254998" w:rsidRDefault="00254998" w:rsidP="00254998">
            <w:pPr>
              <w:widowControl w:val="0"/>
              <w:spacing w:after="0"/>
              <w:jc w:val="center"/>
            </w:pPr>
            <w:r>
              <w:rPr>
                <w:color w:val="000000"/>
                <w:sz w:val="24"/>
              </w:rPr>
              <w:t>____________________________</w:t>
            </w:r>
          </w:p>
        </w:tc>
      </w:tr>
    </w:tbl>
    <w:p w14:paraId="30E88F27" w14:textId="77777777" w:rsidR="005A29C0" w:rsidRDefault="007553B4">
      <w:pPr>
        <w:spacing w:before="100" w:after="40" w:line="240" w:lineRule="auto"/>
      </w:pPr>
      <w:r>
        <w:rPr>
          <w:b/>
          <w:color w:val="C96A00"/>
          <w:sz w:val="26"/>
        </w:rPr>
        <w:t>Aktivnost 13: Tri dara – tri simbola</w:t>
      </w:r>
      <w:r>
        <w:rPr>
          <w:i/>
          <w:color w:val="6B6B6B"/>
          <w:sz w:val="20"/>
        </w:rPr>
        <w:t xml:space="preserve"> (individualni rad – crtanje bojicama, 9 minuta)</w:t>
      </w:r>
    </w:p>
    <w:p w14:paraId="64C8889B" w14:textId="77777777" w:rsidR="005A29C0" w:rsidRDefault="007553B4">
      <w:pPr>
        <w:spacing w:after="0" w:line="240" w:lineRule="auto"/>
        <w:jc w:val="both"/>
      </w:pPr>
      <w:r>
        <w:rPr>
          <w:color w:val="000000"/>
        </w:rPr>
        <w:t>Učenici će u tri polja nacrtati po jedan simbol Posljednje večere: 1. KRUH I ČAŠA – Euharistija; 2. UBRUS I POSUDA S VODOM – služenje; 3. SRCE / DVIJE RUKE – nova zapovijed ljubavi. Ispod svakoga crteža pišu najviše tri riječi poruke.</w:t>
      </w:r>
    </w:p>
    <w:p w14:paraId="4466E9A0" w14:textId="77777777" w:rsidR="00447158" w:rsidRDefault="00447158" w:rsidP="00447158"/>
    <w:p w14:paraId="7C2DA069" w14:textId="186A630F" w:rsidR="005A29C0" w:rsidRDefault="007553B4">
      <w:pPr>
        <w:spacing w:before="80" w:after="0" w:line="240" w:lineRule="auto"/>
        <w:rPr>
          <w:color w:val="000000"/>
        </w:rPr>
      </w:pPr>
      <w:r>
        <w:rPr>
          <w:color w:val="000000"/>
        </w:rPr>
        <w:t>Radni predložak:</w:t>
      </w:r>
    </w:p>
    <w:p w14:paraId="332BE49C" w14:textId="77777777" w:rsidR="00447158" w:rsidRDefault="00447158" w:rsidP="00447158">
      <w:pPr>
        <w:spacing w:before="60" w:after="0" w:line="240" w:lineRule="auto"/>
        <w:jc w:val="center"/>
        <w:rPr>
          <w:i/>
          <w:color w:val="6B6B6B"/>
          <w:sz w:val="20"/>
        </w:rPr>
      </w:pPr>
      <w:r w:rsidRPr="00447158">
        <w:rPr>
          <w:noProof/>
        </w:rPr>
        <w:drawing>
          <wp:inline distT="0" distB="0" distL="0" distR="0" wp14:anchorId="602A0A30" wp14:editId="4197786F">
            <wp:extent cx="5756400" cy="3240000"/>
            <wp:effectExtent l="0" t="0" r="0" b="0"/>
            <wp:docPr id="64485123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851239" name=""/>
                    <pic:cNvPicPr/>
                  </pic:nvPicPr>
                  <pic:blipFill>
                    <a:blip r:embed="rId14"/>
                    <a:stretch>
                      <a:fillRect/>
                    </a:stretch>
                  </pic:blipFill>
                  <pic:spPr>
                    <a:xfrm>
                      <a:off x="0" y="0"/>
                      <a:ext cx="5756400" cy="3240000"/>
                    </a:xfrm>
                    <a:prstGeom prst="rect">
                      <a:avLst/>
                    </a:prstGeom>
                  </pic:spPr>
                </pic:pic>
              </a:graphicData>
            </a:graphic>
          </wp:inline>
        </w:drawing>
      </w:r>
    </w:p>
    <w:p w14:paraId="16EF3355" w14:textId="3FFDFBFE" w:rsidR="005A29C0" w:rsidRDefault="007553B4" w:rsidP="00447158">
      <w:pPr>
        <w:spacing w:before="60" w:after="0" w:line="240" w:lineRule="auto"/>
        <w:rPr>
          <w:i/>
          <w:color w:val="6B6B6B"/>
          <w:sz w:val="20"/>
        </w:rPr>
      </w:pPr>
      <w:r>
        <w:rPr>
          <w:i/>
          <w:color w:val="6B6B6B"/>
          <w:sz w:val="20"/>
        </w:rPr>
        <w:t>Mogući primjer rješenja:</w:t>
      </w:r>
    </w:p>
    <w:p w14:paraId="10F1201E" w14:textId="08F20C4B" w:rsidR="00447158" w:rsidRPr="00447158" w:rsidRDefault="00447158" w:rsidP="00447158">
      <w:pPr>
        <w:spacing w:before="60" w:after="0" w:line="240" w:lineRule="auto"/>
        <w:jc w:val="center"/>
        <w:rPr>
          <w:iCs/>
        </w:rPr>
      </w:pPr>
      <w:r w:rsidRPr="00447158">
        <w:rPr>
          <w:iCs/>
          <w:noProof/>
        </w:rPr>
        <w:drawing>
          <wp:inline distT="0" distB="0" distL="0" distR="0" wp14:anchorId="48CE5018" wp14:editId="053A5418">
            <wp:extent cx="5371200" cy="2520000"/>
            <wp:effectExtent l="0" t="0" r="1270" b="0"/>
            <wp:docPr id="9020327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2773" name=""/>
                    <pic:cNvPicPr/>
                  </pic:nvPicPr>
                  <pic:blipFill rotWithShape="1">
                    <a:blip r:embed="rId15"/>
                    <a:srcRect t="16636"/>
                    <a:stretch>
                      <a:fillRect/>
                    </a:stretch>
                  </pic:blipFill>
                  <pic:spPr bwMode="auto">
                    <a:xfrm>
                      <a:off x="0" y="0"/>
                      <a:ext cx="5371200" cy="2520000"/>
                    </a:xfrm>
                    <a:prstGeom prst="rect">
                      <a:avLst/>
                    </a:prstGeom>
                    <a:ln>
                      <a:noFill/>
                    </a:ln>
                    <a:extLst>
                      <a:ext uri="{53640926-AAD7-44D8-BBD7-CCE9431645EC}">
                        <a14:shadowObscured xmlns:a14="http://schemas.microsoft.com/office/drawing/2010/main"/>
                      </a:ext>
                    </a:extLst>
                  </pic:spPr>
                </pic:pic>
              </a:graphicData>
            </a:graphic>
          </wp:inline>
        </w:drawing>
      </w:r>
    </w:p>
    <w:p w14:paraId="63EC5305" w14:textId="08810440" w:rsidR="005A29C0" w:rsidRDefault="007553B4" w:rsidP="003A5F52">
      <w:pPr>
        <w:spacing w:line="240" w:lineRule="auto"/>
      </w:pPr>
      <w:r>
        <w:br w:type="page"/>
      </w:r>
      <w:r>
        <w:rPr>
          <w:b/>
          <w:color w:val="C96A00"/>
          <w:sz w:val="26"/>
        </w:rPr>
        <w:t>Aktivnost 14: Posljednja večera u četiri kadra</w:t>
      </w:r>
      <w:r>
        <w:rPr>
          <w:i/>
          <w:color w:val="6B6B6B"/>
          <w:sz w:val="20"/>
        </w:rPr>
        <w:t xml:space="preserve"> (individualni rad – crtanje bojicama, 9 minuta)</w:t>
      </w:r>
    </w:p>
    <w:p w14:paraId="7C39C60C" w14:textId="77777777" w:rsidR="005A29C0" w:rsidRDefault="007553B4">
      <w:pPr>
        <w:spacing w:after="0" w:line="240" w:lineRule="auto"/>
        <w:jc w:val="both"/>
        <w:rPr>
          <w:color w:val="000000"/>
        </w:rPr>
      </w:pPr>
      <w:r>
        <w:rPr>
          <w:color w:val="000000"/>
        </w:rPr>
        <w:t>Učenici će u četiri kadra nacrtati slijed: 1. ZAJEDNIŠTVO ZA STOLOM / PASHA; 2. ISUS PERE NOGE; 3. KRUH I ČAŠA – EUHARISTIJA; 4. NOVA ZAPOVIJED – LJUBAV I SLUŽENJE. Ispod svakoga kadra pišu najviše tri riječi poruke.</w:t>
      </w:r>
    </w:p>
    <w:p w14:paraId="1D011F40" w14:textId="77777777" w:rsidR="00280A4E" w:rsidRDefault="00280A4E" w:rsidP="00280A4E"/>
    <w:p w14:paraId="4F6FB564" w14:textId="77777777" w:rsidR="005A29C0" w:rsidRDefault="007553B4">
      <w:pPr>
        <w:spacing w:before="80" w:after="0" w:line="240" w:lineRule="auto"/>
        <w:rPr>
          <w:color w:val="000000"/>
        </w:rPr>
      </w:pPr>
      <w:r>
        <w:rPr>
          <w:color w:val="000000"/>
        </w:rPr>
        <w:t>Radni predložak:</w:t>
      </w:r>
    </w:p>
    <w:p w14:paraId="610D0E73" w14:textId="5DAF2B66" w:rsidR="00280A4E" w:rsidRDefault="00280A4E" w:rsidP="00280A4E">
      <w:pPr>
        <w:spacing w:before="80" w:after="0" w:line="240" w:lineRule="auto"/>
        <w:jc w:val="center"/>
        <w:rPr>
          <w:color w:val="000000"/>
        </w:rPr>
      </w:pPr>
      <w:r w:rsidRPr="00280A4E">
        <w:rPr>
          <w:noProof/>
          <w:color w:val="000000"/>
        </w:rPr>
        <w:drawing>
          <wp:inline distT="0" distB="0" distL="0" distR="0" wp14:anchorId="2420CBC9" wp14:editId="00296840">
            <wp:extent cx="6019200" cy="3240000"/>
            <wp:effectExtent l="0" t="0" r="635" b="0"/>
            <wp:docPr id="40627331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273311" name=""/>
                    <pic:cNvPicPr/>
                  </pic:nvPicPr>
                  <pic:blipFill rotWithShape="1">
                    <a:blip r:embed="rId16"/>
                    <a:srcRect b="4342"/>
                    <a:stretch>
                      <a:fillRect/>
                    </a:stretch>
                  </pic:blipFill>
                  <pic:spPr bwMode="auto">
                    <a:xfrm>
                      <a:off x="0" y="0"/>
                      <a:ext cx="6019200" cy="3240000"/>
                    </a:xfrm>
                    <a:prstGeom prst="rect">
                      <a:avLst/>
                    </a:prstGeom>
                    <a:ln>
                      <a:noFill/>
                    </a:ln>
                    <a:extLst>
                      <a:ext uri="{53640926-AAD7-44D8-BBD7-CCE9431645EC}">
                        <a14:shadowObscured xmlns:a14="http://schemas.microsoft.com/office/drawing/2010/main"/>
                      </a:ext>
                    </a:extLst>
                  </pic:spPr>
                </pic:pic>
              </a:graphicData>
            </a:graphic>
          </wp:inline>
        </w:drawing>
      </w:r>
    </w:p>
    <w:p w14:paraId="3C748AD3" w14:textId="77777777" w:rsidR="003752CD" w:rsidRDefault="003752CD">
      <w:pPr>
        <w:spacing w:before="60" w:after="0" w:line="240" w:lineRule="auto"/>
        <w:jc w:val="both"/>
        <w:rPr>
          <w:i/>
          <w:color w:val="6B6B6B"/>
          <w:sz w:val="20"/>
        </w:rPr>
      </w:pPr>
    </w:p>
    <w:p w14:paraId="61F52399" w14:textId="588CBA87" w:rsidR="005A29C0" w:rsidRDefault="007553B4">
      <w:pPr>
        <w:spacing w:before="60" w:after="0" w:line="240" w:lineRule="auto"/>
        <w:jc w:val="both"/>
        <w:rPr>
          <w:i/>
          <w:color w:val="6B6B6B"/>
          <w:sz w:val="20"/>
        </w:rPr>
      </w:pPr>
      <w:r>
        <w:rPr>
          <w:i/>
          <w:color w:val="6B6B6B"/>
          <w:sz w:val="20"/>
        </w:rPr>
        <w:t>Mogući primjer rješenja:</w:t>
      </w:r>
    </w:p>
    <w:p w14:paraId="1484750A" w14:textId="77777777" w:rsidR="003A5F52" w:rsidRDefault="003A5F52">
      <w:pPr>
        <w:spacing w:before="60" w:after="0" w:line="240" w:lineRule="auto"/>
        <w:jc w:val="both"/>
        <w:rPr>
          <w:i/>
          <w:color w:val="6B6B6B"/>
          <w:sz w:val="20"/>
        </w:rPr>
      </w:pPr>
    </w:p>
    <w:p w14:paraId="36052FB7" w14:textId="6F95C95A" w:rsidR="00280A4E" w:rsidRDefault="003752CD" w:rsidP="00280A4E">
      <w:pPr>
        <w:jc w:val="center"/>
      </w:pPr>
      <w:r w:rsidRPr="003752CD">
        <w:rPr>
          <w:noProof/>
        </w:rPr>
        <w:drawing>
          <wp:inline distT="0" distB="0" distL="0" distR="0" wp14:anchorId="605A65DF" wp14:editId="3477A85A">
            <wp:extent cx="6516000" cy="3240000"/>
            <wp:effectExtent l="0" t="0" r="0" b="0"/>
            <wp:docPr id="6191504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150404" name=""/>
                    <pic:cNvPicPr/>
                  </pic:nvPicPr>
                  <pic:blipFill rotWithShape="1">
                    <a:blip r:embed="rId17"/>
                    <a:srcRect t="4991" b="6671"/>
                    <a:stretch>
                      <a:fillRect/>
                    </a:stretch>
                  </pic:blipFill>
                  <pic:spPr bwMode="auto">
                    <a:xfrm>
                      <a:off x="0" y="0"/>
                      <a:ext cx="6516000" cy="3240000"/>
                    </a:xfrm>
                    <a:prstGeom prst="rect">
                      <a:avLst/>
                    </a:prstGeom>
                    <a:ln>
                      <a:noFill/>
                    </a:ln>
                    <a:extLst>
                      <a:ext uri="{53640926-AAD7-44D8-BBD7-CCE9431645EC}">
                        <a14:shadowObscured xmlns:a14="http://schemas.microsoft.com/office/drawing/2010/main"/>
                      </a:ext>
                    </a:extLst>
                  </pic:spPr>
                </pic:pic>
              </a:graphicData>
            </a:graphic>
          </wp:inline>
        </w:drawing>
      </w:r>
    </w:p>
    <w:p w14:paraId="14638DA2" w14:textId="77C3D4FA" w:rsidR="005A29C0" w:rsidRDefault="007553B4">
      <w:pPr>
        <w:spacing w:before="100" w:after="40" w:line="240" w:lineRule="auto"/>
      </w:pPr>
      <w:r>
        <w:rPr>
          <w:b/>
          <w:color w:val="C96A00"/>
          <w:sz w:val="26"/>
        </w:rPr>
        <w:t>Aktivnost 15: Poučna priča</w:t>
      </w:r>
      <w:r>
        <w:rPr>
          <w:i/>
          <w:color w:val="6B6B6B"/>
          <w:sz w:val="20"/>
        </w:rPr>
        <w:t xml:space="preserve"> (individualni rad i razgovor, 6 minuta)</w:t>
      </w:r>
    </w:p>
    <w:p w14:paraId="4A3D4CA7" w14:textId="77777777" w:rsidR="005A29C0" w:rsidRDefault="007553B4">
      <w:pPr>
        <w:spacing w:after="0" w:line="240" w:lineRule="auto"/>
        <w:rPr>
          <w:i/>
          <w:color w:val="000000"/>
        </w:rPr>
      </w:pPr>
      <w:r>
        <w:rPr>
          <w:i/>
          <w:color w:val="000000"/>
        </w:rPr>
        <w:t>Vjeroučitelj će pročitati poučnu priču.</w:t>
      </w:r>
    </w:p>
    <w:p w14:paraId="711A5E4E" w14:textId="77777777" w:rsidR="00254998" w:rsidRDefault="00254998" w:rsidP="00254998"/>
    <w:p w14:paraId="6846F5EB" w14:textId="41084E21" w:rsidR="00254998" w:rsidRPr="00254998" w:rsidRDefault="00254998" w:rsidP="00254998">
      <w:pPr>
        <w:rPr>
          <w:b/>
          <w:bCs/>
        </w:rPr>
      </w:pPr>
      <w:r w:rsidRPr="00254998">
        <w:rPr>
          <w:b/>
          <w:bCs/>
        </w:rPr>
        <w:t>Obiteljski ručak</w:t>
      </w:r>
    </w:p>
    <w:p w14:paraId="2CB2837A" w14:textId="77777777" w:rsidR="005A29C0" w:rsidRDefault="007553B4">
      <w:pPr>
        <w:spacing w:after="0" w:line="240" w:lineRule="auto"/>
        <w:jc w:val="both"/>
      </w:pPr>
      <w:r>
        <w:rPr>
          <w:color w:val="000000"/>
        </w:rPr>
        <w:t>Na obiteljskom ručku svi su čekali da baka iznese posljednje tanjure. Bila je umorna i nekoliko je puta sjela pa ponovno ustala po nešto što je nedostajalo. Marko je već posegnuo za najboljim komadom kolača, ali je primijetio da baka još nije ni sjela. Ustao je, donio joj čašu vode, poslužio ostale i tek se onda vratio na svoje mjesto. Nitko mu nije rekao da to učini. Kad ga je mlađa sestra upitala zašto se toliko trudi, odgovorio je: „Ako je netko cijelo vrijeme služio nama, red je da i mi malo služimo njemu.“ Baka se samo nasmiješila i napokon sjela za stol.</w:t>
      </w:r>
    </w:p>
    <w:p w14:paraId="7F087287" w14:textId="77777777" w:rsidR="00254998" w:rsidRDefault="00254998" w:rsidP="00254998"/>
    <w:p w14:paraId="576AACDF" w14:textId="38430AF7" w:rsidR="005A29C0" w:rsidRPr="00254998" w:rsidRDefault="007553B4" w:rsidP="00254998">
      <w:r w:rsidRPr="00254998">
        <w:t>Razgovor:</w:t>
      </w:r>
    </w:p>
    <w:p w14:paraId="3276C0C7" w14:textId="053FD632" w:rsidR="005A29C0" w:rsidRDefault="007553B4" w:rsidP="00DE44AD">
      <w:pPr>
        <w:pStyle w:val="Odlomakpopisa"/>
        <w:numPr>
          <w:ilvl w:val="0"/>
          <w:numId w:val="10"/>
        </w:numPr>
        <w:spacing w:after="0" w:line="240" w:lineRule="auto"/>
        <w:jc w:val="both"/>
      </w:pPr>
      <w:r w:rsidRPr="00254998">
        <w:rPr>
          <w:color w:val="000000"/>
        </w:rPr>
        <w:t xml:space="preserve">Što je Marko primijetio prije nego što je počeo jesti? </w:t>
      </w:r>
      <w:r w:rsidRPr="00254998">
        <w:rPr>
          <w:color w:val="808080" w:themeColor="background1" w:themeShade="80"/>
          <w:sz w:val="18"/>
          <w:szCs w:val="18"/>
        </w:rPr>
        <w:t>(Da je baka umorna i da cijelo vrijeme služi drugima.)</w:t>
      </w:r>
    </w:p>
    <w:p w14:paraId="10CE5D00" w14:textId="28369EFF" w:rsidR="005A29C0" w:rsidRPr="00254998" w:rsidRDefault="007553B4" w:rsidP="00DE44AD">
      <w:pPr>
        <w:pStyle w:val="Odlomakpopisa"/>
        <w:numPr>
          <w:ilvl w:val="0"/>
          <w:numId w:val="10"/>
        </w:numPr>
        <w:spacing w:after="0" w:line="240" w:lineRule="auto"/>
        <w:jc w:val="both"/>
        <w:rPr>
          <w:color w:val="808080" w:themeColor="background1" w:themeShade="80"/>
          <w:sz w:val="18"/>
          <w:szCs w:val="18"/>
        </w:rPr>
      </w:pPr>
      <w:r w:rsidRPr="00254998">
        <w:rPr>
          <w:color w:val="000000"/>
        </w:rPr>
        <w:t xml:space="preserve">Zašto je njegovo djelo više od obične pristojnosti? </w:t>
      </w:r>
      <w:r w:rsidRPr="00254998">
        <w:rPr>
          <w:color w:val="808080" w:themeColor="background1" w:themeShade="80"/>
          <w:sz w:val="18"/>
          <w:szCs w:val="18"/>
        </w:rPr>
        <w:t>(Sam je uočio potrebu i odlučio pomoći, bez naredbe i nagrade.)</w:t>
      </w:r>
    </w:p>
    <w:p w14:paraId="57D28025" w14:textId="527E56A2" w:rsidR="005A29C0" w:rsidRPr="00254998" w:rsidRDefault="007553B4" w:rsidP="00DE44AD">
      <w:pPr>
        <w:pStyle w:val="Odlomakpopisa"/>
        <w:numPr>
          <w:ilvl w:val="0"/>
          <w:numId w:val="10"/>
        </w:numPr>
        <w:spacing w:after="0" w:line="240" w:lineRule="auto"/>
        <w:jc w:val="both"/>
        <w:rPr>
          <w:color w:val="808080" w:themeColor="background1" w:themeShade="80"/>
          <w:sz w:val="18"/>
          <w:szCs w:val="18"/>
        </w:rPr>
      </w:pPr>
      <w:r w:rsidRPr="00254998">
        <w:rPr>
          <w:color w:val="000000"/>
        </w:rPr>
        <w:t xml:space="preserve">S kojom gestom Posljednje večere možemo povezati priču? </w:t>
      </w:r>
      <w:r w:rsidRPr="00254998">
        <w:rPr>
          <w:color w:val="808080" w:themeColor="background1" w:themeShade="80"/>
          <w:sz w:val="18"/>
          <w:szCs w:val="18"/>
        </w:rPr>
        <w:t>(S Isusovim pranjem nogu i pozivom da učenici služe jedni drugima.)</w:t>
      </w:r>
    </w:p>
    <w:p w14:paraId="418AFFA8" w14:textId="77777777" w:rsidR="005A29C0" w:rsidRPr="00254998" w:rsidRDefault="007553B4" w:rsidP="00254998">
      <w:pPr>
        <w:spacing w:before="80" w:after="0" w:line="240" w:lineRule="auto"/>
        <w:jc w:val="both"/>
        <w:rPr>
          <w:bCs/>
        </w:rPr>
      </w:pPr>
      <w:r>
        <w:rPr>
          <w:b/>
          <w:color w:val="000000"/>
        </w:rPr>
        <w:t xml:space="preserve">Pouka: </w:t>
      </w:r>
      <w:r w:rsidRPr="00254998">
        <w:rPr>
          <w:bCs/>
          <w:color w:val="000000"/>
        </w:rPr>
        <w:t>Isusovo služenje počinje ondje gdje primijetimo potrebu drugoga i bez traženja prvoga mjesta učinimo konkretno dobro.</w:t>
      </w:r>
    </w:p>
    <w:p w14:paraId="0C7E9F4F" w14:textId="7B75BB00" w:rsidR="005A29C0" w:rsidRDefault="007553B4">
      <w:pPr>
        <w:spacing w:before="100" w:after="40" w:line="240" w:lineRule="auto"/>
      </w:pPr>
      <w:r>
        <w:rPr>
          <w:b/>
          <w:color w:val="C96A00"/>
          <w:sz w:val="26"/>
        </w:rPr>
        <w:t>Aktivnost 16: Zapišimo!</w:t>
      </w:r>
      <w:r>
        <w:rPr>
          <w:i/>
          <w:color w:val="6B6B6B"/>
          <w:sz w:val="20"/>
        </w:rPr>
        <w:t xml:space="preserve"> (individualni rad uz zajedničku provjeru, 7 minuta)</w:t>
      </w:r>
    </w:p>
    <w:p w14:paraId="70B253EA" w14:textId="77777777" w:rsidR="005A29C0" w:rsidRDefault="007553B4">
      <w:pPr>
        <w:spacing w:after="0" w:line="240" w:lineRule="auto"/>
        <w:jc w:val="both"/>
      </w:pPr>
      <w:r>
        <w:rPr>
          <w:color w:val="000000"/>
        </w:rPr>
        <w:t>Učenici će u bilježnicu prepisati i dopuniti sažetak ponuđenim riječima. Svaku riječ smiju upotrijebiti samo jednom.</w:t>
      </w:r>
    </w:p>
    <w:p w14:paraId="044A3D62" w14:textId="77777777" w:rsidR="005A29C0" w:rsidRDefault="007553B4">
      <w:pPr>
        <w:spacing w:after="0" w:line="240" w:lineRule="auto"/>
        <w:jc w:val="both"/>
        <w:rPr>
          <w:i/>
          <w:color w:val="6B6B6B"/>
          <w:sz w:val="20"/>
        </w:rPr>
      </w:pPr>
      <w:r>
        <w:rPr>
          <w:i/>
          <w:color w:val="6B6B6B"/>
          <w:sz w:val="20"/>
        </w:rPr>
        <w:t>Rješenje: 1. Pasha; 2. Euharistiju; 3. tijelo; 4. krv; 5. služenje; 6. ljubite; 7. svećenički red.</w:t>
      </w:r>
    </w:p>
    <w:p w14:paraId="325E0808" w14:textId="77777777" w:rsidR="00447158" w:rsidRDefault="00447158" w:rsidP="00447158">
      <w:pPr>
        <w:spacing w:after="0" w:line="240" w:lineRule="auto"/>
        <w:jc w:val="both"/>
      </w:pPr>
    </w:p>
    <w:tbl>
      <w:tblPr>
        <w:tblStyle w:val="Reetkatablice"/>
        <w:tblW w:w="0" w:type="auto"/>
        <w:tblLook w:val="04A0" w:firstRow="1" w:lastRow="0" w:firstColumn="1" w:lastColumn="0" w:noHBand="0" w:noVBand="1"/>
      </w:tblPr>
      <w:tblGrid>
        <w:gridCol w:w="10671"/>
      </w:tblGrid>
      <w:tr w:rsidR="00447158" w14:paraId="20538A11" w14:textId="77777777" w:rsidTr="00F41D5B">
        <w:tc>
          <w:tcPr>
            <w:tcW w:w="10681" w:type="dxa"/>
            <w:shd w:val="clear" w:color="auto" w:fill="FFF2CC"/>
          </w:tcPr>
          <w:p w14:paraId="5C66D87F" w14:textId="0C45CBFA" w:rsidR="00447158" w:rsidRPr="00447158" w:rsidRDefault="00447158" w:rsidP="00F41D5B">
            <w:pPr>
              <w:spacing w:after="0" w:line="240" w:lineRule="auto"/>
              <w:jc w:val="center"/>
              <w:rPr>
                <w:sz w:val="48"/>
                <w:szCs w:val="48"/>
              </w:rPr>
            </w:pPr>
            <w:r w:rsidRPr="00447158">
              <w:rPr>
                <w:rFonts w:eastAsia="Calibri"/>
                <w:b/>
                <w:color w:val="C96A00"/>
                <w:sz w:val="48"/>
                <w:szCs w:val="48"/>
              </w:rPr>
              <w:t>POSLJEDNJA VEČERA</w:t>
            </w:r>
          </w:p>
          <w:p w14:paraId="3F4C3E7D" w14:textId="77777777" w:rsidR="00447158" w:rsidRPr="00447158" w:rsidRDefault="00447158" w:rsidP="00447158">
            <w:pPr>
              <w:spacing w:after="0" w:line="240" w:lineRule="auto"/>
              <w:jc w:val="both"/>
              <w:rPr>
                <w:rFonts w:eastAsia="Calibri"/>
                <w:color w:val="002060"/>
                <w:sz w:val="48"/>
                <w:szCs w:val="48"/>
              </w:rPr>
            </w:pPr>
            <w:r w:rsidRPr="00447158">
              <w:rPr>
                <w:rFonts w:eastAsia="Calibri"/>
                <w:color w:val="002060"/>
                <w:sz w:val="48"/>
                <w:szCs w:val="48"/>
              </w:rPr>
              <w:t>Ponuđene riječi: LJUBITE – PASHA – SVEĆENIČKI RED – KRV – SLUŽENJE – EUHARISTIJU – TIJELO</w:t>
            </w:r>
          </w:p>
          <w:p w14:paraId="726824AA" w14:textId="79AEE906" w:rsidR="00447158" w:rsidRPr="00447158" w:rsidRDefault="00447158" w:rsidP="00447158">
            <w:pPr>
              <w:spacing w:after="0" w:line="240" w:lineRule="auto"/>
              <w:jc w:val="both"/>
              <w:rPr>
                <w:color w:val="002060"/>
              </w:rPr>
            </w:pPr>
            <w:r w:rsidRPr="00447158">
              <w:rPr>
                <w:color w:val="000000"/>
                <w:sz w:val="48"/>
                <w:szCs w:val="48"/>
              </w:rPr>
              <w:br/>
              <w:t>1. Posljednja večera bila je proslava ______________.</w:t>
            </w:r>
            <w:r w:rsidRPr="00447158">
              <w:rPr>
                <w:color w:val="000000"/>
                <w:sz w:val="48"/>
                <w:szCs w:val="48"/>
              </w:rPr>
              <w:br/>
              <w:t>2. Isus pod prilikama kruha i vina ustanovljuje ____________________.</w:t>
            </w:r>
            <w:r w:rsidRPr="00447158">
              <w:rPr>
                <w:color w:val="000000"/>
                <w:sz w:val="48"/>
                <w:szCs w:val="48"/>
              </w:rPr>
              <w:br/>
              <w:t>3. Za kruh kaže: „Ovo je moje _________________.“</w:t>
            </w:r>
            <w:r w:rsidRPr="00447158">
              <w:rPr>
                <w:color w:val="000000"/>
                <w:sz w:val="48"/>
                <w:szCs w:val="48"/>
              </w:rPr>
              <w:br/>
              <w:t>4. Za čašu govori o svojoj _______________ Saveza.</w:t>
            </w:r>
            <w:r w:rsidRPr="00447158">
              <w:rPr>
                <w:color w:val="000000"/>
                <w:sz w:val="48"/>
                <w:szCs w:val="48"/>
              </w:rPr>
              <w:br/>
              <w:t>5. Pranjem nogu Isus pokazuje put poniznoga __________________.</w:t>
            </w:r>
            <w:r w:rsidRPr="00447158">
              <w:rPr>
                <w:color w:val="000000"/>
                <w:sz w:val="48"/>
                <w:szCs w:val="48"/>
              </w:rPr>
              <w:br/>
              <w:t>6. Nova zapovijed glasi: „______________ jedni druge.“</w:t>
            </w:r>
            <w:r w:rsidRPr="00447158">
              <w:rPr>
                <w:color w:val="000000"/>
                <w:sz w:val="48"/>
                <w:szCs w:val="48"/>
              </w:rPr>
              <w:br/>
              <w:t>7. Katolička vjera Posljednju večeru povezuje i s ustanovljenjem ____________________.</w:t>
            </w:r>
          </w:p>
        </w:tc>
      </w:tr>
    </w:tbl>
    <w:p w14:paraId="3D09BDE3" w14:textId="77777777" w:rsidR="003A5F52" w:rsidRDefault="003A5F52">
      <w:pPr>
        <w:spacing w:before="100" w:after="40" w:line="240" w:lineRule="auto"/>
        <w:rPr>
          <w:b/>
          <w:color w:val="C96A00"/>
          <w:sz w:val="26"/>
        </w:rPr>
      </w:pPr>
    </w:p>
    <w:p w14:paraId="78A3F93E" w14:textId="388AB9E1" w:rsidR="005A29C0" w:rsidRDefault="007553B4">
      <w:pPr>
        <w:spacing w:before="100" w:after="40" w:line="240" w:lineRule="auto"/>
      </w:pPr>
      <w:r>
        <w:rPr>
          <w:b/>
          <w:color w:val="C96A00"/>
          <w:sz w:val="26"/>
        </w:rPr>
        <w:t>Aktivnost 17: Radna bilježnica</w:t>
      </w:r>
      <w:r>
        <w:rPr>
          <w:i/>
          <w:color w:val="6B6B6B"/>
          <w:sz w:val="20"/>
        </w:rPr>
        <w:t xml:space="preserve"> (individualni rad uz zajedničku provjeru, približno 10 minuta)</w:t>
      </w:r>
    </w:p>
    <w:p w14:paraId="459DAF8B" w14:textId="77777777" w:rsidR="005A29C0" w:rsidRDefault="007553B4">
      <w:pPr>
        <w:spacing w:after="0" w:line="240" w:lineRule="auto"/>
      </w:pPr>
      <w:r>
        <w:rPr>
          <w:color w:val="000000"/>
        </w:rPr>
        <w:t>Učenici će uz pomoć vjeroučitelja rješavati RB, str. 74–75 (mogu biti i odabrani zadatci po želji).</w:t>
      </w:r>
    </w:p>
    <w:p w14:paraId="4D643040" w14:textId="77777777" w:rsidR="005A29C0" w:rsidRDefault="007553B4">
      <w:pPr>
        <w:spacing w:before="100" w:after="40" w:line="240" w:lineRule="auto"/>
      </w:pPr>
      <w:r>
        <w:rPr>
          <w:b/>
          <w:color w:val="C96A00"/>
          <w:sz w:val="26"/>
        </w:rPr>
        <w:t>Aktivnost 18: Formativna provjera – šest kratkih tvrdnji</w:t>
      </w:r>
      <w:r>
        <w:rPr>
          <w:i/>
          <w:color w:val="6B6B6B"/>
          <w:sz w:val="20"/>
        </w:rPr>
        <w:t xml:space="preserve"> (frontalni rad i individualni odgovor, 6 minuta)</w:t>
      </w:r>
    </w:p>
    <w:p w14:paraId="179BEF67" w14:textId="77777777" w:rsidR="005A29C0" w:rsidRDefault="007553B4">
      <w:pPr>
        <w:spacing w:after="0" w:line="240" w:lineRule="auto"/>
        <w:jc w:val="both"/>
      </w:pPr>
      <w:r>
        <w:rPr>
          <w:color w:val="000000"/>
        </w:rPr>
        <w:t>Učenici odgovaraju T – točno ili N – netočno. Netočne tvrdnje odmah usmeno ispravljaju.</w:t>
      </w:r>
    </w:p>
    <w:p w14:paraId="543C0853" w14:textId="6AC52C9A" w:rsidR="005A29C0" w:rsidRDefault="007553B4" w:rsidP="00DE44AD">
      <w:pPr>
        <w:pStyle w:val="Odlomakpopisa"/>
        <w:numPr>
          <w:ilvl w:val="0"/>
          <w:numId w:val="11"/>
        </w:numPr>
        <w:spacing w:after="0" w:line="240" w:lineRule="auto"/>
        <w:jc w:val="both"/>
      </w:pPr>
      <w:r w:rsidRPr="00280A4E">
        <w:rPr>
          <w:color w:val="000000"/>
        </w:rPr>
        <w:t>Posljednja večera bila je u okviru proslave Pashe.</w:t>
      </w:r>
      <w:r w:rsidRPr="00280A4E">
        <w:rPr>
          <w:color w:val="808080" w:themeColor="background1" w:themeShade="80"/>
          <w:sz w:val="18"/>
          <w:szCs w:val="18"/>
        </w:rPr>
        <w:t xml:space="preserve"> (T)</w:t>
      </w:r>
    </w:p>
    <w:p w14:paraId="1E18440D" w14:textId="6C00AB3A" w:rsidR="005A29C0" w:rsidRDefault="007553B4" w:rsidP="00DE44AD">
      <w:pPr>
        <w:pStyle w:val="Odlomakpopisa"/>
        <w:numPr>
          <w:ilvl w:val="0"/>
          <w:numId w:val="11"/>
        </w:numPr>
        <w:spacing w:after="0" w:line="240" w:lineRule="auto"/>
        <w:jc w:val="both"/>
      </w:pPr>
      <w:r w:rsidRPr="00280A4E">
        <w:rPr>
          <w:color w:val="000000"/>
        </w:rPr>
        <w:t xml:space="preserve">Pranje nogu pokazuje da Isus smatra služenje nedostojnim učitelja. </w:t>
      </w:r>
      <w:r w:rsidRPr="00280A4E">
        <w:rPr>
          <w:color w:val="808080" w:themeColor="background1" w:themeShade="80"/>
          <w:sz w:val="18"/>
          <w:szCs w:val="18"/>
        </w:rPr>
        <w:t>(N – upravo kao Učitelj služi i daje primjer.)</w:t>
      </w:r>
    </w:p>
    <w:p w14:paraId="23F76FC8" w14:textId="70B5B572" w:rsidR="005A29C0" w:rsidRDefault="007553B4" w:rsidP="00DE44AD">
      <w:pPr>
        <w:pStyle w:val="Odlomakpopisa"/>
        <w:numPr>
          <w:ilvl w:val="0"/>
          <w:numId w:val="11"/>
        </w:numPr>
        <w:spacing w:after="0" w:line="240" w:lineRule="auto"/>
        <w:jc w:val="both"/>
      </w:pPr>
      <w:r w:rsidRPr="00280A4E">
        <w:rPr>
          <w:color w:val="000000"/>
        </w:rPr>
        <w:t>Isus nad kruhom govori: „Ovo je tijelo moje koje se za vas predaje.“</w:t>
      </w:r>
      <w:r w:rsidRPr="00280A4E">
        <w:rPr>
          <w:color w:val="808080" w:themeColor="background1" w:themeShade="80"/>
          <w:sz w:val="18"/>
          <w:szCs w:val="18"/>
        </w:rPr>
        <w:t xml:space="preserve"> (T)</w:t>
      </w:r>
    </w:p>
    <w:p w14:paraId="668802F4" w14:textId="05FECD7B" w:rsidR="005A29C0" w:rsidRPr="00280A4E" w:rsidRDefault="007553B4" w:rsidP="00DE44AD">
      <w:pPr>
        <w:pStyle w:val="Odlomakpopisa"/>
        <w:numPr>
          <w:ilvl w:val="0"/>
          <w:numId w:val="11"/>
        </w:numPr>
        <w:spacing w:after="0" w:line="240" w:lineRule="auto"/>
        <w:jc w:val="both"/>
        <w:rPr>
          <w:color w:val="808080" w:themeColor="background1" w:themeShade="80"/>
          <w:sz w:val="18"/>
          <w:szCs w:val="18"/>
        </w:rPr>
      </w:pPr>
      <w:r w:rsidRPr="00280A4E">
        <w:rPr>
          <w:color w:val="000000"/>
        </w:rPr>
        <w:t>Nova zapovijed glasi da učenici trebaju ljubiti samo svoje prijatelje.</w:t>
      </w:r>
      <w:r w:rsidRPr="00280A4E">
        <w:rPr>
          <w:color w:val="808080" w:themeColor="background1" w:themeShade="80"/>
          <w:sz w:val="18"/>
          <w:szCs w:val="18"/>
        </w:rPr>
        <w:t xml:space="preserve"> (N – „ljubite jedni druge; kao što sam ja ljubio vas“.)</w:t>
      </w:r>
    </w:p>
    <w:p w14:paraId="0AE6266E" w14:textId="1B1D8CED" w:rsidR="005A29C0" w:rsidRDefault="007553B4" w:rsidP="00DE44AD">
      <w:pPr>
        <w:pStyle w:val="Odlomakpopisa"/>
        <w:numPr>
          <w:ilvl w:val="0"/>
          <w:numId w:val="11"/>
        </w:numPr>
        <w:spacing w:after="0" w:line="240" w:lineRule="auto"/>
        <w:jc w:val="both"/>
      </w:pPr>
      <w:r w:rsidRPr="00280A4E">
        <w:rPr>
          <w:color w:val="000000"/>
        </w:rPr>
        <w:t>Euharistija je u udžbeniku opisana kao znak Kristove trajne prisutnosti pod prilikama kruha i vina.</w:t>
      </w:r>
      <w:r w:rsidRPr="00280A4E">
        <w:rPr>
          <w:color w:val="808080" w:themeColor="background1" w:themeShade="80"/>
          <w:sz w:val="18"/>
          <w:szCs w:val="18"/>
        </w:rPr>
        <w:t xml:space="preserve"> (T)</w:t>
      </w:r>
    </w:p>
    <w:p w14:paraId="3A5D10FE" w14:textId="57B41E23" w:rsidR="005A29C0" w:rsidRDefault="007553B4" w:rsidP="00DE44AD">
      <w:pPr>
        <w:pStyle w:val="Odlomakpopisa"/>
        <w:numPr>
          <w:ilvl w:val="0"/>
          <w:numId w:val="11"/>
        </w:numPr>
        <w:spacing w:after="0" w:line="240" w:lineRule="auto"/>
        <w:jc w:val="both"/>
      </w:pPr>
      <w:r w:rsidRPr="00280A4E">
        <w:rPr>
          <w:color w:val="000000"/>
        </w:rPr>
        <w:t xml:space="preserve">Digitalni udžbenik među darovima Posljednje večere navodi Euharistiju, svećenički red te bratsku ljubav i služenje. </w:t>
      </w:r>
      <w:r w:rsidRPr="00280A4E">
        <w:rPr>
          <w:color w:val="808080" w:themeColor="background1" w:themeShade="80"/>
          <w:sz w:val="18"/>
          <w:szCs w:val="18"/>
        </w:rPr>
        <w:t>(T)</w:t>
      </w:r>
    </w:p>
    <w:p w14:paraId="1F61C19C" w14:textId="77777777" w:rsidR="005A29C0" w:rsidRDefault="007553B4">
      <w:pPr>
        <w:spacing w:before="100" w:after="40" w:line="240" w:lineRule="auto"/>
      </w:pPr>
      <w:r>
        <w:rPr>
          <w:b/>
          <w:color w:val="C96A00"/>
          <w:sz w:val="26"/>
        </w:rPr>
        <w:t>Aktivnost 19: Digitalni zadatci</w:t>
      </w:r>
      <w:r>
        <w:rPr>
          <w:i/>
          <w:color w:val="6B6B6B"/>
          <w:sz w:val="20"/>
        </w:rPr>
        <w:t xml:space="preserve"> (individualni rad ili rad u paru, 8 minuta)</w:t>
      </w:r>
    </w:p>
    <w:p w14:paraId="201B73B6" w14:textId="77777777" w:rsidR="005A29C0" w:rsidRDefault="007553B4" w:rsidP="006128E4">
      <w:pPr>
        <w:spacing w:before="80" w:after="0" w:line="240" w:lineRule="auto"/>
        <w:jc w:val="both"/>
        <w:rPr>
          <w:bCs/>
          <w:color w:val="000000"/>
        </w:rPr>
      </w:pPr>
      <w:r>
        <w:rPr>
          <w:b/>
          <w:color w:val="000000"/>
        </w:rPr>
        <w:t xml:space="preserve">Nedigitalna alternativa: </w:t>
      </w:r>
      <w:r w:rsidRPr="006128E4">
        <w:rPr>
          <w:bCs/>
          <w:color w:val="000000"/>
        </w:rPr>
        <w:t>Parovi dobivaju dvanaest kartica – šest pojmova i šest objašnjenja. Pojmove i poruke treba povezati, a zatim jedan par objasniti u jednoj rečenici.</w:t>
      </w:r>
    </w:p>
    <w:p w14:paraId="3DD63DD8" w14:textId="77777777" w:rsidR="006128E4" w:rsidRDefault="006128E4" w:rsidP="006128E4">
      <w:pPr>
        <w:spacing w:before="80" w:after="0" w:line="240" w:lineRule="auto"/>
        <w:jc w:val="both"/>
      </w:pPr>
    </w:p>
    <w:tbl>
      <w:tblPr>
        <w:tblStyle w:val="Reetkatablice"/>
        <w:tblW w:w="10658" w:type="dxa"/>
        <w:tblLook w:val="04A0" w:firstRow="1" w:lastRow="0" w:firstColumn="1" w:lastColumn="0" w:noHBand="0" w:noVBand="1"/>
      </w:tblPr>
      <w:tblGrid>
        <w:gridCol w:w="5329"/>
        <w:gridCol w:w="5329"/>
      </w:tblGrid>
      <w:tr w:rsidR="005A29C0" w14:paraId="542AB07F" w14:textId="77777777">
        <w:tc>
          <w:tcPr>
            <w:tcW w:w="5340" w:type="dxa"/>
            <w:shd w:val="clear" w:color="auto" w:fill="4472C4"/>
            <w:tcMar>
              <w:top w:w="70" w:type="dxa"/>
              <w:left w:w="80" w:type="dxa"/>
              <w:bottom w:w="70" w:type="dxa"/>
              <w:right w:w="80" w:type="dxa"/>
            </w:tcMar>
            <w:vAlign w:val="center"/>
          </w:tcPr>
          <w:p w14:paraId="5832DA71" w14:textId="77777777" w:rsidR="005A29C0" w:rsidRDefault="007553B4">
            <w:pPr>
              <w:spacing w:after="0"/>
              <w:jc w:val="center"/>
            </w:pPr>
            <w:r>
              <w:rPr>
                <w:b/>
                <w:color w:val="FFFFFF"/>
                <w:sz w:val="40"/>
              </w:rPr>
              <w:t>POJAM</w:t>
            </w:r>
          </w:p>
        </w:tc>
        <w:tc>
          <w:tcPr>
            <w:tcW w:w="5340" w:type="dxa"/>
            <w:shd w:val="clear" w:color="auto" w:fill="70AD47"/>
            <w:tcMar>
              <w:top w:w="70" w:type="dxa"/>
              <w:left w:w="80" w:type="dxa"/>
              <w:bottom w:w="70" w:type="dxa"/>
              <w:right w:w="80" w:type="dxa"/>
            </w:tcMar>
            <w:vAlign w:val="center"/>
          </w:tcPr>
          <w:p w14:paraId="31F30C46" w14:textId="77777777" w:rsidR="005A29C0" w:rsidRDefault="007553B4">
            <w:pPr>
              <w:spacing w:after="0"/>
              <w:jc w:val="center"/>
            </w:pPr>
            <w:r>
              <w:rPr>
                <w:b/>
                <w:color w:val="FFFFFF"/>
                <w:sz w:val="40"/>
              </w:rPr>
              <w:t>OBJAŠNJENJE – IZMIJEŠANO</w:t>
            </w:r>
          </w:p>
        </w:tc>
      </w:tr>
      <w:tr w:rsidR="005A29C0" w14:paraId="5AE80C72" w14:textId="77777777">
        <w:tc>
          <w:tcPr>
            <w:tcW w:w="5340" w:type="dxa"/>
            <w:tcMar>
              <w:top w:w="80" w:type="dxa"/>
              <w:left w:w="70" w:type="dxa"/>
              <w:bottom w:w="80" w:type="dxa"/>
              <w:right w:w="70" w:type="dxa"/>
            </w:tcMar>
            <w:vAlign w:val="center"/>
          </w:tcPr>
          <w:p w14:paraId="04C1D487" w14:textId="77777777" w:rsidR="005A29C0" w:rsidRDefault="007553B4" w:rsidP="003752CD">
            <w:pPr>
              <w:spacing w:after="0"/>
            </w:pPr>
            <w:r>
              <w:rPr>
                <w:color w:val="000000"/>
                <w:sz w:val="40"/>
              </w:rPr>
              <w:t>PASHA</w:t>
            </w:r>
          </w:p>
        </w:tc>
        <w:tc>
          <w:tcPr>
            <w:tcW w:w="5340" w:type="dxa"/>
            <w:tcMar>
              <w:top w:w="80" w:type="dxa"/>
              <w:left w:w="70" w:type="dxa"/>
              <w:bottom w:w="80" w:type="dxa"/>
              <w:right w:w="70" w:type="dxa"/>
            </w:tcMar>
            <w:vAlign w:val="center"/>
          </w:tcPr>
          <w:p w14:paraId="1B02F119" w14:textId="77777777" w:rsidR="005A29C0" w:rsidRDefault="007553B4" w:rsidP="003752CD">
            <w:pPr>
              <w:spacing w:after="0"/>
            </w:pPr>
            <w:r>
              <w:rPr>
                <w:color w:val="000000"/>
                <w:sz w:val="40"/>
              </w:rPr>
              <w:t>sakrament Kristove trajne prisutnosti pod prilikama kruha i vina</w:t>
            </w:r>
          </w:p>
        </w:tc>
      </w:tr>
      <w:tr w:rsidR="005A29C0" w14:paraId="6A7FD444" w14:textId="77777777" w:rsidTr="003752CD">
        <w:tc>
          <w:tcPr>
            <w:tcW w:w="5340" w:type="dxa"/>
            <w:shd w:val="clear" w:color="auto" w:fill="F5F5F5"/>
            <w:tcMar>
              <w:top w:w="80" w:type="dxa"/>
              <w:left w:w="70" w:type="dxa"/>
              <w:bottom w:w="80" w:type="dxa"/>
              <w:right w:w="70" w:type="dxa"/>
            </w:tcMar>
            <w:vAlign w:val="center"/>
          </w:tcPr>
          <w:p w14:paraId="13324C61" w14:textId="77777777" w:rsidR="005A29C0" w:rsidRDefault="007553B4" w:rsidP="003752CD">
            <w:pPr>
              <w:spacing w:after="0"/>
            </w:pPr>
            <w:r>
              <w:rPr>
                <w:color w:val="000000"/>
                <w:sz w:val="40"/>
              </w:rPr>
              <w:t>PRANJE NOGU</w:t>
            </w:r>
          </w:p>
        </w:tc>
        <w:tc>
          <w:tcPr>
            <w:tcW w:w="5340" w:type="dxa"/>
            <w:shd w:val="clear" w:color="auto" w:fill="F5F5F5"/>
            <w:tcMar>
              <w:top w:w="80" w:type="dxa"/>
              <w:left w:w="70" w:type="dxa"/>
              <w:bottom w:w="80" w:type="dxa"/>
              <w:right w:w="70" w:type="dxa"/>
            </w:tcMar>
            <w:vAlign w:val="center"/>
          </w:tcPr>
          <w:p w14:paraId="0BA8EC59" w14:textId="77777777" w:rsidR="005A29C0" w:rsidRDefault="007553B4" w:rsidP="003752CD">
            <w:pPr>
              <w:spacing w:after="0"/>
            </w:pPr>
            <w:r>
              <w:rPr>
                <w:color w:val="000000"/>
                <w:sz w:val="40"/>
              </w:rPr>
              <w:t>„Ljubite jedni druge kao što sam ja ljubio vas.“</w:t>
            </w:r>
          </w:p>
        </w:tc>
      </w:tr>
      <w:tr w:rsidR="005A29C0" w14:paraId="775B47C6" w14:textId="77777777">
        <w:tc>
          <w:tcPr>
            <w:tcW w:w="5340" w:type="dxa"/>
            <w:tcMar>
              <w:top w:w="80" w:type="dxa"/>
              <w:left w:w="70" w:type="dxa"/>
              <w:bottom w:w="80" w:type="dxa"/>
              <w:right w:w="70" w:type="dxa"/>
            </w:tcMar>
            <w:vAlign w:val="center"/>
          </w:tcPr>
          <w:p w14:paraId="44FF2EE9" w14:textId="77777777" w:rsidR="005A29C0" w:rsidRDefault="007553B4" w:rsidP="003752CD">
            <w:pPr>
              <w:spacing w:after="0"/>
            </w:pPr>
            <w:r>
              <w:rPr>
                <w:color w:val="000000"/>
                <w:sz w:val="40"/>
              </w:rPr>
              <w:t>EUHARISTIJA</w:t>
            </w:r>
          </w:p>
        </w:tc>
        <w:tc>
          <w:tcPr>
            <w:tcW w:w="5340" w:type="dxa"/>
            <w:tcMar>
              <w:top w:w="80" w:type="dxa"/>
              <w:left w:w="70" w:type="dxa"/>
              <w:bottom w:w="80" w:type="dxa"/>
              <w:right w:w="70" w:type="dxa"/>
            </w:tcMar>
            <w:vAlign w:val="center"/>
          </w:tcPr>
          <w:p w14:paraId="0CB7844D" w14:textId="77777777" w:rsidR="005A29C0" w:rsidRDefault="007553B4" w:rsidP="003752CD">
            <w:pPr>
              <w:spacing w:after="0"/>
            </w:pPr>
            <w:r>
              <w:rPr>
                <w:color w:val="000000"/>
                <w:sz w:val="40"/>
              </w:rPr>
              <w:t>spomen oslobođenja i okvir Posljednje večere</w:t>
            </w:r>
          </w:p>
        </w:tc>
      </w:tr>
      <w:tr w:rsidR="005A29C0" w14:paraId="66356745" w14:textId="77777777" w:rsidTr="003752CD">
        <w:tc>
          <w:tcPr>
            <w:tcW w:w="5340" w:type="dxa"/>
            <w:shd w:val="clear" w:color="auto" w:fill="F5F5F5"/>
            <w:tcMar>
              <w:top w:w="80" w:type="dxa"/>
              <w:left w:w="70" w:type="dxa"/>
              <w:bottom w:w="80" w:type="dxa"/>
              <w:right w:w="70" w:type="dxa"/>
            </w:tcMar>
            <w:vAlign w:val="center"/>
          </w:tcPr>
          <w:p w14:paraId="03DD73EA" w14:textId="77777777" w:rsidR="005A29C0" w:rsidRDefault="007553B4" w:rsidP="003752CD">
            <w:pPr>
              <w:spacing w:after="0"/>
            </w:pPr>
            <w:r>
              <w:rPr>
                <w:color w:val="000000"/>
                <w:sz w:val="40"/>
              </w:rPr>
              <w:t>NOVA ZAPOVIJED</w:t>
            </w:r>
          </w:p>
        </w:tc>
        <w:tc>
          <w:tcPr>
            <w:tcW w:w="5340" w:type="dxa"/>
            <w:shd w:val="clear" w:color="auto" w:fill="F5F5F5"/>
            <w:tcMar>
              <w:top w:w="80" w:type="dxa"/>
              <w:left w:w="70" w:type="dxa"/>
              <w:bottom w:w="80" w:type="dxa"/>
              <w:right w:w="70" w:type="dxa"/>
            </w:tcMar>
            <w:vAlign w:val="center"/>
          </w:tcPr>
          <w:p w14:paraId="61B48A95" w14:textId="77777777" w:rsidR="005A29C0" w:rsidRDefault="007553B4" w:rsidP="003752CD">
            <w:pPr>
              <w:spacing w:after="0"/>
            </w:pPr>
            <w:r>
              <w:rPr>
                <w:color w:val="000000"/>
                <w:sz w:val="40"/>
              </w:rPr>
              <w:t>Isus zauzima mjesto sluge i daje primjer</w:t>
            </w:r>
          </w:p>
        </w:tc>
      </w:tr>
      <w:tr w:rsidR="005A29C0" w14:paraId="06CEFA82" w14:textId="77777777">
        <w:tc>
          <w:tcPr>
            <w:tcW w:w="5340" w:type="dxa"/>
            <w:tcMar>
              <w:top w:w="80" w:type="dxa"/>
              <w:left w:w="70" w:type="dxa"/>
              <w:bottom w:w="80" w:type="dxa"/>
              <w:right w:w="70" w:type="dxa"/>
            </w:tcMar>
            <w:vAlign w:val="center"/>
          </w:tcPr>
          <w:p w14:paraId="29C7A68C" w14:textId="77777777" w:rsidR="005A29C0" w:rsidRDefault="007553B4" w:rsidP="003752CD">
            <w:pPr>
              <w:spacing w:after="0"/>
            </w:pPr>
            <w:r>
              <w:rPr>
                <w:color w:val="000000"/>
                <w:sz w:val="40"/>
              </w:rPr>
              <w:t>VELIKI ČETVRTAK</w:t>
            </w:r>
          </w:p>
        </w:tc>
        <w:tc>
          <w:tcPr>
            <w:tcW w:w="5340" w:type="dxa"/>
            <w:tcMar>
              <w:top w:w="80" w:type="dxa"/>
              <w:left w:w="70" w:type="dxa"/>
              <w:bottom w:w="80" w:type="dxa"/>
              <w:right w:w="70" w:type="dxa"/>
            </w:tcMar>
            <w:vAlign w:val="center"/>
          </w:tcPr>
          <w:p w14:paraId="6B4D1296" w14:textId="77777777" w:rsidR="005A29C0" w:rsidRDefault="007553B4" w:rsidP="003752CD">
            <w:pPr>
              <w:spacing w:after="0"/>
            </w:pPr>
            <w:r>
              <w:rPr>
                <w:color w:val="000000"/>
                <w:sz w:val="40"/>
              </w:rPr>
              <w:t>„Ovo činite meni na spomen.“</w:t>
            </w:r>
          </w:p>
        </w:tc>
      </w:tr>
      <w:tr w:rsidR="005A29C0" w14:paraId="18553165" w14:textId="77777777" w:rsidTr="003752CD">
        <w:tc>
          <w:tcPr>
            <w:tcW w:w="5340" w:type="dxa"/>
            <w:shd w:val="clear" w:color="auto" w:fill="F5F5F5"/>
            <w:tcMar>
              <w:top w:w="80" w:type="dxa"/>
              <w:left w:w="70" w:type="dxa"/>
              <w:bottom w:w="80" w:type="dxa"/>
              <w:right w:w="70" w:type="dxa"/>
            </w:tcMar>
            <w:vAlign w:val="center"/>
          </w:tcPr>
          <w:p w14:paraId="4D6D0400" w14:textId="77777777" w:rsidR="005A29C0" w:rsidRDefault="007553B4" w:rsidP="003752CD">
            <w:pPr>
              <w:spacing w:after="0"/>
            </w:pPr>
            <w:r>
              <w:rPr>
                <w:color w:val="000000"/>
                <w:sz w:val="40"/>
              </w:rPr>
              <w:t>POSLJEDNJA VEČERA</w:t>
            </w:r>
          </w:p>
        </w:tc>
        <w:tc>
          <w:tcPr>
            <w:tcW w:w="5340" w:type="dxa"/>
            <w:shd w:val="clear" w:color="auto" w:fill="F5F5F5"/>
            <w:tcMar>
              <w:top w:w="80" w:type="dxa"/>
              <w:left w:w="70" w:type="dxa"/>
              <w:bottom w:w="80" w:type="dxa"/>
              <w:right w:w="70" w:type="dxa"/>
            </w:tcMar>
            <w:vAlign w:val="center"/>
          </w:tcPr>
          <w:p w14:paraId="6A3F455F" w14:textId="77777777" w:rsidR="005A29C0" w:rsidRDefault="007553B4" w:rsidP="003752CD">
            <w:pPr>
              <w:spacing w:after="0"/>
            </w:pPr>
            <w:r>
              <w:rPr>
                <w:color w:val="000000"/>
                <w:sz w:val="40"/>
              </w:rPr>
              <w:t>dan spomena Isusove Posljednje večere</w:t>
            </w:r>
          </w:p>
        </w:tc>
      </w:tr>
    </w:tbl>
    <w:p w14:paraId="1754A80A" w14:textId="77777777" w:rsidR="005A29C0" w:rsidRDefault="007553B4">
      <w:pPr>
        <w:spacing w:before="100" w:after="40" w:line="240" w:lineRule="auto"/>
      </w:pPr>
      <w:r>
        <w:rPr>
          <w:b/>
          <w:color w:val="C96A00"/>
          <w:sz w:val="26"/>
        </w:rPr>
        <w:t>Aktivnost 20: Mikropauza</w:t>
      </w:r>
      <w:r>
        <w:rPr>
          <w:i/>
          <w:color w:val="6B6B6B"/>
          <w:sz w:val="20"/>
        </w:rPr>
        <w:t xml:space="preserve"> (frontalni rad, 2 minute)</w:t>
      </w:r>
    </w:p>
    <w:p w14:paraId="25BF51E4" w14:textId="77777777" w:rsidR="005A29C0" w:rsidRDefault="007553B4" w:rsidP="003752CD">
      <w:pPr>
        <w:spacing w:after="0" w:line="240" w:lineRule="auto"/>
        <w:jc w:val="both"/>
        <w:rPr>
          <w:color w:val="000000"/>
        </w:rPr>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08494A2D" w14:textId="77777777" w:rsidR="003752CD" w:rsidRDefault="003752CD" w:rsidP="003752CD">
      <w:pPr>
        <w:spacing w:after="0" w:line="240" w:lineRule="auto"/>
        <w:jc w:val="both"/>
      </w:pPr>
    </w:p>
    <w:p w14:paraId="37B54B88" w14:textId="77777777" w:rsidR="005A29C0" w:rsidRPr="00147353" w:rsidRDefault="007553B4" w:rsidP="003752CD">
      <w:pPr>
        <w:spacing w:after="0" w:line="240" w:lineRule="auto"/>
        <w:jc w:val="both"/>
        <w:rPr>
          <w:iCs/>
          <w:color w:val="7030A0"/>
        </w:rPr>
      </w:pPr>
      <w:r w:rsidRPr="00147353">
        <w:rPr>
          <w:iCs/>
          <w:color w:val="7030A0"/>
        </w:rPr>
        <w:t>Brzi ritam bez gradiva: vjeroučitelj napravi niz četiri zvuka – dva tiha pljeska, dodir klupe prstima, jedan pljesak. Učenici ponove. U drugom krugu vjeroučitelj promijeni redoslijed. Nakon dva kruga svi sjednu i nastavljaju rad.</w:t>
      </w:r>
    </w:p>
    <w:p w14:paraId="2398CA3E" w14:textId="77777777" w:rsidR="00280A4E" w:rsidRDefault="00280A4E" w:rsidP="00280A4E"/>
    <w:p w14:paraId="6187477E" w14:textId="77777777" w:rsidR="00280A4E" w:rsidRDefault="00280A4E" w:rsidP="00280A4E"/>
    <w:tbl>
      <w:tblPr>
        <w:tblW w:w="10658" w:type="dxa"/>
        <w:shd w:val="clear" w:color="auto" w:fill="00B050"/>
        <w:tblCellMar>
          <w:top w:w="90" w:type="dxa"/>
          <w:left w:w="130" w:type="dxa"/>
          <w:bottom w:w="90" w:type="dxa"/>
          <w:right w:w="130" w:type="dxa"/>
        </w:tblCellMar>
        <w:tblLook w:val="04A0" w:firstRow="1" w:lastRow="0" w:firstColumn="1" w:lastColumn="0" w:noHBand="0" w:noVBand="1"/>
      </w:tblPr>
      <w:tblGrid>
        <w:gridCol w:w="10658"/>
      </w:tblGrid>
      <w:tr w:rsidR="005A29C0" w14:paraId="6BCA80C9" w14:textId="77777777" w:rsidTr="00D50304">
        <w:trPr>
          <w:cantSplit/>
        </w:trPr>
        <w:tc>
          <w:tcPr>
            <w:tcW w:w="10681" w:type="dxa"/>
            <w:shd w:val="clear" w:color="auto" w:fill="00B050"/>
            <w:tcMar>
              <w:top w:w="70" w:type="dxa"/>
              <w:left w:w="100" w:type="dxa"/>
              <w:bottom w:w="70" w:type="dxa"/>
              <w:right w:w="100" w:type="dxa"/>
            </w:tcMar>
            <w:vAlign w:val="center"/>
          </w:tcPr>
          <w:p w14:paraId="411F609F" w14:textId="72919D93" w:rsidR="005A29C0" w:rsidRDefault="00D50304" w:rsidP="00D50304">
            <w:pPr>
              <w:spacing w:after="0" w:line="240" w:lineRule="auto"/>
            </w:pPr>
            <w:r w:rsidRPr="00D50304">
              <w:rPr>
                <w:rFonts w:cs="Calibri"/>
                <w:b/>
                <w:color w:val="FFFFFF"/>
                <w:sz w:val="32"/>
              </w:rPr>
              <w:t xml:space="preserve">III. ZAVRŠNI DIO – IZRAZI </w:t>
            </w:r>
            <w:r w:rsidRPr="00D50304">
              <w:rPr>
                <w:rFonts w:cs="Calibri"/>
                <w:color w:val="FFFFFF"/>
                <w:sz w:val="20"/>
              </w:rPr>
              <w:t>(približno 7–10 minuta)</w:t>
            </w:r>
          </w:p>
        </w:tc>
      </w:tr>
    </w:tbl>
    <w:p w14:paraId="52BB94BB" w14:textId="77777777" w:rsidR="005A29C0" w:rsidRDefault="005A29C0">
      <w:pPr>
        <w:spacing w:after="20" w:line="240" w:lineRule="auto"/>
        <w:jc w:val="both"/>
      </w:pPr>
    </w:p>
    <w:p w14:paraId="0145B190" w14:textId="77777777" w:rsidR="005A29C0" w:rsidRDefault="007553B4">
      <w:pPr>
        <w:spacing w:before="60" w:after="40" w:line="240" w:lineRule="auto"/>
      </w:pPr>
      <w:r>
        <w:rPr>
          <w:b/>
          <w:color w:val="C96A00"/>
          <w:sz w:val="26"/>
        </w:rPr>
        <w:t>Aktualizacija:</w:t>
      </w:r>
    </w:p>
    <w:p w14:paraId="69B99CCE" w14:textId="77777777" w:rsidR="005A29C0" w:rsidRDefault="007553B4">
      <w:pPr>
        <w:spacing w:after="0" w:line="240" w:lineRule="auto"/>
      </w:pPr>
      <w:r>
        <w:rPr>
          <w:color w:val="000000"/>
        </w:rPr>
        <w:t>Vjeroučitelj će odabrati dva ili tri pitanja.</w:t>
      </w:r>
    </w:p>
    <w:p w14:paraId="10C16D39" w14:textId="4684BAA3" w:rsidR="005A29C0" w:rsidRPr="003752CD" w:rsidRDefault="007553B4" w:rsidP="00DE44AD">
      <w:pPr>
        <w:pStyle w:val="Odlomakpopisa"/>
        <w:numPr>
          <w:ilvl w:val="0"/>
          <w:numId w:val="12"/>
        </w:numPr>
        <w:spacing w:after="0" w:line="240" w:lineRule="auto"/>
        <w:jc w:val="both"/>
        <w:rPr>
          <w:color w:val="808080" w:themeColor="background1" w:themeShade="80"/>
          <w:sz w:val="18"/>
          <w:szCs w:val="18"/>
        </w:rPr>
      </w:pPr>
      <w:r w:rsidRPr="003752CD">
        <w:rPr>
          <w:color w:val="000000"/>
        </w:rPr>
        <w:t>Kako mogu pokazati da sam razumio Isusovo pranje nogu?</w:t>
      </w:r>
      <w:r w:rsidRPr="003752CD">
        <w:rPr>
          <w:color w:val="808080" w:themeColor="background1" w:themeShade="80"/>
          <w:sz w:val="18"/>
          <w:szCs w:val="18"/>
        </w:rPr>
        <w:t xml:space="preserve"> (Konkretno služiti, primijetiti potrebu, ne tražiti uvijek prvo mjesto.)</w:t>
      </w:r>
    </w:p>
    <w:p w14:paraId="6787CF3D" w14:textId="2E7E25E9" w:rsidR="005A29C0" w:rsidRPr="003752CD" w:rsidRDefault="007553B4" w:rsidP="00DE44AD">
      <w:pPr>
        <w:pStyle w:val="Odlomakpopisa"/>
        <w:numPr>
          <w:ilvl w:val="0"/>
          <w:numId w:val="12"/>
        </w:numPr>
        <w:spacing w:after="0" w:line="240" w:lineRule="auto"/>
        <w:jc w:val="both"/>
        <w:rPr>
          <w:color w:val="808080" w:themeColor="background1" w:themeShade="80"/>
          <w:sz w:val="18"/>
          <w:szCs w:val="18"/>
        </w:rPr>
      </w:pPr>
      <w:r w:rsidRPr="003752CD">
        <w:rPr>
          <w:color w:val="000000"/>
        </w:rPr>
        <w:t xml:space="preserve">Što znači da je Euharistija trajni dar Posljednje večere? </w:t>
      </w:r>
      <w:r w:rsidRPr="003752CD">
        <w:rPr>
          <w:color w:val="808080" w:themeColor="background1" w:themeShade="80"/>
          <w:sz w:val="18"/>
          <w:szCs w:val="18"/>
        </w:rPr>
        <w:t>(Crkva je slavi po Isusovu nalogu „Ovo činite meni na spomen“ i u njoj prepoznaje Kristovu prisutnost.)</w:t>
      </w:r>
    </w:p>
    <w:p w14:paraId="60264574" w14:textId="38812DFE" w:rsidR="005A29C0" w:rsidRPr="003752CD" w:rsidRDefault="007553B4" w:rsidP="00DE44AD">
      <w:pPr>
        <w:pStyle w:val="Odlomakpopisa"/>
        <w:numPr>
          <w:ilvl w:val="0"/>
          <w:numId w:val="12"/>
        </w:numPr>
        <w:spacing w:after="0" w:line="240" w:lineRule="auto"/>
        <w:jc w:val="both"/>
        <w:rPr>
          <w:color w:val="808080" w:themeColor="background1" w:themeShade="80"/>
          <w:sz w:val="18"/>
          <w:szCs w:val="18"/>
        </w:rPr>
      </w:pPr>
      <w:r w:rsidRPr="003752CD">
        <w:rPr>
          <w:color w:val="000000"/>
        </w:rPr>
        <w:t xml:space="preserve">Po čemu bi drugi trebali prepoznati Isusova učenika? </w:t>
      </w:r>
      <w:r w:rsidRPr="003752CD">
        <w:rPr>
          <w:color w:val="808080" w:themeColor="background1" w:themeShade="80"/>
          <w:sz w:val="18"/>
          <w:szCs w:val="18"/>
        </w:rPr>
        <w:t>(Po ljubavi koja se vidi u odnosima i djelima.)</w:t>
      </w:r>
    </w:p>
    <w:p w14:paraId="67790AAF" w14:textId="77777777" w:rsidR="00825453" w:rsidRDefault="00825453" w:rsidP="00825453"/>
    <w:p w14:paraId="1320496A" w14:textId="11A0F8E4" w:rsidR="00825453" w:rsidRDefault="00825453" w:rsidP="00825453">
      <w:r w:rsidRPr="00825453">
        <w:rPr>
          <w:highlight w:val="cyan"/>
        </w:rPr>
        <w:t>Ili:</w:t>
      </w:r>
    </w:p>
    <w:p w14:paraId="7607FF87" w14:textId="77777777" w:rsidR="00825453" w:rsidRPr="00825453" w:rsidRDefault="00825453" w:rsidP="00825453">
      <w:pPr>
        <w:pStyle w:val="Odlomakpopisa"/>
        <w:spacing w:line="240" w:lineRule="auto"/>
        <w:ind w:left="0"/>
        <w:jc w:val="both"/>
        <w:rPr>
          <w:rFonts w:asciiTheme="majorHAnsi" w:hAnsiTheme="majorHAnsi" w:cstheme="majorHAnsi"/>
          <w:iCs/>
        </w:rPr>
      </w:pPr>
      <w:r w:rsidRPr="00825453">
        <w:rPr>
          <w:rFonts w:asciiTheme="majorHAnsi" w:hAnsiTheme="majorHAnsi" w:cstheme="majorHAnsi"/>
          <w:iCs/>
        </w:rPr>
        <w:t>Na Isusovoj posljednjoj večeri uočavamo 3 važna elementa:</w:t>
      </w:r>
    </w:p>
    <w:p w14:paraId="2BE2D3D5" w14:textId="77777777" w:rsidR="00825453" w:rsidRPr="00825453" w:rsidRDefault="00825453" w:rsidP="00825453">
      <w:pPr>
        <w:pStyle w:val="Odlomakpopisa"/>
        <w:spacing w:line="240" w:lineRule="auto"/>
        <w:ind w:left="0"/>
        <w:jc w:val="both"/>
        <w:rPr>
          <w:rFonts w:asciiTheme="majorHAnsi" w:hAnsiTheme="majorHAnsi" w:cstheme="majorHAnsi"/>
          <w:iCs/>
        </w:rPr>
      </w:pPr>
    </w:p>
    <w:p w14:paraId="37E55A89" w14:textId="77777777" w:rsidR="00825453" w:rsidRPr="00825453" w:rsidRDefault="00825453" w:rsidP="00825453">
      <w:pPr>
        <w:pStyle w:val="Odlomakpopisa"/>
        <w:numPr>
          <w:ilvl w:val="0"/>
          <w:numId w:val="15"/>
        </w:numPr>
        <w:spacing w:after="160" w:line="240" w:lineRule="auto"/>
        <w:jc w:val="both"/>
        <w:rPr>
          <w:rFonts w:asciiTheme="majorHAnsi" w:hAnsiTheme="majorHAnsi" w:cstheme="majorHAnsi"/>
          <w:iCs/>
        </w:rPr>
      </w:pPr>
      <w:r w:rsidRPr="00825453">
        <w:rPr>
          <w:rFonts w:asciiTheme="majorHAnsi" w:hAnsiTheme="majorHAnsi" w:cstheme="majorHAnsi"/>
          <w:b/>
          <w:bCs/>
          <w:iCs/>
        </w:rPr>
        <w:t>Isus govori – riječ:</w:t>
      </w:r>
      <w:r w:rsidRPr="00825453">
        <w:rPr>
          <w:rFonts w:asciiTheme="majorHAnsi" w:hAnsiTheme="majorHAnsi" w:cstheme="majorHAnsi"/>
          <w:iCs/>
        </w:rPr>
        <w:t xml:space="preserve"> Što Isus izgovara na posljednjoj večeri?</w:t>
      </w:r>
    </w:p>
    <w:p w14:paraId="74CF1089" w14:textId="77777777" w:rsidR="00825453" w:rsidRPr="00825453" w:rsidRDefault="00825453" w:rsidP="00825453">
      <w:pPr>
        <w:pStyle w:val="Odlomakpopisa"/>
        <w:numPr>
          <w:ilvl w:val="0"/>
          <w:numId w:val="15"/>
        </w:numPr>
        <w:spacing w:after="160" w:line="240" w:lineRule="auto"/>
        <w:jc w:val="both"/>
        <w:rPr>
          <w:rFonts w:asciiTheme="majorHAnsi" w:hAnsiTheme="majorHAnsi" w:cstheme="majorHAnsi"/>
          <w:iCs/>
        </w:rPr>
      </w:pPr>
      <w:r w:rsidRPr="00825453">
        <w:rPr>
          <w:rFonts w:asciiTheme="majorHAnsi" w:hAnsiTheme="majorHAnsi" w:cstheme="majorHAnsi"/>
          <w:b/>
          <w:bCs/>
          <w:iCs/>
        </w:rPr>
        <w:t>Isus služi apostolima:</w:t>
      </w:r>
      <w:r w:rsidRPr="00825453">
        <w:rPr>
          <w:rFonts w:asciiTheme="majorHAnsi" w:hAnsiTheme="majorHAnsi" w:cstheme="majorHAnsi"/>
          <w:iCs/>
        </w:rPr>
        <w:t xml:space="preserve"> Što Isus radi učenicima na posljednjoj večeri? (pere im noge)</w:t>
      </w:r>
    </w:p>
    <w:p w14:paraId="46BA3EA5" w14:textId="77777777" w:rsidR="00825453" w:rsidRPr="00825453" w:rsidRDefault="00825453" w:rsidP="00825453">
      <w:pPr>
        <w:pStyle w:val="Odlomakpopisa"/>
        <w:numPr>
          <w:ilvl w:val="0"/>
          <w:numId w:val="15"/>
        </w:numPr>
        <w:spacing w:after="160" w:line="240" w:lineRule="auto"/>
        <w:jc w:val="both"/>
        <w:rPr>
          <w:rFonts w:asciiTheme="majorHAnsi" w:hAnsiTheme="majorHAnsi" w:cstheme="majorHAnsi"/>
          <w:iCs/>
        </w:rPr>
      </w:pPr>
      <w:r w:rsidRPr="00825453">
        <w:rPr>
          <w:rFonts w:asciiTheme="majorHAnsi" w:hAnsiTheme="majorHAnsi" w:cstheme="majorHAnsi"/>
          <w:b/>
          <w:bCs/>
          <w:iCs/>
        </w:rPr>
        <w:t>Isus daje učenicima jesti:</w:t>
      </w:r>
      <w:r w:rsidRPr="00825453">
        <w:rPr>
          <w:rFonts w:asciiTheme="majorHAnsi" w:hAnsiTheme="majorHAnsi" w:cstheme="majorHAnsi"/>
          <w:iCs/>
        </w:rPr>
        <w:t xml:space="preserve"> Što apostoli jedu na posljednjoj večeri? Što im Isus daje?</w:t>
      </w:r>
    </w:p>
    <w:p w14:paraId="720228EA" w14:textId="77777777" w:rsidR="00825453" w:rsidRPr="00825453" w:rsidRDefault="00825453" w:rsidP="00825453">
      <w:pPr>
        <w:spacing w:line="240" w:lineRule="auto"/>
        <w:jc w:val="both"/>
        <w:rPr>
          <w:rFonts w:asciiTheme="majorHAnsi" w:hAnsiTheme="majorHAnsi" w:cstheme="majorHAnsi"/>
          <w:iCs/>
        </w:rPr>
      </w:pPr>
    </w:p>
    <w:p w14:paraId="57E88534" w14:textId="5B37A549" w:rsidR="00825453" w:rsidRPr="00825453" w:rsidRDefault="00825453" w:rsidP="00825453">
      <w:pPr>
        <w:spacing w:line="240" w:lineRule="auto"/>
        <w:jc w:val="both"/>
        <w:rPr>
          <w:rFonts w:asciiTheme="majorHAnsi" w:hAnsiTheme="majorHAnsi" w:cstheme="majorHAnsi"/>
          <w:iCs/>
        </w:rPr>
      </w:pPr>
      <w:r w:rsidRPr="00825453">
        <w:rPr>
          <w:rFonts w:asciiTheme="majorHAnsi" w:hAnsiTheme="majorHAnsi" w:cstheme="majorHAnsi"/>
          <w:iCs/>
        </w:rPr>
        <w:t>Uoči</w:t>
      </w:r>
      <w:r>
        <w:rPr>
          <w:rFonts w:asciiTheme="majorHAnsi" w:hAnsiTheme="majorHAnsi" w:cstheme="majorHAnsi"/>
          <w:iCs/>
        </w:rPr>
        <w:t>te</w:t>
      </w:r>
      <w:r w:rsidRPr="00825453">
        <w:rPr>
          <w:rFonts w:asciiTheme="majorHAnsi" w:hAnsiTheme="majorHAnsi" w:cstheme="majorHAnsi"/>
          <w:iCs/>
        </w:rPr>
        <w:t xml:space="preserve">: Isus daje posljednje upute učenicima, a time i nama, koje su nam potrebne za život i život vječni: </w:t>
      </w:r>
    </w:p>
    <w:p w14:paraId="0E4B00D3" w14:textId="3EED6E37" w:rsidR="00825453" w:rsidRPr="00825453" w:rsidRDefault="00825453" w:rsidP="00825453">
      <w:pPr>
        <w:pStyle w:val="Odlomakpopisa"/>
        <w:numPr>
          <w:ilvl w:val="0"/>
          <w:numId w:val="17"/>
        </w:numPr>
        <w:spacing w:line="240" w:lineRule="auto"/>
        <w:jc w:val="both"/>
        <w:rPr>
          <w:rFonts w:asciiTheme="majorHAnsi" w:hAnsiTheme="majorHAnsi" w:cstheme="majorHAnsi"/>
          <w:iCs/>
        </w:rPr>
      </w:pPr>
      <w:r w:rsidRPr="00825453">
        <w:rPr>
          <w:rFonts w:asciiTheme="majorHAnsi" w:hAnsiTheme="majorHAnsi" w:cstheme="majorHAnsi"/>
          <w:iCs/>
        </w:rPr>
        <w:t>Naše riječi trebaju biti dobre i lijepe, one koje oplemenjuju druge ljude i potiču ih na dobro.</w:t>
      </w:r>
    </w:p>
    <w:p w14:paraId="6E6B4576" w14:textId="5E0A2ACC" w:rsidR="00825453" w:rsidRPr="00825453" w:rsidRDefault="00825453" w:rsidP="00825453">
      <w:pPr>
        <w:pStyle w:val="Odlomakpopisa"/>
        <w:numPr>
          <w:ilvl w:val="0"/>
          <w:numId w:val="17"/>
        </w:numPr>
        <w:spacing w:line="240" w:lineRule="auto"/>
        <w:jc w:val="both"/>
        <w:rPr>
          <w:rFonts w:asciiTheme="majorHAnsi" w:hAnsiTheme="majorHAnsi" w:cstheme="majorHAnsi"/>
          <w:iCs/>
        </w:rPr>
      </w:pPr>
      <w:r w:rsidRPr="00825453">
        <w:rPr>
          <w:rFonts w:asciiTheme="majorHAnsi" w:hAnsiTheme="majorHAnsi" w:cstheme="majorHAnsi"/>
          <w:iCs/>
        </w:rPr>
        <w:t>Naš život treba biti u službi bližnjih, da smo drugima korisni, da pomažemo drugima</w:t>
      </w:r>
    </w:p>
    <w:p w14:paraId="02D19428" w14:textId="7B761C32" w:rsidR="00825453" w:rsidRPr="00825453" w:rsidRDefault="00825453" w:rsidP="00825453">
      <w:pPr>
        <w:pStyle w:val="Odlomakpopisa"/>
        <w:numPr>
          <w:ilvl w:val="0"/>
          <w:numId w:val="17"/>
        </w:numPr>
        <w:spacing w:line="240" w:lineRule="auto"/>
        <w:jc w:val="both"/>
        <w:rPr>
          <w:rFonts w:asciiTheme="majorHAnsi" w:hAnsiTheme="majorHAnsi" w:cstheme="majorHAnsi"/>
          <w:iCs/>
        </w:rPr>
      </w:pPr>
      <w:r w:rsidRPr="00825453">
        <w:rPr>
          <w:rFonts w:asciiTheme="majorHAnsi" w:hAnsiTheme="majorHAnsi" w:cstheme="majorHAnsi"/>
          <w:iCs/>
        </w:rPr>
        <w:t>U našem životu trebamo blagovati Tijelo i Krv Isusovu u sv. Misi, tj. Euharistiji</w:t>
      </w:r>
    </w:p>
    <w:p w14:paraId="37435B5E" w14:textId="58AD137D" w:rsidR="005A29C0" w:rsidRDefault="007553B4">
      <w:pPr>
        <w:spacing w:before="60" w:after="40" w:line="240" w:lineRule="auto"/>
      </w:pPr>
      <w:r>
        <w:rPr>
          <w:b/>
          <w:color w:val="C96A00"/>
          <w:sz w:val="26"/>
        </w:rPr>
        <w:t>Sinteza:</w:t>
      </w:r>
    </w:p>
    <w:p w14:paraId="2E14F207" w14:textId="77777777" w:rsidR="005A29C0" w:rsidRDefault="007553B4">
      <w:pPr>
        <w:spacing w:after="0" w:line="240" w:lineRule="auto"/>
        <w:jc w:val="both"/>
      </w:pPr>
      <w:r>
        <w:rPr>
          <w:color w:val="000000"/>
        </w:rPr>
        <w:t>Učenici će izabrati jednu od tri rečenice i dovršiti je svojim riječima: „Ovo činite meni na spomen…“ – „Primjer sam vam dao…“ – „Ljubite jedni druge…“. Odgovor mora sadržavati što Isus čini i na što učenika poziva danas.</w:t>
      </w:r>
    </w:p>
    <w:p w14:paraId="7495B7F4" w14:textId="77777777" w:rsidR="005A29C0" w:rsidRDefault="007553B4">
      <w:pPr>
        <w:spacing w:after="0" w:line="240" w:lineRule="auto"/>
        <w:jc w:val="both"/>
      </w:pPr>
      <w:r>
        <w:rPr>
          <w:i/>
          <w:color w:val="6B6B6B"/>
          <w:sz w:val="20"/>
        </w:rPr>
        <w:t>Rješenje: Primjeri: „Ovo činite meni na spomen“ povezuje Posljednju večeru s Euharistijom; „Primjer sam vam dao“ poziva da služimo drugima; „Ljubite jedni druge“ pokazuje po čemu se prepoznaje Isusov učenik.</w:t>
      </w:r>
    </w:p>
    <w:p w14:paraId="2EBEFB6F" w14:textId="77777777" w:rsidR="005A29C0" w:rsidRDefault="007553B4">
      <w:pPr>
        <w:spacing w:before="100" w:after="100" w:line="240" w:lineRule="auto"/>
        <w:jc w:val="center"/>
      </w:pPr>
      <w:r>
        <w:rPr>
          <w:color w:val="1F4E79"/>
          <w:sz w:val="36"/>
        </w:rPr>
        <w:t>„Ovo činite meni na spomen…“  /  „Primjer sam vam dao…“  /  „Ljubite jedni druge…“</w:t>
      </w:r>
    </w:p>
    <w:tbl>
      <w:tblPr>
        <w:tblW w:w="10658" w:type="dxa"/>
        <w:tblLook w:val="04A0" w:firstRow="1" w:lastRow="0" w:firstColumn="1" w:lastColumn="0" w:noHBand="0" w:noVBand="1"/>
      </w:tblPr>
      <w:tblGrid>
        <w:gridCol w:w="10658"/>
      </w:tblGrid>
      <w:tr w:rsidR="005A29C0" w14:paraId="4D7EBB69" w14:textId="77777777">
        <w:tc>
          <w:tcPr>
            <w:tcW w:w="10681" w:type="dxa"/>
            <w:shd w:val="clear" w:color="auto" w:fill="F3ECFA"/>
            <w:tcMar>
              <w:top w:w="100" w:type="dxa"/>
              <w:left w:w="120" w:type="dxa"/>
              <w:bottom w:w="100" w:type="dxa"/>
              <w:right w:w="120" w:type="dxa"/>
            </w:tcMar>
            <w:vAlign w:val="center"/>
          </w:tcPr>
          <w:p w14:paraId="6FC0AB76" w14:textId="77777777" w:rsidR="005A29C0" w:rsidRDefault="007553B4">
            <w:pPr>
              <w:spacing w:after="0"/>
              <w:jc w:val="both"/>
            </w:pPr>
            <w:r>
              <w:rPr>
                <w:b/>
                <w:color w:val="C96A00"/>
              </w:rPr>
              <w:t>Zaključak vjeroučitelja:</w:t>
            </w:r>
            <w:r>
              <w:rPr>
                <w:color w:val="000000"/>
              </w:rPr>
              <w:t xml:space="preserve"> Na Posljednjoj večeri Isus učenicima pokazuje ljubav na tri načina: daruje se u Euharistiji, kao Gospodin i Učitelj zauzima mjesto sluge te daje novu zapovijed ljubavi. Zato kršćanski odgovor nije samo znati što se dogodilo, nego slaviti Euharistiju i živjeti služenje i ljubav u svakodnevnim odnosima.</w:t>
            </w:r>
          </w:p>
        </w:tc>
      </w:tr>
    </w:tbl>
    <w:p w14:paraId="11E89A91" w14:textId="77777777" w:rsidR="005A29C0" w:rsidRDefault="007553B4">
      <w:pPr>
        <w:spacing w:before="60" w:after="40" w:line="240" w:lineRule="auto"/>
      </w:pPr>
      <w:r>
        <w:rPr>
          <w:b/>
          <w:color w:val="C96A00"/>
          <w:sz w:val="26"/>
        </w:rPr>
        <w:t>Samovrednovanje:</w:t>
      </w:r>
    </w:p>
    <w:p w14:paraId="237E63FA" w14:textId="77777777" w:rsidR="005A29C0" w:rsidRDefault="007553B4">
      <w:pPr>
        <w:spacing w:after="0" w:line="240" w:lineRule="auto"/>
      </w:pPr>
      <w:r>
        <w:rPr>
          <w:color w:val="000000"/>
        </w:rPr>
        <w:t>Učenici će pogledati grafički prikaz i bez javnoga izjašnjavanja odabrati razinu koja najbolje opisuje njihovo trenutačno razumijevanje. Zatim u bilježnicu uz naslov sata nacrtaju malu točku u odabranoj boji ili samo zapamte svoj izbor.</w:t>
      </w:r>
    </w:p>
    <w:p w14:paraId="42CE233F" w14:textId="0D1227F5" w:rsidR="005A29C0" w:rsidRDefault="00280A4E" w:rsidP="00280A4E">
      <w:pPr>
        <w:spacing w:before="80" w:after="40" w:line="240" w:lineRule="auto"/>
        <w:jc w:val="center"/>
      </w:pPr>
      <w:r w:rsidRPr="00280A4E">
        <w:rPr>
          <w:noProof/>
        </w:rPr>
        <w:drawing>
          <wp:inline distT="0" distB="0" distL="0" distR="0" wp14:anchorId="0C93A298" wp14:editId="2F34D124">
            <wp:extent cx="6631200" cy="2520000"/>
            <wp:effectExtent l="0" t="0" r="0" b="0"/>
            <wp:docPr id="9676797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67974" name=""/>
                    <pic:cNvPicPr/>
                  </pic:nvPicPr>
                  <pic:blipFill rotWithShape="1">
                    <a:blip r:embed="rId18"/>
                    <a:srcRect l="1592" t="15139" r="1320" b="19314"/>
                    <a:stretch>
                      <a:fillRect/>
                    </a:stretch>
                  </pic:blipFill>
                  <pic:spPr bwMode="auto">
                    <a:xfrm>
                      <a:off x="0" y="0"/>
                      <a:ext cx="6631200" cy="2520000"/>
                    </a:xfrm>
                    <a:prstGeom prst="rect">
                      <a:avLst/>
                    </a:prstGeom>
                    <a:ln>
                      <a:noFill/>
                    </a:ln>
                    <a:extLst>
                      <a:ext uri="{53640926-AAD7-44D8-BBD7-CCE9431645EC}">
                        <a14:shadowObscured xmlns:a14="http://schemas.microsoft.com/office/drawing/2010/main"/>
                      </a:ext>
                    </a:extLst>
                  </pic:spPr>
                </pic:pic>
              </a:graphicData>
            </a:graphic>
          </wp:inline>
        </w:drawing>
      </w:r>
    </w:p>
    <w:p w14:paraId="792AEEEA" w14:textId="77777777" w:rsidR="005A29C0" w:rsidRDefault="007553B4">
      <w:pPr>
        <w:spacing w:before="60" w:after="40" w:line="240" w:lineRule="auto"/>
      </w:pPr>
      <w:r>
        <w:rPr>
          <w:b/>
          <w:color w:val="C96A00"/>
          <w:sz w:val="26"/>
        </w:rPr>
        <w:t>Domaća zadaća:</w:t>
      </w:r>
    </w:p>
    <w:p w14:paraId="7F1C8EB3" w14:textId="77777777" w:rsidR="005A29C0" w:rsidRDefault="007553B4" w:rsidP="003752CD">
      <w:pPr>
        <w:spacing w:after="0" w:line="240" w:lineRule="auto"/>
        <w:jc w:val="both"/>
        <w:rPr>
          <w:color w:val="000000"/>
        </w:rPr>
      </w:pPr>
      <w:r>
        <w:rPr>
          <w:color w:val="000000"/>
        </w:rPr>
        <w:t>Učenici će riješiti, ili dovršiti rješavanje RB, str. 74–75.</w:t>
      </w:r>
    </w:p>
    <w:p w14:paraId="44A354E4" w14:textId="77777777" w:rsidR="003752CD" w:rsidRDefault="003752CD" w:rsidP="003752CD">
      <w:pPr>
        <w:spacing w:after="0" w:line="240" w:lineRule="auto"/>
        <w:jc w:val="both"/>
      </w:pPr>
    </w:p>
    <w:p w14:paraId="059B676F" w14:textId="77777777" w:rsidR="005A29C0" w:rsidRDefault="007553B4" w:rsidP="003752CD">
      <w:pPr>
        <w:spacing w:after="0" w:line="240" w:lineRule="auto"/>
        <w:jc w:val="both"/>
        <w:rPr>
          <w:color w:val="000000"/>
        </w:rPr>
      </w:pPr>
      <w:r>
        <w:rPr>
          <w:color w:val="000000"/>
        </w:rPr>
        <w:t>Ili:</w:t>
      </w:r>
    </w:p>
    <w:p w14:paraId="1936AF44" w14:textId="77777777" w:rsidR="003752CD" w:rsidRDefault="003752CD" w:rsidP="003752CD">
      <w:pPr>
        <w:spacing w:after="0" w:line="240" w:lineRule="auto"/>
        <w:jc w:val="both"/>
      </w:pPr>
    </w:p>
    <w:p w14:paraId="35DBD149" w14:textId="77777777" w:rsidR="005A29C0" w:rsidRDefault="007553B4" w:rsidP="003752CD">
      <w:pPr>
        <w:spacing w:after="0" w:line="240" w:lineRule="auto"/>
        <w:jc w:val="both"/>
      </w:pPr>
      <w:r>
        <w:rPr>
          <w:color w:val="000000"/>
        </w:rPr>
        <w:t>Učenici će u četiri rečenice napisati: što Isus čini s kruhom i čašom – zašto pere noge – što nalaže novom zapovijedi – kako to mogu povezati sa svojim životom.</w:t>
      </w:r>
    </w:p>
    <w:p w14:paraId="4CF8ADB1" w14:textId="77777777" w:rsidR="005A29C0" w:rsidRPr="003752CD" w:rsidRDefault="007553B4" w:rsidP="003752CD">
      <w:pPr>
        <w:spacing w:before="80" w:after="0" w:line="240" w:lineRule="auto"/>
        <w:jc w:val="both"/>
        <w:rPr>
          <w:bCs/>
        </w:rPr>
      </w:pPr>
      <w:r>
        <w:rPr>
          <w:b/>
          <w:color w:val="000000"/>
        </w:rPr>
        <w:t>Izborna domaća zadaća:</w:t>
      </w:r>
      <w:r w:rsidRPr="003752CD">
        <w:rPr>
          <w:bCs/>
          <w:color w:val="000000"/>
        </w:rPr>
        <w:t xml:space="preserve"> Učenici će tijekom sljedećih sedam dana provesti barem tri djela iz svojega plana služenja i uz svako napisati jednu kratku bilješku o iskustvu.</w:t>
      </w:r>
    </w:p>
    <w:p w14:paraId="7B2C46C6" w14:textId="77777777" w:rsidR="005A29C0" w:rsidRDefault="007553B4">
      <w:pPr>
        <w:spacing w:before="60" w:after="40" w:line="240" w:lineRule="auto"/>
      </w:pPr>
      <w:r>
        <w:rPr>
          <w:b/>
          <w:color w:val="C96A00"/>
          <w:sz w:val="26"/>
        </w:rPr>
        <w:t>Završna molitva:</w:t>
      </w:r>
    </w:p>
    <w:p w14:paraId="6CA41436" w14:textId="77777777" w:rsidR="005A29C0" w:rsidRPr="003752CD" w:rsidRDefault="007553B4" w:rsidP="003752CD">
      <w:pPr>
        <w:spacing w:after="0" w:line="240" w:lineRule="auto"/>
        <w:jc w:val="both"/>
        <w:rPr>
          <w:sz w:val="48"/>
          <w:szCs w:val="48"/>
        </w:rPr>
      </w:pPr>
      <w:r w:rsidRPr="003752CD">
        <w:rPr>
          <w:color w:val="000000"/>
          <w:sz w:val="48"/>
          <w:szCs w:val="48"/>
        </w:rPr>
        <w:t>Isuse, hvala Ti za stol Posljednje večere, za kruh i čašu, za ubrus kojim si služio i za zapovijed ljubavi. Nauči nas primati Tvoj dar sa zahvalnošću, služiti bez traženja pohvale i ljubiti kao što si Ti ljubio nas. Amen.</w:t>
      </w:r>
    </w:p>
    <w:p w14:paraId="13567D49" w14:textId="77777777" w:rsidR="003752CD" w:rsidRDefault="003752CD" w:rsidP="003752CD">
      <w:pPr>
        <w:spacing w:after="0" w:line="240" w:lineRule="auto"/>
        <w:jc w:val="both"/>
        <w:rPr>
          <w:color w:val="000000"/>
        </w:rPr>
      </w:pPr>
    </w:p>
    <w:p w14:paraId="6DA8463D" w14:textId="61EE7049" w:rsidR="005A29C0" w:rsidRDefault="007553B4" w:rsidP="003752CD">
      <w:pPr>
        <w:spacing w:after="0" w:line="240" w:lineRule="auto"/>
        <w:jc w:val="both"/>
      </w:pPr>
      <w:r>
        <w:rPr>
          <w:color w:val="000000"/>
        </w:rPr>
        <w:t>ili:</w:t>
      </w:r>
    </w:p>
    <w:p w14:paraId="6B9B7E48" w14:textId="77777777" w:rsidR="005A29C0" w:rsidRDefault="007553B4" w:rsidP="003752CD">
      <w:pPr>
        <w:spacing w:after="0" w:line="240" w:lineRule="auto"/>
        <w:jc w:val="both"/>
      </w:pPr>
      <w:r>
        <w:rPr>
          <w:color w:val="000000"/>
        </w:rPr>
        <w:t>Anđele, čuvaru mili…</w:t>
      </w:r>
    </w:p>
    <w:p w14:paraId="406EACD8" w14:textId="77777777" w:rsidR="003752CD" w:rsidRDefault="003752CD" w:rsidP="003752CD">
      <w:pPr>
        <w:spacing w:after="0" w:line="240" w:lineRule="auto"/>
        <w:jc w:val="both"/>
        <w:rPr>
          <w:color w:val="000000"/>
        </w:rPr>
      </w:pPr>
    </w:p>
    <w:p w14:paraId="47486E31" w14:textId="7811080C" w:rsidR="005A29C0" w:rsidRDefault="007553B4" w:rsidP="003752CD">
      <w:pPr>
        <w:spacing w:after="0" w:line="240" w:lineRule="auto"/>
        <w:jc w:val="both"/>
      </w:pPr>
      <w:r>
        <w:rPr>
          <w:color w:val="000000"/>
        </w:rPr>
        <w:t>ili:</w:t>
      </w:r>
    </w:p>
    <w:p w14:paraId="0A9E91A6" w14:textId="77777777" w:rsidR="003752CD" w:rsidRDefault="003752CD" w:rsidP="003752CD">
      <w:pPr>
        <w:spacing w:after="220" w:line="240" w:lineRule="auto"/>
      </w:pPr>
      <w:r>
        <w:rPr>
          <w:rFonts w:eastAsia="Calibri"/>
          <w:color w:val="000000"/>
        </w:rPr>
        <w:t>Učenici će poslušati pjesmu „Anđele, čuvaru mili…“; 3:36; Autor: Marinko Grubešić; Izvor: YouTube</w:t>
      </w:r>
    </w:p>
    <w:p w14:paraId="0046364B" w14:textId="77777777" w:rsidR="003752CD" w:rsidRDefault="003752CD" w:rsidP="003752CD">
      <w:pPr>
        <w:widowControl w:val="0"/>
        <w:spacing w:after="0"/>
      </w:pPr>
      <w:r>
        <w:rPr>
          <w:rFonts w:cs="Calibri"/>
          <w:noProof/>
          <w:lang w:eastAsia="hr-HR"/>
        </w:rPr>
        <w:drawing>
          <wp:inline distT="0" distB="0" distL="0" distR="0" wp14:anchorId="54120369" wp14:editId="5219BEAA">
            <wp:extent cx="2401200" cy="1800000"/>
            <wp:effectExtent l="0" t="0" r="0" b="0"/>
            <wp:docPr id="1537486908" name="Videozapis 1" descr="Anđele čuvaru - Marinko Grubešić">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9"/>
                    </pic:cNvPr>
                    <pic:cNvPicPr/>
                  </pic:nvPicPr>
                  <pic:blipFill>
                    <a:blip r:embed="rId20">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749D4DAE" w14:textId="77777777" w:rsidR="00212B01" w:rsidRDefault="00212B01" w:rsidP="00212B01">
      <w:pPr>
        <w:spacing w:line="240" w:lineRule="auto"/>
      </w:pPr>
    </w:p>
    <w:tbl>
      <w:tblPr>
        <w:tblW w:w="10658" w:type="dxa"/>
        <w:tblLook w:val="04A0" w:firstRow="1" w:lastRow="0" w:firstColumn="1" w:lastColumn="0" w:noHBand="0" w:noVBand="1"/>
      </w:tblPr>
      <w:tblGrid>
        <w:gridCol w:w="10658"/>
      </w:tblGrid>
      <w:tr w:rsidR="00212B01" w14:paraId="6A0AC9C9" w14:textId="77777777" w:rsidTr="00F41D5B">
        <w:trPr>
          <w:cantSplit/>
        </w:trPr>
        <w:tc>
          <w:tcPr>
            <w:tcW w:w="10658" w:type="dxa"/>
            <w:shd w:val="clear" w:color="auto" w:fill="C96A00"/>
            <w:vAlign w:val="center"/>
          </w:tcPr>
          <w:p w14:paraId="51BA1029" w14:textId="77777777" w:rsidR="00212B01" w:rsidRDefault="00212B01" w:rsidP="00F41D5B">
            <w:pPr>
              <w:spacing w:before="60"/>
              <w:jc w:val="center"/>
            </w:pPr>
            <w:r>
              <w:rPr>
                <w:b/>
                <w:color w:val="FFFFFF"/>
                <w:sz w:val="32"/>
              </w:rPr>
              <w:t>PREPORUČENI ODABIR ZA 45 MINUTA</w:t>
            </w:r>
          </w:p>
        </w:tc>
      </w:tr>
    </w:tbl>
    <w:p w14:paraId="59872936" w14:textId="77777777" w:rsidR="003752CD" w:rsidRDefault="003752CD" w:rsidP="00212B01"/>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3"/>
        <w:gridCol w:w="2148"/>
      </w:tblGrid>
      <w:tr w:rsidR="003752CD" w:rsidRPr="005C289E" w14:paraId="184EC48D" w14:textId="77777777" w:rsidTr="00F41D5B">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791CED15" w14:textId="77777777" w:rsidR="003752CD" w:rsidRPr="005C289E" w:rsidRDefault="003752CD" w:rsidP="00F41D5B">
            <w:pPr>
              <w:spacing w:after="0" w:line="240" w:lineRule="auto"/>
            </w:pPr>
            <w:r w:rsidRPr="005C289E">
              <w:rPr>
                <w:rFonts w:eastAsia="Calibri"/>
                <w:b/>
                <w:color w:val="FFFFFF"/>
              </w:rPr>
              <w:t>Dio sata / odabrana aktivnost</w:t>
            </w:r>
          </w:p>
        </w:tc>
        <w:tc>
          <w:tcPr>
            <w:tcW w:w="2148"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65C02B6C" w14:textId="77777777" w:rsidR="003752CD" w:rsidRPr="005C289E" w:rsidRDefault="003752CD" w:rsidP="00F41D5B">
            <w:pPr>
              <w:spacing w:after="0" w:line="240" w:lineRule="auto"/>
              <w:jc w:val="center"/>
            </w:pPr>
            <w:r w:rsidRPr="005C289E">
              <w:rPr>
                <w:rFonts w:eastAsia="Calibri"/>
                <w:b/>
                <w:color w:val="FFFFFF"/>
              </w:rPr>
              <w:t>Vrijeme</w:t>
            </w:r>
          </w:p>
        </w:tc>
      </w:tr>
      <w:tr w:rsidR="003752CD" w:rsidRPr="005C289E" w14:paraId="13F56907" w14:textId="77777777" w:rsidTr="00702EAD">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0D7016F" w14:textId="32272CD8" w:rsidR="003752CD" w:rsidRPr="005C289E" w:rsidRDefault="003752CD" w:rsidP="003752CD">
            <w:pPr>
              <w:spacing w:after="0" w:line="240" w:lineRule="auto"/>
            </w:pPr>
            <w:r w:rsidRPr="00F82DAA">
              <w:t>Uvod, pregled domaće zadaće, motivacija i najava teme</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35EB93E" w14:textId="7E603FAC" w:rsidR="003752CD" w:rsidRPr="005C289E" w:rsidRDefault="003752CD" w:rsidP="003752CD">
            <w:pPr>
              <w:spacing w:after="0" w:line="240" w:lineRule="auto"/>
              <w:jc w:val="center"/>
            </w:pPr>
            <w:r w:rsidRPr="00536CB7">
              <w:t>7 minuta</w:t>
            </w:r>
          </w:p>
        </w:tc>
      </w:tr>
      <w:tr w:rsidR="003752CD" w:rsidRPr="005C289E" w14:paraId="1CBD1CCC" w14:textId="77777777" w:rsidTr="00702EAD">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tcPr>
          <w:p w14:paraId="48CADB6D" w14:textId="4F47A110" w:rsidR="003752CD" w:rsidRPr="005C289E" w:rsidRDefault="003752CD" w:rsidP="003752CD">
            <w:pPr>
              <w:spacing w:after="0" w:line="240" w:lineRule="auto"/>
            </w:pPr>
            <w:r w:rsidRPr="00F82DAA">
              <w:t>Aktivnost 1: Obrada teksta / sadržaja</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tcPr>
          <w:p w14:paraId="2950D30B" w14:textId="0295F809" w:rsidR="003752CD" w:rsidRPr="005C289E" w:rsidRDefault="003752CD" w:rsidP="003752CD">
            <w:pPr>
              <w:spacing w:after="0" w:line="240" w:lineRule="auto"/>
              <w:jc w:val="center"/>
            </w:pPr>
            <w:r w:rsidRPr="00536CB7">
              <w:t>9 minuta</w:t>
            </w:r>
          </w:p>
        </w:tc>
      </w:tr>
      <w:tr w:rsidR="003752CD" w:rsidRPr="005C289E" w14:paraId="7CA6329B" w14:textId="77777777" w:rsidTr="00702EAD">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E0682BF" w14:textId="7426D8B3" w:rsidR="003752CD" w:rsidRPr="005C289E" w:rsidRDefault="003752CD" w:rsidP="003752CD">
            <w:pPr>
              <w:spacing w:after="0" w:line="240" w:lineRule="auto"/>
            </w:pPr>
            <w:r w:rsidRPr="00F82DAA">
              <w:t>Aktivnost 2: Video – Posljednja večera</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7AD29B8C" w14:textId="4DDD99CF" w:rsidR="003752CD" w:rsidRPr="005C289E" w:rsidRDefault="003752CD" w:rsidP="003752CD">
            <w:pPr>
              <w:spacing w:after="0" w:line="240" w:lineRule="auto"/>
              <w:jc w:val="center"/>
            </w:pPr>
            <w:r w:rsidRPr="00536CB7">
              <w:t>7 minuta</w:t>
            </w:r>
          </w:p>
        </w:tc>
      </w:tr>
      <w:tr w:rsidR="003752CD" w:rsidRPr="005C289E" w14:paraId="4EBAD219" w14:textId="77777777" w:rsidTr="00702EAD">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tcPr>
          <w:p w14:paraId="0EF0621E" w14:textId="65EE952F" w:rsidR="003752CD" w:rsidRPr="005C289E" w:rsidRDefault="003752CD" w:rsidP="003752CD">
            <w:pPr>
              <w:spacing w:after="0" w:line="240" w:lineRule="auto"/>
            </w:pPr>
            <w:r w:rsidRPr="00F82DAA">
              <w:t>Aktivnost 5: Isus pere noge učenicima</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tcPr>
          <w:p w14:paraId="36F0CB7A" w14:textId="626EE544" w:rsidR="003752CD" w:rsidRPr="005C289E" w:rsidRDefault="003752CD" w:rsidP="003752CD">
            <w:pPr>
              <w:spacing w:after="0" w:line="240" w:lineRule="auto"/>
              <w:jc w:val="center"/>
            </w:pPr>
            <w:r w:rsidRPr="00536CB7">
              <w:t>7 minuta</w:t>
            </w:r>
          </w:p>
        </w:tc>
      </w:tr>
      <w:tr w:rsidR="003752CD" w:rsidRPr="005C289E" w14:paraId="499BB0A5" w14:textId="77777777" w:rsidTr="00702EAD">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0" w:type="dxa"/>
              <w:left w:w="130" w:type="dxa"/>
              <w:bottom w:w="90" w:type="dxa"/>
              <w:right w:w="130" w:type="dxa"/>
            </w:tcMar>
          </w:tcPr>
          <w:p w14:paraId="701AED8F" w14:textId="3FC32F15" w:rsidR="003752CD" w:rsidRPr="005C289E" w:rsidRDefault="003752CD" w:rsidP="003752CD">
            <w:pPr>
              <w:spacing w:after="0" w:line="240" w:lineRule="auto"/>
              <w:rPr>
                <w:rFonts w:eastAsia="Calibri"/>
                <w:color w:val="000000"/>
              </w:rPr>
            </w:pPr>
            <w:r w:rsidRPr="00F82DAA">
              <w:t>Aktivnost 12: Učimo iz umjetnosti</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0" w:type="dxa"/>
              <w:left w:w="130" w:type="dxa"/>
              <w:bottom w:w="90" w:type="dxa"/>
              <w:right w:w="130" w:type="dxa"/>
            </w:tcMar>
          </w:tcPr>
          <w:p w14:paraId="5418770B" w14:textId="64F628F0" w:rsidR="003752CD" w:rsidRPr="005C289E" w:rsidRDefault="003752CD" w:rsidP="003752CD">
            <w:pPr>
              <w:spacing w:after="0" w:line="240" w:lineRule="auto"/>
              <w:jc w:val="center"/>
              <w:rPr>
                <w:rFonts w:eastAsia="Calibri"/>
                <w:color w:val="000000"/>
              </w:rPr>
            </w:pPr>
            <w:r w:rsidRPr="00536CB7">
              <w:t>6 minuta</w:t>
            </w:r>
          </w:p>
        </w:tc>
      </w:tr>
      <w:tr w:rsidR="003752CD" w:rsidRPr="005C289E" w14:paraId="36067648" w14:textId="77777777" w:rsidTr="00702EAD">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tcPr>
          <w:p w14:paraId="74D48700" w14:textId="085CD28F" w:rsidR="003752CD" w:rsidRPr="005C289E" w:rsidRDefault="003752CD" w:rsidP="003752CD">
            <w:pPr>
              <w:spacing w:after="0" w:line="240" w:lineRule="auto"/>
              <w:rPr>
                <w:rFonts w:eastAsia="Calibri"/>
                <w:color w:val="000000"/>
              </w:rPr>
            </w:pPr>
            <w:r w:rsidRPr="00F82DAA">
              <w:t>Aktivnost 16: Zapišimo!</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tcPr>
          <w:p w14:paraId="184BFBC5" w14:textId="150D22AA" w:rsidR="003752CD" w:rsidRPr="005C289E" w:rsidRDefault="003752CD" w:rsidP="003752CD">
            <w:pPr>
              <w:spacing w:after="0" w:line="240" w:lineRule="auto"/>
              <w:jc w:val="center"/>
              <w:rPr>
                <w:rFonts w:eastAsia="Calibri"/>
                <w:color w:val="000000"/>
              </w:rPr>
            </w:pPr>
            <w:r w:rsidRPr="00536CB7">
              <w:t>4 minute</w:t>
            </w:r>
          </w:p>
        </w:tc>
      </w:tr>
      <w:tr w:rsidR="003752CD" w:rsidRPr="005C289E" w14:paraId="1D4A6258" w14:textId="77777777" w:rsidTr="00702EAD">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0" w:type="dxa"/>
              <w:left w:w="130" w:type="dxa"/>
              <w:bottom w:w="90" w:type="dxa"/>
              <w:right w:w="130" w:type="dxa"/>
            </w:tcMar>
          </w:tcPr>
          <w:p w14:paraId="30F46719" w14:textId="4B573D29" w:rsidR="003752CD" w:rsidRPr="005C289E" w:rsidRDefault="003752CD" w:rsidP="003752CD">
            <w:pPr>
              <w:spacing w:after="0" w:line="240" w:lineRule="auto"/>
              <w:rPr>
                <w:rFonts w:eastAsia="Calibri"/>
                <w:color w:val="000000"/>
              </w:rPr>
            </w:pPr>
            <w:r w:rsidRPr="00F82DAA">
              <w:t>Završni dio</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0" w:type="dxa"/>
              <w:left w:w="130" w:type="dxa"/>
              <w:bottom w:w="90" w:type="dxa"/>
              <w:right w:w="130" w:type="dxa"/>
            </w:tcMar>
          </w:tcPr>
          <w:p w14:paraId="2B23F3BD" w14:textId="3B6A8AB1" w:rsidR="003752CD" w:rsidRPr="005C289E" w:rsidRDefault="003752CD" w:rsidP="003752CD">
            <w:pPr>
              <w:spacing w:after="0" w:line="240" w:lineRule="auto"/>
              <w:jc w:val="center"/>
              <w:rPr>
                <w:rFonts w:eastAsia="Calibri"/>
                <w:color w:val="000000"/>
              </w:rPr>
            </w:pPr>
            <w:r w:rsidRPr="00536CB7">
              <w:t>5 minuta</w:t>
            </w:r>
          </w:p>
        </w:tc>
      </w:tr>
    </w:tbl>
    <w:p w14:paraId="3191F096" w14:textId="77777777" w:rsidR="00825453" w:rsidRDefault="003752CD" w:rsidP="00825453">
      <w:pPr>
        <w:spacing w:after="260" w:line="240" w:lineRule="auto"/>
      </w:pPr>
      <w:r w:rsidRPr="005C289E">
        <w:rPr>
          <w:rFonts w:eastAsia="Calibri"/>
          <w:i/>
          <w:color w:val="6B6B6B"/>
        </w:rPr>
        <w:t>Ukupno: 45 minuta. Mikropauza se koristi samo po potrebi; tada se skraćuje predstavljanje skupina ili završna rasprava.</w:t>
      </w:r>
    </w:p>
    <w:p w14:paraId="68C7478D" w14:textId="6F3A7B1D" w:rsidR="005A29C0" w:rsidRPr="003752CD" w:rsidRDefault="007553B4" w:rsidP="00825453">
      <w:pPr>
        <w:spacing w:after="0" w:line="240" w:lineRule="auto"/>
      </w:pPr>
      <w:r w:rsidRPr="003752CD">
        <w:rPr>
          <w:b/>
          <w:color w:val="C96A00"/>
        </w:rPr>
        <w:t>PRILOZI ZA BRZU UPORABU</w:t>
      </w:r>
    </w:p>
    <w:p w14:paraId="4010C90F" w14:textId="77777777" w:rsidR="005A29C0" w:rsidRPr="003752CD" w:rsidRDefault="007553B4">
      <w:pPr>
        <w:spacing w:after="0" w:line="240" w:lineRule="auto"/>
      </w:pPr>
      <w:r w:rsidRPr="003752CD">
        <w:rPr>
          <w:b/>
          <w:color w:val="000000"/>
        </w:rPr>
        <w:t>Prilog 1: Kratka kontrolna lista za vjeroučitelja</w:t>
      </w:r>
    </w:p>
    <w:p w14:paraId="5EFE204F" w14:textId="77777777" w:rsidR="005A29C0" w:rsidRPr="003752CD" w:rsidRDefault="007553B4">
      <w:pPr>
        <w:spacing w:after="0" w:line="240" w:lineRule="auto"/>
      </w:pPr>
      <w:r w:rsidRPr="003752CD">
        <w:rPr>
          <w:color w:val="000000"/>
        </w:rPr>
        <w:t>□ Mogu li učenici objasniti zašto je Posljednja večera povezana s Pashom?</w:t>
      </w:r>
    </w:p>
    <w:p w14:paraId="562A6B10" w14:textId="77777777" w:rsidR="005A29C0" w:rsidRPr="003752CD" w:rsidRDefault="007553B4">
      <w:pPr>
        <w:spacing w:after="0" w:line="240" w:lineRule="auto"/>
      </w:pPr>
      <w:r w:rsidRPr="003752CD">
        <w:rPr>
          <w:color w:val="000000"/>
        </w:rPr>
        <w:t>□ Mogu li prepoznati riječi i geste ustanovljenja Euharistije?</w:t>
      </w:r>
    </w:p>
    <w:p w14:paraId="345A2206" w14:textId="77777777" w:rsidR="005A29C0" w:rsidRPr="003752CD" w:rsidRDefault="007553B4">
      <w:pPr>
        <w:spacing w:after="0" w:line="240" w:lineRule="auto"/>
      </w:pPr>
      <w:r w:rsidRPr="003752CD">
        <w:rPr>
          <w:color w:val="000000"/>
        </w:rPr>
        <w:t>□ Mogu li objasniti zašto Isus pere noge učenicima i što znači „Primjer sam vam dao“?</w:t>
      </w:r>
    </w:p>
    <w:p w14:paraId="00D81886" w14:textId="77777777" w:rsidR="005A29C0" w:rsidRPr="003752CD" w:rsidRDefault="007553B4">
      <w:pPr>
        <w:spacing w:after="0" w:line="240" w:lineRule="auto"/>
      </w:pPr>
      <w:r w:rsidRPr="003752CD">
        <w:rPr>
          <w:color w:val="000000"/>
        </w:rPr>
        <w:t>□ Mogu li izreći novu zapovijed i povezati je s konkretnim djelom ljubavi?</w:t>
      </w:r>
    </w:p>
    <w:p w14:paraId="7D318612" w14:textId="77777777" w:rsidR="005A29C0" w:rsidRPr="003752CD" w:rsidRDefault="007553B4">
      <w:pPr>
        <w:spacing w:after="0" w:line="240" w:lineRule="auto"/>
      </w:pPr>
      <w:r w:rsidRPr="003752CD">
        <w:rPr>
          <w:color w:val="000000"/>
        </w:rPr>
        <w:t>□ Mogu li navesti tri dara / zadaće Posljednje večere iz digitalnog udžbenika?</w:t>
      </w:r>
    </w:p>
    <w:p w14:paraId="6FF165FC" w14:textId="77777777" w:rsidR="005A29C0" w:rsidRPr="003752CD" w:rsidRDefault="007553B4">
      <w:pPr>
        <w:spacing w:after="0" w:line="240" w:lineRule="auto"/>
      </w:pPr>
      <w:r w:rsidRPr="003752CD">
        <w:rPr>
          <w:color w:val="000000"/>
        </w:rPr>
        <w:t>□ Mogu li na umjetničkoj reprodukciji opisati barem jedan detalj koji naglašava Euharistiju, služenje ili ljubav?</w:t>
      </w:r>
    </w:p>
    <w:sectPr w:rsidR="005A29C0" w:rsidRPr="003752CD" w:rsidSect="00293E04">
      <w:pgSz w:w="12240" w:h="15840" w:code="1"/>
      <w:pgMar w:top="709" w:right="709" w:bottom="709" w:left="850"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6" w15:restartNumberingAfterBreak="0">
    <w:nsid w:val="03260823"/>
    <w:multiLevelType w:val="hybridMultilevel"/>
    <w:tmpl w:val="8EE6A85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9871EAF"/>
    <w:multiLevelType w:val="hybridMultilevel"/>
    <w:tmpl w:val="1EF63CCC"/>
    <w:lvl w:ilvl="0" w:tplc="041A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0BF85396"/>
    <w:multiLevelType w:val="hybridMultilevel"/>
    <w:tmpl w:val="D5103FC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53D5866"/>
    <w:multiLevelType w:val="hybridMultilevel"/>
    <w:tmpl w:val="16E4941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6647C86"/>
    <w:multiLevelType w:val="hybridMultilevel"/>
    <w:tmpl w:val="44E463C2"/>
    <w:lvl w:ilvl="0" w:tplc="77D259A4">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1" w15:restartNumberingAfterBreak="0">
    <w:nsid w:val="3A0634FA"/>
    <w:multiLevelType w:val="hybridMultilevel"/>
    <w:tmpl w:val="3ED00DA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E4B7D81"/>
    <w:multiLevelType w:val="hybridMultilevel"/>
    <w:tmpl w:val="1BEC892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43D1ED0"/>
    <w:multiLevelType w:val="hybridMultilevel"/>
    <w:tmpl w:val="4A82EFFC"/>
    <w:lvl w:ilvl="0" w:tplc="4A8C5DDA">
      <w:start w:val="1"/>
      <w:numFmt w:val="bullet"/>
      <w:lvlText w:val="-"/>
      <w:lvlJc w:val="left"/>
      <w:pPr>
        <w:ind w:left="720" w:hanging="360"/>
      </w:pPr>
      <w:rPr>
        <w:rFonts w:ascii="Calibri" w:hAnsi="Calibri" w:hint="default"/>
        <w:b w:val="0"/>
        <w:bCs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9132BBF"/>
    <w:multiLevelType w:val="hybridMultilevel"/>
    <w:tmpl w:val="E37487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F8E715B"/>
    <w:multiLevelType w:val="hybridMultilevel"/>
    <w:tmpl w:val="E528D49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4040DF9"/>
    <w:multiLevelType w:val="hybridMultilevel"/>
    <w:tmpl w:val="58D2EFF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36464196">
    <w:abstractNumId w:val="5"/>
  </w:num>
  <w:num w:numId="2" w16cid:durableId="1866209116">
    <w:abstractNumId w:val="3"/>
  </w:num>
  <w:num w:numId="3" w16cid:durableId="1791243684">
    <w:abstractNumId w:val="2"/>
  </w:num>
  <w:num w:numId="4" w16cid:durableId="1818447685">
    <w:abstractNumId w:val="4"/>
  </w:num>
  <w:num w:numId="5" w16cid:durableId="226839883">
    <w:abstractNumId w:val="1"/>
  </w:num>
  <w:num w:numId="6" w16cid:durableId="1653411925">
    <w:abstractNumId w:val="0"/>
  </w:num>
  <w:num w:numId="7" w16cid:durableId="1395084164">
    <w:abstractNumId w:val="13"/>
  </w:num>
  <w:num w:numId="8" w16cid:durableId="2003317235">
    <w:abstractNumId w:val="15"/>
  </w:num>
  <w:num w:numId="9" w16cid:durableId="176504135">
    <w:abstractNumId w:val="6"/>
  </w:num>
  <w:num w:numId="10" w16cid:durableId="229773213">
    <w:abstractNumId w:val="11"/>
  </w:num>
  <w:num w:numId="11" w16cid:durableId="2023973740">
    <w:abstractNumId w:val="16"/>
  </w:num>
  <w:num w:numId="12" w16cid:durableId="12071188">
    <w:abstractNumId w:val="8"/>
  </w:num>
  <w:num w:numId="13" w16cid:durableId="1255745656">
    <w:abstractNumId w:val="10"/>
  </w:num>
  <w:num w:numId="14" w16cid:durableId="1685206529">
    <w:abstractNumId w:val="7"/>
  </w:num>
  <w:num w:numId="15" w16cid:durableId="1176379845">
    <w:abstractNumId w:val="12"/>
  </w:num>
  <w:num w:numId="16" w16cid:durableId="205725845">
    <w:abstractNumId w:val="9"/>
  </w:num>
  <w:num w:numId="17" w16cid:durableId="992872747">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E7C"/>
    <w:rsid w:val="00034616"/>
    <w:rsid w:val="00044EDD"/>
    <w:rsid w:val="0006063C"/>
    <w:rsid w:val="000C7FBD"/>
    <w:rsid w:val="000D774F"/>
    <w:rsid w:val="00101CA7"/>
    <w:rsid w:val="00102B13"/>
    <w:rsid w:val="00110937"/>
    <w:rsid w:val="00147353"/>
    <w:rsid w:val="0015074B"/>
    <w:rsid w:val="00156174"/>
    <w:rsid w:val="00160A18"/>
    <w:rsid w:val="00172277"/>
    <w:rsid w:val="00192C55"/>
    <w:rsid w:val="001A77C4"/>
    <w:rsid w:val="001F0480"/>
    <w:rsid w:val="00212B01"/>
    <w:rsid w:val="00221BFC"/>
    <w:rsid w:val="00237F51"/>
    <w:rsid w:val="00254998"/>
    <w:rsid w:val="002721E3"/>
    <w:rsid w:val="00280A4E"/>
    <w:rsid w:val="0029205C"/>
    <w:rsid w:val="00293E04"/>
    <w:rsid w:val="0029639D"/>
    <w:rsid w:val="00326F90"/>
    <w:rsid w:val="00346833"/>
    <w:rsid w:val="003752CD"/>
    <w:rsid w:val="00390BBB"/>
    <w:rsid w:val="003974BF"/>
    <w:rsid w:val="003A5F52"/>
    <w:rsid w:val="003C0BBC"/>
    <w:rsid w:val="00421086"/>
    <w:rsid w:val="00427510"/>
    <w:rsid w:val="00447158"/>
    <w:rsid w:val="00451CD7"/>
    <w:rsid w:val="00452023"/>
    <w:rsid w:val="00465E0B"/>
    <w:rsid w:val="00475277"/>
    <w:rsid w:val="0047567E"/>
    <w:rsid w:val="00480944"/>
    <w:rsid w:val="00485BF7"/>
    <w:rsid w:val="004C6A8D"/>
    <w:rsid w:val="004D33D9"/>
    <w:rsid w:val="004D6E8D"/>
    <w:rsid w:val="004F6903"/>
    <w:rsid w:val="00523310"/>
    <w:rsid w:val="00534201"/>
    <w:rsid w:val="005800DC"/>
    <w:rsid w:val="005905B1"/>
    <w:rsid w:val="005A29C0"/>
    <w:rsid w:val="005B2C92"/>
    <w:rsid w:val="005C289E"/>
    <w:rsid w:val="0060275B"/>
    <w:rsid w:val="00603E33"/>
    <w:rsid w:val="006128E4"/>
    <w:rsid w:val="00685FE0"/>
    <w:rsid w:val="006879BB"/>
    <w:rsid w:val="00691476"/>
    <w:rsid w:val="00694A00"/>
    <w:rsid w:val="006B57E0"/>
    <w:rsid w:val="006E2E4C"/>
    <w:rsid w:val="00706F4A"/>
    <w:rsid w:val="00725478"/>
    <w:rsid w:val="007553B4"/>
    <w:rsid w:val="00783762"/>
    <w:rsid w:val="007E6D79"/>
    <w:rsid w:val="007F2F54"/>
    <w:rsid w:val="008015FD"/>
    <w:rsid w:val="008059F6"/>
    <w:rsid w:val="00806BE5"/>
    <w:rsid w:val="0081782B"/>
    <w:rsid w:val="00825453"/>
    <w:rsid w:val="0086161F"/>
    <w:rsid w:val="008C03CA"/>
    <w:rsid w:val="008C41D8"/>
    <w:rsid w:val="008C4AA4"/>
    <w:rsid w:val="00905E88"/>
    <w:rsid w:val="00923DF8"/>
    <w:rsid w:val="00955990"/>
    <w:rsid w:val="00970704"/>
    <w:rsid w:val="00986457"/>
    <w:rsid w:val="009F55AD"/>
    <w:rsid w:val="00A23588"/>
    <w:rsid w:val="00A55F09"/>
    <w:rsid w:val="00A70BA5"/>
    <w:rsid w:val="00A72AF8"/>
    <w:rsid w:val="00A8685C"/>
    <w:rsid w:val="00AA1D8D"/>
    <w:rsid w:val="00AC5A45"/>
    <w:rsid w:val="00AE4D1C"/>
    <w:rsid w:val="00AF2EAA"/>
    <w:rsid w:val="00B16B7C"/>
    <w:rsid w:val="00B2023B"/>
    <w:rsid w:val="00B21F38"/>
    <w:rsid w:val="00B430F8"/>
    <w:rsid w:val="00B47730"/>
    <w:rsid w:val="00B513AA"/>
    <w:rsid w:val="00B61303"/>
    <w:rsid w:val="00B65C9A"/>
    <w:rsid w:val="00B94401"/>
    <w:rsid w:val="00B94EFC"/>
    <w:rsid w:val="00BB65BD"/>
    <w:rsid w:val="00BD5E9D"/>
    <w:rsid w:val="00BF4CCC"/>
    <w:rsid w:val="00BF6B89"/>
    <w:rsid w:val="00C05C00"/>
    <w:rsid w:val="00C20603"/>
    <w:rsid w:val="00C30C31"/>
    <w:rsid w:val="00CB0664"/>
    <w:rsid w:val="00CC0E07"/>
    <w:rsid w:val="00CE4DD4"/>
    <w:rsid w:val="00D31CBB"/>
    <w:rsid w:val="00D32D56"/>
    <w:rsid w:val="00D45DC5"/>
    <w:rsid w:val="00D50304"/>
    <w:rsid w:val="00D72EB0"/>
    <w:rsid w:val="00D9506A"/>
    <w:rsid w:val="00DC1984"/>
    <w:rsid w:val="00DC5D33"/>
    <w:rsid w:val="00DC7A4F"/>
    <w:rsid w:val="00DD090D"/>
    <w:rsid w:val="00DD167B"/>
    <w:rsid w:val="00DE44AD"/>
    <w:rsid w:val="00DE680B"/>
    <w:rsid w:val="00E35B3A"/>
    <w:rsid w:val="00E4450F"/>
    <w:rsid w:val="00E448CD"/>
    <w:rsid w:val="00E52659"/>
    <w:rsid w:val="00EC1C58"/>
    <w:rsid w:val="00EC7858"/>
    <w:rsid w:val="00EE55F3"/>
    <w:rsid w:val="00F210DA"/>
    <w:rsid w:val="00F3122F"/>
    <w:rsid w:val="00F3248C"/>
    <w:rsid w:val="00F35589"/>
    <w:rsid w:val="00F5381C"/>
    <w:rsid w:val="00FB1196"/>
    <w:rsid w:val="00FB7729"/>
    <w:rsid w:val="00FC693F"/>
    <w:rsid w:val="00FD6A84"/>
    <w:rsid w:val="00FE3E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8D8FB8"/>
  <w14:defaultImageDpi w14:val="300"/>
  <w15:docId w15:val="{49870A43-94FF-47CF-8D24-DF467F63F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spacing w:after="40" w:line="252" w:lineRule="auto"/>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spacing w:after="40" w:line="252" w:lineRule="auto"/>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4"/>
      </w:numPr>
      <w:spacing w:after="40" w:line="252" w:lineRule="auto"/>
      <w:contextualSpacing/>
    </w:pPr>
  </w:style>
  <w:style w:type="paragraph" w:styleId="Brojevi2">
    <w:name w:val="List Number 2"/>
    <w:basedOn w:val="Normal"/>
    <w:uiPriority w:val="99"/>
    <w:unhideWhenUsed/>
    <w:rsid w:val="0029639D"/>
    <w:pPr>
      <w:numPr>
        <w:numId w:val="5"/>
      </w:numPr>
      <w:contextualSpacing/>
    </w:pPr>
  </w:style>
  <w:style w:type="paragraph" w:styleId="Brojevi3">
    <w:name w:val="List Number 3"/>
    <w:basedOn w:val="Normal"/>
    <w:uiPriority w:val="99"/>
    <w:unhideWhenUsed/>
    <w:rsid w:val="0029639D"/>
    <w:pPr>
      <w:numPr>
        <w:numId w:val="6"/>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unhideWhenUsed/>
    <w:rsid w:val="00691476"/>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156174"/>
    <w:rPr>
      <w:color w:val="0000FF" w:themeColor="hyperlink"/>
      <w:u w:val="single"/>
    </w:rPr>
  </w:style>
  <w:style w:type="character" w:styleId="Nerijeenospominjanje">
    <w:name w:val="Unresolved Mention"/>
    <w:basedOn w:val="Zadanifontodlomka"/>
    <w:uiPriority w:val="99"/>
    <w:semiHidden/>
    <w:unhideWhenUsed/>
    <w:rsid w:val="00A70BA5"/>
    <w:rPr>
      <w:color w:val="605E5C"/>
      <w:shd w:val="clear" w:color="auto" w:fill="E1DFDD"/>
    </w:rPr>
  </w:style>
  <w:style w:type="character" w:styleId="SlijeenaHiperveza">
    <w:name w:val="FollowedHyperlink"/>
    <w:basedOn w:val="Zadanifontodlomka"/>
    <w:uiPriority w:val="99"/>
    <w:semiHidden/>
    <w:unhideWhenUsed/>
    <w:rsid w:val="00CC0E07"/>
    <w:rPr>
      <w:color w:val="800080" w:themeColor="followedHyperlink"/>
      <w:u w:val="single"/>
    </w:rPr>
  </w:style>
  <w:style w:type="paragraph" w:customStyle="1" w:styleId="pdq2pgselectionanchorcontainer">
    <w:name w:val="pdq2pg_selectionanchorcontainer"/>
    <w:basedOn w:val="Normal"/>
    <w:rsid w:val="00DC5D33"/>
    <w:pPr>
      <w:spacing w:before="100" w:beforeAutospacing="1" w:after="100" w:afterAutospacing="1" w:line="240" w:lineRule="auto"/>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youtube.com/embed/6-IZCGx_nYY?feature=oembed" TargetMode="Externa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yperlink" Target="https://www.youtube.com/embed/PixLa1QlpZA?feature=oembed"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650</TotalTime>
  <Pages>3</Pages>
  <Words>4533</Words>
  <Characters>25843</Characters>
  <Application>Microsoft Office Word</Application>
  <DocSecurity>0</DocSecurity>
  <Lines>215</Lines>
  <Paragraphs>60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28. Ponavljanje nastavne cjeline – Crkva – to smo mi?</vt:lpstr>
      <vt:lpstr/>
    </vt:vector>
  </TitlesOfParts>
  <Manager/>
  <Company/>
  <LinksUpToDate>false</LinksUpToDate>
  <CharactersWithSpaces>30316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Ponavljanje nastavne cjeline – Crkva – to smo mi?</dc:title>
  <dc:subject>Katolički vjeronauk, 6. razred</dc:subject>
  <dc:creator>Josip Kunac</dc:creator>
  <cp:keywords>Mojsije, ropstvo, sloboda, Savez, ponavljanje</cp:keywords>
  <dc:description>generated by python-docx</dc:description>
  <cp:lastModifiedBy>Josip Kunac</cp:lastModifiedBy>
  <cp:revision>19</cp:revision>
  <dcterms:created xsi:type="dcterms:W3CDTF">2026-08-27T16:15:00Z</dcterms:created>
  <dcterms:modified xsi:type="dcterms:W3CDTF">2026-09-11T14:56:00Z</dcterms:modified>
  <cp:category/>
</cp:coreProperties>
</file>