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6574"/>
      </w:tblGrid>
      <w:tr w:rsidR="00EB769F" w14:paraId="7792A769" w14:textId="77777777" w:rsidTr="00E94F11">
        <w:trPr>
          <w:cantSplit/>
          <w:tblHeader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5B96C0F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45736912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</w:rPr>
              <w:t>Klinča Sela</w:t>
            </w:r>
          </w:p>
        </w:tc>
      </w:tr>
      <w:tr w:rsidR="00EB769F" w14:paraId="4EEEAF66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502D591C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76C06BA6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</w:rPr>
              <w:t>Katolički vjeronauk</w:t>
            </w:r>
          </w:p>
        </w:tc>
      </w:tr>
      <w:tr w:rsidR="00EB769F" w14:paraId="11832D8C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5CBABB4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6186F573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</w:rPr>
              <w:t>Josip Kunac</w:t>
            </w:r>
            <w:r w:rsidRPr="001931A5">
              <w:rPr>
                <w:i/>
                <w:iCs/>
                <w:color w:val="000000"/>
              </w:rPr>
              <w:t>, prof.</w:t>
            </w:r>
          </w:p>
        </w:tc>
      </w:tr>
      <w:tr w:rsidR="00EB769F" w14:paraId="14D9FACF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077157E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23808779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</w:rPr>
              <w:t>7.</w:t>
            </w:r>
          </w:p>
        </w:tc>
      </w:tr>
      <w:tr w:rsidR="00EB769F" w14:paraId="2E309D25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977A67A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4E3A508A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</w:rPr>
              <w:t>3.</w:t>
            </w:r>
          </w:p>
        </w:tc>
      </w:tr>
      <w:tr w:rsidR="00EB769F" w14:paraId="05A75975" w14:textId="77777777" w:rsidTr="00E94F11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A095435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72F03ED5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</w:rPr>
              <w:t>I. RAZVIJAM OSOBNOST, ŽIVIM VREDNOTE</w:t>
            </w:r>
          </w:p>
        </w:tc>
      </w:tr>
      <w:tr w:rsidR="00EB769F" w14:paraId="2547641D" w14:textId="77777777" w:rsidTr="00E94F11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01F9C86" w14:textId="77777777" w:rsidR="00EB769F" w:rsidRPr="00E94F11" w:rsidRDefault="00E94F11" w:rsidP="0039563E">
            <w:pPr>
              <w:spacing w:before="45" w:after="45"/>
              <w:ind w:left="85" w:right="85"/>
              <w:jc w:val="both"/>
            </w:pPr>
            <w:r w:rsidRPr="00E94F11"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57C46AF0" w14:textId="77777777" w:rsidR="00F82265" w:rsidRPr="00A308B6" w:rsidRDefault="00B53944">
            <w:pPr>
              <w:spacing w:before="45" w:after="105"/>
              <w:ind w:left="85" w:right="85"/>
              <w:rPr>
                <w:bCs/>
              </w:rPr>
            </w:pPr>
            <w:r w:rsidRPr="00A308B6">
              <w:rPr>
                <w:bCs/>
                <w:color w:val="000000"/>
              </w:rPr>
              <w:t>3. Potrebni smo drugima i drugi nama</w:t>
            </w:r>
          </w:p>
        </w:tc>
      </w:tr>
    </w:tbl>
    <w:p w14:paraId="3ED8761D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Odgojno-obrazovni ishodi učenja:</w:t>
      </w:r>
    </w:p>
    <w:p w14:paraId="11381E9D" w14:textId="77777777" w:rsidR="00F82265" w:rsidRDefault="00B53944" w:rsidP="00471DF4">
      <w:pPr>
        <w:jc w:val="both"/>
      </w:pPr>
      <w:r>
        <w:rPr>
          <w:color w:val="000000"/>
        </w:rPr>
        <w:t>OŠ KV A.7.1. Učenik analizira konkretne primjere utjecaja društva vršnjaka na formiranje osobnosti i predlaže načine kako ostvariti pozitivan utjecaj u društvu vršnjaka.</w:t>
      </w:r>
    </w:p>
    <w:p w14:paraId="30FB2BFA" w14:textId="77777777" w:rsidR="00F82265" w:rsidRDefault="00B53944" w:rsidP="00471DF4">
      <w:pPr>
        <w:spacing w:after="0"/>
        <w:jc w:val="both"/>
        <w:rPr>
          <w:color w:val="000000"/>
        </w:rPr>
      </w:pPr>
      <w:r>
        <w:rPr>
          <w:color w:val="000000"/>
        </w:rPr>
        <w:t>OŠ KV A.7.2. Učenik u odabranim biblijskim tekstovima pronalazi poruke za svoje životne situacije.</w:t>
      </w:r>
    </w:p>
    <w:p w14:paraId="4D130D23" w14:textId="77777777" w:rsidR="00391968" w:rsidRDefault="00391968" w:rsidP="00391968">
      <w:pPr>
        <w:spacing w:after="0"/>
      </w:pPr>
    </w:p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6574"/>
      </w:tblGrid>
      <w:tr w:rsidR="00EB769F" w14:paraId="6510252E" w14:textId="77777777">
        <w:trPr>
          <w:cantSplit/>
          <w:tblHeader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ED2DF7A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6AD41400" w14:textId="77777777" w:rsidR="00F82265" w:rsidRDefault="00B53944" w:rsidP="00471DF4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zajedništvo; uzajamnost; osoba; Presveto Trojstvo; jednakovrijednost; podrška</w:t>
            </w:r>
          </w:p>
        </w:tc>
      </w:tr>
      <w:tr w:rsidR="00EB769F" w14:paraId="447FE690" w14:textId="77777777">
        <w:trPr>
          <w:cantSplit/>
          <w:tblHeader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76F462E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42E41ED7" w14:textId="77777777" w:rsidR="00F82265" w:rsidRDefault="00B53944" w:rsidP="00471DF4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Kako možemo biti svoji i istodobno rasti u zajedništvu s Bogom i ljudima?</w:t>
            </w:r>
          </w:p>
        </w:tc>
      </w:tr>
      <w:tr w:rsidR="00EB769F" w14:paraId="5DAF745C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9BCEE96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6019ED3F" w14:textId="77777777" w:rsidR="00F82265" w:rsidRDefault="00B53944" w:rsidP="00471DF4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EB769F" w14:paraId="76FF0B3E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F0FCB88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0BFFFFA5" w14:textId="77777777" w:rsidR="00F82265" w:rsidRDefault="00B53944" w:rsidP="00471DF4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razgovor, čitanje, uspoređivanje tvrdnje i dokaza, tumačenje biblijskoga teksta, prosudba slučaja, pisanje poruke, povezivanje</w:t>
            </w:r>
          </w:p>
        </w:tc>
      </w:tr>
      <w:tr w:rsidR="00EB769F" w14:paraId="169E6793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315F5378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3111E582" w14:textId="77777777" w:rsidR="00F82265" w:rsidRDefault="00B53944" w:rsidP="00471DF4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udžbenik Neka je Bog prvi, str. 11; radna bilježnica, str. 11; bilježnica, ploča ili projektor, radni predlošci; dostavljeni digitalni prilozi</w:t>
            </w:r>
          </w:p>
        </w:tc>
      </w:tr>
      <w:tr w:rsidR="00EB769F" w14:paraId="2DB29F68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5F8207B" w14:textId="77777777" w:rsidR="0080024C" w:rsidRDefault="00A7690C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2B0303B9" w14:textId="77777777" w:rsidR="00F82265" w:rsidRDefault="00B53944" w:rsidP="00471DF4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Osobni i socijalni razvoj: osr A.3.1. Razvija sliku o sebi. Mentalno i socijalno zdravlje: B.3.1.B Razlikuje i vrednuje različite načine komunikacije i ponašanja. Učiti kako učiti: uku A.3.1. Učenik samostalno traži nove informacije iz različitih izvora, transformira ih u novo znanje i uspješno primjenjuje pri rješavanju problema.</w:t>
            </w:r>
          </w:p>
        </w:tc>
      </w:tr>
      <w:tr w:rsidR="00EB769F" w14:paraId="3313710B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389A3265" w14:textId="77777777" w:rsidR="0080024C" w:rsidRDefault="002822E3" w:rsidP="0039563E">
            <w:pPr>
              <w:spacing w:before="45" w:after="45"/>
              <w:ind w:left="85" w:right="85"/>
              <w:jc w:val="both"/>
            </w:pPr>
            <w:r>
              <w:rPr>
                <w:b/>
                <w:color w:val="1F6D3A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0E8C2FD3" w14:textId="77777777" w:rsidR="00F82265" w:rsidRDefault="00B53944" w:rsidP="00471DF4">
            <w:pPr>
              <w:spacing w:before="45" w:after="105"/>
              <w:ind w:left="85" w:right="85"/>
              <w:jc w:val="both"/>
            </w:pPr>
            <w:r>
              <w:rPr>
                <w:color w:val="000000"/>
              </w:rPr>
              <w:t>Hrvatski jezik: OŠ HJ A.7.2. – izdvajanje bitnih podataka i zaključivanje; OŠ HJ C.7.2. – povezivanje teksta sa svijetom koji učenike okružuje.</w:t>
            </w:r>
          </w:p>
        </w:tc>
      </w:tr>
    </w:tbl>
    <w:p w14:paraId="0BE4801A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Vrednovanje:</w:t>
      </w:r>
    </w:p>
    <w:p w14:paraId="58131566" w14:textId="77777777" w:rsidR="00F82265" w:rsidRDefault="00B53944" w:rsidP="00391968">
      <w:pPr>
        <w:jc w:val="both"/>
      </w:pPr>
      <w:r>
        <w:rPr>
          <w:b/>
          <w:color w:val="000000"/>
        </w:rPr>
        <w:t xml:space="preserve">Vrednovanje za učenje: </w:t>
      </w:r>
      <w:r>
        <w:rPr>
          <w:color w:val="000000"/>
        </w:rPr>
        <w:t>vjeroučitelj će pratiti tumačenje Post 2,18–23, povezivanje jedinstvenosti i zajedništva te razlikovanje pomoći i vršnjačkoga pritiska; provjerit će povezivanje pojmova i obrazloženja.</w:t>
      </w:r>
    </w:p>
    <w:p w14:paraId="6F28CD7B" w14:textId="77777777" w:rsidR="00F82265" w:rsidRDefault="00B53944" w:rsidP="00391968">
      <w:pPr>
        <w:jc w:val="both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učenici će procijeniti mogu li povezati jedinstvenost i zajedništvo, protumačiti biblijsku poruku i predložiti pozitivan vršnjački utjecaj.</w:t>
      </w:r>
    </w:p>
    <w:p w14:paraId="0B5FE950" w14:textId="77777777" w:rsidR="00F82265" w:rsidRDefault="00B53944" w:rsidP="00391968">
      <w:pPr>
        <w:jc w:val="both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formalno brojčano ocjenjivanje nije predviđeno. Odgovori i radni predlošci služit će praćenju napretka.</w:t>
      </w:r>
    </w:p>
    <w:p w14:paraId="79865ED3" w14:textId="77777777" w:rsidR="00F82265" w:rsidRDefault="00B53944">
      <w:r>
        <w:br w:type="page"/>
      </w:r>
    </w:p>
    <w:p w14:paraId="32F0D0C5" w14:textId="77777777" w:rsidR="00F82265" w:rsidRDefault="00B53944">
      <w:pPr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3A5B502E" w14:textId="77777777">
        <w:trPr>
          <w:cantSplit/>
          <w:tblHeader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5B85E2D1" w14:textId="77777777" w:rsidR="00F82265" w:rsidRDefault="00B53944" w:rsidP="00AD5B13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5C1FCFE6" w14:textId="77777777" w:rsidR="00F82265" w:rsidRDefault="00F82265">
      <w:pPr>
        <w:keepNext/>
        <w:spacing w:after="60" w:line="40" w:lineRule="exact"/>
      </w:pPr>
    </w:p>
    <w:p w14:paraId="4B778691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Uvodna molitva:</w:t>
      </w:r>
    </w:p>
    <w:p w14:paraId="4372449D" w14:textId="77777777" w:rsidR="00F82265" w:rsidRDefault="00B53944">
      <w:r>
        <w:rPr>
          <w:color w:val="000000"/>
        </w:rPr>
        <w:t>Oče naš…</w:t>
      </w:r>
    </w:p>
    <w:p w14:paraId="11BF1002" w14:textId="77777777" w:rsidR="00F82265" w:rsidRDefault="00B53944">
      <w:r>
        <w:rPr>
          <w:color w:val="000000"/>
        </w:rPr>
        <w:t>ili: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4A846DDB" w14:textId="77777777">
        <w:trPr>
          <w:cantSplit/>
          <w:jc w:val="center"/>
        </w:trPr>
        <w:tc>
          <w:tcPr>
            <w:tcW w:w="10347" w:type="dxa"/>
            <w:shd w:val="clear" w:color="auto" w:fill="F7FBF7"/>
            <w:vAlign w:val="center"/>
          </w:tcPr>
          <w:p w14:paraId="69D5CF73" w14:textId="77777777" w:rsidR="00F82265" w:rsidRDefault="00B53944" w:rsidP="00471DF4">
            <w:pPr>
              <w:spacing w:before="45" w:after="105"/>
              <w:ind w:left="85" w:right="85"/>
              <w:jc w:val="both"/>
            </w:pPr>
            <w:r>
              <w:rPr>
                <w:color w:val="000000"/>
                <w:sz w:val="40"/>
              </w:rPr>
              <w:t>Bože, otvori nam oči za ljude kraj nas. Nauči nas primiti pomoć bez srama i ponuditi je bez uzvisivanja. Daj da u zajedništvu rastemo, a da nitko ne izgubi svoju posebnost. Amen.</w:t>
            </w:r>
          </w:p>
        </w:tc>
      </w:tr>
    </w:tbl>
    <w:p w14:paraId="557746CB" w14:textId="77777777" w:rsidR="00F82265" w:rsidRDefault="00F82265" w:rsidP="00391968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408D4815" w14:textId="77777777">
        <w:trPr>
          <w:cantSplit/>
          <w:jc w:val="center"/>
        </w:trPr>
        <w:tc>
          <w:tcPr>
            <w:tcW w:w="10347" w:type="dxa"/>
            <w:shd w:val="clear" w:color="auto" w:fill="EAF4E2"/>
            <w:vAlign w:val="center"/>
          </w:tcPr>
          <w:p w14:paraId="21F26956" w14:textId="77777777" w:rsidR="00471DF4" w:rsidRDefault="00B53944" w:rsidP="00471DF4">
            <w:pPr>
              <w:spacing w:before="45" w:after="60"/>
              <w:ind w:left="85" w:right="85"/>
              <w:jc w:val="both"/>
              <w:rPr>
                <w:color w:val="000000"/>
                <w:sz w:val="21"/>
              </w:rPr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>
              <w:rPr>
                <w:color w:val="000000"/>
                <w:sz w:val="21"/>
              </w:rPr>
              <w:t>„Nije dobro da čovjek bude sam“ (Post 2,18)</w:t>
            </w:r>
          </w:p>
          <w:p w14:paraId="4CDFCB76" w14:textId="6BBFCB13" w:rsidR="00F82265" w:rsidRDefault="00B53944" w:rsidP="00471DF4">
            <w:pPr>
              <w:spacing w:after="105"/>
              <w:ind w:left="85" w:right="85"/>
              <w:jc w:val="both"/>
            </w:pPr>
            <w:r>
              <w:rPr>
                <w:color w:val="000000"/>
                <w:sz w:val="21"/>
              </w:rPr>
              <w:t>Učenici će u tišini zahvaliti za jednu osobu uz koju lakše rastu.</w:t>
            </w:r>
          </w:p>
        </w:tc>
      </w:tr>
    </w:tbl>
    <w:p w14:paraId="07131BC8" w14:textId="77777777" w:rsidR="00F82265" w:rsidRDefault="00F82265">
      <w:pPr>
        <w:spacing w:after="60" w:line="40" w:lineRule="exact"/>
      </w:pPr>
    </w:p>
    <w:p w14:paraId="031D8C72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Povezivanje s prethodnim satom / pregled domaće zadaće:</w:t>
      </w:r>
    </w:p>
    <w:p w14:paraId="1FA19B27" w14:textId="77777777" w:rsidR="00F82265" w:rsidRDefault="00B53944" w:rsidP="00471DF4">
      <w:pPr>
        <w:jc w:val="both"/>
      </w:pPr>
      <w:r>
        <w:rPr>
          <w:color w:val="000000"/>
        </w:rPr>
        <w:t>Učenici će vjeroučitelju dati na uvid domaću zadaću s prethodnoga susreta:</w:t>
      </w:r>
    </w:p>
    <w:p w14:paraId="15C9E151" w14:textId="12BFA91E" w:rsidR="00F82265" w:rsidRPr="00391968" w:rsidRDefault="00B53944" w:rsidP="00471DF4">
      <w:pPr>
        <w:jc w:val="both"/>
        <w:rPr>
          <w:i/>
          <w:iCs/>
        </w:rPr>
      </w:pPr>
      <w:r w:rsidRPr="00391968">
        <w:rPr>
          <w:i/>
          <w:iCs/>
          <w:color w:val="000000"/>
        </w:rPr>
        <w:t>„</w:t>
      </w:r>
      <w:r w:rsidR="00E453A1" w:rsidRPr="00E453A1">
        <w:rPr>
          <w:i/>
          <w:iCs/>
          <w:color w:val="000000"/>
        </w:rPr>
        <w:t>Učenici će riješiti, ili dovršiti rješavanje RB</w:t>
      </w:r>
      <w:r w:rsidRPr="00391968">
        <w:rPr>
          <w:i/>
          <w:iCs/>
          <w:color w:val="000000"/>
        </w:rPr>
        <w:t>, str. 8–</w:t>
      </w:r>
      <w:r w:rsidR="00D129DC">
        <w:rPr>
          <w:i/>
          <w:iCs/>
          <w:color w:val="000000"/>
        </w:rPr>
        <w:t>10</w:t>
      </w:r>
      <w:r w:rsidRPr="00391968">
        <w:rPr>
          <w:i/>
          <w:iCs/>
          <w:color w:val="000000"/>
        </w:rPr>
        <w:t>.“</w:t>
      </w:r>
    </w:p>
    <w:p w14:paraId="7CD5A91A" w14:textId="77777777" w:rsidR="00F82265" w:rsidRDefault="00B53944" w:rsidP="00471DF4">
      <w:pPr>
        <w:jc w:val="both"/>
      </w:pPr>
      <w:r>
        <w:rPr>
          <w:color w:val="000000"/>
        </w:rPr>
        <w:t>Ili:</w:t>
      </w:r>
    </w:p>
    <w:p w14:paraId="2BC551FE" w14:textId="77777777" w:rsidR="00F82265" w:rsidRPr="00391968" w:rsidRDefault="00B53944" w:rsidP="00471DF4">
      <w:pPr>
        <w:jc w:val="both"/>
        <w:rPr>
          <w:i/>
          <w:iCs/>
        </w:rPr>
      </w:pPr>
      <w:r w:rsidRPr="00391968">
        <w:rPr>
          <w:i/>
          <w:iCs/>
          <w:color w:val="000000"/>
        </w:rPr>
        <w:t>„Učenici će u 2–3 rečenice objasniti što za njih znači biti „original, a ne kopija“ te navesti jedan primjer iz života u kojemu osoba može ostati svoja bez omalovažavanja drugih.“</w:t>
      </w:r>
    </w:p>
    <w:p w14:paraId="12D433C2" w14:textId="77777777" w:rsidR="00391968" w:rsidRDefault="00391968">
      <w:pPr>
        <w:rPr>
          <w:color w:val="000000"/>
        </w:rPr>
      </w:pPr>
    </w:p>
    <w:p w14:paraId="21946286" w14:textId="71C7A364" w:rsidR="00391968" w:rsidRDefault="00391968">
      <w:pPr>
        <w:rPr>
          <w:color w:val="000000"/>
        </w:rPr>
      </w:pPr>
      <w:r>
        <w:rPr>
          <w:color w:val="000000"/>
        </w:rPr>
        <w:t>Razgovor:</w:t>
      </w:r>
    </w:p>
    <w:p w14:paraId="4BE74761" w14:textId="34AB1012" w:rsidR="00F82265" w:rsidRDefault="00B53944" w:rsidP="00A0432C">
      <w:pPr>
        <w:pStyle w:val="Odlomakpopisa"/>
        <w:numPr>
          <w:ilvl w:val="0"/>
          <w:numId w:val="7"/>
        </w:numPr>
        <w:jc w:val="both"/>
      </w:pPr>
      <w:r w:rsidRPr="00391968">
        <w:rPr>
          <w:color w:val="000000"/>
        </w:rPr>
        <w:t xml:space="preserve">Kako možete ostati originali, a prihvatiti nečiju pomoć? </w:t>
      </w:r>
      <w:r w:rsidRPr="00391968">
        <w:rPr>
          <w:color w:val="6B6B6B"/>
          <w:sz w:val="18"/>
        </w:rPr>
        <w:t>(Možemo sačuvati vlastite darove i stavove te učiti od drugih; primanje pomoći ne umanjuje dostojanstvo.)</w:t>
      </w:r>
    </w:p>
    <w:p w14:paraId="02AA205F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Motivacija:</w:t>
      </w:r>
    </w:p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020DCC98" w14:textId="77777777">
        <w:trPr>
          <w:cantSplit/>
          <w:tblHeader/>
          <w:jc w:val="center"/>
        </w:trPr>
        <w:tc>
          <w:tcPr>
            <w:tcW w:w="10347" w:type="dxa"/>
            <w:shd w:val="clear" w:color="auto" w:fill="46437E"/>
            <w:vAlign w:val="center"/>
          </w:tcPr>
          <w:p w14:paraId="53A87E9A" w14:textId="77777777" w:rsidR="00F82265" w:rsidRDefault="00B53944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PORUKA BEZ ODGOVORA</w:t>
            </w:r>
          </w:p>
        </w:tc>
      </w:tr>
      <w:tr w:rsidR="00F82265" w14:paraId="38C67CCD" w14:textId="77777777">
        <w:trPr>
          <w:cantSplit/>
          <w:jc w:val="center"/>
        </w:trPr>
        <w:tc>
          <w:tcPr>
            <w:tcW w:w="10347" w:type="dxa"/>
            <w:shd w:val="clear" w:color="auto" w:fill="F3F6FA"/>
            <w:vAlign w:val="center"/>
          </w:tcPr>
          <w:p w14:paraId="0C2A2D2E" w14:textId="77777777" w:rsidR="00391968" w:rsidRDefault="00B53944" w:rsidP="00391968">
            <w:pPr>
              <w:spacing w:before="45" w:after="60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U razrednoj grupi piše: „Može li mi netko objasniti što smo danas radili? Bio sam odsutan.“ Poruku je pročitalo dvadeset učenika. Nitko nije odgovorio.</w:t>
            </w:r>
          </w:p>
          <w:p w14:paraId="666E83E3" w14:textId="4913F469" w:rsidR="00F82265" w:rsidRDefault="00B53944" w:rsidP="00391968">
            <w:pPr>
              <w:spacing w:after="105"/>
              <w:ind w:left="85" w:right="85"/>
              <w:jc w:val="right"/>
            </w:pPr>
            <w:r>
              <w:rPr>
                <w:color w:val="000000"/>
                <w:sz w:val="20"/>
              </w:rPr>
              <w:t>Zamišljena situacija za razgovor.</w:t>
            </w:r>
          </w:p>
        </w:tc>
      </w:tr>
    </w:tbl>
    <w:p w14:paraId="31AE8D14" w14:textId="77777777" w:rsidR="00F82265" w:rsidRDefault="00F82265">
      <w:pPr>
        <w:spacing w:after="60" w:line="40" w:lineRule="exact"/>
      </w:pPr>
    </w:p>
    <w:p w14:paraId="1067127C" w14:textId="77777777" w:rsidR="00F82265" w:rsidRDefault="00B53944" w:rsidP="00471DF4">
      <w:pPr>
        <w:jc w:val="both"/>
      </w:pPr>
      <w:r>
        <w:rPr>
          <w:color w:val="000000"/>
        </w:rPr>
        <w:t>Učenici će u paru usporediti što pokazuje broj pročitanih poruka, a što izostanak odgovora.</w:t>
      </w:r>
    </w:p>
    <w:p w14:paraId="5D3CC6D5" w14:textId="77777777" w:rsidR="00F82265" w:rsidRDefault="00B53944" w:rsidP="00471DF4">
      <w:r>
        <w:t>Razgovor:</w:t>
      </w:r>
    </w:p>
    <w:p w14:paraId="7FA4C486" w14:textId="77777777" w:rsidR="00F82265" w:rsidRDefault="00B53944" w:rsidP="00A0432C">
      <w:pPr>
        <w:pStyle w:val="Odlomakpopisa"/>
        <w:numPr>
          <w:ilvl w:val="0"/>
          <w:numId w:val="8"/>
        </w:numPr>
        <w:jc w:val="both"/>
      </w:pPr>
      <w:r w:rsidRPr="00391968">
        <w:rPr>
          <w:color w:val="000000"/>
        </w:rPr>
        <w:t xml:space="preserve">Znači li mnogo kontakata nužno i zajedništvo? </w:t>
      </w:r>
      <w:r w:rsidRPr="00391968">
        <w:rPr>
          <w:color w:val="6B6B6B"/>
          <w:sz w:val="18"/>
        </w:rPr>
        <w:t>(Ne; zajedništvo traži pažnju, odgovor i spremnost na pomoć.)</w:t>
      </w:r>
    </w:p>
    <w:p w14:paraId="6F143F24" w14:textId="77777777" w:rsidR="00F82265" w:rsidRDefault="00B53944" w:rsidP="00A0432C">
      <w:pPr>
        <w:pStyle w:val="Odlomakpopisa"/>
        <w:numPr>
          <w:ilvl w:val="0"/>
          <w:numId w:val="8"/>
        </w:numPr>
        <w:jc w:val="both"/>
      </w:pPr>
      <w:r w:rsidRPr="00391968">
        <w:rPr>
          <w:color w:val="000000"/>
        </w:rPr>
        <w:t xml:space="preserve">Koji bi mali postupak promijenio ovu situaciju? </w:t>
      </w:r>
      <w:r w:rsidRPr="00391968">
        <w:rPr>
          <w:color w:val="6B6B6B"/>
          <w:sz w:val="18"/>
        </w:rPr>
        <w:t>(Jedan učenik mogao bi poslati sažetak i pitati treba li dodatno objašnjenje.)</w:t>
      </w:r>
    </w:p>
    <w:p w14:paraId="516FBA7A" w14:textId="4D88FD4D" w:rsidR="00F82265" w:rsidRDefault="00391968" w:rsidP="00471DF4">
      <w:pPr>
        <w:jc w:val="both"/>
        <w:rPr>
          <w:color w:val="000000"/>
        </w:rPr>
      </w:pPr>
      <w:r>
        <w:rPr>
          <w:b/>
          <w:color w:val="166534"/>
        </w:rPr>
        <w:t xml:space="preserve">Početni stav: </w:t>
      </w:r>
      <w:r w:rsidR="00B53944">
        <w:rPr>
          <w:color w:val="000000"/>
        </w:rPr>
        <w:t>Učenici će u bilježnici dovršiti rečenicu „Trebati druge znači…“. Na kraju će usporediti početni odgovor s naučenim.</w:t>
      </w:r>
    </w:p>
    <w:p w14:paraId="76CF79E8" w14:textId="77777777" w:rsidR="00391968" w:rsidRDefault="00391968" w:rsidP="00391968"/>
    <w:p w14:paraId="528D8518" w14:textId="1A37C67C" w:rsidR="00391968" w:rsidRPr="00391968" w:rsidRDefault="00391968">
      <w:pPr>
        <w:jc w:val="both"/>
        <w:rPr>
          <w:color w:val="002060"/>
          <w:sz w:val="40"/>
          <w:szCs w:val="40"/>
        </w:rPr>
      </w:pPr>
      <w:r w:rsidRPr="00391968">
        <w:rPr>
          <w:color w:val="002060"/>
          <w:sz w:val="40"/>
          <w:szCs w:val="40"/>
        </w:rPr>
        <w:t>Trebati druge znači…</w:t>
      </w:r>
    </w:p>
    <w:p w14:paraId="4651C77E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lastRenderedPageBreak/>
        <w:t>Najava teme i središnjega pitanja:</w:t>
      </w:r>
    </w:p>
    <w:p w14:paraId="71A09400" w14:textId="77777777" w:rsidR="00471DF4" w:rsidRDefault="00B53944">
      <w:pPr>
        <w:jc w:val="both"/>
        <w:rPr>
          <w:color w:val="000000"/>
        </w:rPr>
      </w:pPr>
      <w:r>
        <w:rPr>
          <w:color w:val="000000"/>
        </w:rPr>
        <w:t xml:space="preserve">Učenici će zapisati naslov „Potrebni smo drugima i drugi nama“. </w:t>
      </w:r>
    </w:p>
    <w:p w14:paraId="4A5EF933" w14:textId="37FD821D" w:rsidR="00F82265" w:rsidRDefault="00471DF4" w:rsidP="00471DF4">
      <w:pPr>
        <w:spacing w:after="0"/>
        <w:jc w:val="both"/>
        <w:rPr>
          <w:color w:val="000000"/>
        </w:rPr>
      </w:pPr>
      <w:r>
        <w:t>Danas ćemo istražiti odgovor na središnje pitanje:</w:t>
      </w:r>
    </w:p>
    <w:p w14:paraId="2439FD92" w14:textId="77777777" w:rsidR="00471DF4" w:rsidRDefault="00471DF4" w:rsidP="00471DF4"/>
    <w:p w14:paraId="294E49D3" w14:textId="77777777" w:rsidR="00471DF4" w:rsidRPr="00471DF4" w:rsidRDefault="00471DF4" w:rsidP="00471DF4">
      <w:pPr>
        <w:spacing w:after="0"/>
        <w:jc w:val="both"/>
        <w:rPr>
          <w:b/>
          <w:bCs/>
          <w:color w:val="166534"/>
          <w:sz w:val="40"/>
        </w:rPr>
      </w:pPr>
      <w:r w:rsidRPr="00471DF4">
        <w:rPr>
          <w:b/>
          <w:bCs/>
          <w:color w:val="166534"/>
          <w:sz w:val="40"/>
        </w:rPr>
        <w:t>Kako možemo biti svoji i istodobno rasti u zajedništvu s Bogom i ljudima?</w:t>
      </w:r>
    </w:p>
    <w:p w14:paraId="4556DDBD" w14:textId="77777777" w:rsidR="00471DF4" w:rsidRDefault="00471DF4" w:rsidP="00471DF4"/>
    <w:p w14:paraId="083DF060" w14:textId="3B72FCBE" w:rsidR="00F82265" w:rsidRDefault="00471DF4" w:rsidP="00471DF4">
      <w:r>
        <w:t xml:space="preserve">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3C65981A" w14:textId="77777777">
        <w:trPr>
          <w:cantSplit/>
          <w:tblHeader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4B3B48D3" w14:textId="77777777" w:rsidR="00F82265" w:rsidRDefault="00B53944" w:rsidP="00AD5B13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(27 min)</w:t>
            </w:r>
          </w:p>
        </w:tc>
      </w:tr>
    </w:tbl>
    <w:p w14:paraId="2088E1EF" w14:textId="77777777" w:rsidR="00F82265" w:rsidRDefault="00F82265" w:rsidP="00471DF4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2802B75A" w14:textId="77777777">
        <w:trPr>
          <w:cantSplit/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3E50420D" w14:textId="77777777" w:rsidR="00F82265" w:rsidRDefault="00B53944" w:rsidP="00471DF4">
            <w:pPr>
              <w:spacing w:before="45" w:after="105"/>
              <w:ind w:left="85" w:right="85"/>
              <w:jc w:val="both"/>
            </w:pPr>
            <w:r>
              <w:rPr>
                <w:b/>
                <w:color w:val="166534"/>
              </w:rPr>
              <w:t xml:space="preserve">Napomena o izboru aktivnosti: </w:t>
            </w:r>
            <w:r>
              <w:rPr>
                <w:color w:val="000000"/>
              </w:rPr>
              <w:t>Aktivnosti su prijedlozi i mogućnosti izbora. Nije predviđeno sve provesti u jednom satu. Vjeroučitelj će odabrati aktivnosti prema ishodima, raspoloživom vremenu, osobitostima razreda, opremi i potrebama učenika. Preporučeni odabir nalazi se na kraju pripreme.</w:t>
            </w:r>
          </w:p>
        </w:tc>
      </w:tr>
    </w:tbl>
    <w:p w14:paraId="0B40CE3E" w14:textId="77777777" w:rsidR="00F82265" w:rsidRDefault="00F82265">
      <w:pPr>
        <w:spacing w:after="60" w:line="40" w:lineRule="exact"/>
      </w:pPr>
    </w:p>
    <w:p w14:paraId="5034CC22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Aktivnost 1: Obrada glavnog teksta</w:t>
      </w:r>
      <w:r>
        <w:rPr>
          <w:i/>
          <w:color w:val="6B6B6B"/>
          <w:sz w:val="20"/>
        </w:rPr>
        <w:t xml:space="preserve"> (rad u paru – tvrdnja i dokaz, 10 minuta)</w:t>
      </w:r>
    </w:p>
    <w:p w14:paraId="14880341" w14:textId="77777777" w:rsidR="00F82265" w:rsidRDefault="00B53944">
      <w:pPr>
        <w:jc w:val="both"/>
      </w:pPr>
      <w:r>
        <w:rPr>
          <w:color w:val="000000"/>
        </w:rPr>
        <w:t>Rad u paru. Učenici će pročitati glavni tekst „Potrebni smo drugima i drugi nama“, udžbenik, str. 11. Uz svaku tvrdnju na predlošku napisat će slažu li se s njom, a zatim u bilježnicu prepisati kratak izraz iz teksta koji podupire njihov odgovor. Neće pisati u udžbenik. Dva će para iznijeti obrazloženje.</w:t>
      </w:r>
    </w:p>
    <w:p w14:paraId="40F1925B" w14:textId="77777777" w:rsidR="00F82265" w:rsidRPr="00B2447B" w:rsidRDefault="00B53944">
      <w:pPr>
        <w:rPr>
          <w:i/>
          <w:color w:val="6B6B6B"/>
          <w:sz w:val="20"/>
          <w:szCs w:val="20"/>
        </w:rPr>
      </w:pPr>
      <w:r w:rsidRPr="00B2447B">
        <w:rPr>
          <w:i/>
          <w:color w:val="6B6B6B"/>
          <w:sz w:val="20"/>
          <w:szCs w:val="20"/>
        </w:rPr>
        <w:t>Moguće rješenje: Prva: jedinstvenost se razvija u odnosu. Druga: ne uspoređivanje, nego povjerenje, prihvaćanje i odgovornost. Treća: Bog poziva u zajedništvo sa sobom i ljudima.</w:t>
      </w:r>
    </w:p>
    <w:p w14:paraId="1DE741D6" w14:textId="77777777" w:rsidR="00B2447B" w:rsidRDefault="00B2447B" w:rsidP="00B2447B"/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9"/>
        <w:gridCol w:w="5178"/>
      </w:tblGrid>
      <w:tr w:rsidR="00F82265" w14:paraId="5002C7D4" w14:textId="77777777" w:rsidTr="00B2447B">
        <w:trPr>
          <w:cantSplit/>
          <w:tblHeader/>
          <w:jc w:val="center"/>
        </w:trPr>
        <w:tc>
          <w:tcPr>
            <w:tcW w:w="5174" w:type="dxa"/>
            <w:shd w:val="clear" w:color="auto" w:fill="46437E"/>
            <w:vAlign w:val="center"/>
          </w:tcPr>
          <w:p w14:paraId="0E887A50" w14:textId="77777777" w:rsidR="00F82265" w:rsidRDefault="00B53944" w:rsidP="00B2447B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5173" w:type="dxa"/>
            <w:shd w:val="clear" w:color="auto" w:fill="00B050"/>
            <w:vAlign w:val="center"/>
          </w:tcPr>
          <w:p w14:paraId="24C90CF5" w14:textId="77777777" w:rsidR="00F82265" w:rsidRDefault="00B53944" w:rsidP="00B2447B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DOKAZ I OBJAŠNJENJE</w:t>
            </w:r>
          </w:p>
        </w:tc>
      </w:tr>
      <w:tr w:rsidR="00F82265" w14:paraId="1CA2FAE9" w14:textId="77777777" w:rsidTr="00B2447B">
        <w:trPr>
          <w:cantSplit/>
          <w:jc w:val="center"/>
        </w:trPr>
        <w:tc>
          <w:tcPr>
            <w:tcW w:w="5174" w:type="dxa"/>
            <w:vAlign w:val="center"/>
          </w:tcPr>
          <w:p w14:paraId="15B8EC08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Mogu biti svoj/a i trebati druge.</w:t>
            </w:r>
          </w:p>
        </w:tc>
        <w:tc>
          <w:tcPr>
            <w:tcW w:w="5173" w:type="dxa"/>
            <w:vAlign w:val="center"/>
          </w:tcPr>
          <w:p w14:paraId="7243A47A" w14:textId="55297FEB" w:rsidR="00F82265" w:rsidRDefault="00B53944" w:rsidP="00B2447B">
            <w:pPr>
              <w:spacing w:before="45" w:after="60" w:line="276" w:lineRule="auto"/>
              <w:ind w:left="85" w:right="85"/>
              <w:jc w:val="center"/>
            </w:pPr>
            <w:r>
              <w:rPr>
                <w:color w:val="000000"/>
                <w:sz w:val="24"/>
              </w:rPr>
              <w:t>________</w:t>
            </w:r>
            <w:r w:rsidR="00B2447B">
              <w:rPr>
                <w:color w:val="000000"/>
                <w:sz w:val="24"/>
              </w:rPr>
              <w:t>_________________________</w:t>
            </w:r>
            <w:r>
              <w:rPr>
                <w:color w:val="000000"/>
                <w:sz w:val="24"/>
              </w:rPr>
              <w:t>________</w:t>
            </w:r>
          </w:p>
          <w:p w14:paraId="2809D7A7" w14:textId="03EE2AA0" w:rsidR="00F82265" w:rsidRDefault="00B53944" w:rsidP="00B2447B">
            <w:pPr>
              <w:spacing w:after="105" w:line="276" w:lineRule="auto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</w:t>
            </w:r>
            <w:r w:rsidR="00B2447B">
              <w:rPr>
                <w:color w:val="000000"/>
                <w:sz w:val="24"/>
              </w:rPr>
              <w:t>_________________________</w:t>
            </w:r>
            <w:r>
              <w:rPr>
                <w:color w:val="000000"/>
                <w:sz w:val="24"/>
              </w:rPr>
              <w:t>__</w:t>
            </w:r>
          </w:p>
        </w:tc>
      </w:tr>
      <w:tr w:rsidR="00B2447B" w14:paraId="40CE36E1" w14:textId="77777777" w:rsidTr="00D129DC">
        <w:trPr>
          <w:cantSplit/>
          <w:jc w:val="center"/>
        </w:trPr>
        <w:tc>
          <w:tcPr>
            <w:tcW w:w="5174" w:type="dxa"/>
            <w:shd w:val="clear" w:color="auto" w:fill="F7FBF7"/>
            <w:vAlign w:val="center"/>
          </w:tcPr>
          <w:p w14:paraId="33807CEF" w14:textId="77777777" w:rsidR="00B2447B" w:rsidRDefault="00B2447B" w:rsidP="00B2447B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Drugi su mi potrebni samo da se s njima uspoređujem.</w:t>
            </w:r>
          </w:p>
        </w:tc>
        <w:tc>
          <w:tcPr>
            <w:tcW w:w="5173" w:type="dxa"/>
            <w:shd w:val="clear" w:color="auto" w:fill="F7FBF7"/>
            <w:vAlign w:val="center"/>
          </w:tcPr>
          <w:p w14:paraId="00ABBDCD" w14:textId="77777777" w:rsidR="00B2447B" w:rsidRDefault="00B2447B" w:rsidP="00B2447B">
            <w:pPr>
              <w:spacing w:before="45" w:after="60" w:line="276" w:lineRule="auto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039D3385" w14:textId="579D0836" w:rsidR="00B2447B" w:rsidRDefault="00B2447B" w:rsidP="00B2447B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  <w:tr w:rsidR="00B2447B" w14:paraId="600B72CC" w14:textId="77777777" w:rsidTr="00B2447B">
        <w:trPr>
          <w:cantSplit/>
          <w:jc w:val="center"/>
        </w:trPr>
        <w:tc>
          <w:tcPr>
            <w:tcW w:w="5174" w:type="dxa"/>
            <w:vAlign w:val="center"/>
          </w:tcPr>
          <w:p w14:paraId="421C2D1B" w14:textId="77777777" w:rsidR="00B2447B" w:rsidRDefault="00B2447B" w:rsidP="00B2447B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Zajedništvo se tiče i odnosa s Bogom.</w:t>
            </w:r>
          </w:p>
        </w:tc>
        <w:tc>
          <w:tcPr>
            <w:tcW w:w="5173" w:type="dxa"/>
            <w:vAlign w:val="center"/>
          </w:tcPr>
          <w:p w14:paraId="3E2C20B8" w14:textId="77777777" w:rsidR="00B2447B" w:rsidRDefault="00B2447B" w:rsidP="00B2447B">
            <w:pPr>
              <w:spacing w:before="45" w:after="60" w:line="276" w:lineRule="auto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  <w:p w14:paraId="396E85B0" w14:textId="3DF00617" w:rsidR="00B2447B" w:rsidRDefault="00B2447B" w:rsidP="00B2447B">
            <w:pPr>
              <w:spacing w:after="105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_________________________________________</w:t>
            </w:r>
          </w:p>
        </w:tc>
      </w:tr>
    </w:tbl>
    <w:p w14:paraId="323FEF5A" w14:textId="77777777" w:rsidR="00F82265" w:rsidRDefault="00F82265">
      <w:pPr>
        <w:spacing w:after="60" w:line="40" w:lineRule="exact"/>
      </w:pPr>
    </w:p>
    <w:p w14:paraId="22ABE417" w14:textId="77777777" w:rsidR="00B2447B" w:rsidRDefault="00B2447B" w:rsidP="00B2447B"/>
    <w:p w14:paraId="59CE111B" w14:textId="4D53CB52" w:rsidR="00F82265" w:rsidRDefault="00B53944">
      <w:pPr>
        <w:keepNext/>
        <w:spacing w:before="160"/>
      </w:pPr>
      <w:r w:rsidRPr="00B2447B">
        <w:rPr>
          <w:b/>
          <w:bCs/>
        </w:rPr>
        <w:t>Ili: klasična obrada</w:t>
      </w:r>
      <w:r>
        <w:rPr>
          <w:i/>
          <w:color w:val="6B6B6B"/>
          <w:sz w:val="20"/>
        </w:rPr>
        <w:t xml:space="preserve"> (individualni rad i zajednički razgovor, 10 minuta)</w:t>
      </w:r>
    </w:p>
    <w:p w14:paraId="5173289A" w14:textId="1E490F43" w:rsidR="00F82265" w:rsidRDefault="00B53944" w:rsidP="0048417A">
      <w:pPr>
        <w:spacing w:after="0"/>
        <w:jc w:val="both"/>
        <w:rPr>
          <w:color w:val="000000"/>
        </w:rPr>
      </w:pPr>
      <w:r w:rsidRPr="0048417A">
        <w:rPr>
          <w:color w:val="000000"/>
        </w:rPr>
        <w:t xml:space="preserve">Učenici će pročitati tekst „Potrebni smo drugima i drugi nama“, udžbenik, str. 11, po odlomcima. </w:t>
      </w:r>
    </w:p>
    <w:p w14:paraId="3EFD24C8" w14:textId="42948FC8" w:rsidR="0048417A" w:rsidRDefault="0048417A" w:rsidP="0048417A">
      <w:pPr>
        <w:spacing w:after="0"/>
        <w:jc w:val="both"/>
      </w:pPr>
      <w:r>
        <w:rPr>
          <w:color w:val="000000"/>
        </w:rPr>
        <w:t>Razgovor:</w:t>
      </w:r>
    </w:p>
    <w:p w14:paraId="49E97615" w14:textId="77777777" w:rsidR="00F82265" w:rsidRDefault="00B53944" w:rsidP="00A0432C">
      <w:pPr>
        <w:pStyle w:val="Odlomakpopisa"/>
        <w:numPr>
          <w:ilvl w:val="0"/>
          <w:numId w:val="9"/>
        </w:numPr>
        <w:spacing w:after="0"/>
        <w:jc w:val="both"/>
      </w:pPr>
      <w:r w:rsidRPr="006154B3">
        <w:rPr>
          <w:color w:val="000000"/>
        </w:rPr>
        <w:t xml:space="preserve">Kako tekst povezuje jedinstvenost osobe i potrebu za drugima? </w:t>
      </w:r>
      <w:r w:rsidRPr="006154B3">
        <w:rPr>
          <w:color w:val="6B6B6B"/>
          <w:sz w:val="18"/>
        </w:rPr>
        <w:t>(Svaka je osoba jedinstvena, ali se razvija i ostvaruje u odnosima.)</w:t>
      </w:r>
    </w:p>
    <w:p w14:paraId="1C63F12D" w14:textId="77777777" w:rsidR="00F82265" w:rsidRDefault="00B53944" w:rsidP="00A0432C">
      <w:pPr>
        <w:pStyle w:val="Odlomakpopisa"/>
        <w:numPr>
          <w:ilvl w:val="0"/>
          <w:numId w:val="9"/>
        </w:numPr>
        <w:spacing w:after="0"/>
        <w:jc w:val="both"/>
      </w:pPr>
      <w:r w:rsidRPr="006154B3">
        <w:rPr>
          <w:color w:val="000000"/>
        </w:rPr>
        <w:t xml:space="preserve">Kako tekst opisuje Boga koji stvara čovjeka? </w:t>
      </w:r>
      <w:r w:rsidRPr="006154B3">
        <w:rPr>
          <w:color w:val="6B6B6B"/>
          <w:sz w:val="18"/>
        </w:rPr>
        <w:t>(Bog je Trojstvo, zajedništvo triju božanskih osoba.)</w:t>
      </w:r>
    </w:p>
    <w:p w14:paraId="41281441" w14:textId="77777777" w:rsidR="00F82265" w:rsidRDefault="00B53944" w:rsidP="00A0432C">
      <w:pPr>
        <w:pStyle w:val="Odlomakpopisa"/>
        <w:numPr>
          <w:ilvl w:val="0"/>
          <w:numId w:val="9"/>
        </w:numPr>
        <w:spacing w:after="0"/>
        <w:jc w:val="both"/>
      </w:pPr>
      <w:r w:rsidRPr="006154B3">
        <w:rPr>
          <w:color w:val="000000"/>
        </w:rPr>
        <w:t xml:space="preserve">Zašto stalno uspoređivanje otežava život? </w:t>
      </w:r>
      <w:r w:rsidRPr="006154B3">
        <w:rPr>
          <w:color w:val="6B6B6B"/>
          <w:sz w:val="18"/>
        </w:rPr>
        <w:t>(Može potisnuti prihvaćanje vlastite originalnosti i pretvoriti drugoga u mjerilo vlastite vrijednosti.)</w:t>
      </w:r>
    </w:p>
    <w:p w14:paraId="399DD156" w14:textId="77777777" w:rsidR="00F82265" w:rsidRDefault="00B53944" w:rsidP="00A0432C">
      <w:pPr>
        <w:pStyle w:val="Odlomakpopisa"/>
        <w:numPr>
          <w:ilvl w:val="0"/>
          <w:numId w:val="9"/>
        </w:numPr>
        <w:spacing w:after="0"/>
        <w:jc w:val="both"/>
      </w:pPr>
      <w:r w:rsidRPr="006154B3">
        <w:rPr>
          <w:color w:val="000000"/>
        </w:rPr>
        <w:t xml:space="preserve">Što primamo i razvijamo u zajednici? </w:t>
      </w:r>
      <w:r w:rsidRPr="006154B3">
        <w:rPr>
          <w:color w:val="6B6B6B"/>
          <w:sz w:val="18"/>
        </w:rPr>
        <w:t>(Povjerenje u vlastite mogućnosti, prihvaćanje slabosti, upornost i odgovornost; radost se uvećava, a patnja dijeli.)</w:t>
      </w:r>
    </w:p>
    <w:p w14:paraId="7674B445" w14:textId="77777777" w:rsidR="00F82265" w:rsidRDefault="00B53944" w:rsidP="00A0432C">
      <w:pPr>
        <w:pStyle w:val="Odlomakpopisa"/>
        <w:numPr>
          <w:ilvl w:val="0"/>
          <w:numId w:val="9"/>
        </w:numPr>
        <w:spacing w:after="0"/>
        <w:jc w:val="both"/>
      </w:pPr>
      <w:r w:rsidRPr="006154B3">
        <w:rPr>
          <w:color w:val="000000"/>
        </w:rPr>
        <w:t xml:space="preserve">Na kakvo nas zajedništvo Bog poziva? </w:t>
      </w:r>
      <w:r w:rsidRPr="006154B3">
        <w:rPr>
          <w:color w:val="6B6B6B"/>
          <w:sz w:val="18"/>
        </w:rPr>
        <w:t>(Na zajedništvo s njime i s ljudima; u živome Kristu otkrivamo dostojanstvo i puninu života.)</w:t>
      </w:r>
    </w:p>
    <w:p w14:paraId="143C4B2D" w14:textId="77777777" w:rsidR="006154B3" w:rsidRDefault="006154B3" w:rsidP="006154B3"/>
    <w:p w14:paraId="7634A7B6" w14:textId="032A9900" w:rsidR="00F82265" w:rsidRDefault="00B53944" w:rsidP="006154B3">
      <w:r>
        <w:lastRenderedPageBreak/>
        <w:t>Shematski prikaz i ključni naglasci:</w:t>
      </w:r>
    </w:p>
    <w:p w14:paraId="5D12D9A4" w14:textId="77777777" w:rsidR="00F82265" w:rsidRDefault="00B53944">
      <w:pPr>
        <w:jc w:val="center"/>
      </w:pPr>
      <w:r>
        <w:rPr>
          <w:noProof/>
        </w:rPr>
        <w:drawing>
          <wp:inline distT="0" distB="0" distL="0" distR="0" wp14:anchorId="0BB295FF" wp14:editId="178AEF96">
            <wp:extent cx="6480000" cy="3240000"/>
            <wp:effectExtent l="0" t="0" r="0" b="0"/>
            <wp:docPr id="1" name="Picture 1" descr="Bog poziva osobe u zajedništvo. Ja i drugi primamo i pružamo pomoć uz poštovanje jedinstvenost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ma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45167" w14:textId="77777777" w:rsidR="00F82265" w:rsidRDefault="00F82265">
      <w:pPr>
        <w:spacing w:after="60" w:line="40" w:lineRule="exact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0EBD6C06" w14:textId="77777777">
        <w:trPr>
          <w:cantSplit/>
          <w:jc w:val="center"/>
        </w:trPr>
        <w:tc>
          <w:tcPr>
            <w:tcW w:w="10347" w:type="dxa"/>
            <w:shd w:val="clear" w:color="auto" w:fill="F4FBF5"/>
            <w:vAlign w:val="center"/>
          </w:tcPr>
          <w:p w14:paraId="6D23BAAD" w14:textId="77777777" w:rsidR="00F82265" w:rsidRDefault="00B53944" w:rsidP="006154B3">
            <w:pPr>
              <w:spacing w:before="45" w:after="105"/>
              <w:ind w:left="85" w:right="85"/>
              <w:jc w:val="both"/>
            </w:pPr>
            <w:r>
              <w:rPr>
                <w:b/>
                <w:color w:val="166534"/>
              </w:rPr>
              <w:t xml:space="preserve">Teološko sidro: </w:t>
            </w:r>
            <w:r>
              <w:rPr>
                <w:color w:val="000000"/>
              </w:rPr>
              <w:t>Bog je jedan u trima osobama: Ocu, Sinu i Duhu Svetome. Čovjek je stvoren za ljubav i zajedništvo. Muškarac i žena imaju jednako osobno dostojanstvo; nijedno nije manje Božja slika. Zajedništvo ne briše osobnost, nego uključuje uzajamno darivanje. (Usp. Post 2,18–23; udžbenik, str. 11.)</w:t>
            </w:r>
          </w:p>
        </w:tc>
      </w:tr>
    </w:tbl>
    <w:p w14:paraId="13E5C852" w14:textId="77777777" w:rsidR="00F82265" w:rsidRDefault="00F82265">
      <w:pPr>
        <w:spacing w:after="60" w:line="40" w:lineRule="exact"/>
      </w:pPr>
    </w:p>
    <w:p w14:paraId="7142B6B8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Aktivnost 2: Biblijski tekst – pomoć kao što je on</w:t>
      </w:r>
      <w:r>
        <w:rPr>
          <w:i/>
          <w:color w:val="6B6B6B"/>
          <w:sz w:val="20"/>
        </w:rPr>
        <w:t xml:space="preserve"> (individualni rad i zajednički razgovor – tumačenje, 8 minuta)</w:t>
      </w:r>
    </w:p>
    <w:p w14:paraId="2768B53E" w14:textId="77777777" w:rsidR="00F82265" w:rsidRDefault="00B53944">
      <w:pPr>
        <w:jc w:val="both"/>
        <w:rPr>
          <w:color w:val="000000"/>
        </w:rPr>
      </w:pPr>
      <w:r>
        <w:rPr>
          <w:color w:val="000000"/>
        </w:rPr>
        <w:t>Učenici će pročitati Post 2,18–23, udžbenik, str. 11. U bilježnicu će izdvojiti problem, Božji odgovor i čovjekovo prepoznavanje bliske osobe.</w:t>
      </w:r>
    </w:p>
    <w:p w14:paraId="6D843F97" w14:textId="77777777" w:rsidR="00DB1963" w:rsidRDefault="00DB1963">
      <w:pPr>
        <w:jc w:val="both"/>
      </w:pPr>
    </w:p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051B750C" w14:textId="77777777" w:rsidTr="00DB1963">
        <w:trPr>
          <w:jc w:val="center"/>
        </w:trPr>
        <w:tc>
          <w:tcPr>
            <w:tcW w:w="10347" w:type="dxa"/>
            <w:shd w:val="clear" w:color="auto" w:fill="46437E"/>
            <w:vAlign w:val="center"/>
          </w:tcPr>
          <w:p w14:paraId="76FDE3DC" w14:textId="77777777" w:rsidR="00F82265" w:rsidRDefault="00B53944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NIJE DOBRO DA ČOVJEK BUDE SAM</w:t>
            </w:r>
          </w:p>
        </w:tc>
      </w:tr>
      <w:tr w:rsidR="00F82265" w14:paraId="49EDA9FA" w14:textId="77777777" w:rsidTr="00DB1963">
        <w:trPr>
          <w:jc w:val="center"/>
        </w:trPr>
        <w:tc>
          <w:tcPr>
            <w:tcW w:w="10347" w:type="dxa"/>
            <w:shd w:val="clear" w:color="auto" w:fill="F3F6FA"/>
            <w:vAlign w:val="center"/>
          </w:tcPr>
          <w:p w14:paraId="0966063C" w14:textId="77777777" w:rsidR="00F82265" w:rsidRDefault="00B53944">
            <w:pPr>
              <w:spacing w:before="45" w:after="60"/>
              <w:ind w:left="85" w:right="85"/>
            </w:pPr>
            <w:r>
              <w:rPr>
                <w:color w:val="000000"/>
                <w:sz w:val="20"/>
              </w:rPr>
              <w:t>Post 2,18–23; udžbenik, str. 11.</w:t>
            </w:r>
          </w:p>
          <w:p w14:paraId="2A09DA1B" w14:textId="77777777" w:rsidR="00F82265" w:rsidRDefault="00B53944" w:rsidP="006154B3">
            <w:pPr>
              <w:spacing w:after="60"/>
              <w:ind w:left="85" w:right="85"/>
              <w:jc w:val="both"/>
            </w:pPr>
            <w:r>
              <w:rPr>
                <w:color w:val="000000"/>
                <w:sz w:val="40"/>
              </w:rPr>
              <w:t>I reče Jahve, Bog: »Nije dobro da čovjek bude sam: načinit ću mu pomoć kao što je on.«</w:t>
            </w:r>
          </w:p>
          <w:p w14:paraId="5700FB06" w14:textId="77777777" w:rsidR="00F82265" w:rsidRDefault="00B53944" w:rsidP="006154B3">
            <w:pPr>
              <w:spacing w:after="60"/>
              <w:ind w:left="85" w:right="85"/>
              <w:jc w:val="both"/>
            </w:pPr>
            <w:r>
              <w:rPr>
                <w:color w:val="000000"/>
                <w:sz w:val="40"/>
              </w:rPr>
              <w:t>Tada Jahve, Bog, načini od zemlje sve životinje u polju i sve ptice u zraku i predvede ih čovjeku da vidi kako će koju nazvati, pa kako koje stvorenje čovjek prozove, da mu tako bude ime. Čovjek nadjene imena svoj stoci, svim pticama u zraku i životinjama u polju. No čovjeku se ne nađe pomoć kao što je on. Tada Jahve, Bog, pusti tvrd san na čovjeka te on zaspa, pa mu izvadi jedno rebro, a mjesto zatvori mesom. Od rebra što ga je uzeo čovjeku napravi Jahve, Bog, ženu pa je dovede čovjeku. Nato čovjek reče:</w:t>
            </w:r>
          </w:p>
          <w:p w14:paraId="5BAAFE61" w14:textId="77777777" w:rsidR="00F82265" w:rsidRDefault="00B53944" w:rsidP="006154B3">
            <w:pPr>
              <w:spacing w:after="105"/>
              <w:ind w:left="85" w:right="85"/>
              <w:jc w:val="both"/>
            </w:pPr>
            <w:r>
              <w:rPr>
                <w:color w:val="000000"/>
                <w:sz w:val="40"/>
              </w:rPr>
              <w:t xml:space="preserve">»Gle, evo kosti od mojih kostiju, mesa od mesa mojega! </w:t>
            </w:r>
            <w:r>
              <w:rPr>
                <w:color w:val="000000"/>
                <w:sz w:val="40"/>
              </w:rPr>
              <w:lastRenderedPageBreak/>
              <w:t>Ženom neka se zove, od čovjeka kad je uzeta!«</w:t>
            </w:r>
          </w:p>
        </w:tc>
      </w:tr>
    </w:tbl>
    <w:p w14:paraId="3D9EB463" w14:textId="77777777" w:rsidR="00F82265" w:rsidRDefault="00F82265">
      <w:pPr>
        <w:spacing w:after="60" w:line="40" w:lineRule="exact"/>
      </w:pPr>
    </w:p>
    <w:p w14:paraId="0C7B0845" w14:textId="77777777" w:rsidR="00F82265" w:rsidRDefault="00B53944" w:rsidP="00A0432C">
      <w:pPr>
        <w:pStyle w:val="Odlomakpopisa"/>
        <w:numPr>
          <w:ilvl w:val="0"/>
          <w:numId w:val="10"/>
        </w:numPr>
        <w:jc w:val="both"/>
      </w:pPr>
      <w:r w:rsidRPr="00DB1963">
        <w:rPr>
          <w:color w:val="000000"/>
        </w:rPr>
        <w:t xml:space="preserve">Zašto životinje u pripovijesti nisu „pomoć kao što je on“? </w:t>
      </w:r>
      <w:r w:rsidRPr="00DB1963">
        <w:rPr>
          <w:color w:val="6B6B6B"/>
          <w:sz w:val="18"/>
        </w:rPr>
        <w:t>(Čovjek traži drugu ljudsku osobu s kojom može uspostaviti uzajaman osobni odnos.)</w:t>
      </w:r>
    </w:p>
    <w:p w14:paraId="66F8EB6C" w14:textId="77777777" w:rsidR="00F82265" w:rsidRDefault="00B53944" w:rsidP="00A0432C">
      <w:pPr>
        <w:pStyle w:val="Odlomakpopisa"/>
        <w:numPr>
          <w:ilvl w:val="0"/>
          <w:numId w:val="10"/>
        </w:numPr>
        <w:jc w:val="both"/>
      </w:pPr>
      <w:r w:rsidRPr="00DB1963">
        <w:rPr>
          <w:color w:val="000000"/>
        </w:rPr>
        <w:t xml:space="preserve">Što izražava slikoviti govor o rebru te kostima i mesu? </w:t>
      </w:r>
      <w:r w:rsidRPr="00DB1963">
        <w:rPr>
          <w:color w:val="6B6B6B"/>
          <w:sz w:val="18"/>
        </w:rPr>
        <w:t>(Bliskost, zajedničku ljudsku narav i jednakovrijednost muškarca i žene; ne nižu vrijednost žene.)</w:t>
      </w:r>
    </w:p>
    <w:p w14:paraId="766C7C73" w14:textId="77777777" w:rsidR="00F82265" w:rsidRDefault="00B53944" w:rsidP="00A0432C">
      <w:pPr>
        <w:pStyle w:val="Odlomakpopisa"/>
        <w:numPr>
          <w:ilvl w:val="0"/>
          <w:numId w:val="10"/>
        </w:numPr>
        <w:jc w:val="both"/>
      </w:pPr>
      <w:r w:rsidRPr="00DB1963">
        <w:rPr>
          <w:color w:val="000000"/>
        </w:rPr>
        <w:t xml:space="preserve">Kako biste poruku teksta primijenili na odnos dječaka i djevojčica u razredu? </w:t>
      </w:r>
      <w:r w:rsidRPr="00DB1963">
        <w:rPr>
          <w:color w:val="6B6B6B"/>
          <w:sz w:val="18"/>
        </w:rPr>
        <w:t>(Jednako bismo uvažavali njihove ideje, sposobnosti i pravo na poštovanje.)</w:t>
      </w:r>
    </w:p>
    <w:p w14:paraId="09C5CD35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Aktivnost 3: Molitva koja pokazuje uzajamnost</w:t>
      </w:r>
      <w:r>
        <w:rPr>
          <w:i/>
          <w:color w:val="6B6B6B"/>
          <w:sz w:val="20"/>
        </w:rPr>
        <w:t xml:space="preserve"> (rad u paru – uspoređivanje uloga, 7 minuta)</w:t>
      </w:r>
    </w:p>
    <w:p w14:paraId="045E12DE" w14:textId="77777777" w:rsidR="00F82265" w:rsidRDefault="00B53944">
      <w:pPr>
        <w:jc w:val="both"/>
        <w:rPr>
          <w:color w:val="000000"/>
        </w:rPr>
      </w:pPr>
      <w:r>
        <w:rPr>
          <w:color w:val="000000"/>
        </w:rPr>
        <w:t>Rad u paru. Učenici će u molitvenom tekstu usmeno izdvojiti što drugi čine za nas, a što mi možemo činiti za njih. U bilježnicu će zapisati po jedan primjer iz svake skupine.</w:t>
      </w:r>
    </w:p>
    <w:p w14:paraId="5C970738" w14:textId="77777777" w:rsidR="00DB1963" w:rsidRDefault="00DB1963" w:rsidP="00DB1963"/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1F4FF98E" w14:textId="77777777">
        <w:trPr>
          <w:cantSplit/>
          <w:tblHeader/>
          <w:jc w:val="center"/>
        </w:trPr>
        <w:tc>
          <w:tcPr>
            <w:tcW w:w="10347" w:type="dxa"/>
            <w:shd w:val="clear" w:color="auto" w:fill="46437E"/>
            <w:vAlign w:val="center"/>
          </w:tcPr>
          <w:p w14:paraId="2806935C" w14:textId="77777777" w:rsidR="00F82265" w:rsidRDefault="00B53944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DRUGI SU NAM POTREBNI</w:t>
            </w:r>
          </w:p>
        </w:tc>
      </w:tr>
      <w:tr w:rsidR="00F82265" w14:paraId="2AC1783F" w14:textId="77777777">
        <w:trPr>
          <w:jc w:val="center"/>
        </w:trPr>
        <w:tc>
          <w:tcPr>
            <w:tcW w:w="10347" w:type="dxa"/>
            <w:shd w:val="clear" w:color="auto" w:fill="F3F6FA"/>
            <w:vAlign w:val="center"/>
          </w:tcPr>
          <w:p w14:paraId="5A257ADA" w14:textId="77777777" w:rsidR="00F82265" w:rsidRDefault="00B53944" w:rsidP="00DB1963">
            <w:pPr>
              <w:spacing w:before="45" w:after="0"/>
              <w:ind w:left="85" w:right="85"/>
              <w:jc w:val="both"/>
            </w:pPr>
            <w:r>
              <w:rPr>
                <w:color w:val="000000"/>
                <w:sz w:val="40"/>
              </w:rPr>
              <w:t>Bože, drugi su nam potrebni,</w:t>
            </w:r>
          </w:p>
          <w:p w14:paraId="6AE6D4DC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da bdiju, ako mi zaspimo,</w:t>
            </w:r>
          </w:p>
          <w:p w14:paraId="3480E9B1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da vjeruju, ako mi posumnjamo,</w:t>
            </w:r>
          </w:p>
          <w:p w14:paraId="5092092F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da mole ako mi zanijemimo.</w:t>
            </w:r>
          </w:p>
          <w:p w14:paraId="0D7740C5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Drugi su nam potrebni,</w:t>
            </w:r>
          </w:p>
          <w:p w14:paraId="32FC803D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koji će uz nas ići,</w:t>
            </w:r>
          </w:p>
          <w:p w14:paraId="1BD06041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koji će se s nama nadati i strahovati,</w:t>
            </w:r>
          </w:p>
          <w:p w14:paraId="24096B04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koji se neće umoriti i klonuti,</w:t>
            </w:r>
          </w:p>
          <w:p w14:paraId="185B4449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na koje ćemo se moći pozivati</w:t>
            </w:r>
          </w:p>
          <w:p w14:paraId="0057511B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i koje ćemo svojim brigama i</w:t>
            </w:r>
          </w:p>
          <w:p w14:paraId="30CF2F35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nevoljama natovariti.</w:t>
            </w:r>
          </w:p>
          <w:p w14:paraId="1752D927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Drugi su nam potrebni,</w:t>
            </w:r>
          </w:p>
          <w:p w14:paraId="60616750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koji će s nama pred tobom stajati,</w:t>
            </w:r>
          </w:p>
          <w:p w14:paraId="13C5401B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koji će tebe moliti i pitati,</w:t>
            </w:r>
          </w:p>
          <w:p w14:paraId="11390FB2" w14:textId="77777777" w:rsidR="00F82265" w:rsidRDefault="00B53944" w:rsidP="00DB1963">
            <w:pPr>
              <w:spacing w:after="0"/>
              <w:ind w:left="85" w:right="85"/>
              <w:jc w:val="both"/>
            </w:pPr>
            <w:r>
              <w:rPr>
                <w:color w:val="000000"/>
                <w:sz w:val="40"/>
              </w:rPr>
              <w:t>koji će ti zahvaljivati</w:t>
            </w:r>
          </w:p>
          <w:p w14:paraId="443BBC8E" w14:textId="77777777" w:rsidR="00DB1963" w:rsidRDefault="00B53944" w:rsidP="00DB1963">
            <w:pPr>
              <w:spacing w:after="0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i tebi se staviti na raspolaganje.</w:t>
            </w:r>
          </w:p>
          <w:p w14:paraId="551BE8DE" w14:textId="42BD5DB1" w:rsidR="00F82265" w:rsidRDefault="00B53944" w:rsidP="00DB1963">
            <w:pPr>
              <w:spacing w:after="45"/>
              <w:ind w:left="85" w:right="85"/>
              <w:jc w:val="right"/>
            </w:pPr>
            <w:r>
              <w:rPr>
                <w:color w:val="000000"/>
                <w:sz w:val="20"/>
              </w:rPr>
              <w:t>Severin Schneider; udžbenik, str. 11.</w:t>
            </w:r>
          </w:p>
        </w:tc>
      </w:tr>
    </w:tbl>
    <w:p w14:paraId="5B2EDC6E" w14:textId="77777777" w:rsidR="00F82265" w:rsidRDefault="00F82265">
      <w:pPr>
        <w:spacing w:after="60" w:line="40" w:lineRule="exact"/>
      </w:pPr>
    </w:p>
    <w:p w14:paraId="442B2320" w14:textId="77777777" w:rsidR="00DB1963" w:rsidRDefault="00DB1963">
      <w:pPr>
        <w:rPr>
          <w:color w:val="000000"/>
        </w:rPr>
      </w:pPr>
      <w:r>
        <w:rPr>
          <w:color w:val="000000"/>
        </w:rPr>
        <w:t>Razgovor:</w:t>
      </w:r>
    </w:p>
    <w:p w14:paraId="2FCB561B" w14:textId="0B18741D" w:rsidR="00F82265" w:rsidRDefault="00B53944" w:rsidP="00A0432C">
      <w:pPr>
        <w:pStyle w:val="Odlomakpopisa"/>
        <w:numPr>
          <w:ilvl w:val="0"/>
          <w:numId w:val="11"/>
        </w:numPr>
        <w:jc w:val="both"/>
      </w:pPr>
      <w:r w:rsidRPr="00DB1963">
        <w:rPr>
          <w:color w:val="000000"/>
        </w:rPr>
        <w:t xml:space="preserve">Kako se molitva razlikuje od popisa usluga koje zahtijevamo od drugih? </w:t>
      </w:r>
      <w:r w:rsidRPr="00DB1963">
        <w:rPr>
          <w:color w:val="6B6B6B"/>
          <w:sz w:val="18"/>
        </w:rPr>
        <w:t>(Govori o blizini, vjernosti i zajedničkom odnosu prema Bogu; iste smo darove pozvani pružati i mi.)</w:t>
      </w:r>
    </w:p>
    <w:p w14:paraId="417CA833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Aktivnost 4: Pomoć ili pritisak</w:t>
      </w:r>
      <w:r>
        <w:rPr>
          <w:i/>
          <w:color w:val="6B6B6B"/>
          <w:sz w:val="20"/>
        </w:rPr>
        <w:t xml:space="preserve"> (rad u skupinama – prosudba slučaja, 6 minuta)</w:t>
      </w:r>
    </w:p>
    <w:p w14:paraId="664D938D" w14:textId="77777777" w:rsidR="00F82265" w:rsidRDefault="00B53944">
      <w:pPr>
        <w:jc w:val="both"/>
      </w:pPr>
      <w:r>
        <w:rPr>
          <w:color w:val="000000"/>
        </w:rPr>
        <w:t>Rad u skupinama. Učenici će pročitati situaciju, razlikovati pomoć od pritiska i pripremiti odgovor od dvije rečenice. Skupine će usporediti razloge, a ne prosuđivati osobe.</w:t>
      </w:r>
    </w:p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4B713F6F" w14:textId="77777777">
        <w:trPr>
          <w:cantSplit/>
          <w:tblHeader/>
          <w:jc w:val="center"/>
        </w:trPr>
        <w:tc>
          <w:tcPr>
            <w:tcW w:w="10347" w:type="dxa"/>
            <w:shd w:val="clear" w:color="auto" w:fill="46437E"/>
            <w:vAlign w:val="center"/>
          </w:tcPr>
          <w:p w14:paraId="49227F0F" w14:textId="77777777" w:rsidR="00F82265" w:rsidRDefault="00B53944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CIJENA PRIPADANJA</w:t>
            </w:r>
          </w:p>
        </w:tc>
      </w:tr>
      <w:tr w:rsidR="00F82265" w14:paraId="3002E462" w14:textId="77777777">
        <w:trPr>
          <w:cantSplit/>
          <w:jc w:val="center"/>
        </w:trPr>
        <w:tc>
          <w:tcPr>
            <w:tcW w:w="10347" w:type="dxa"/>
            <w:shd w:val="clear" w:color="auto" w:fill="F3F6FA"/>
            <w:vAlign w:val="center"/>
          </w:tcPr>
          <w:p w14:paraId="529B6F1F" w14:textId="12F12615" w:rsidR="00F82265" w:rsidRPr="00DB1963" w:rsidRDefault="00B53944" w:rsidP="00DB1963">
            <w:pPr>
              <w:spacing w:before="45" w:after="10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Prijatelji kažu učeniku: „Ako želiš biti s nama, sutra se i ti rugaj novom učeniku.“ On ne želi izgubiti društvo.</w:t>
            </w:r>
            <w:r>
              <w:br/>
            </w:r>
            <w:r>
              <w:rPr>
                <w:color w:val="000000"/>
                <w:sz w:val="20"/>
              </w:rPr>
              <w:t>Zamišljeni slučaj.</w:t>
            </w:r>
          </w:p>
        </w:tc>
      </w:tr>
    </w:tbl>
    <w:p w14:paraId="7A00618F" w14:textId="77777777" w:rsidR="00F82265" w:rsidRDefault="00F82265">
      <w:pPr>
        <w:spacing w:after="60" w:line="40" w:lineRule="exact"/>
      </w:pPr>
    </w:p>
    <w:p w14:paraId="2BB8CB7D" w14:textId="77777777" w:rsidR="00DB1963" w:rsidRDefault="00DB1963">
      <w:pPr>
        <w:rPr>
          <w:color w:val="000000"/>
        </w:rPr>
      </w:pPr>
      <w:r>
        <w:rPr>
          <w:color w:val="000000"/>
        </w:rPr>
        <w:t>Razgovor:</w:t>
      </w:r>
    </w:p>
    <w:p w14:paraId="7BABA29B" w14:textId="4E94561F" w:rsidR="00F82265" w:rsidRDefault="00B53944" w:rsidP="00A0432C">
      <w:pPr>
        <w:pStyle w:val="Odlomakpopisa"/>
        <w:numPr>
          <w:ilvl w:val="0"/>
          <w:numId w:val="12"/>
        </w:numPr>
        <w:spacing w:after="0"/>
        <w:jc w:val="both"/>
      </w:pPr>
      <w:r w:rsidRPr="00DB1963">
        <w:rPr>
          <w:color w:val="000000"/>
        </w:rPr>
        <w:t xml:space="preserve">Zašto ponuđeno pripadanje ne gradi pravo zajedništvo? </w:t>
      </w:r>
      <w:r w:rsidRPr="00DB1963">
        <w:rPr>
          <w:color w:val="6B6B6B"/>
          <w:sz w:val="18"/>
        </w:rPr>
        <w:t>(Traži ponižavanje drugoga i odustajanje od odgovornoga izbora.)</w:t>
      </w:r>
    </w:p>
    <w:p w14:paraId="028A17A9" w14:textId="77777777" w:rsidR="00F82265" w:rsidRDefault="00B53944" w:rsidP="00A0432C">
      <w:pPr>
        <w:pStyle w:val="Odlomakpopisa"/>
        <w:numPr>
          <w:ilvl w:val="0"/>
          <w:numId w:val="12"/>
        </w:numPr>
        <w:spacing w:after="0"/>
        <w:jc w:val="both"/>
      </w:pPr>
      <w:r w:rsidRPr="00DB1963">
        <w:rPr>
          <w:color w:val="000000"/>
        </w:rPr>
        <w:t xml:space="preserve">Kako biste odbili pritisak i ponudili bolji postupak? </w:t>
      </w:r>
      <w:r w:rsidRPr="00DB1963">
        <w:rPr>
          <w:color w:val="6B6B6B"/>
          <w:sz w:val="18"/>
        </w:rPr>
        <w:t>(Ne želimo sudjelovati u ruganju. Možemo novoga učenika pozvati da nam se pridruži.)</w:t>
      </w:r>
    </w:p>
    <w:p w14:paraId="06BA71E9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Aktivnost 5: Samoća i usamljenost</w:t>
      </w:r>
      <w:r>
        <w:rPr>
          <w:i/>
          <w:color w:val="6B6B6B"/>
          <w:sz w:val="20"/>
        </w:rPr>
        <w:t xml:space="preserve"> (individualni rad – razlikovanje situacija, 5 minuta)</w:t>
      </w:r>
    </w:p>
    <w:p w14:paraId="39B09E03" w14:textId="77777777" w:rsidR="00F82265" w:rsidRDefault="00B53944">
      <w:pPr>
        <w:jc w:val="both"/>
      </w:pPr>
      <w:r>
        <w:rPr>
          <w:color w:val="000000"/>
        </w:rPr>
        <w:t>Učenici će pročitati primjere i u bilježnicu zapisati gdje je riječ o dobrovoljnom vremenu nasamo, a gdje o nedostatku povezanosti. Neće iznositi osobna iskustva ako to ne žele.</w:t>
      </w:r>
    </w:p>
    <w:p w14:paraId="47AAA38F" w14:textId="77777777" w:rsidR="00F82265" w:rsidRPr="00DB1963" w:rsidRDefault="00B53944" w:rsidP="00DB1963">
      <w:pPr>
        <w:jc w:val="both"/>
        <w:rPr>
          <w:i/>
          <w:color w:val="6B6B6B"/>
          <w:sz w:val="20"/>
          <w:szCs w:val="20"/>
        </w:rPr>
      </w:pPr>
      <w:r w:rsidRPr="00DB1963">
        <w:rPr>
          <w:i/>
          <w:color w:val="6B6B6B"/>
          <w:sz w:val="20"/>
          <w:szCs w:val="20"/>
        </w:rPr>
        <w:t>Rješenje: A – odabrana samoća; B – usamljenost; C – povezanost, iako osobe nisu na istom mjestu.</w:t>
      </w:r>
    </w:p>
    <w:p w14:paraId="7EC11E63" w14:textId="77777777" w:rsidR="00DB1963" w:rsidRDefault="00DB1963"/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6A5A12F7" w14:textId="77777777">
        <w:trPr>
          <w:cantSplit/>
          <w:tblHeader/>
          <w:jc w:val="center"/>
        </w:trPr>
        <w:tc>
          <w:tcPr>
            <w:tcW w:w="10347" w:type="dxa"/>
            <w:shd w:val="clear" w:color="auto" w:fill="46437E"/>
            <w:vAlign w:val="center"/>
          </w:tcPr>
          <w:p w14:paraId="785184A1" w14:textId="77777777" w:rsidR="00F82265" w:rsidRDefault="00B53944" w:rsidP="00DB1963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TRI SITUACIJE</w:t>
            </w:r>
          </w:p>
        </w:tc>
      </w:tr>
      <w:tr w:rsidR="00F82265" w14:paraId="5490F55C" w14:textId="77777777" w:rsidTr="00D129DC">
        <w:trPr>
          <w:cantSplit/>
          <w:jc w:val="center"/>
        </w:trPr>
        <w:tc>
          <w:tcPr>
            <w:tcW w:w="10347" w:type="dxa"/>
            <w:vAlign w:val="center"/>
          </w:tcPr>
          <w:p w14:paraId="1C967EF3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A. Nakon druženja Petra želi mirno čitati.</w:t>
            </w:r>
          </w:p>
        </w:tc>
      </w:tr>
      <w:tr w:rsidR="00F82265" w14:paraId="205F10B8" w14:textId="77777777" w:rsidTr="00D129DC">
        <w:trPr>
          <w:cantSplit/>
          <w:jc w:val="center"/>
        </w:trPr>
        <w:tc>
          <w:tcPr>
            <w:tcW w:w="10347" w:type="dxa"/>
            <w:shd w:val="clear" w:color="auto" w:fill="F7FBF7"/>
            <w:vAlign w:val="center"/>
          </w:tcPr>
          <w:p w14:paraId="5821B664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B. Luka je među vršnjacima, ali nitko ga ne sluša.</w:t>
            </w:r>
          </w:p>
        </w:tc>
      </w:tr>
      <w:tr w:rsidR="00F82265" w14:paraId="7C8699FA" w14:textId="77777777" w:rsidTr="00D129DC">
        <w:trPr>
          <w:cantSplit/>
          <w:jc w:val="center"/>
        </w:trPr>
        <w:tc>
          <w:tcPr>
            <w:tcW w:w="10347" w:type="dxa"/>
            <w:vAlign w:val="center"/>
          </w:tcPr>
          <w:p w14:paraId="7A111604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C. Ana je kod kuće i razgovara s prijateljicom koja je razumije.</w:t>
            </w:r>
          </w:p>
        </w:tc>
      </w:tr>
    </w:tbl>
    <w:p w14:paraId="52CDF5D8" w14:textId="77777777" w:rsidR="00F82265" w:rsidRDefault="00F82265">
      <w:pPr>
        <w:spacing w:after="60" w:line="40" w:lineRule="exact"/>
      </w:pPr>
    </w:p>
    <w:p w14:paraId="04C63EBF" w14:textId="77777777" w:rsidR="00DB1963" w:rsidRDefault="00DB1963">
      <w:pPr>
        <w:rPr>
          <w:color w:val="000000"/>
        </w:rPr>
      </w:pPr>
      <w:r>
        <w:rPr>
          <w:color w:val="000000"/>
        </w:rPr>
        <w:t>Razgovor:</w:t>
      </w:r>
    </w:p>
    <w:p w14:paraId="425D3A35" w14:textId="669BDEFB" w:rsidR="00F82265" w:rsidRDefault="00B53944" w:rsidP="00A0432C">
      <w:pPr>
        <w:pStyle w:val="Odlomakpopisa"/>
        <w:numPr>
          <w:ilvl w:val="0"/>
          <w:numId w:val="13"/>
        </w:numPr>
        <w:jc w:val="both"/>
      </w:pPr>
      <w:r w:rsidRPr="00DB1963">
        <w:rPr>
          <w:color w:val="000000"/>
        </w:rPr>
        <w:t xml:space="preserve">Možete li biti među ljudima, a osjećati se usamljeno? </w:t>
      </w:r>
      <w:r w:rsidRPr="00DB1963">
        <w:rPr>
          <w:color w:val="6B6B6B"/>
          <w:sz w:val="18"/>
        </w:rPr>
        <w:t>(Da; prisutnost ljudi sama po sebi ne jamči razumijevanje i bliskost.)</w:t>
      </w:r>
    </w:p>
    <w:p w14:paraId="0D8EDBD3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Aktivnost 6: Mogu primiti i mogu dati</w:t>
      </w:r>
      <w:r>
        <w:rPr>
          <w:i/>
          <w:color w:val="6B6B6B"/>
          <w:sz w:val="20"/>
        </w:rPr>
        <w:t xml:space="preserve"> (individualni rad i rad u paru – osobni osvrt, 6 minuta)</w:t>
      </w:r>
    </w:p>
    <w:p w14:paraId="3C93D597" w14:textId="77777777" w:rsidR="00F82265" w:rsidRDefault="00B53944">
      <w:pPr>
        <w:jc w:val="both"/>
      </w:pPr>
      <w:r>
        <w:rPr>
          <w:color w:val="000000"/>
        </w:rPr>
        <w:t>Učenici će u bilježnici napisati tri rečenice na temu „Nije dobro da čovjek bude sam“. Uključit će primjer primanja pomoći, primjer pružanja pomoći i vezu s biblijskom porukom. U paru će pročitati samo ono što žele podijeliti.</w:t>
      </w:r>
    </w:p>
    <w:p w14:paraId="0E75D494" w14:textId="77777777" w:rsidR="00F82265" w:rsidRDefault="00B53944" w:rsidP="00DB1963">
      <w:pPr>
        <w:jc w:val="both"/>
        <w:rPr>
          <w:i/>
          <w:color w:val="6B6B6B"/>
          <w:sz w:val="20"/>
          <w:szCs w:val="20"/>
        </w:rPr>
      </w:pPr>
      <w:r w:rsidRPr="00DB1963">
        <w:rPr>
          <w:i/>
          <w:color w:val="6B6B6B"/>
          <w:sz w:val="20"/>
          <w:szCs w:val="20"/>
        </w:rPr>
        <w:t>Moguće rješenje: Težak zadatak lakše razumijem uz objašnjenje. Prijatelju mogu pomoći strpljivim slušanjem. Biblijska poruka poziva na uzajamnost, a ne na zatvaranje u sebe.</w:t>
      </w:r>
    </w:p>
    <w:p w14:paraId="6AFC7265" w14:textId="77777777" w:rsidR="00DB1963" w:rsidRDefault="00DB1963" w:rsidP="00FF573D"/>
    <w:p w14:paraId="2252BF62" w14:textId="3FA8D180" w:rsidR="00DB1963" w:rsidRPr="00DB1963" w:rsidRDefault="00DB1963" w:rsidP="00DB1963">
      <w:pPr>
        <w:rPr>
          <w:color w:val="002060"/>
          <w:sz w:val="40"/>
          <w:szCs w:val="40"/>
        </w:rPr>
      </w:pPr>
      <w:r w:rsidRPr="00DB1963">
        <w:rPr>
          <w:color w:val="002060"/>
          <w:sz w:val="40"/>
          <w:szCs w:val="40"/>
        </w:rPr>
        <w:t>Nije dobro da čovjek bude sam</w:t>
      </w:r>
      <w:r w:rsidR="00FF573D">
        <w:rPr>
          <w:color w:val="002060"/>
          <w:sz w:val="40"/>
          <w:szCs w:val="40"/>
        </w:rPr>
        <w:t>.</w:t>
      </w:r>
    </w:p>
    <w:p w14:paraId="5968F99F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Aktivnost 7: Jednakovrijedni u zajedničkom radu</w:t>
      </w:r>
      <w:r>
        <w:rPr>
          <w:i/>
          <w:color w:val="6B6B6B"/>
          <w:sz w:val="20"/>
        </w:rPr>
        <w:t xml:space="preserve"> (rad u paru – preoblikovanje odluke, 5 minuta)</w:t>
      </w:r>
    </w:p>
    <w:p w14:paraId="2B3D2A05" w14:textId="77777777" w:rsidR="00F82265" w:rsidRDefault="00B53944">
      <w:pPr>
        <w:jc w:val="both"/>
      </w:pPr>
      <w:r>
        <w:rPr>
          <w:color w:val="000000"/>
        </w:rPr>
        <w:t>Učenici će preoblikovati odluku: „Dječaci će uvijek voditi skupinu, a djevojčice pisati.“ Navest će pravednije mjerilo raspodjele poslova i povezati ga s biblijskim tekstom.</w:t>
      </w:r>
    </w:p>
    <w:p w14:paraId="2A856E39" w14:textId="3C26632C" w:rsidR="00133E85" w:rsidRPr="00133E85" w:rsidRDefault="00B53944" w:rsidP="00133E85">
      <w:pPr>
        <w:jc w:val="both"/>
        <w:rPr>
          <w:i/>
          <w:color w:val="6B6B6B"/>
          <w:sz w:val="20"/>
          <w:szCs w:val="20"/>
        </w:rPr>
      </w:pPr>
      <w:r w:rsidRPr="00133E85">
        <w:rPr>
          <w:i/>
          <w:color w:val="6B6B6B"/>
          <w:sz w:val="20"/>
          <w:szCs w:val="20"/>
        </w:rPr>
        <w:t>Moguće rješenje: Uloge ćemo dogovarati prema darovima, interesu i prilici da svi sudjeluju; muškarac i žena imaju jednako dostojanstvo.</w:t>
      </w:r>
    </w:p>
    <w:p w14:paraId="7FB44C6A" w14:textId="77777777" w:rsidR="00DE4A85" w:rsidRDefault="00DE4A85" w:rsidP="00133E85"/>
    <w:p w14:paraId="51E6A8FC" w14:textId="77777777" w:rsidR="00DE4A85" w:rsidRDefault="00DE4A85" w:rsidP="00133E85"/>
    <w:p w14:paraId="72475D9B" w14:textId="77777777" w:rsidR="00DE4A85" w:rsidRDefault="00DE4A85" w:rsidP="00133E85"/>
    <w:p w14:paraId="21ED4910" w14:textId="77777777" w:rsidR="00DE4A85" w:rsidRDefault="00DE4A85" w:rsidP="00133E85"/>
    <w:p w14:paraId="7B2638E2" w14:textId="77777777" w:rsidR="00DE4A85" w:rsidRDefault="00DE4A85" w:rsidP="00133E85"/>
    <w:p w14:paraId="1D062732" w14:textId="77777777" w:rsidR="00DE4A85" w:rsidRDefault="00DE4A85" w:rsidP="00133E85"/>
    <w:p w14:paraId="7206FF41" w14:textId="04611F9B" w:rsidR="00133E85" w:rsidRDefault="00133E85" w:rsidP="00133E85">
      <w:r>
        <w:lastRenderedPageBreak/>
        <w:t>Radni predložak:</w:t>
      </w:r>
    </w:p>
    <w:p w14:paraId="2C1CB20D" w14:textId="63E75C69" w:rsidR="00133E85" w:rsidRPr="00133E85" w:rsidRDefault="00133E85" w:rsidP="00133E85">
      <w:pPr>
        <w:rPr>
          <w:color w:val="002060"/>
          <w:sz w:val="40"/>
          <w:szCs w:val="40"/>
        </w:rPr>
      </w:pPr>
      <w:r w:rsidRPr="00133E85">
        <w:rPr>
          <w:color w:val="002060"/>
          <w:sz w:val="40"/>
          <w:szCs w:val="40"/>
        </w:rPr>
        <w:t>Dječaci će uvijek voditi skupinu, a djevojčice pisati.</w:t>
      </w:r>
    </w:p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9"/>
        <w:gridCol w:w="5178"/>
      </w:tblGrid>
      <w:tr w:rsidR="00F82265" w14:paraId="269CCDF5" w14:textId="77777777" w:rsidTr="0048417A">
        <w:trPr>
          <w:cantSplit/>
          <w:jc w:val="center"/>
        </w:trPr>
        <w:tc>
          <w:tcPr>
            <w:tcW w:w="5174" w:type="dxa"/>
            <w:shd w:val="clear" w:color="auto" w:fill="0070C0"/>
            <w:vAlign w:val="center"/>
          </w:tcPr>
          <w:p w14:paraId="63815CF6" w14:textId="77777777" w:rsidR="00F82265" w:rsidRDefault="00B53944" w:rsidP="0048417A">
            <w:pPr>
              <w:widowControl w:val="0"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NEPRAVEDNO MJERILO</w:t>
            </w:r>
          </w:p>
        </w:tc>
        <w:tc>
          <w:tcPr>
            <w:tcW w:w="5173" w:type="dxa"/>
            <w:shd w:val="clear" w:color="auto" w:fill="00B050"/>
            <w:vAlign w:val="center"/>
          </w:tcPr>
          <w:p w14:paraId="74D83CAE" w14:textId="77777777" w:rsidR="00F82265" w:rsidRDefault="00B53944" w:rsidP="0048417A">
            <w:pPr>
              <w:widowControl w:val="0"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 PRIJEDLOG</w:t>
            </w:r>
          </w:p>
        </w:tc>
      </w:tr>
      <w:tr w:rsidR="00F82265" w14:paraId="54BEF5AA" w14:textId="77777777" w:rsidTr="00DE4A85">
        <w:trPr>
          <w:cantSplit/>
          <w:jc w:val="center"/>
        </w:trPr>
        <w:tc>
          <w:tcPr>
            <w:tcW w:w="5174" w:type="dxa"/>
            <w:shd w:val="clear" w:color="auto" w:fill="F3F6FA"/>
            <w:vAlign w:val="center"/>
          </w:tcPr>
          <w:p w14:paraId="6895F576" w14:textId="77777777" w:rsidR="00F82265" w:rsidRDefault="00B53944" w:rsidP="00DE4A85">
            <w:pPr>
              <w:widowControl w:val="0"/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Spol određuje ulogu.</w:t>
            </w:r>
          </w:p>
        </w:tc>
        <w:tc>
          <w:tcPr>
            <w:tcW w:w="5173" w:type="dxa"/>
            <w:shd w:val="clear" w:color="auto" w:fill="F3F6FA"/>
            <w:vAlign w:val="center"/>
          </w:tcPr>
          <w:p w14:paraId="5BF69851" w14:textId="30E78D36" w:rsidR="00F82265" w:rsidRDefault="00B53944" w:rsidP="00DE4A85">
            <w:pPr>
              <w:widowControl w:val="0"/>
              <w:spacing w:before="45" w:after="60" w:line="276" w:lineRule="auto"/>
              <w:ind w:left="85" w:right="85"/>
              <w:jc w:val="center"/>
            </w:pPr>
            <w:r>
              <w:rPr>
                <w:color w:val="000000"/>
                <w:sz w:val="24"/>
              </w:rPr>
              <w:t>________</w:t>
            </w:r>
            <w:r w:rsidR="00133E85">
              <w:rPr>
                <w:color w:val="000000"/>
                <w:sz w:val="24"/>
              </w:rPr>
              <w:t>_________________________</w:t>
            </w:r>
            <w:r>
              <w:rPr>
                <w:color w:val="000000"/>
                <w:sz w:val="24"/>
              </w:rPr>
              <w:t>________</w:t>
            </w:r>
          </w:p>
          <w:p w14:paraId="1E3E3D36" w14:textId="6CC1801A" w:rsidR="00F82265" w:rsidRDefault="00B53944" w:rsidP="00DE4A85">
            <w:pPr>
              <w:widowControl w:val="0"/>
              <w:spacing w:after="105" w:line="276" w:lineRule="auto"/>
              <w:ind w:left="85" w:right="85"/>
              <w:jc w:val="center"/>
            </w:pPr>
            <w:r>
              <w:rPr>
                <w:color w:val="000000"/>
                <w:sz w:val="24"/>
              </w:rPr>
              <w:t>_________</w:t>
            </w:r>
            <w:r w:rsidR="00133E85">
              <w:rPr>
                <w:color w:val="000000"/>
                <w:sz w:val="24"/>
              </w:rPr>
              <w:t>_________________________</w:t>
            </w:r>
            <w:r>
              <w:rPr>
                <w:color w:val="000000"/>
                <w:sz w:val="24"/>
              </w:rPr>
              <w:t>_______</w:t>
            </w:r>
          </w:p>
        </w:tc>
      </w:tr>
    </w:tbl>
    <w:p w14:paraId="3CE36BAD" w14:textId="77777777" w:rsidR="00F82265" w:rsidRDefault="00F82265">
      <w:pPr>
        <w:spacing w:after="60" w:line="40" w:lineRule="exact"/>
      </w:pPr>
    </w:p>
    <w:p w14:paraId="7BA69B6B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Aktivnost 8: Od kontakta do odnosa</w:t>
      </w:r>
      <w:r>
        <w:rPr>
          <w:i/>
          <w:color w:val="6B6B6B"/>
          <w:sz w:val="20"/>
        </w:rPr>
        <w:t xml:space="preserve"> (rad u skupinama – vrednovanje postupaka, 5 minuta)</w:t>
      </w:r>
    </w:p>
    <w:p w14:paraId="41A55454" w14:textId="77777777" w:rsidR="00F82265" w:rsidRDefault="00B53944">
      <w:pPr>
        <w:jc w:val="both"/>
      </w:pPr>
      <w:r>
        <w:rPr>
          <w:color w:val="000000"/>
        </w:rPr>
        <w:t>Učenici će u skupinama odabrati dva postupka koja najviše grade odnos i objasniti izbor: poslati sličicu bez čitanja poruke; pitati kako se osoba osjeća; saslušati odgovor; uspoređivati ocjene da se pokažemo boljima. U bilježnicu će zapisati obrazloženje.</w:t>
      </w:r>
    </w:p>
    <w:p w14:paraId="7EA0E91D" w14:textId="77777777" w:rsidR="00F82265" w:rsidRDefault="00B53944" w:rsidP="00133E85">
      <w:pPr>
        <w:jc w:val="both"/>
        <w:rPr>
          <w:i/>
          <w:color w:val="6B6B6B"/>
          <w:sz w:val="20"/>
          <w:szCs w:val="20"/>
        </w:rPr>
      </w:pPr>
      <w:r w:rsidRPr="00133E85">
        <w:rPr>
          <w:i/>
          <w:color w:val="6B6B6B"/>
          <w:sz w:val="20"/>
          <w:szCs w:val="20"/>
        </w:rPr>
        <w:t>Moguće rješenje: pitati i saslušati; oba postupka pokazuju interes za osobu. Sličica može biti znak pažnje, ali sama ne zamjenjuje slušanje.</w:t>
      </w:r>
    </w:p>
    <w:p w14:paraId="6D55FEB7" w14:textId="77777777" w:rsidR="00133E85" w:rsidRDefault="00133E85" w:rsidP="00133E85">
      <w:pPr>
        <w:rPr>
          <w:color w:val="000000"/>
        </w:rPr>
      </w:pPr>
    </w:p>
    <w:p w14:paraId="76C3BA4A" w14:textId="2447B5F7" w:rsidR="00133E85" w:rsidRPr="00133E85" w:rsidRDefault="00133E85" w:rsidP="00133E85">
      <w:pPr>
        <w:rPr>
          <w:color w:val="4A442A" w:themeColor="background2" w:themeShade="40"/>
          <w:sz w:val="40"/>
          <w:szCs w:val="40"/>
        </w:rPr>
      </w:pPr>
      <w:r>
        <w:rPr>
          <w:color w:val="4A442A" w:themeColor="background2" w:themeShade="40"/>
          <w:sz w:val="40"/>
          <w:szCs w:val="40"/>
        </w:rPr>
        <w:t>D</w:t>
      </w:r>
      <w:r w:rsidRPr="00133E85">
        <w:rPr>
          <w:color w:val="4A442A" w:themeColor="background2" w:themeShade="40"/>
          <w:sz w:val="40"/>
          <w:szCs w:val="40"/>
        </w:rPr>
        <w:t>va postupka koja najviše grade odnos i objasniti izbor:</w:t>
      </w:r>
    </w:p>
    <w:p w14:paraId="697630DF" w14:textId="763DC4CF" w:rsidR="00133E85" w:rsidRPr="00133E85" w:rsidRDefault="00133E85" w:rsidP="00133E85">
      <w:pPr>
        <w:jc w:val="both"/>
        <w:rPr>
          <w:color w:val="002060"/>
          <w:sz w:val="40"/>
          <w:szCs w:val="40"/>
        </w:rPr>
      </w:pPr>
      <w:r w:rsidRPr="00133E85">
        <w:rPr>
          <w:color w:val="002060"/>
          <w:sz w:val="40"/>
          <w:szCs w:val="40"/>
        </w:rPr>
        <w:t>poslati sličicu bez čitanja poruke; pitati kako se osoba osjeća; saslušati odgovor; uspoređivati ocjene da se pokažemo boljima</w:t>
      </w:r>
    </w:p>
    <w:p w14:paraId="7E1BEC20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Aktivnost 9: Jedan korak uključivanja</w:t>
      </w:r>
      <w:r>
        <w:rPr>
          <w:i/>
          <w:color w:val="6B6B6B"/>
          <w:sz w:val="20"/>
        </w:rPr>
        <w:t xml:space="preserve"> (rad u paru – oblikovanje poziva, 5 minuta)</w:t>
      </w:r>
    </w:p>
    <w:p w14:paraId="103E8BBA" w14:textId="77777777" w:rsidR="00F82265" w:rsidRDefault="00B53944">
      <w:pPr>
        <w:jc w:val="both"/>
      </w:pPr>
      <w:r>
        <w:rPr>
          <w:color w:val="000000"/>
        </w:rPr>
        <w:t>Učenici će sastaviti kratak, nenametljiv poziv zamišljenom vršnjaku koji redovito ostaje izvan zajedničke aktivnosti. Poziv će sadržavati konkretnu ponudu i slobodu odgovora.</w:t>
      </w:r>
    </w:p>
    <w:p w14:paraId="4A831B0A" w14:textId="77777777" w:rsidR="00F82265" w:rsidRDefault="00B53944">
      <w:pPr>
        <w:rPr>
          <w:iCs/>
          <w:color w:val="6B6B6B"/>
          <w:sz w:val="20"/>
          <w:szCs w:val="20"/>
        </w:rPr>
      </w:pPr>
      <w:r w:rsidRPr="00133E85">
        <w:rPr>
          <w:iCs/>
          <w:color w:val="6B6B6B"/>
          <w:sz w:val="20"/>
          <w:szCs w:val="20"/>
        </w:rPr>
        <w:t>Moguće rješenje: Ako želiš, možeš raditi s nama. Zajedno ćemo podijeliti zadatak.</w:t>
      </w:r>
    </w:p>
    <w:p w14:paraId="707008AB" w14:textId="77777777" w:rsidR="00FF573D" w:rsidRDefault="00FF573D" w:rsidP="00FF573D"/>
    <w:p w14:paraId="42E6939E" w14:textId="3046CDDE" w:rsidR="00133E85" w:rsidRPr="00133E85" w:rsidRDefault="00FF573D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>Radni predložak:</w:t>
      </w:r>
    </w:p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9"/>
        <w:gridCol w:w="5178"/>
      </w:tblGrid>
      <w:tr w:rsidR="00F82265" w14:paraId="2C7F8E2B" w14:textId="77777777" w:rsidTr="0048417A">
        <w:trPr>
          <w:cantSplit/>
          <w:tblHeader/>
          <w:jc w:val="center"/>
        </w:trPr>
        <w:tc>
          <w:tcPr>
            <w:tcW w:w="5174" w:type="dxa"/>
            <w:shd w:val="clear" w:color="auto" w:fill="7030A0"/>
            <w:vAlign w:val="center"/>
          </w:tcPr>
          <w:p w14:paraId="22B11884" w14:textId="77777777" w:rsidR="00F82265" w:rsidRDefault="00B53944" w:rsidP="0048417A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SITUACIJA</w:t>
            </w:r>
          </w:p>
        </w:tc>
        <w:tc>
          <w:tcPr>
            <w:tcW w:w="5173" w:type="dxa"/>
            <w:shd w:val="clear" w:color="auto" w:fill="4A442A" w:themeFill="background2" w:themeFillShade="40"/>
            <w:vAlign w:val="center"/>
          </w:tcPr>
          <w:p w14:paraId="7F06372C" w14:textId="77777777" w:rsidR="00F82265" w:rsidRDefault="00B53944" w:rsidP="0048417A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POZIV KOJI UKLJUČUJE</w:t>
            </w:r>
          </w:p>
        </w:tc>
      </w:tr>
      <w:tr w:rsidR="00F82265" w14:paraId="0A9B6B2B" w14:textId="77777777">
        <w:trPr>
          <w:cantSplit/>
          <w:jc w:val="center"/>
        </w:trPr>
        <w:tc>
          <w:tcPr>
            <w:tcW w:w="5174" w:type="dxa"/>
            <w:shd w:val="clear" w:color="auto" w:fill="F3F6FA"/>
            <w:vAlign w:val="center"/>
          </w:tcPr>
          <w:p w14:paraId="347DD2C6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Novi učenik još nema par.</w:t>
            </w:r>
          </w:p>
        </w:tc>
        <w:tc>
          <w:tcPr>
            <w:tcW w:w="5173" w:type="dxa"/>
            <w:shd w:val="clear" w:color="auto" w:fill="F3F6FA"/>
            <w:vAlign w:val="center"/>
          </w:tcPr>
          <w:p w14:paraId="5A0BD6E3" w14:textId="4EB5AD5D" w:rsidR="00F82265" w:rsidRDefault="00B53944" w:rsidP="00133E85">
            <w:pPr>
              <w:spacing w:before="45" w:after="60" w:line="276" w:lineRule="auto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</w:t>
            </w:r>
            <w:r w:rsidR="00133E85">
              <w:rPr>
                <w:color w:val="000000"/>
                <w:sz w:val="24"/>
              </w:rPr>
              <w:t>_________________________</w:t>
            </w:r>
            <w:r>
              <w:rPr>
                <w:color w:val="000000"/>
                <w:sz w:val="24"/>
              </w:rPr>
              <w:t>_____</w:t>
            </w:r>
          </w:p>
          <w:p w14:paraId="133F9DF5" w14:textId="117DDDFE" w:rsidR="00F82265" w:rsidRDefault="00B53944" w:rsidP="00133E85">
            <w:pPr>
              <w:spacing w:after="105" w:line="276" w:lineRule="auto"/>
              <w:ind w:left="85" w:right="85"/>
              <w:jc w:val="center"/>
            </w:pPr>
            <w:r>
              <w:rPr>
                <w:color w:val="000000"/>
                <w:sz w:val="24"/>
              </w:rPr>
              <w:t>___________</w:t>
            </w:r>
            <w:r w:rsidR="00133E85">
              <w:rPr>
                <w:color w:val="000000"/>
                <w:sz w:val="24"/>
              </w:rPr>
              <w:t>_________________________</w:t>
            </w:r>
            <w:r>
              <w:rPr>
                <w:color w:val="000000"/>
                <w:sz w:val="24"/>
              </w:rPr>
              <w:t>_____</w:t>
            </w:r>
          </w:p>
        </w:tc>
      </w:tr>
    </w:tbl>
    <w:p w14:paraId="076AF5B7" w14:textId="77777777" w:rsidR="00F82265" w:rsidRDefault="00F82265">
      <w:pPr>
        <w:spacing w:after="60" w:line="40" w:lineRule="exact"/>
      </w:pPr>
    </w:p>
    <w:p w14:paraId="2D611D96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 – zapis sažetka, 3 minuta)</w:t>
      </w:r>
    </w:p>
    <w:p w14:paraId="305C7474" w14:textId="257E5787" w:rsidR="00EC401F" w:rsidRPr="00EC401F" w:rsidRDefault="00B53944" w:rsidP="00EC401F">
      <w:pPr>
        <w:jc w:val="both"/>
        <w:rPr>
          <w:color w:val="000000"/>
        </w:rPr>
      </w:pPr>
      <w:r>
        <w:rPr>
          <w:color w:val="000000"/>
        </w:rPr>
        <w:t>Učenici će prepisati sažetak u bilježnicu i uz posljednju rečenicu dodati jedan vlastiti primjer.</w:t>
      </w:r>
    </w:p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2C572F44" w14:textId="77777777" w:rsidTr="00EC401F">
        <w:trPr>
          <w:cantSplit/>
          <w:jc w:val="center"/>
        </w:trPr>
        <w:tc>
          <w:tcPr>
            <w:tcW w:w="10357" w:type="dxa"/>
            <w:shd w:val="clear" w:color="auto" w:fill="984806"/>
            <w:vAlign w:val="center"/>
          </w:tcPr>
          <w:p w14:paraId="29D6B129" w14:textId="77777777" w:rsidR="00F82265" w:rsidRDefault="00B53944" w:rsidP="00133E85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POTREBNI SMO DRUGIMA I DRUGI NAMA</w:t>
            </w:r>
          </w:p>
        </w:tc>
      </w:tr>
      <w:tr w:rsidR="00F82265" w14:paraId="197A1955" w14:textId="77777777" w:rsidTr="00EC401F">
        <w:trPr>
          <w:cantSplit/>
          <w:trHeight w:val="3620"/>
          <w:jc w:val="center"/>
        </w:trPr>
        <w:tc>
          <w:tcPr>
            <w:tcW w:w="10357" w:type="dxa"/>
            <w:tcBorders>
              <w:bottom w:val="single" w:sz="4" w:space="0" w:color="auto"/>
            </w:tcBorders>
            <w:shd w:val="clear" w:color="auto" w:fill="EAF6EC"/>
            <w:vAlign w:val="center"/>
          </w:tcPr>
          <w:p w14:paraId="60344307" w14:textId="77777777" w:rsidR="00EC401F" w:rsidRDefault="00B53944" w:rsidP="00D129DC">
            <w:pPr>
              <w:spacing w:before="45" w:after="105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Svaki je čovjek jedinstvena osoba, pozvana na zajedništvo.</w:t>
            </w:r>
          </w:p>
          <w:p w14:paraId="1E8B5A8B" w14:textId="77777777" w:rsidR="00EC401F" w:rsidRDefault="00EC401F" w:rsidP="00D129DC">
            <w:pPr>
              <w:spacing w:before="45" w:after="105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Bog je jedan u trima osobama: Ocu, Sinu i Duhu Svetome.</w:t>
            </w:r>
          </w:p>
          <w:p w14:paraId="1BEB1B2D" w14:textId="77777777" w:rsidR="00EC401F" w:rsidRDefault="00EC401F" w:rsidP="00D129DC">
            <w:pPr>
              <w:spacing w:before="45" w:after="105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Muškarac i žena imaju jednako ljudsko dostojanstvo.</w:t>
            </w:r>
          </w:p>
          <w:p w14:paraId="1CDCE76F" w14:textId="77777777" w:rsidR="00EC401F" w:rsidRDefault="00EC401F" w:rsidP="00D129DC">
            <w:pPr>
              <w:spacing w:before="45" w:after="60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Zajedništvo gradimo kada primamo i pružamo pomoć, poštujemo razlike i zajedno rastemo.</w:t>
            </w:r>
          </w:p>
          <w:p w14:paraId="27BD051E" w14:textId="454FA7F4" w:rsidR="00F82265" w:rsidRDefault="00EC401F" w:rsidP="00D129DC">
            <w:pPr>
              <w:spacing w:after="105"/>
              <w:ind w:left="85" w:right="85"/>
              <w:jc w:val="both"/>
            </w:pPr>
            <w:r>
              <w:rPr>
                <w:color w:val="000000"/>
                <w:sz w:val="40"/>
              </w:rPr>
              <w:t xml:space="preserve">Moj primjer: </w:t>
            </w:r>
            <w:r w:rsidRPr="00D129DC">
              <w:rPr>
                <w:color w:val="000000"/>
                <w:sz w:val="24"/>
                <w:szCs w:val="24"/>
              </w:rPr>
              <w:t>________________________________________</w:t>
            </w:r>
            <w:r>
              <w:rPr>
                <w:color w:val="000000"/>
                <w:sz w:val="24"/>
                <w:szCs w:val="24"/>
              </w:rPr>
              <w:t>__________________________</w:t>
            </w:r>
            <w:r w:rsidRPr="00D129DC">
              <w:rPr>
                <w:color w:val="000000"/>
                <w:sz w:val="40"/>
                <w:szCs w:val="40"/>
              </w:rPr>
              <w:t>.</w:t>
            </w:r>
          </w:p>
        </w:tc>
      </w:tr>
    </w:tbl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1E906207" w14:textId="77777777" w:rsidTr="00EC401F">
        <w:trPr>
          <w:jc w:val="center"/>
        </w:trPr>
        <w:tc>
          <w:tcPr>
            <w:tcW w:w="10357" w:type="dxa"/>
            <w:shd w:val="clear" w:color="auto" w:fill="00B050"/>
            <w:vAlign w:val="center"/>
          </w:tcPr>
          <w:p w14:paraId="261F6C74" w14:textId="77777777" w:rsidR="00F82265" w:rsidRDefault="00B53944" w:rsidP="00AD5B13">
            <w:pPr>
              <w:widowControl w:val="0"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lastRenderedPageBreak/>
              <w:t>III. ZAVRŠNI DIO – DJELUJ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240D6FC0" w14:textId="77777777" w:rsidR="00F82265" w:rsidRDefault="00F82265">
      <w:pPr>
        <w:keepNext/>
        <w:spacing w:after="60" w:line="40" w:lineRule="exact"/>
      </w:pPr>
    </w:p>
    <w:p w14:paraId="3284DDFC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Aktualizacija:</w:t>
      </w:r>
    </w:p>
    <w:p w14:paraId="63E21C0C" w14:textId="77777777" w:rsidR="00483225" w:rsidRDefault="00483225" w:rsidP="00483225">
      <w:pPr>
        <w:spacing w:after="0"/>
        <w:jc w:val="both"/>
        <w:rPr>
          <w:rFonts w:asciiTheme="majorHAnsi" w:eastAsia="Times New Roman" w:hAnsiTheme="majorHAnsi" w:cstheme="majorHAnsi"/>
          <w:lang w:eastAsia="hr-HR"/>
        </w:rPr>
      </w:pPr>
      <w:r w:rsidRPr="00483225">
        <w:rPr>
          <w:rFonts w:asciiTheme="majorHAnsi" w:eastAsia="Times New Roman" w:hAnsiTheme="majorHAnsi" w:cstheme="majorHAnsi"/>
          <w:lang w:eastAsia="hr-HR"/>
        </w:rPr>
        <w:t>Učenici će poslušati sljedeći tekst:</w:t>
      </w:r>
    </w:p>
    <w:p w14:paraId="7A19973A" w14:textId="77777777" w:rsidR="00483225" w:rsidRPr="00133E85" w:rsidRDefault="00483225" w:rsidP="0048322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483225" w14:paraId="175539CC" w14:textId="77777777" w:rsidTr="00431033">
        <w:trPr>
          <w:cantSplit/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2C5299BA" w14:textId="77777777" w:rsidR="00483225" w:rsidRPr="00483225" w:rsidRDefault="00483225" w:rsidP="00483225">
            <w:pPr>
              <w:spacing w:before="45"/>
              <w:ind w:left="85" w:right="85"/>
              <w:jc w:val="both"/>
              <w:rPr>
                <w:rFonts w:asciiTheme="majorHAnsi" w:hAnsiTheme="majorHAnsi" w:cstheme="majorHAnsi"/>
              </w:rPr>
            </w:pPr>
            <w:r w:rsidRPr="00483225">
              <w:rPr>
                <w:rFonts w:asciiTheme="majorHAnsi" w:hAnsiTheme="majorHAnsi" w:cstheme="majorHAnsi"/>
              </w:rPr>
              <w:t xml:space="preserve">Usamljene osobe češće od ostalih ljudi obolijevaju od raka, srčanog i moždanog udara, depresije i demencije. Usamljenost je osim toga zarazna i širi se poput epidemije – nisu pogođeni samo samci ili samohrani roditelji već i oženjeni! Prema Manfredu Spitzeru, usamljenost je uzrok smrti broj jedan u zapadnim zemljama. Ovu alarmantnu činjenicu dosada je potvrdio čitav niz znanstvenih istraživanja i studija širom svijeta, a koji ukazuju i na ovo: usamljenost je više od samoće. </w:t>
            </w:r>
          </w:p>
          <w:p w14:paraId="42CB9663" w14:textId="48DD33F1" w:rsidR="00483225" w:rsidRDefault="00483225" w:rsidP="00483225">
            <w:pPr>
              <w:spacing w:after="45"/>
              <w:ind w:left="85" w:right="85"/>
              <w:jc w:val="right"/>
            </w:pPr>
            <w:r w:rsidRPr="00483225">
              <w:t xml:space="preserve">(Izvor: </w:t>
            </w:r>
            <w:hyperlink r:id="rId9" w:history="1">
              <w:r w:rsidRPr="00483225">
                <w:rPr>
                  <w:rStyle w:val="Hiperveza"/>
                  <w:rFonts w:asciiTheme="majorHAnsi" w:hAnsiTheme="majorHAnsi" w:cstheme="majorHAnsi"/>
                </w:rPr>
                <w:t>https://mvinfo.hr/knjiga/13002/usamljenost-neprepoznata-bolest</w:t>
              </w:r>
            </w:hyperlink>
            <w:r w:rsidRPr="00483225">
              <w:t>)</w:t>
            </w:r>
          </w:p>
        </w:tc>
      </w:tr>
    </w:tbl>
    <w:p w14:paraId="3B96F4D1" w14:textId="77777777" w:rsidR="00483225" w:rsidRDefault="00483225" w:rsidP="00483225">
      <w:pPr>
        <w:spacing w:after="60" w:line="40" w:lineRule="exact"/>
      </w:pPr>
    </w:p>
    <w:p w14:paraId="5B8E387A" w14:textId="77777777" w:rsidR="00483225" w:rsidRPr="00483225" w:rsidRDefault="00483225" w:rsidP="00483225">
      <w:pPr>
        <w:spacing w:after="0"/>
        <w:jc w:val="both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6596D2F3" w14:textId="3728AD14" w:rsidR="00483225" w:rsidRPr="00483225" w:rsidRDefault="00483225" w:rsidP="00483225">
      <w:pPr>
        <w:rPr>
          <w:lang w:eastAsia="hr-HR"/>
        </w:rPr>
      </w:pPr>
      <w:r>
        <w:rPr>
          <w:lang w:eastAsia="hr-HR"/>
        </w:rPr>
        <w:t>Razgovor:</w:t>
      </w:r>
    </w:p>
    <w:p w14:paraId="6627A09F" w14:textId="33A79D22" w:rsidR="00483225" w:rsidRPr="00483225" w:rsidRDefault="00483225" w:rsidP="00A0432C">
      <w:pPr>
        <w:pStyle w:val="Odlomakpopisa"/>
        <w:numPr>
          <w:ilvl w:val="0"/>
          <w:numId w:val="14"/>
        </w:numPr>
        <w:spacing w:after="0"/>
        <w:jc w:val="both"/>
        <w:rPr>
          <w:rFonts w:asciiTheme="majorHAnsi" w:eastAsia="Times New Roman" w:hAnsiTheme="majorHAnsi" w:cstheme="majorHAnsi"/>
          <w:lang w:eastAsia="hr-HR"/>
        </w:rPr>
      </w:pPr>
      <w:r w:rsidRPr="00483225">
        <w:rPr>
          <w:rFonts w:asciiTheme="majorHAnsi" w:eastAsia="Times New Roman" w:hAnsiTheme="majorHAnsi" w:cstheme="majorHAnsi"/>
          <w:lang w:eastAsia="hr-HR"/>
        </w:rPr>
        <w:t>Kako se boriti protiv usamljenosti? Navedi</w:t>
      </w:r>
      <w:r>
        <w:rPr>
          <w:rFonts w:asciiTheme="majorHAnsi" w:eastAsia="Times New Roman" w:hAnsiTheme="majorHAnsi" w:cstheme="majorHAnsi"/>
          <w:lang w:eastAsia="hr-HR"/>
        </w:rPr>
        <w:t>te</w:t>
      </w:r>
      <w:r w:rsidRPr="00483225">
        <w:rPr>
          <w:rFonts w:asciiTheme="majorHAnsi" w:eastAsia="Times New Roman" w:hAnsiTheme="majorHAnsi" w:cstheme="majorHAnsi"/>
          <w:lang w:eastAsia="hr-HR"/>
        </w:rPr>
        <w:t xml:space="preserve"> moguća rješenja! Što bi </w:t>
      </w:r>
      <w:r>
        <w:rPr>
          <w:rFonts w:asciiTheme="majorHAnsi" w:eastAsia="Times New Roman" w:hAnsiTheme="majorHAnsi" w:cstheme="majorHAnsi"/>
          <w:lang w:eastAsia="hr-HR"/>
        </w:rPr>
        <w:t xml:space="preserve">vi </w:t>
      </w:r>
      <w:r w:rsidRPr="00483225">
        <w:rPr>
          <w:rFonts w:asciiTheme="majorHAnsi" w:eastAsia="Times New Roman" w:hAnsiTheme="majorHAnsi" w:cstheme="majorHAnsi"/>
          <w:lang w:eastAsia="hr-HR"/>
        </w:rPr>
        <w:t>učini</w:t>
      </w:r>
      <w:r>
        <w:rPr>
          <w:rFonts w:asciiTheme="majorHAnsi" w:eastAsia="Times New Roman" w:hAnsiTheme="majorHAnsi" w:cstheme="majorHAnsi"/>
          <w:lang w:eastAsia="hr-HR"/>
        </w:rPr>
        <w:t>li</w:t>
      </w:r>
      <w:r w:rsidRPr="00483225">
        <w:rPr>
          <w:rFonts w:asciiTheme="majorHAnsi" w:eastAsia="Times New Roman" w:hAnsiTheme="majorHAnsi" w:cstheme="majorHAnsi"/>
          <w:lang w:eastAsia="hr-HR"/>
        </w:rPr>
        <w:t xml:space="preserve"> da ima</w:t>
      </w:r>
      <w:r>
        <w:rPr>
          <w:rFonts w:asciiTheme="majorHAnsi" w:eastAsia="Times New Roman" w:hAnsiTheme="majorHAnsi" w:cstheme="majorHAnsi"/>
          <w:lang w:eastAsia="hr-HR"/>
        </w:rPr>
        <w:t>te</w:t>
      </w:r>
      <w:r w:rsidRPr="00483225">
        <w:rPr>
          <w:rFonts w:asciiTheme="majorHAnsi" w:eastAsia="Times New Roman" w:hAnsiTheme="majorHAnsi" w:cstheme="majorHAnsi"/>
          <w:lang w:eastAsia="hr-HR"/>
        </w:rPr>
        <w:t xml:space="preserve"> taj problem?</w:t>
      </w:r>
    </w:p>
    <w:p w14:paraId="1949E6A1" w14:textId="28431CBC" w:rsidR="00483225" w:rsidRPr="00483225" w:rsidRDefault="00483225" w:rsidP="00A0432C">
      <w:pPr>
        <w:pStyle w:val="Odlomakpopisa"/>
        <w:numPr>
          <w:ilvl w:val="0"/>
          <w:numId w:val="14"/>
        </w:numPr>
        <w:spacing w:after="0"/>
        <w:rPr>
          <w:rFonts w:asciiTheme="majorHAnsi" w:eastAsia="Times New Roman" w:hAnsiTheme="majorHAnsi" w:cstheme="majorHAnsi"/>
          <w:lang w:eastAsia="hr-HR"/>
        </w:rPr>
      </w:pPr>
      <w:r w:rsidRPr="00483225">
        <w:rPr>
          <w:rFonts w:asciiTheme="majorHAnsi" w:eastAsia="Times New Roman" w:hAnsiTheme="majorHAnsi" w:cstheme="majorHAnsi"/>
          <w:lang w:eastAsia="hr-HR"/>
        </w:rPr>
        <w:t>Kakvi sve problemi nastaju kod čovjeka koji je usamljen?</w:t>
      </w:r>
    </w:p>
    <w:p w14:paraId="385F8F87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Sinteza:</w:t>
      </w:r>
    </w:p>
    <w:p w14:paraId="4511FE84" w14:textId="77777777" w:rsidR="00F82265" w:rsidRDefault="00B53944">
      <w:pPr>
        <w:jc w:val="both"/>
      </w:pPr>
      <w:r>
        <w:rPr>
          <w:color w:val="000000"/>
        </w:rPr>
        <w:t>Učenici će se vratiti početnoj rečenici „Trebati druge znači…“ i dopuniti je jednom novom spoznajom iz biblijskoga ili glavnog teksta.</w:t>
      </w:r>
    </w:p>
    <w:p w14:paraId="5E5DEAF0" w14:textId="77777777" w:rsidR="00F82265" w:rsidRDefault="00B53944" w:rsidP="00133E85">
      <w:pPr>
        <w:jc w:val="both"/>
        <w:rPr>
          <w:i/>
          <w:color w:val="6B6B6B"/>
          <w:sz w:val="20"/>
          <w:szCs w:val="20"/>
        </w:rPr>
      </w:pPr>
      <w:r w:rsidRPr="00133E85">
        <w:rPr>
          <w:i/>
          <w:color w:val="6B6B6B"/>
          <w:sz w:val="20"/>
          <w:szCs w:val="20"/>
        </w:rPr>
        <w:t>Moguće rješenje: Trebati druge znači biti osoba koja može ljubiti, učiti, primati i darivati; to nije odricanje od vlastite posebnosti.</w:t>
      </w:r>
    </w:p>
    <w:p w14:paraId="113D22F5" w14:textId="77777777" w:rsidR="00133E85" w:rsidRDefault="00133E85" w:rsidP="00133E85">
      <w:pPr>
        <w:jc w:val="both"/>
        <w:rPr>
          <w:i/>
          <w:color w:val="6B6B6B"/>
          <w:sz w:val="20"/>
          <w:szCs w:val="20"/>
        </w:rPr>
      </w:pPr>
    </w:p>
    <w:p w14:paraId="07704AC4" w14:textId="4641D371" w:rsidR="00133E85" w:rsidRPr="00133E85" w:rsidRDefault="00133E85" w:rsidP="00133E85">
      <w:pPr>
        <w:rPr>
          <w:color w:val="002060"/>
          <w:sz w:val="40"/>
          <w:szCs w:val="40"/>
        </w:rPr>
      </w:pPr>
      <w:r w:rsidRPr="00133E85">
        <w:rPr>
          <w:color w:val="002060"/>
          <w:sz w:val="40"/>
          <w:szCs w:val="40"/>
        </w:rPr>
        <w:t>Trebati druge znači…</w:t>
      </w:r>
    </w:p>
    <w:p w14:paraId="086FCF38" w14:textId="77777777" w:rsidR="00133E85" w:rsidRPr="00133E85" w:rsidRDefault="00133E85" w:rsidP="00133E8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40B2C9AB" w14:textId="77777777">
        <w:trPr>
          <w:cantSplit/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540AE2FC" w14:textId="77777777" w:rsidR="00F82265" w:rsidRDefault="00B53944" w:rsidP="00133E85">
            <w:pPr>
              <w:spacing w:before="45" w:after="105"/>
              <w:ind w:left="85" w:right="85"/>
              <w:jc w:val="both"/>
            </w:pPr>
            <w:r>
              <w:rPr>
                <w:b/>
                <w:color w:val="166534"/>
              </w:rPr>
              <w:t xml:space="preserve">Zaključak vjeroučitelja: </w:t>
            </w:r>
            <w:r>
              <w:rPr>
                <w:color w:val="000000"/>
              </w:rPr>
              <w:t>Svoju jedinstvenost razvijamo u odnosima koji poštuju naše i tuđe dostojanstvo. Bog nas poziva na zajedništvo sa sobom i s ljudima. Muškarac i žena jednako su vrijedne osobe. Primanjem i pružanjem pomoći rastemo zajedno, bez potrebe da postanemo nečija kopija.</w:t>
            </w:r>
          </w:p>
        </w:tc>
      </w:tr>
    </w:tbl>
    <w:p w14:paraId="25EF8315" w14:textId="77777777" w:rsidR="00F82265" w:rsidRDefault="00F82265">
      <w:pPr>
        <w:spacing w:after="60" w:line="40" w:lineRule="exact"/>
      </w:pPr>
    </w:p>
    <w:p w14:paraId="70848DEC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Formativna provjera:</w:t>
      </w:r>
    </w:p>
    <w:p w14:paraId="28459A03" w14:textId="77777777" w:rsidR="00F82265" w:rsidRDefault="00B53944">
      <w:pPr>
        <w:jc w:val="both"/>
      </w:pPr>
      <w:r>
        <w:rPr>
          <w:color w:val="000000"/>
        </w:rPr>
        <w:t>Učenici će u bilježnici povezati brojeve s odgovarajućim slovima i jedan par obrazložiti.</w:t>
      </w:r>
    </w:p>
    <w:p w14:paraId="1132218F" w14:textId="77777777" w:rsidR="00F82265" w:rsidRDefault="00B53944" w:rsidP="00133E85">
      <w:pPr>
        <w:jc w:val="both"/>
        <w:rPr>
          <w:i/>
          <w:color w:val="6B6B6B"/>
          <w:sz w:val="20"/>
          <w:szCs w:val="20"/>
        </w:rPr>
      </w:pPr>
      <w:r w:rsidRPr="00133E85">
        <w:rPr>
          <w:i/>
          <w:color w:val="6B6B6B"/>
          <w:sz w:val="20"/>
          <w:szCs w:val="20"/>
        </w:rPr>
        <w:t>Rješenje: 1–C, 2–A, 3–B. Primjer: uzajamnost znači da i primamo i dajemo pomoć.</w:t>
      </w:r>
    </w:p>
    <w:p w14:paraId="32D3F987" w14:textId="77777777" w:rsidR="00133E85" w:rsidRPr="00133E85" w:rsidRDefault="00133E85" w:rsidP="00133E85"/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3"/>
        <w:gridCol w:w="6384"/>
      </w:tblGrid>
      <w:tr w:rsidR="00F82265" w14:paraId="66A196C3" w14:textId="77777777" w:rsidTr="0048417A">
        <w:trPr>
          <w:cantSplit/>
          <w:jc w:val="center"/>
        </w:trPr>
        <w:tc>
          <w:tcPr>
            <w:tcW w:w="3969" w:type="dxa"/>
            <w:shd w:val="clear" w:color="auto" w:fill="0070C0"/>
            <w:vAlign w:val="center"/>
          </w:tcPr>
          <w:p w14:paraId="4B3E34D4" w14:textId="77777777" w:rsidR="00F82265" w:rsidRDefault="00B53944" w:rsidP="00133E85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POJAM</w:t>
            </w:r>
          </w:p>
        </w:tc>
        <w:tc>
          <w:tcPr>
            <w:tcW w:w="6378" w:type="dxa"/>
            <w:shd w:val="clear" w:color="auto" w:fill="00B050"/>
            <w:vAlign w:val="center"/>
          </w:tcPr>
          <w:p w14:paraId="2C7D869A" w14:textId="77777777" w:rsidR="00F82265" w:rsidRDefault="00B53944" w:rsidP="00133E85">
            <w:pPr>
              <w:keepNext/>
              <w:spacing w:before="45" w:after="10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ZNAČENJE</w:t>
            </w:r>
          </w:p>
        </w:tc>
      </w:tr>
      <w:tr w:rsidR="00F82265" w14:paraId="0EBC50F2" w14:textId="77777777" w:rsidTr="0048417A">
        <w:trPr>
          <w:cantSplit/>
          <w:jc w:val="center"/>
        </w:trPr>
        <w:tc>
          <w:tcPr>
            <w:tcW w:w="3969" w:type="dxa"/>
            <w:vAlign w:val="center"/>
          </w:tcPr>
          <w:p w14:paraId="6021A85B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1. Uzajamnost</w:t>
            </w:r>
          </w:p>
        </w:tc>
        <w:tc>
          <w:tcPr>
            <w:tcW w:w="6378" w:type="dxa"/>
            <w:vAlign w:val="center"/>
          </w:tcPr>
          <w:p w14:paraId="06448C05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A. Jednaka vrijednost osoba</w:t>
            </w:r>
          </w:p>
        </w:tc>
      </w:tr>
      <w:tr w:rsidR="00F82265" w14:paraId="652D4486" w14:textId="77777777" w:rsidTr="0048417A">
        <w:trPr>
          <w:cantSplit/>
          <w:jc w:val="center"/>
        </w:trPr>
        <w:tc>
          <w:tcPr>
            <w:tcW w:w="3969" w:type="dxa"/>
            <w:shd w:val="clear" w:color="auto" w:fill="F7FBF7"/>
            <w:vAlign w:val="center"/>
          </w:tcPr>
          <w:p w14:paraId="6979FF12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2. Jednakovrijednost</w:t>
            </w:r>
          </w:p>
        </w:tc>
        <w:tc>
          <w:tcPr>
            <w:tcW w:w="6378" w:type="dxa"/>
            <w:shd w:val="clear" w:color="auto" w:fill="F7FBF7"/>
            <w:vAlign w:val="center"/>
          </w:tcPr>
          <w:p w14:paraId="083B475C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B. Odnos koji povezuje osobe</w:t>
            </w:r>
          </w:p>
        </w:tc>
      </w:tr>
      <w:tr w:rsidR="00F82265" w14:paraId="266339F8" w14:textId="77777777" w:rsidTr="0048417A">
        <w:trPr>
          <w:cantSplit/>
          <w:jc w:val="center"/>
        </w:trPr>
        <w:tc>
          <w:tcPr>
            <w:tcW w:w="3969" w:type="dxa"/>
            <w:vAlign w:val="center"/>
          </w:tcPr>
          <w:p w14:paraId="14AABA0D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3. Zajedništvo</w:t>
            </w:r>
          </w:p>
        </w:tc>
        <w:tc>
          <w:tcPr>
            <w:tcW w:w="6378" w:type="dxa"/>
            <w:vAlign w:val="center"/>
          </w:tcPr>
          <w:p w14:paraId="74B03161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C. Primanje i pružanje pomoći</w:t>
            </w:r>
          </w:p>
        </w:tc>
      </w:tr>
    </w:tbl>
    <w:p w14:paraId="47B3AFF1" w14:textId="77777777" w:rsidR="00F82265" w:rsidRDefault="00F82265">
      <w:pPr>
        <w:spacing w:after="60" w:line="40" w:lineRule="exact"/>
      </w:pPr>
    </w:p>
    <w:p w14:paraId="53718A04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Samovrednovanje:</w:t>
      </w:r>
    </w:p>
    <w:p w14:paraId="45C890A6" w14:textId="77777777" w:rsidR="00F82265" w:rsidRDefault="00B53944">
      <w:pPr>
        <w:jc w:val="both"/>
        <w:rPr>
          <w:color w:val="000000"/>
        </w:rPr>
      </w:pPr>
      <w:r>
        <w:rPr>
          <w:color w:val="000000"/>
        </w:rPr>
        <w:t>Učenici će uz svaku tvrdnju u bilježnici zapisati „mogu samostalno“, „mogu uz pomoć“ ili „trebam pojašnjenje“: mogu povezati jedinstvenost i zajedništvo; mogu protumačiti biblijsku poruku o muškarcu i ženi; mogu predložiti pozitivan vršnjački utjecaj.</w:t>
      </w:r>
    </w:p>
    <w:p w14:paraId="1B633BD8" w14:textId="77777777" w:rsidR="00133E85" w:rsidRDefault="00133E85">
      <w:pPr>
        <w:jc w:val="both"/>
      </w:pPr>
    </w:p>
    <w:p w14:paraId="3A61F7F0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lastRenderedPageBreak/>
        <w:t>Domaća zadaća:</w:t>
      </w:r>
    </w:p>
    <w:p w14:paraId="5B717E8A" w14:textId="45BDD05F" w:rsidR="00F82265" w:rsidRDefault="00812F44">
      <w:pPr>
        <w:jc w:val="both"/>
      </w:pPr>
      <w:r w:rsidRPr="00812F44">
        <w:rPr>
          <w:color w:val="000000"/>
        </w:rPr>
        <w:t>Učenici će riješiti, ili dovršiti rješavanje RB</w:t>
      </w:r>
      <w:r w:rsidR="00B53944">
        <w:rPr>
          <w:color w:val="000000"/>
        </w:rPr>
        <w:t>, str. 11.</w:t>
      </w:r>
    </w:p>
    <w:p w14:paraId="2C10517F" w14:textId="77777777" w:rsidR="00F82265" w:rsidRDefault="00B53944">
      <w:r>
        <w:rPr>
          <w:color w:val="000000"/>
        </w:rPr>
        <w:t>Ili:</w:t>
      </w:r>
    </w:p>
    <w:p w14:paraId="0913350E" w14:textId="77777777" w:rsidR="00F82265" w:rsidRDefault="00B53944">
      <w:pPr>
        <w:jc w:val="both"/>
      </w:pPr>
      <w:r>
        <w:rPr>
          <w:color w:val="000000"/>
        </w:rPr>
        <w:t>Učenici će u bilježnicu napisati jedan zamišljeni primjer u kojemu vršnjak treba podršku i dvije rečenice kojima će mu ponuditi pomoć bez uspoređivanja ili omalovažavanja.</w:t>
      </w:r>
    </w:p>
    <w:p w14:paraId="40E70B3D" w14:textId="77777777" w:rsidR="00F82265" w:rsidRDefault="00B53944">
      <w:pPr>
        <w:keepNext/>
        <w:spacing w:before="160"/>
      </w:pPr>
      <w:r>
        <w:rPr>
          <w:b/>
          <w:color w:val="C96A00"/>
          <w:sz w:val="26"/>
        </w:rPr>
        <w:t>Završna molitva: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742AB053" w14:textId="77777777">
        <w:trPr>
          <w:cantSplit/>
          <w:jc w:val="center"/>
        </w:trPr>
        <w:tc>
          <w:tcPr>
            <w:tcW w:w="10347" w:type="dxa"/>
            <w:shd w:val="clear" w:color="auto" w:fill="F7FBF7"/>
            <w:vAlign w:val="center"/>
          </w:tcPr>
          <w:p w14:paraId="7AA702FD" w14:textId="77777777" w:rsidR="00F82265" w:rsidRDefault="00B53944">
            <w:pPr>
              <w:spacing w:before="45" w:after="105"/>
              <w:ind w:left="85" w:right="85"/>
            </w:pPr>
            <w:r>
              <w:rPr>
                <w:color w:val="000000"/>
                <w:sz w:val="40"/>
              </w:rPr>
              <w:t>Bože, hvala Ti za ljude koji nas podupiru. Pomozi nam primijetiti onoga tko ostaje sam i učiniti prvi korak prema njemu. Amen.</w:t>
            </w:r>
          </w:p>
        </w:tc>
      </w:tr>
    </w:tbl>
    <w:p w14:paraId="24BB4947" w14:textId="77777777" w:rsidR="00F82265" w:rsidRDefault="00F82265">
      <w:pPr>
        <w:spacing w:after="60" w:line="40" w:lineRule="exact"/>
      </w:pPr>
    </w:p>
    <w:p w14:paraId="6B40E369" w14:textId="77777777" w:rsidR="00483225" w:rsidRDefault="00483225">
      <w:pPr>
        <w:rPr>
          <w:color w:val="000000"/>
        </w:rPr>
      </w:pPr>
    </w:p>
    <w:p w14:paraId="3FF6FCA3" w14:textId="4839C4D4" w:rsidR="00F82265" w:rsidRDefault="00B53944">
      <w:pPr>
        <w:rPr>
          <w:color w:val="000000"/>
        </w:rPr>
      </w:pPr>
      <w:r>
        <w:rPr>
          <w:color w:val="000000"/>
        </w:rPr>
        <w:t>ili: Anđele, čuvaru mili…</w:t>
      </w:r>
    </w:p>
    <w:p w14:paraId="329433BC" w14:textId="77777777" w:rsidR="00483225" w:rsidRDefault="0048322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169420D2" w14:textId="77777777">
        <w:trPr>
          <w:cantSplit/>
          <w:tblHeader/>
          <w:jc w:val="center"/>
        </w:trPr>
        <w:tc>
          <w:tcPr>
            <w:tcW w:w="10347" w:type="dxa"/>
            <w:shd w:val="clear" w:color="auto" w:fill="C96A00"/>
            <w:vAlign w:val="center"/>
          </w:tcPr>
          <w:p w14:paraId="0146DCE0" w14:textId="77777777" w:rsidR="00F82265" w:rsidRDefault="00B53944" w:rsidP="00AD5B13">
            <w:pPr>
              <w:keepNext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4BBBC88B" w14:textId="77777777" w:rsidR="00F82265" w:rsidRDefault="00F82265" w:rsidP="00483225"/>
    <w:tbl>
      <w:tblPr>
        <w:tblStyle w:val="Reetkatablice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6"/>
        <w:gridCol w:w="2071"/>
      </w:tblGrid>
      <w:tr w:rsidR="00F82265" w:rsidRPr="00D129DC" w14:paraId="3BFDCC03" w14:textId="77777777">
        <w:trPr>
          <w:cantSplit/>
          <w:tblHeader/>
          <w:jc w:val="center"/>
        </w:trPr>
        <w:tc>
          <w:tcPr>
            <w:tcW w:w="8278" w:type="dxa"/>
            <w:shd w:val="clear" w:color="auto" w:fill="595959"/>
            <w:vAlign w:val="center"/>
          </w:tcPr>
          <w:p w14:paraId="7E0960EF" w14:textId="77777777" w:rsidR="00F82265" w:rsidRPr="00D129DC" w:rsidRDefault="00B53944" w:rsidP="00AD5B13">
            <w:pPr>
              <w:keepNext/>
              <w:spacing w:before="60" w:after="60"/>
              <w:ind w:left="85" w:right="85"/>
            </w:pPr>
            <w:r w:rsidRPr="00D129DC"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  <w:vAlign w:val="center"/>
          </w:tcPr>
          <w:p w14:paraId="48D8B0A7" w14:textId="77777777" w:rsidR="00F82265" w:rsidRPr="00D129DC" w:rsidRDefault="00B53944" w:rsidP="00AD5B13">
            <w:pPr>
              <w:keepNext/>
              <w:spacing w:before="60" w:after="60"/>
              <w:ind w:left="85" w:right="85"/>
              <w:jc w:val="center"/>
            </w:pPr>
            <w:r w:rsidRPr="00D129DC">
              <w:rPr>
                <w:b/>
                <w:color w:val="FFFFFF"/>
              </w:rPr>
              <w:t>Vrijeme</w:t>
            </w:r>
          </w:p>
        </w:tc>
      </w:tr>
      <w:tr w:rsidR="00F82265" w:rsidRPr="00D129DC" w14:paraId="7A4B11F8" w14:textId="77777777">
        <w:trPr>
          <w:cantSplit/>
          <w:jc w:val="center"/>
        </w:trPr>
        <w:tc>
          <w:tcPr>
            <w:tcW w:w="8278" w:type="dxa"/>
            <w:vAlign w:val="center"/>
          </w:tcPr>
          <w:p w14:paraId="128864A9" w14:textId="77777777" w:rsidR="00F82265" w:rsidRPr="00D129DC" w:rsidRDefault="00B53944" w:rsidP="00AD5B13">
            <w:pPr>
              <w:spacing w:before="60" w:after="60"/>
              <w:ind w:left="85" w:right="85"/>
            </w:pPr>
            <w:r w:rsidRPr="00D129DC">
              <w:rPr>
                <w:color w:val="000000"/>
              </w:rPr>
              <w:t>Uvodna molitva, povezivanje, motivacija, početni stav i najava</w:t>
            </w:r>
          </w:p>
        </w:tc>
        <w:tc>
          <w:tcPr>
            <w:tcW w:w="2069" w:type="dxa"/>
            <w:vAlign w:val="center"/>
          </w:tcPr>
          <w:p w14:paraId="158A6B82" w14:textId="77777777" w:rsidR="00F82265" w:rsidRPr="00D129DC" w:rsidRDefault="00B53944" w:rsidP="00AD5B13">
            <w:pPr>
              <w:spacing w:before="60" w:after="60"/>
              <w:ind w:left="85" w:right="85"/>
              <w:jc w:val="center"/>
            </w:pPr>
            <w:r w:rsidRPr="00D129DC">
              <w:rPr>
                <w:color w:val="000000"/>
              </w:rPr>
              <w:t>9 minuta</w:t>
            </w:r>
          </w:p>
        </w:tc>
      </w:tr>
      <w:tr w:rsidR="00F82265" w:rsidRPr="00D129DC" w14:paraId="53B5DB8B" w14:textId="77777777">
        <w:trPr>
          <w:cantSplit/>
          <w:jc w:val="center"/>
        </w:trPr>
        <w:tc>
          <w:tcPr>
            <w:tcW w:w="8278" w:type="dxa"/>
            <w:shd w:val="clear" w:color="auto" w:fill="F2F2F2"/>
            <w:vAlign w:val="center"/>
          </w:tcPr>
          <w:p w14:paraId="2CFD5CB1" w14:textId="77777777" w:rsidR="00F82265" w:rsidRPr="00D129DC" w:rsidRDefault="00B53944" w:rsidP="00AD5B13">
            <w:pPr>
              <w:spacing w:before="60" w:after="60"/>
              <w:ind w:left="85" w:right="85"/>
            </w:pPr>
            <w:r w:rsidRPr="00D129DC">
              <w:rPr>
                <w:color w:val="000000"/>
              </w:rPr>
              <w:t>Aktivnost 1: Obrada glavnog teksta – jedan način, shema i teološko sidro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0ED9C70C" w14:textId="77777777" w:rsidR="00F82265" w:rsidRPr="00D129DC" w:rsidRDefault="00B53944" w:rsidP="00AD5B13">
            <w:pPr>
              <w:spacing w:before="60" w:after="60"/>
              <w:ind w:left="85" w:right="85"/>
              <w:jc w:val="center"/>
            </w:pPr>
            <w:r w:rsidRPr="00D129DC">
              <w:rPr>
                <w:color w:val="000000"/>
              </w:rPr>
              <w:t>10 minuta</w:t>
            </w:r>
          </w:p>
        </w:tc>
      </w:tr>
      <w:tr w:rsidR="00F82265" w:rsidRPr="00D129DC" w14:paraId="150D3F01" w14:textId="77777777">
        <w:trPr>
          <w:cantSplit/>
          <w:jc w:val="center"/>
        </w:trPr>
        <w:tc>
          <w:tcPr>
            <w:tcW w:w="8278" w:type="dxa"/>
            <w:vAlign w:val="center"/>
          </w:tcPr>
          <w:p w14:paraId="02B44894" w14:textId="77777777" w:rsidR="00F82265" w:rsidRPr="00D129DC" w:rsidRDefault="00B53944" w:rsidP="00AD5B13">
            <w:pPr>
              <w:spacing w:before="60" w:after="60"/>
              <w:ind w:left="85" w:right="85"/>
            </w:pPr>
            <w:r w:rsidRPr="00D129DC">
              <w:rPr>
                <w:color w:val="000000"/>
              </w:rPr>
              <w:t>Aktivnost 2: Biblijski tekst – pomoć kao što je on</w:t>
            </w:r>
          </w:p>
        </w:tc>
        <w:tc>
          <w:tcPr>
            <w:tcW w:w="2069" w:type="dxa"/>
            <w:vAlign w:val="center"/>
          </w:tcPr>
          <w:p w14:paraId="59510A84" w14:textId="77777777" w:rsidR="00F82265" w:rsidRPr="00D129DC" w:rsidRDefault="00B53944" w:rsidP="00AD5B13">
            <w:pPr>
              <w:spacing w:before="60" w:after="60"/>
              <w:ind w:left="85" w:right="85"/>
              <w:jc w:val="center"/>
            </w:pPr>
            <w:r w:rsidRPr="00D129DC">
              <w:rPr>
                <w:color w:val="000000"/>
              </w:rPr>
              <w:t>8 minuta</w:t>
            </w:r>
          </w:p>
        </w:tc>
      </w:tr>
      <w:tr w:rsidR="00F82265" w:rsidRPr="00D129DC" w14:paraId="6C141605" w14:textId="77777777">
        <w:trPr>
          <w:cantSplit/>
          <w:jc w:val="center"/>
        </w:trPr>
        <w:tc>
          <w:tcPr>
            <w:tcW w:w="8278" w:type="dxa"/>
            <w:shd w:val="clear" w:color="auto" w:fill="F2F2F2"/>
            <w:vAlign w:val="center"/>
          </w:tcPr>
          <w:p w14:paraId="3836B3B3" w14:textId="77777777" w:rsidR="00F82265" w:rsidRPr="00D129DC" w:rsidRDefault="00B53944" w:rsidP="00AD5B13">
            <w:pPr>
              <w:spacing w:before="60" w:after="60"/>
              <w:ind w:left="85" w:right="85"/>
            </w:pPr>
            <w:r w:rsidRPr="00D129DC">
              <w:rPr>
                <w:color w:val="000000"/>
              </w:rPr>
              <w:t>Aktivnost 4: Pomoć ili pritisak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2598A58F" w14:textId="77777777" w:rsidR="00F82265" w:rsidRPr="00D129DC" w:rsidRDefault="00B53944" w:rsidP="00AD5B13">
            <w:pPr>
              <w:spacing w:before="60" w:after="60"/>
              <w:ind w:left="85" w:right="85"/>
              <w:jc w:val="center"/>
            </w:pPr>
            <w:r w:rsidRPr="00D129DC">
              <w:rPr>
                <w:color w:val="000000"/>
              </w:rPr>
              <w:t>6 minuta</w:t>
            </w:r>
          </w:p>
        </w:tc>
      </w:tr>
      <w:tr w:rsidR="00F82265" w:rsidRPr="00D129DC" w14:paraId="0B228935" w14:textId="77777777">
        <w:trPr>
          <w:cantSplit/>
          <w:jc w:val="center"/>
        </w:trPr>
        <w:tc>
          <w:tcPr>
            <w:tcW w:w="8278" w:type="dxa"/>
            <w:vAlign w:val="center"/>
          </w:tcPr>
          <w:p w14:paraId="599DAB10" w14:textId="77777777" w:rsidR="00F82265" w:rsidRPr="00D129DC" w:rsidRDefault="00B53944" w:rsidP="00AD5B13">
            <w:pPr>
              <w:spacing w:before="60" w:after="60"/>
              <w:ind w:left="85" w:right="85"/>
            </w:pPr>
            <w:r w:rsidRPr="00D129DC">
              <w:rPr>
                <w:color w:val="000000"/>
              </w:rPr>
              <w:t>Aktivnost 10: Zapišimo!</w:t>
            </w:r>
          </w:p>
        </w:tc>
        <w:tc>
          <w:tcPr>
            <w:tcW w:w="2069" w:type="dxa"/>
            <w:vAlign w:val="center"/>
          </w:tcPr>
          <w:p w14:paraId="10B8585C" w14:textId="77777777" w:rsidR="00F82265" w:rsidRPr="00D129DC" w:rsidRDefault="00B53944" w:rsidP="00AD5B13">
            <w:pPr>
              <w:spacing w:before="60" w:after="60"/>
              <w:ind w:left="85" w:right="85"/>
              <w:jc w:val="center"/>
            </w:pPr>
            <w:r w:rsidRPr="00D129DC">
              <w:rPr>
                <w:color w:val="000000"/>
              </w:rPr>
              <w:t>3 minute</w:t>
            </w:r>
          </w:p>
        </w:tc>
      </w:tr>
      <w:tr w:rsidR="00F82265" w:rsidRPr="00D129DC" w14:paraId="18881B0B" w14:textId="77777777">
        <w:trPr>
          <w:cantSplit/>
          <w:jc w:val="center"/>
        </w:trPr>
        <w:tc>
          <w:tcPr>
            <w:tcW w:w="8278" w:type="dxa"/>
            <w:shd w:val="clear" w:color="auto" w:fill="F2F2F2"/>
            <w:vAlign w:val="center"/>
          </w:tcPr>
          <w:p w14:paraId="46F66A2E" w14:textId="77777777" w:rsidR="00F82265" w:rsidRPr="00D129DC" w:rsidRDefault="00B53944" w:rsidP="00AD5B13">
            <w:pPr>
              <w:spacing w:before="60" w:after="60"/>
              <w:ind w:left="85" w:right="85"/>
            </w:pPr>
            <w:r w:rsidRPr="00D129DC">
              <w:rPr>
                <w:color w:val="000000"/>
              </w:rPr>
              <w:t>Aktualizacija i sinteza sa zaključkom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76543BD4" w14:textId="77777777" w:rsidR="00F82265" w:rsidRPr="00D129DC" w:rsidRDefault="00B53944" w:rsidP="00AD5B13">
            <w:pPr>
              <w:spacing w:before="60" w:after="60"/>
              <w:ind w:left="85" w:right="85"/>
              <w:jc w:val="center"/>
            </w:pPr>
            <w:r w:rsidRPr="00D129DC">
              <w:rPr>
                <w:color w:val="000000"/>
              </w:rPr>
              <w:t>3 minute</w:t>
            </w:r>
          </w:p>
        </w:tc>
      </w:tr>
      <w:tr w:rsidR="00F82265" w:rsidRPr="00D129DC" w14:paraId="7DE72674" w14:textId="77777777">
        <w:trPr>
          <w:cantSplit/>
          <w:jc w:val="center"/>
        </w:trPr>
        <w:tc>
          <w:tcPr>
            <w:tcW w:w="8278" w:type="dxa"/>
            <w:vAlign w:val="center"/>
          </w:tcPr>
          <w:p w14:paraId="3882458B" w14:textId="77777777" w:rsidR="00F82265" w:rsidRPr="00D129DC" w:rsidRDefault="00B53944" w:rsidP="00AD5B13">
            <w:pPr>
              <w:spacing w:before="60" w:after="60"/>
              <w:ind w:left="85" w:right="85"/>
            </w:pPr>
            <w:r w:rsidRPr="00D129DC">
              <w:rPr>
                <w:color w:val="000000"/>
              </w:rPr>
              <w:t>Formativna provjera</w:t>
            </w:r>
          </w:p>
        </w:tc>
        <w:tc>
          <w:tcPr>
            <w:tcW w:w="2069" w:type="dxa"/>
            <w:vAlign w:val="center"/>
          </w:tcPr>
          <w:p w14:paraId="78B2C973" w14:textId="77777777" w:rsidR="00F82265" w:rsidRPr="00D129DC" w:rsidRDefault="00B53944" w:rsidP="00AD5B13">
            <w:pPr>
              <w:spacing w:before="60" w:after="60"/>
              <w:ind w:left="85" w:right="85"/>
              <w:jc w:val="center"/>
            </w:pPr>
            <w:r w:rsidRPr="00D129DC">
              <w:rPr>
                <w:color w:val="000000"/>
              </w:rPr>
              <w:t>3 minute</w:t>
            </w:r>
          </w:p>
        </w:tc>
      </w:tr>
      <w:tr w:rsidR="00F82265" w:rsidRPr="00D129DC" w14:paraId="2818FA7C" w14:textId="77777777">
        <w:trPr>
          <w:cantSplit/>
          <w:jc w:val="center"/>
        </w:trPr>
        <w:tc>
          <w:tcPr>
            <w:tcW w:w="8278" w:type="dxa"/>
            <w:shd w:val="clear" w:color="auto" w:fill="F2F2F2"/>
            <w:vAlign w:val="center"/>
          </w:tcPr>
          <w:p w14:paraId="27BB1CB7" w14:textId="77777777" w:rsidR="00F82265" w:rsidRPr="00D129DC" w:rsidRDefault="00B53944" w:rsidP="00AD5B13">
            <w:pPr>
              <w:spacing w:before="60" w:after="60"/>
              <w:ind w:left="85" w:right="85"/>
            </w:pPr>
            <w:r w:rsidRPr="00D129DC">
              <w:rPr>
                <w:color w:val="000000"/>
              </w:rPr>
              <w:t>Samovrednovanje, domaća zadaća i završna molitva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50495399" w14:textId="77777777" w:rsidR="00F82265" w:rsidRPr="00D129DC" w:rsidRDefault="00B53944" w:rsidP="00AD5B13">
            <w:pPr>
              <w:spacing w:before="60" w:after="60"/>
              <w:ind w:left="85" w:right="85"/>
              <w:jc w:val="center"/>
            </w:pPr>
            <w:r w:rsidRPr="00D129DC">
              <w:rPr>
                <w:color w:val="000000"/>
              </w:rPr>
              <w:t>3 minute</w:t>
            </w:r>
          </w:p>
        </w:tc>
      </w:tr>
    </w:tbl>
    <w:p w14:paraId="614E4215" w14:textId="77777777" w:rsidR="00F82265" w:rsidRPr="00D129DC" w:rsidRDefault="00F82265">
      <w:pPr>
        <w:spacing w:after="60" w:line="40" w:lineRule="exact"/>
      </w:pPr>
    </w:p>
    <w:p w14:paraId="124A1412" w14:textId="77777777" w:rsidR="00F82265" w:rsidRPr="00D129DC" w:rsidRDefault="00B53944">
      <w:r w:rsidRPr="00D129DC">
        <w:rPr>
          <w:color w:val="000000"/>
        </w:rPr>
        <w:t>Ukupno: 45 minuta.</w:t>
      </w:r>
    </w:p>
    <w:p w14:paraId="3EF0B45B" w14:textId="77777777" w:rsidR="00F82265" w:rsidRPr="00D129DC" w:rsidRDefault="00B53944">
      <w:pPr>
        <w:keepNext/>
        <w:spacing w:before="160"/>
      </w:pPr>
      <w:r w:rsidRPr="00D129DC">
        <w:rPr>
          <w:b/>
          <w:color w:val="C96A00"/>
        </w:rPr>
        <w:t>PRILOZI ZA BRZU UPORABU</w:t>
      </w:r>
    </w:p>
    <w:p w14:paraId="3343DB47" w14:textId="77777777" w:rsidR="00F82265" w:rsidRPr="00D129DC" w:rsidRDefault="00B53944">
      <w:r w:rsidRPr="00D129DC">
        <w:rPr>
          <w:b/>
          <w:color w:val="000000"/>
        </w:rPr>
        <w:t>Prilog 1: Kratka kontrolna lista za vjeroučitelja</w:t>
      </w:r>
    </w:p>
    <w:p w14:paraId="4D4012ED" w14:textId="77777777" w:rsidR="00F82265" w:rsidRPr="00D129DC" w:rsidRDefault="00B53944" w:rsidP="00D129DC">
      <w:pPr>
        <w:spacing w:after="0"/>
        <w:jc w:val="both"/>
      </w:pPr>
      <w:r w:rsidRPr="00D129DC">
        <w:rPr>
          <w:color w:val="000000"/>
        </w:rPr>
        <w:t>☐ Povezuju li učenici osobnu jedinstvenost i zajedništvo?</w:t>
      </w:r>
    </w:p>
    <w:p w14:paraId="2E22E9A9" w14:textId="77777777" w:rsidR="00F82265" w:rsidRPr="00D129DC" w:rsidRDefault="00B53944" w:rsidP="00D129DC">
      <w:pPr>
        <w:spacing w:after="0"/>
        <w:jc w:val="both"/>
      </w:pPr>
      <w:r w:rsidRPr="00D129DC">
        <w:rPr>
          <w:color w:val="000000"/>
        </w:rPr>
        <w:t>☐ Prepoznaju li pozitivan i negativan utjecaj vršnjaka?</w:t>
      </w:r>
    </w:p>
    <w:p w14:paraId="0C6AD0E3" w14:textId="77777777" w:rsidR="00F82265" w:rsidRPr="00D129DC" w:rsidRDefault="00B53944" w:rsidP="00D129DC">
      <w:pPr>
        <w:spacing w:after="0"/>
        <w:jc w:val="both"/>
      </w:pPr>
      <w:r w:rsidRPr="00D129DC">
        <w:rPr>
          <w:color w:val="000000"/>
        </w:rPr>
        <w:t>☐ Tumače li slikoviti govor Post 2,18–23?</w:t>
      </w:r>
    </w:p>
    <w:p w14:paraId="78DC5BCB" w14:textId="77777777" w:rsidR="00F82265" w:rsidRPr="00D129DC" w:rsidRDefault="00B53944" w:rsidP="00D129DC">
      <w:pPr>
        <w:spacing w:after="0"/>
        <w:jc w:val="both"/>
      </w:pPr>
      <w:r w:rsidRPr="00D129DC">
        <w:rPr>
          <w:color w:val="000000"/>
        </w:rPr>
        <w:t>☐ Obrazlažu li jednako dostojanstvo muškarca i žene?</w:t>
      </w:r>
    </w:p>
    <w:p w14:paraId="38BA77F4" w14:textId="77777777" w:rsidR="00F82265" w:rsidRPr="00D129DC" w:rsidRDefault="00B53944" w:rsidP="00D129DC">
      <w:pPr>
        <w:spacing w:after="0"/>
        <w:jc w:val="both"/>
      </w:pPr>
      <w:r w:rsidRPr="00D129DC">
        <w:rPr>
          <w:color w:val="000000"/>
        </w:rPr>
        <w:t>☐ Navode li primjere uzajamne pomoći?</w:t>
      </w:r>
    </w:p>
    <w:p w14:paraId="64989332" w14:textId="77777777" w:rsidR="00F82265" w:rsidRDefault="00B53944" w:rsidP="00D129DC">
      <w:pPr>
        <w:spacing w:after="0"/>
        <w:jc w:val="both"/>
        <w:rPr>
          <w:color w:val="000000"/>
        </w:rPr>
      </w:pPr>
      <w:r w:rsidRPr="00D129DC">
        <w:rPr>
          <w:color w:val="000000"/>
        </w:rPr>
        <w:t>☐ Povezuju li odnos prema Bogu s odnosom prema ljudima?</w:t>
      </w:r>
    </w:p>
    <w:p w14:paraId="7DD68A6C" w14:textId="77777777" w:rsidR="00D129DC" w:rsidRDefault="00D129DC"/>
    <w:p w14:paraId="1492DD66" w14:textId="77777777" w:rsidR="00483225" w:rsidRPr="00D129DC" w:rsidRDefault="0048322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7"/>
      </w:tblGrid>
      <w:tr w:rsidR="00F82265" w14:paraId="46825C20" w14:textId="77777777">
        <w:trPr>
          <w:cantSplit/>
          <w:tblHeader/>
          <w:jc w:val="center"/>
        </w:trPr>
        <w:tc>
          <w:tcPr>
            <w:tcW w:w="10347" w:type="dxa"/>
            <w:shd w:val="clear" w:color="auto" w:fill="00B050"/>
            <w:vAlign w:val="center"/>
          </w:tcPr>
          <w:p w14:paraId="4C53D0E9" w14:textId="77777777" w:rsidR="00F82265" w:rsidRDefault="00B53944" w:rsidP="00AD5B13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12151D88" w14:textId="77777777" w:rsidR="00F82265" w:rsidRDefault="00F82265">
      <w:pPr>
        <w:keepNext/>
        <w:spacing w:after="60" w:line="40" w:lineRule="exact"/>
      </w:pPr>
    </w:p>
    <w:p w14:paraId="4F1A9F15" w14:textId="77777777" w:rsidR="00F82265" w:rsidRPr="00483225" w:rsidRDefault="00B53944">
      <w:pPr>
        <w:rPr>
          <w:b/>
          <w:bCs/>
          <w:color w:val="002060"/>
        </w:rPr>
      </w:pPr>
      <w:r w:rsidRPr="00483225">
        <w:rPr>
          <w:b/>
          <w:bCs/>
          <w:color w:val="002060"/>
        </w:rPr>
        <w:t>Vjeroučitelj će odabrati neku od sljedećih aktivnosti kao zamjenu za ranije ponuđenu aktivnost. Nije predviđeno sve provesti u jednom satu.</w:t>
      </w:r>
    </w:p>
    <w:p w14:paraId="4B55B6B4" w14:textId="77777777" w:rsidR="00F82265" w:rsidRDefault="00B53944">
      <w:pPr>
        <w:keepNext/>
        <w:spacing w:before="160"/>
      </w:pPr>
      <w:r>
        <w:rPr>
          <w:b/>
          <w:color w:val="166534"/>
          <w:sz w:val="26"/>
        </w:rPr>
        <w:t>Aktivnost 1: Radna bilježnica</w:t>
      </w:r>
      <w:r>
        <w:rPr>
          <w:i/>
          <w:color w:val="6B6B6B"/>
          <w:sz w:val="20"/>
        </w:rPr>
        <w:t xml:space="preserve"> (individualni rad – rješavanje, 7 minuta)</w:t>
      </w:r>
    </w:p>
    <w:p w14:paraId="59C90646" w14:textId="1BAF6AEC" w:rsidR="00D129DC" w:rsidRDefault="00D129DC">
      <w:pPr>
        <w:jc w:val="both"/>
      </w:pPr>
      <w:r>
        <w:t>U</w:t>
      </w:r>
      <w:r w:rsidRPr="00EC4D18">
        <w:t xml:space="preserve">čenici će uz pomoć vjeroučitelja rješavati RB, str. </w:t>
      </w:r>
      <w:r w:rsidR="00483225">
        <w:t>11</w:t>
      </w:r>
      <w:r w:rsidRPr="00EC4D18">
        <w:t xml:space="preserve"> (mogu biti i odabrani zadatci po želji).</w:t>
      </w:r>
    </w:p>
    <w:p w14:paraId="31E2981C" w14:textId="77777777" w:rsidR="00F82265" w:rsidRDefault="00B53944">
      <w:pPr>
        <w:keepNext/>
        <w:spacing w:before="160"/>
      </w:pPr>
      <w:r>
        <w:rPr>
          <w:b/>
          <w:color w:val="166534"/>
          <w:sz w:val="26"/>
        </w:rPr>
        <w:lastRenderedPageBreak/>
        <w:t>Aktivnost 2: Digitalni zadatci</w:t>
      </w:r>
      <w:r>
        <w:rPr>
          <w:i/>
          <w:color w:val="6B6B6B"/>
          <w:sz w:val="20"/>
        </w:rPr>
        <w:t xml:space="preserve"> (individualni rad ili rad u paru – uvježbavanje, 6 minuta)</w:t>
      </w:r>
    </w:p>
    <w:p w14:paraId="3102A189" w14:textId="58CF359C" w:rsidR="00483225" w:rsidRPr="00FF573D" w:rsidRDefault="00483225" w:rsidP="00483225">
      <w:pPr>
        <w:pStyle w:val="Odlomakpopisa"/>
        <w:ind w:left="0"/>
        <w:rPr>
          <w:rFonts w:asciiTheme="majorHAnsi" w:eastAsia="Times New Roman" w:hAnsiTheme="majorHAnsi" w:cstheme="majorHAnsi"/>
          <w:lang w:eastAsia="hr-HR"/>
        </w:rPr>
      </w:pPr>
      <w:r w:rsidRPr="00FF573D">
        <w:rPr>
          <w:rFonts w:asciiTheme="majorHAnsi" w:eastAsia="Times New Roman" w:hAnsiTheme="majorHAnsi" w:cstheme="majorHAnsi"/>
          <w:highlight w:val="cyan"/>
          <w:lang w:eastAsia="hr-HR"/>
        </w:rPr>
        <w:t>a)</w:t>
      </w:r>
      <w:r w:rsidRPr="00FF573D">
        <w:rPr>
          <w:rFonts w:asciiTheme="majorHAnsi" w:eastAsia="Times New Roman" w:hAnsiTheme="majorHAnsi" w:cstheme="majorHAnsi"/>
          <w:lang w:eastAsia="hr-HR"/>
        </w:rPr>
        <w:t xml:space="preserve"> Učenici rješavaju zadatak pod ikonom prvog smješka, digitalni udžbenik, str.11.</w:t>
      </w:r>
    </w:p>
    <w:p w14:paraId="4CFBDD09" w14:textId="77777777" w:rsidR="00483225" w:rsidRPr="00FF573D" w:rsidRDefault="00483225" w:rsidP="00483225">
      <w:pPr>
        <w:pStyle w:val="Odlomakpopisa"/>
        <w:ind w:left="0"/>
        <w:rPr>
          <w:rFonts w:asciiTheme="majorHAnsi" w:eastAsia="Times New Roman" w:hAnsiTheme="majorHAnsi" w:cstheme="majorHAnsi"/>
          <w:lang w:eastAsia="hr-HR"/>
        </w:rPr>
      </w:pPr>
    </w:p>
    <w:p w14:paraId="04AE7CCF" w14:textId="5D999BF3" w:rsidR="00FF573D" w:rsidRPr="00FF573D" w:rsidRDefault="00FF573D" w:rsidP="00FF573D">
      <w:pPr>
        <w:rPr>
          <w:rFonts w:asciiTheme="majorHAnsi" w:hAnsiTheme="majorHAnsi" w:cstheme="majorHAnsi"/>
        </w:rPr>
      </w:pPr>
      <w:hyperlink r:id="rId10">
        <w:r w:rsidRPr="00FF573D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53460DD7" w14:textId="77777777" w:rsidR="00483225" w:rsidRPr="00FF573D" w:rsidRDefault="00483225" w:rsidP="00483225">
      <w:pPr>
        <w:pStyle w:val="Odlomakpopisa"/>
        <w:ind w:left="0"/>
        <w:rPr>
          <w:rFonts w:asciiTheme="majorHAnsi" w:eastAsia="Times New Roman" w:hAnsiTheme="majorHAnsi" w:cstheme="majorHAnsi"/>
          <w:lang w:eastAsia="hr-HR"/>
        </w:rPr>
      </w:pPr>
    </w:p>
    <w:p w14:paraId="418DCE8B" w14:textId="77777777" w:rsidR="00483225" w:rsidRPr="00FF573D" w:rsidRDefault="00483225" w:rsidP="00483225">
      <w:pPr>
        <w:pStyle w:val="Odlomakpopisa"/>
        <w:ind w:left="0"/>
        <w:rPr>
          <w:rFonts w:asciiTheme="majorHAnsi" w:eastAsia="Times New Roman" w:hAnsiTheme="majorHAnsi" w:cstheme="majorHAnsi"/>
          <w:b/>
          <w:bCs/>
          <w:lang w:eastAsia="hr-HR"/>
        </w:rPr>
      </w:pPr>
      <w:r w:rsidRPr="00FF573D">
        <w:rPr>
          <w:rFonts w:asciiTheme="majorHAnsi" w:eastAsia="Times New Roman" w:hAnsiTheme="majorHAnsi" w:cstheme="majorHAnsi"/>
          <w:b/>
          <w:bCs/>
          <w:lang w:eastAsia="hr-HR"/>
        </w:rPr>
        <w:t>Kod:</w:t>
      </w:r>
    </w:p>
    <w:p w14:paraId="78397160" w14:textId="77777777" w:rsidR="00483225" w:rsidRPr="00FF573D" w:rsidRDefault="00483225" w:rsidP="00483225">
      <w:pPr>
        <w:pStyle w:val="Odlomakpopisa"/>
        <w:ind w:left="0"/>
        <w:rPr>
          <w:rFonts w:asciiTheme="majorHAnsi" w:eastAsia="Times New Roman" w:hAnsiTheme="majorHAnsi" w:cstheme="majorHAnsi"/>
          <w:lang w:eastAsia="hr-HR"/>
        </w:rPr>
      </w:pPr>
    </w:p>
    <w:p w14:paraId="4EBF69A2" w14:textId="77777777" w:rsidR="00483225" w:rsidRPr="00FF573D" w:rsidRDefault="00483225" w:rsidP="00483225">
      <w:pPr>
        <w:pStyle w:val="Odlomakpopisa"/>
        <w:ind w:left="0"/>
        <w:rPr>
          <w:rFonts w:asciiTheme="majorHAnsi" w:eastAsia="Times New Roman" w:hAnsiTheme="majorHAnsi" w:cstheme="majorHAnsi"/>
          <w:lang w:eastAsia="hr-HR"/>
        </w:rPr>
      </w:pPr>
      <w:r w:rsidRPr="00FF573D">
        <w:rPr>
          <w:rFonts w:asciiTheme="majorHAnsi" w:eastAsia="Times New Roman" w:hAnsiTheme="majorHAnsi" w:cstheme="majorHAnsi"/>
          <w:noProof/>
          <w:lang w:eastAsia="hr-HR"/>
        </w:rPr>
        <w:drawing>
          <wp:inline distT="0" distB="0" distL="0" distR="0" wp14:anchorId="12998472" wp14:editId="267AD192">
            <wp:extent cx="1440000" cy="1440000"/>
            <wp:effectExtent l="0" t="0" r="8255" b="825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44C23" w14:textId="77777777" w:rsidR="00483225" w:rsidRPr="00FF573D" w:rsidRDefault="00483225" w:rsidP="00483225">
      <w:pPr>
        <w:pStyle w:val="Odlomakpopisa"/>
        <w:ind w:left="0"/>
        <w:rPr>
          <w:rFonts w:asciiTheme="majorHAnsi" w:eastAsia="Times New Roman" w:hAnsiTheme="majorHAnsi" w:cstheme="majorHAnsi"/>
          <w:lang w:eastAsia="hr-HR"/>
        </w:rPr>
      </w:pPr>
    </w:p>
    <w:p w14:paraId="77299DD9" w14:textId="77777777" w:rsidR="00483225" w:rsidRPr="00FF573D" w:rsidRDefault="00483225" w:rsidP="00483225">
      <w:pPr>
        <w:pStyle w:val="Odlomakpopisa"/>
        <w:ind w:left="0"/>
        <w:rPr>
          <w:rFonts w:asciiTheme="majorHAnsi" w:eastAsia="Times New Roman" w:hAnsiTheme="majorHAnsi" w:cstheme="majorHAnsi"/>
          <w:lang w:eastAsia="hr-HR"/>
        </w:rPr>
      </w:pPr>
      <w:r w:rsidRPr="00FF573D">
        <w:rPr>
          <w:rFonts w:asciiTheme="majorHAnsi" w:eastAsia="Times New Roman" w:hAnsiTheme="majorHAnsi" w:cstheme="majorHAnsi"/>
          <w:lang w:eastAsia="hr-HR"/>
        </w:rPr>
        <w:t>Predstavljanje rezultata i osvrt.</w:t>
      </w:r>
    </w:p>
    <w:p w14:paraId="3C470D09" w14:textId="77777777" w:rsidR="00483225" w:rsidRPr="00FF573D" w:rsidRDefault="00483225" w:rsidP="00483225">
      <w:pPr>
        <w:pStyle w:val="Odlomakpopisa"/>
        <w:ind w:left="0"/>
        <w:rPr>
          <w:rFonts w:asciiTheme="majorHAnsi" w:eastAsia="Times New Roman" w:hAnsiTheme="majorHAnsi" w:cstheme="majorHAnsi"/>
          <w:lang w:eastAsia="hr-HR"/>
        </w:rPr>
      </w:pPr>
    </w:p>
    <w:p w14:paraId="61445869" w14:textId="30133E47" w:rsidR="00483225" w:rsidRDefault="00483225" w:rsidP="00483225">
      <w:pPr>
        <w:spacing w:after="0"/>
        <w:rPr>
          <w:rFonts w:asciiTheme="majorHAnsi" w:eastAsia="Times New Roman" w:hAnsiTheme="majorHAnsi" w:cstheme="majorHAnsi"/>
          <w:lang w:eastAsia="hr-HR"/>
        </w:rPr>
      </w:pPr>
      <w:r w:rsidRPr="00FF573D">
        <w:rPr>
          <w:rFonts w:asciiTheme="majorHAnsi" w:eastAsia="Times New Roman" w:hAnsiTheme="majorHAnsi" w:cstheme="majorHAnsi"/>
          <w:highlight w:val="cyan"/>
          <w:lang w:eastAsia="hr-HR"/>
        </w:rPr>
        <w:t>b)</w:t>
      </w:r>
      <w:r w:rsidRPr="00FF573D">
        <w:rPr>
          <w:rFonts w:asciiTheme="majorHAnsi" w:eastAsia="Times New Roman" w:hAnsiTheme="majorHAnsi" w:cstheme="majorHAnsi"/>
          <w:lang w:eastAsia="hr-HR"/>
        </w:rPr>
        <w:t xml:space="preserve"> Učenici će riješiti psiho-test - zadatak pod ikonom drugog smješka, digitalni udžbenik, str.11.</w:t>
      </w:r>
    </w:p>
    <w:p w14:paraId="705DEF3E" w14:textId="77777777" w:rsidR="00FF573D" w:rsidRDefault="00FF573D" w:rsidP="00483225">
      <w:pPr>
        <w:spacing w:after="0"/>
        <w:rPr>
          <w:rFonts w:asciiTheme="majorHAnsi" w:eastAsia="Times New Roman" w:hAnsiTheme="majorHAnsi" w:cstheme="majorHAnsi"/>
          <w:lang w:eastAsia="hr-HR"/>
        </w:rPr>
      </w:pPr>
    </w:p>
    <w:p w14:paraId="068D9BEF" w14:textId="05A8542F" w:rsidR="00FF573D" w:rsidRPr="00FF573D" w:rsidRDefault="00FF573D" w:rsidP="00FF573D">
      <w:pPr>
        <w:rPr>
          <w:rFonts w:asciiTheme="majorHAnsi" w:hAnsiTheme="majorHAnsi" w:cstheme="majorHAnsi"/>
        </w:rPr>
      </w:pPr>
      <w:hyperlink r:id="rId12">
        <w:r w:rsidRPr="00FF573D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010BCA5C" w14:textId="77777777" w:rsidR="00483225" w:rsidRPr="00FF573D" w:rsidRDefault="00483225" w:rsidP="00FF573D">
      <w:pPr>
        <w:spacing w:after="0"/>
        <w:rPr>
          <w:rStyle w:val="Hiperveza"/>
          <w:rFonts w:asciiTheme="majorHAnsi" w:eastAsia="Times New Roman" w:hAnsiTheme="majorHAnsi" w:cstheme="majorHAnsi"/>
          <w:b/>
          <w:bCs/>
          <w:lang w:eastAsia="hr-HR"/>
        </w:rPr>
      </w:pPr>
    </w:p>
    <w:p w14:paraId="3C5ECBB7" w14:textId="77777777" w:rsidR="00483225" w:rsidRPr="00FF573D" w:rsidRDefault="00483225" w:rsidP="00FF573D">
      <w:pPr>
        <w:spacing w:after="0"/>
        <w:rPr>
          <w:rFonts w:asciiTheme="majorHAnsi" w:eastAsia="Times New Roman" w:hAnsiTheme="majorHAnsi" w:cstheme="majorHAnsi"/>
          <w:b/>
          <w:bCs/>
          <w:lang w:eastAsia="hr-HR"/>
        </w:rPr>
      </w:pPr>
      <w:r w:rsidRPr="00FF573D">
        <w:rPr>
          <w:rFonts w:asciiTheme="majorHAnsi" w:eastAsia="Times New Roman" w:hAnsiTheme="majorHAnsi" w:cstheme="majorHAnsi"/>
          <w:b/>
          <w:bCs/>
          <w:lang w:eastAsia="hr-HR"/>
        </w:rPr>
        <w:t>Kod:</w:t>
      </w:r>
    </w:p>
    <w:p w14:paraId="1BBA1056" w14:textId="77777777" w:rsidR="00483225" w:rsidRPr="00FF573D" w:rsidRDefault="00483225" w:rsidP="00483225">
      <w:pPr>
        <w:pStyle w:val="Odlomakpopisa"/>
        <w:spacing w:after="0"/>
        <w:ind w:left="560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4C1184EA" w14:textId="77777777" w:rsidR="00483225" w:rsidRPr="00FF573D" w:rsidRDefault="00483225" w:rsidP="00FF573D">
      <w:pPr>
        <w:pStyle w:val="Odlomakpopisa"/>
        <w:spacing w:after="0"/>
        <w:ind w:left="0"/>
        <w:rPr>
          <w:rFonts w:asciiTheme="majorHAnsi" w:eastAsia="Times New Roman" w:hAnsiTheme="majorHAnsi" w:cstheme="majorHAnsi"/>
          <w:b/>
          <w:bCs/>
          <w:lang w:eastAsia="hr-HR"/>
        </w:rPr>
      </w:pPr>
      <w:r w:rsidRPr="00FF573D">
        <w:rPr>
          <w:rFonts w:asciiTheme="majorHAnsi" w:eastAsia="Times New Roman" w:hAnsiTheme="majorHAnsi" w:cstheme="majorHAnsi"/>
          <w:b/>
          <w:bCs/>
          <w:noProof/>
          <w:lang w:eastAsia="hr-HR"/>
        </w:rPr>
        <w:drawing>
          <wp:inline distT="0" distB="0" distL="0" distR="0" wp14:anchorId="658E3EE8" wp14:editId="1D103CA0">
            <wp:extent cx="1440000" cy="1440000"/>
            <wp:effectExtent l="0" t="0" r="8255" b="825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122A1" w14:textId="01799981" w:rsidR="00F82265" w:rsidRDefault="00F82265"/>
    <w:p w14:paraId="5F2A6017" w14:textId="77777777" w:rsidR="00F82265" w:rsidRDefault="00B53944">
      <w:pPr>
        <w:keepNext/>
        <w:spacing w:before="160"/>
      </w:pPr>
      <w:r>
        <w:rPr>
          <w:b/>
          <w:color w:val="166534"/>
          <w:sz w:val="26"/>
        </w:rPr>
        <w:t>Aktivnost 3: Razgovor bez preuzimanja riječi</w:t>
      </w:r>
      <w:r>
        <w:rPr>
          <w:i/>
          <w:color w:val="6B6B6B"/>
          <w:sz w:val="20"/>
        </w:rPr>
        <w:t xml:space="preserve"> (rad u paru – slušanje, 5 minuta)</w:t>
      </w:r>
    </w:p>
    <w:p w14:paraId="77B537E1" w14:textId="77777777" w:rsidR="00F82265" w:rsidRDefault="00B53944">
      <w:pPr>
        <w:jc w:val="both"/>
      </w:pPr>
      <w:r>
        <w:rPr>
          <w:color w:val="000000"/>
        </w:rPr>
        <w:t>Učenici će u paru govoriti po pola minute o zamišljenoj zajedničkoj aktivnosti. Druga će osoba najprije svojim riječima ponoviti što je čula, a tek zatim iznijeti prijedlog. Zamijenit će uloge.</w:t>
      </w:r>
    </w:p>
    <w:p w14:paraId="7E2DB7A8" w14:textId="77777777" w:rsidR="00F82265" w:rsidRPr="00FF573D" w:rsidRDefault="00B53944" w:rsidP="00FF573D">
      <w:pPr>
        <w:jc w:val="both"/>
        <w:rPr>
          <w:sz w:val="20"/>
          <w:szCs w:val="20"/>
        </w:rPr>
      </w:pPr>
      <w:r w:rsidRPr="00FF573D">
        <w:rPr>
          <w:i/>
          <w:color w:val="6B6B6B"/>
          <w:sz w:val="20"/>
          <w:szCs w:val="20"/>
        </w:rPr>
        <w:t>Moguće rješenje: Čuli smo da želite izabrati zadatak u kojemu svi sudjeluju. Predlažemo da najprije čujemo svačiju ideju.</w:t>
      </w:r>
    </w:p>
    <w:p w14:paraId="3AEBB13A" w14:textId="77777777" w:rsidR="00F82265" w:rsidRDefault="00B53944">
      <w:pPr>
        <w:keepNext/>
        <w:spacing w:before="160"/>
      </w:pPr>
      <w:r>
        <w:rPr>
          <w:b/>
          <w:color w:val="166534"/>
          <w:sz w:val="26"/>
        </w:rPr>
        <w:t>Aktivnost 4: Dar koji ne mogu kupiti</w:t>
      </w:r>
      <w:r>
        <w:rPr>
          <w:i/>
          <w:color w:val="6B6B6B"/>
          <w:sz w:val="20"/>
        </w:rPr>
        <w:t xml:space="preserve"> (individualni rad – argumentirano pisanje, 5 minuta)</w:t>
      </w:r>
    </w:p>
    <w:p w14:paraId="7EFAC805" w14:textId="77777777" w:rsidR="00F82265" w:rsidRDefault="00B53944">
      <w:pPr>
        <w:jc w:val="both"/>
      </w:pPr>
      <w:r>
        <w:rPr>
          <w:color w:val="000000"/>
        </w:rPr>
        <w:t>Učenici će odabrati povjerenje, vrijeme ili vjernost i napisati dvije rečenice o tome zašto se taj dar odnosa ne može zamijeniti predmetom.</w:t>
      </w:r>
    </w:p>
    <w:p w14:paraId="75D872BB" w14:textId="77777777" w:rsidR="00F82265" w:rsidRPr="00FF573D" w:rsidRDefault="00B53944">
      <w:pPr>
        <w:rPr>
          <w:i/>
          <w:color w:val="6B6B6B"/>
          <w:sz w:val="20"/>
          <w:szCs w:val="20"/>
        </w:rPr>
      </w:pPr>
      <w:r w:rsidRPr="00FF573D">
        <w:rPr>
          <w:i/>
          <w:color w:val="6B6B6B"/>
          <w:sz w:val="20"/>
          <w:szCs w:val="20"/>
        </w:rPr>
        <w:t>Moguće rješenje: Povjerenje nastaje dosljednim postupcima. Skup dar ne može zamijeniti održano obećanje.</w:t>
      </w:r>
    </w:p>
    <w:p w14:paraId="3DC8FDE5" w14:textId="77777777" w:rsidR="00FF573D" w:rsidRDefault="00FF573D" w:rsidP="00FF573D"/>
    <w:p w14:paraId="4D666280" w14:textId="6BDDABC7" w:rsidR="00FF573D" w:rsidRPr="00FF573D" w:rsidRDefault="00FF573D" w:rsidP="00FF573D">
      <w:pPr>
        <w:rPr>
          <w:color w:val="4A442A" w:themeColor="background2" w:themeShade="40"/>
          <w:sz w:val="40"/>
          <w:szCs w:val="40"/>
        </w:rPr>
      </w:pPr>
      <w:r w:rsidRPr="00FF573D">
        <w:rPr>
          <w:color w:val="4A442A" w:themeColor="background2" w:themeShade="40"/>
          <w:sz w:val="40"/>
          <w:szCs w:val="40"/>
        </w:rPr>
        <w:t>povjerenje, vrijeme ili vjernost</w:t>
      </w:r>
    </w:p>
    <w:p w14:paraId="40445C68" w14:textId="3C5F5FAB" w:rsidR="00FF573D" w:rsidRPr="00FF573D" w:rsidRDefault="00FF573D" w:rsidP="00FF573D">
      <w:pPr>
        <w:rPr>
          <w:color w:val="002060"/>
          <w:sz w:val="40"/>
          <w:szCs w:val="40"/>
        </w:rPr>
      </w:pPr>
      <w:r w:rsidRPr="00FF573D">
        <w:rPr>
          <w:color w:val="002060"/>
          <w:sz w:val="40"/>
          <w:szCs w:val="40"/>
        </w:rPr>
        <w:t>Zašto se taj dar odnosa ne može zamijeniti predmetom?</w:t>
      </w:r>
    </w:p>
    <w:p w14:paraId="0BB66726" w14:textId="77777777" w:rsidR="00F82265" w:rsidRDefault="00B53944">
      <w:pPr>
        <w:keepNext/>
        <w:spacing w:before="160"/>
      </w:pPr>
      <w:r>
        <w:rPr>
          <w:b/>
          <w:color w:val="166534"/>
          <w:sz w:val="26"/>
        </w:rPr>
        <w:t>Aktivnost 5: Tri pravila našega para</w:t>
      </w:r>
      <w:r>
        <w:rPr>
          <w:i/>
          <w:color w:val="6B6B6B"/>
          <w:sz w:val="20"/>
        </w:rPr>
        <w:t xml:space="preserve"> (rad u paru – dogovaranje, 5 minuta)</w:t>
      </w:r>
    </w:p>
    <w:p w14:paraId="6F9FCFFA" w14:textId="77777777" w:rsidR="00F82265" w:rsidRDefault="00B53944">
      <w:pPr>
        <w:jc w:val="both"/>
      </w:pPr>
      <w:r>
        <w:rPr>
          <w:color w:val="000000"/>
        </w:rPr>
        <w:t>Učenici će osmisliti tri provediva pravila suradnje. Svako će sadržavati radnju koju oboje mogu ostvariti, a jedno će se odnositi na prihvaćanje različitih darova.</w:t>
      </w:r>
    </w:p>
    <w:p w14:paraId="60FAAC58" w14:textId="77777777" w:rsidR="00F82265" w:rsidRDefault="00B53944" w:rsidP="00FF573D">
      <w:pPr>
        <w:jc w:val="both"/>
        <w:rPr>
          <w:i/>
          <w:color w:val="6B6B6B"/>
          <w:sz w:val="20"/>
          <w:szCs w:val="20"/>
        </w:rPr>
      </w:pPr>
      <w:r w:rsidRPr="00FF573D">
        <w:rPr>
          <w:i/>
          <w:color w:val="6B6B6B"/>
          <w:sz w:val="20"/>
          <w:szCs w:val="20"/>
        </w:rPr>
        <w:lastRenderedPageBreak/>
        <w:t>Moguće rješenje: Saslušat ćemo prijedloge oboje. Poslove ćemo rasporediti prema darovima i dogovoru. Pitat ćemo treba li pomoć prije nego preuzmemo tuđi posao.</w:t>
      </w:r>
    </w:p>
    <w:p w14:paraId="5BA06F27" w14:textId="77777777" w:rsidR="00FF573D" w:rsidRDefault="00FF573D" w:rsidP="00FF573D"/>
    <w:p w14:paraId="76F268D0" w14:textId="4CABDDE3" w:rsidR="00FF573D" w:rsidRPr="00FF573D" w:rsidRDefault="00FF573D" w:rsidP="00FF573D">
      <w:pPr>
        <w:jc w:val="both"/>
        <w:rPr>
          <w:color w:val="4A442A" w:themeColor="background2" w:themeShade="40"/>
          <w:sz w:val="40"/>
          <w:szCs w:val="40"/>
        </w:rPr>
      </w:pPr>
      <w:r w:rsidRPr="00FF573D">
        <w:rPr>
          <w:color w:val="4A442A" w:themeColor="background2" w:themeShade="40"/>
          <w:sz w:val="40"/>
          <w:szCs w:val="40"/>
        </w:rPr>
        <w:t>tri provediva pravila suradnje</w:t>
      </w:r>
    </w:p>
    <w:p w14:paraId="162695EA" w14:textId="1EDA8C57" w:rsidR="00FF573D" w:rsidRPr="00FF573D" w:rsidRDefault="00FF573D" w:rsidP="00FF573D">
      <w:pPr>
        <w:jc w:val="both"/>
        <w:rPr>
          <w:color w:val="002060"/>
          <w:sz w:val="40"/>
          <w:szCs w:val="40"/>
        </w:rPr>
      </w:pPr>
      <w:r w:rsidRPr="00FF573D">
        <w:rPr>
          <w:color w:val="002060"/>
          <w:sz w:val="40"/>
          <w:szCs w:val="40"/>
        </w:rPr>
        <w:t>Svako će sadržavati radnju koju oboje mogu ostvariti, a jedno će se odnositi na prihvaćanje različitih darova.</w:t>
      </w:r>
    </w:p>
    <w:sectPr w:rsidR="00FF573D" w:rsidRPr="00FF573D" w:rsidSect="00BE12E9">
      <w:headerReference w:type="default" r:id="rId14"/>
      <w:footerReference w:type="default" r:id="rId15"/>
      <w:pgSz w:w="11906" w:h="16838" w:code="9"/>
      <w:pgMar w:top="709" w:right="709" w:bottom="709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BC7A1" w14:textId="77777777" w:rsidR="008F20BB" w:rsidRDefault="008F20BB">
      <w:pPr>
        <w:spacing w:after="0"/>
      </w:pPr>
      <w:r>
        <w:separator/>
      </w:r>
    </w:p>
  </w:endnote>
  <w:endnote w:type="continuationSeparator" w:id="0">
    <w:p w14:paraId="5A9DE641" w14:textId="77777777" w:rsidR="008F20BB" w:rsidRDefault="008F20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18876" w14:textId="77777777" w:rsidR="00F82265" w:rsidRDefault="00F822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13587" w14:textId="77777777" w:rsidR="008F20BB" w:rsidRDefault="008F20BB">
      <w:pPr>
        <w:spacing w:after="0"/>
      </w:pPr>
      <w:r>
        <w:separator/>
      </w:r>
    </w:p>
  </w:footnote>
  <w:footnote w:type="continuationSeparator" w:id="0">
    <w:p w14:paraId="52209D3F" w14:textId="77777777" w:rsidR="008F20BB" w:rsidRDefault="008F20B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A33CD" w14:textId="77777777" w:rsidR="00F82265" w:rsidRDefault="00F822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86B31E3"/>
    <w:multiLevelType w:val="hybridMultilevel"/>
    <w:tmpl w:val="0F3023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69748B"/>
    <w:multiLevelType w:val="hybridMultilevel"/>
    <w:tmpl w:val="B978DE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1174E"/>
    <w:multiLevelType w:val="hybridMultilevel"/>
    <w:tmpl w:val="97A068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D1404A"/>
    <w:multiLevelType w:val="hybridMultilevel"/>
    <w:tmpl w:val="4D785F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E05C0"/>
    <w:multiLevelType w:val="hybridMultilevel"/>
    <w:tmpl w:val="901028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323D6"/>
    <w:multiLevelType w:val="hybridMultilevel"/>
    <w:tmpl w:val="FF701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124C5"/>
    <w:multiLevelType w:val="hybridMultilevel"/>
    <w:tmpl w:val="93E89E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6652E8"/>
    <w:multiLevelType w:val="hybridMultilevel"/>
    <w:tmpl w:val="57FCB6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087529">
    <w:abstractNumId w:val="5"/>
  </w:num>
  <w:num w:numId="2" w16cid:durableId="933169373">
    <w:abstractNumId w:val="3"/>
  </w:num>
  <w:num w:numId="3" w16cid:durableId="243801597">
    <w:abstractNumId w:val="2"/>
  </w:num>
  <w:num w:numId="4" w16cid:durableId="1079524201">
    <w:abstractNumId w:val="4"/>
  </w:num>
  <w:num w:numId="5" w16cid:durableId="1542789644">
    <w:abstractNumId w:val="1"/>
  </w:num>
  <w:num w:numId="6" w16cid:durableId="1766800781">
    <w:abstractNumId w:val="0"/>
  </w:num>
  <w:num w:numId="7" w16cid:durableId="1932159739">
    <w:abstractNumId w:val="10"/>
  </w:num>
  <w:num w:numId="8" w16cid:durableId="824668201">
    <w:abstractNumId w:val="8"/>
  </w:num>
  <w:num w:numId="9" w16cid:durableId="15039655">
    <w:abstractNumId w:val="11"/>
  </w:num>
  <w:num w:numId="10" w16cid:durableId="512576587">
    <w:abstractNumId w:val="7"/>
  </w:num>
  <w:num w:numId="11" w16cid:durableId="203639279">
    <w:abstractNumId w:val="6"/>
  </w:num>
  <w:num w:numId="12" w16cid:durableId="633484697">
    <w:abstractNumId w:val="9"/>
  </w:num>
  <w:num w:numId="13" w16cid:durableId="465968809">
    <w:abstractNumId w:val="13"/>
  </w:num>
  <w:num w:numId="14" w16cid:durableId="1693411961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B55"/>
    <w:rsid w:val="0006063C"/>
    <w:rsid w:val="000A2F57"/>
    <w:rsid w:val="000A5AD8"/>
    <w:rsid w:val="000B0319"/>
    <w:rsid w:val="000B241B"/>
    <w:rsid w:val="000D28D1"/>
    <w:rsid w:val="00133E85"/>
    <w:rsid w:val="0015074B"/>
    <w:rsid w:val="00152A50"/>
    <w:rsid w:val="001756C5"/>
    <w:rsid w:val="001931A5"/>
    <w:rsid w:val="001D7601"/>
    <w:rsid w:val="00237FAE"/>
    <w:rsid w:val="002822E3"/>
    <w:rsid w:val="0029639D"/>
    <w:rsid w:val="002A3D8B"/>
    <w:rsid w:val="002D6D03"/>
    <w:rsid w:val="002E489E"/>
    <w:rsid w:val="00326F90"/>
    <w:rsid w:val="0035043B"/>
    <w:rsid w:val="00391968"/>
    <w:rsid w:val="0039563E"/>
    <w:rsid w:val="004578D2"/>
    <w:rsid w:val="00471DF4"/>
    <w:rsid w:val="00483225"/>
    <w:rsid w:val="0048417A"/>
    <w:rsid w:val="004A025A"/>
    <w:rsid w:val="004C33E1"/>
    <w:rsid w:val="00506A2C"/>
    <w:rsid w:val="00555A25"/>
    <w:rsid w:val="005829EC"/>
    <w:rsid w:val="00600EB9"/>
    <w:rsid w:val="006154B3"/>
    <w:rsid w:val="00684AEC"/>
    <w:rsid w:val="006D3FAE"/>
    <w:rsid w:val="00700252"/>
    <w:rsid w:val="00747453"/>
    <w:rsid w:val="0076400B"/>
    <w:rsid w:val="00784562"/>
    <w:rsid w:val="007D284A"/>
    <w:rsid w:val="0080024C"/>
    <w:rsid w:val="00812F44"/>
    <w:rsid w:val="00876AF1"/>
    <w:rsid w:val="008F20BB"/>
    <w:rsid w:val="00907CFC"/>
    <w:rsid w:val="0098631E"/>
    <w:rsid w:val="009B0386"/>
    <w:rsid w:val="00A0432C"/>
    <w:rsid w:val="00A22BC3"/>
    <w:rsid w:val="00A308B6"/>
    <w:rsid w:val="00A650EB"/>
    <w:rsid w:val="00A7690C"/>
    <w:rsid w:val="00AA1D8D"/>
    <w:rsid w:val="00AD5B13"/>
    <w:rsid w:val="00B22D96"/>
    <w:rsid w:val="00B2447B"/>
    <w:rsid w:val="00B25898"/>
    <w:rsid w:val="00B47730"/>
    <w:rsid w:val="00B51FC7"/>
    <w:rsid w:val="00B53944"/>
    <w:rsid w:val="00BE12E9"/>
    <w:rsid w:val="00C039CA"/>
    <w:rsid w:val="00C43A13"/>
    <w:rsid w:val="00C5321D"/>
    <w:rsid w:val="00C5782A"/>
    <w:rsid w:val="00C65F95"/>
    <w:rsid w:val="00C75960"/>
    <w:rsid w:val="00CB0664"/>
    <w:rsid w:val="00D129DC"/>
    <w:rsid w:val="00DB1963"/>
    <w:rsid w:val="00DE4A85"/>
    <w:rsid w:val="00DF1BAC"/>
    <w:rsid w:val="00DF28DE"/>
    <w:rsid w:val="00E422F8"/>
    <w:rsid w:val="00E453A1"/>
    <w:rsid w:val="00E45C9E"/>
    <w:rsid w:val="00E51162"/>
    <w:rsid w:val="00E904C0"/>
    <w:rsid w:val="00E94F11"/>
    <w:rsid w:val="00EB769F"/>
    <w:rsid w:val="00EC401F"/>
    <w:rsid w:val="00EC4D18"/>
    <w:rsid w:val="00ED76F1"/>
    <w:rsid w:val="00F60B01"/>
    <w:rsid w:val="00F82265"/>
    <w:rsid w:val="00FC693F"/>
    <w:rsid w:val="00FE506F"/>
    <w:rsid w:val="00FF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9001F9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4832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dzbenici.ks.hr/media/os7_osjecas-li-se-osamljeno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udzbenici.ks.hr/media/os7_u-zajednistvu-s-drugim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vinfo.hr/knjiga/13002/usamljenost-neprepoznata-boles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11</Pages>
  <Words>2820</Words>
  <Characters>16074</Characters>
  <Application>Microsoft Office Word</Application>
  <DocSecurity>0</DocSecurity>
  <Lines>133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3.-Potrebni-smo-drugima-i-drugi-nama</vt:lpstr>
      <vt:lpstr/>
    </vt:vector>
  </TitlesOfParts>
  <Manager/>
  <Company/>
  <LinksUpToDate>false</LinksUpToDate>
  <CharactersWithSpaces>18857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3.-Potrebni-smo-drugima-i-drugi-nama</dc:title>
  <dc:subject>Katolički vjeronauk – 7. razred</dc:subject>
  <dc:creator>Josip Kunac</dc:creator>
  <cp:keywords/>
  <dc:description/>
  <cp:lastModifiedBy>Josip Kunac</cp:lastModifiedBy>
  <cp:revision>24</cp:revision>
  <dcterms:created xsi:type="dcterms:W3CDTF">2013-12-23T23:15:00Z</dcterms:created>
  <dcterms:modified xsi:type="dcterms:W3CDTF">2026-09-20T18:24:00Z</dcterms:modified>
  <cp:category/>
</cp:coreProperties>
</file>