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974817" w14:paraId="6DCFF8E4" w14:textId="77777777" w:rsidTr="00867FF5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4725EF3F" w14:textId="77777777" w:rsidR="00974817" w:rsidRDefault="00636F79">
            <w:pPr>
              <w:spacing w:before="60" w:after="60"/>
              <w:ind w:left="108" w:right="108"/>
            </w:pPr>
            <w:r>
              <w:rPr>
                <w:b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15580BF8" w14:textId="77777777" w:rsidR="00974817" w:rsidRDefault="00636F79">
            <w:pPr>
              <w:spacing w:before="60" w:after="60"/>
              <w:ind w:left="108" w:right="108"/>
            </w:pPr>
            <w:r>
              <w:t>Klinča Sela</w:t>
            </w:r>
          </w:p>
        </w:tc>
      </w:tr>
      <w:tr w:rsidR="00974817" w14:paraId="62930718" w14:textId="77777777" w:rsidTr="00867FF5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5E8C2DD3" w14:textId="77777777" w:rsidR="00974817" w:rsidRDefault="00636F79">
            <w:pPr>
              <w:spacing w:before="60" w:after="60"/>
              <w:ind w:left="108" w:right="108"/>
            </w:pPr>
            <w:r>
              <w:rPr>
                <w:b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42C6E02D" w14:textId="77777777" w:rsidR="00974817" w:rsidRDefault="00636F79">
            <w:pPr>
              <w:spacing w:before="60" w:after="60"/>
              <w:ind w:left="108" w:right="108"/>
            </w:pPr>
            <w:r>
              <w:t>Katolički vjeronauk</w:t>
            </w:r>
          </w:p>
        </w:tc>
      </w:tr>
      <w:tr w:rsidR="00974817" w14:paraId="74D3ECE3" w14:textId="77777777" w:rsidTr="00867FF5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3D842160" w14:textId="77777777" w:rsidR="00974817" w:rsidRDefault="00636F79">
            <w:pPr>
              <w:spacing w:before="60" w:after="60"/>
              <w:ind w:left="108" w:right="108"/>
            </w:pPr>
            <w:r>
              <w:rPr>
                <w:b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11012ACE" w14:textId="77777777" w:rsidR="00974817" w:rsidRDefault="00636F79">
            <w:pPr>
              <w:spacing w:before="60" w:after="60"/>
              <w:ind w:left="108" w:right="108"/>
            </w:pPr>
            <w:r>
              <w:t>Josip Kunac,</w:t>
            </w:r>
            <w:r w:rsidRPr="00450183">
              <w:rPr>
                <w:i/>
                <w:iCs/>
              </w:rPr>
              <w:t xml:space="preserve"> prof.</w:t>
            </w:r>
          </w:p>
        </w:tc>
      </w:tr>
      <w:tr w:rsidR="00974817" w14:paraId="13EB636A" w14:textId="77777777" w:rsidTr="00867FF5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0133A852" w14:textId="77777777" w:rsidR="00974817" w:rsidRDefault="00636F79">
            <w:pPr>
              <w:spacing w:before="60" w:after="60"/>
              <w:ind w:left="108" w:right="108"/>
            </w:pPr>
            <w:r>
              <w:rPr>
                <w:b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35CCFBFA" w14:textId="77777777" w:rsidR="00974817" w:rsidRDefault="00636F79">
            <w:pPr>
              <w:spacing w:before="60" w:after="60"/>
              <w:ind w:left="108" w:right="108"/>
            </w:pPr>
            <w:r>
              <w:t>6. razred</w:t>
            </w:r>
          </w:p>
        </w:tc>
      </w:tr>
      <w:tr w:rsidR="00974817" w14:paraId="6680EEBA" w14:textId="77777777" w:rsidTr="00867FF5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4851A449" w14:textId="77777777" w:rsidR="00974817" w:rsidRDefault="00636F79">
            <w:pPr>
              <w:spacing w:before="60" w:after="60"/>
              <w:ind w:left="108" w:right="108"/>
            </w:pPr>
            <w:r>
              <w:rPr>
                <w:b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7F1868FF" w14:textId="77777777" w:rsidR="00974817" w:rsidRDefault="00636F79">
            <w:pPr>
              <w:spacing w:before="60" w:after="60"/>
              <w:ind w:left="108" w:right="108"/>
            </w:pPr>
            <w:r>
              <w:t>25.</w:t>
            </w:r>
          </w:p>
        </w:tc>
      </w:tr>
      <w:tr w:rsidR="00974817" w14:paraId="77E7D25A" w14:textId="77777777" w:rsidTr="00867FF5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7B534B94" w14:textId="77777777" w:rsidR="00974817" w:rsidRDefault="00636F79">
            <w:pPr>
              <w:spacing w:before="60" w:after="60"/>
              <w:ind w:left="108" w:right="108"/>
            </w:pPr>
            <w:r>
              <w:rPr>
                <w:b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45877031" w14:textId="77777777" w:rsidR="00974817" w:rsidRDefault="00636F79">
            <w:pPr>
              <w:spacing w:before="60" w:after="60"/>
              <w:ind w:left="108" w:right="108"/>
            </w:pPr>
            <w:r>
              <w:t>III. CRKVA – TO SMO MI?</w:t>
            </w:r>
          </w:p>
        </w:tc>
      </w:tr>
      <w:tr w:rsidR="00974817" w14:paraId="5F5E9A2E" w14:textId="77777777" w:rsidTr="00867FF5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137DBCA3" w14:textId="77777777" w:rsidR="00974817" w:rsidRDefault="00636F79">
            <w:pPr>
              <w:spacing w:before="60" w:after="60"/>
              <w:ind w:left="108" w:right="108"/>
            </w:pPr>
            <w:r>
              <w:rPr>
                <w:b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59BA6918" w14:textId="1733D377" w:rsidR="00974817" w:rsidRDefault="008B6EC0">
            <w:pPr>
              <w:spacing w:before="60" w:after="60"/>
              <w:ind w:left="108" w:right="108"/>
            </w:pPr>
            <w:r>
              <w:t>8</w:t>
            </w:r>
            <w:r w:rsidR="006A7425">
              <w:t>. Prva pisana provjera znanja</w:t>
            </w:r>
          </w:p>
        </w:tc>
      </w:tr>
    </w:tbl>
    <w:p w14:paraId="4B4DB618" w14:textId="77777777" w:rsidR="00450183" w:rsidRDefault="00450183" w:rsidP="00450183">
      <w:pPr>
        <w:spacing w:after="0"/>
      </w:pPr>
    </w:p>
    <w:p w14:paraId="7F4F9952" w14:textId="77777777" w:rsidR="00974817" w:rsidRDefault="00450183" w:rsidP="00170C42">
      <w:pPr>
        <w:keepNext/>
        <w:spacing w:after="40"/>
      </w:pPr>
      <w:r>
        <w:rPr>
          <w:b/>
          <w:color w:val="C96A00"/>
          <w:sz w:val="26"/>
        </w:rPr>
        <w:t>Odgojno-obrazovni ishodi učenja:</w:t>
      </w:r>
    </w:p>
    <w:p w14:paraId="2BB9E07E" w14:textId="77777777" w:rsidR="008A15A1" w:rsidRDefault="00867FF5" w:rsidP="00867FF5">
      <w:pPr>
        <w:pStyle w:val="Grafikeoznake"/>
        <w:numPr>
          <w:ilvl w:val="0"/>
          <w:numId w:val="0"/>
        </w:numPr>
        <w:jc w:val="both"/>
      </w:pPr>
      <w:r>
        <w:t>OŠ KV A.6.1.; OŠ KV B.6.1.; OŠ KV B.6.2.; OŠ KV B.6.3.; OŠ KV C.6.1.; OŠ KV C.6.2.; OŠ KV C.6.3.; OŠ KV D.6.1. Učenik rješava zadatke iz pisane provjere.</w:t>
      </w:r>
    </w:p>
    <w:p w14:paraId="14E60570" w14:textId="77777777" w:rsidR="00450183" w:rsidRDefault="00450183" w:rsidP="00450183">
      <w:pPr>
        <w:pStyle w:val="Grafikeoznake"/>
        <w:numPr>
          <w:ilvl w:val="0"/>
          <w:numId w:val="0"/>
        </w:numPr>
        <w:spacing w:after="20"/>
        <w:ind w:left="360" w:hanging="360"/>
        <w:jc w:val="both"/>
      </w:pP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974817" w14:paraId="5268B1A6" w14:textId="77777777" w:rsidTr="00867FF5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576B4DFD" w14:textId="77777777" w:rsidR="00974817" w:rsidRDefault="00636F79">
            <w:pPr>
              <w:spacing w:before="60" w:after="60"/>
              <w:ind w:left="108" w:right="108"/>
            </w:pPr>
            <w:r>
              <w:rPr>
                <w:b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4A9BB482" w14:textId="77777777" w:rsidR="00974817" w:rsidRDefault="00636F79">
            <w:pPr>
              <w:spacing w:before="60" w:after="60"/>
              <w:ind w:left="108" w:right="108"/>
              <w:jc w:val="both"/>
            </w:pPr>
            <w:r>
              <w:t>djela milosrđa, sloboda, grijeh, Mojsije, Izlazak, Pasha, Deset Božjih zapovijedi, Crkva, sveti red, župa, redovništvo, laik</w:t>
            </w:r>
          </w:p>
        </w:tc>
      </w:tr>
      <w:tr w:rsidR="00974817" w14:paraId="514E1CDC" w14:textId="77777777" w:rsidTr="00867FF5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1573FFA7" w14:textId="77777777" w:rsidR="00974817" w:rsidRDefault="00636F79">
            <w:pPr>
              <w:spacing w:before="60" w:after="60"/>
              <w:ind w:left="108" w:right="108"/>
            </w:pPr>
            <w:r>
              <w:rPr>
                <w:b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1E23750C" w14:textId="77777777" w:rsidR="00974817" w:rsidRDefault="00636F79">
            <w:pPr>
              <w:spacing w:before="60" w:after="60"/>
              <w:ind w:left="108" w:right="108"/>
              <w:jc w:val="both"/>
            </w:pPr>
            <w:r>
              <w:t>razgovor, usmjereno promatranje, rad na pitanjima pisane provjere</w:t>
            </w:r>
          </w:p>
        </w:tc>
      </w:tr>
      <w:tr w:rsidR="00974817" w14:paraId="67399B9D" w14:textId="77777777" w:rsidTr="00867FF5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3CB5F30C" w14:textId="77777777" w:rsidR="00974817" w:rsidRDefault="00636F79">
            <w:pPr>
              <w:spacing w:before="60" w:after="60"/>
              <w:ind w:left="108" w:right="108"/>
            </w:pPr>
            <w:r>
              <w:rPr>
                <w:b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2B39E602" w14:textId="77777777" w:rsidR="00974817" w:rsidRDefault="00636F79">
            <w:pPr>
              <w:spacing w:before="60" w:after="60"/>
              <w:ind w:left="108" w:right="108"/>
              <w:jc w:val="both"/>
            </w:pPr>
            <w:r>
              <w:t>individualni rad</w:t>
            </w:r>
          </w:p>
        </w:tc>
      </w:tr>
      <w:tr w:rsidR="00974817" w14:paraId="449DB6E9" w14:textId="77777777" w:rsidTr="00867FF5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2813BB6A" w14:textId="77777777" w:rsidR="00974817" w:rsidRDefault="00636F79">
            <w:pPr>
              <w:spacing w:before="60" w:after="60"/>
              <w:ind w:left="108" w:right="108"/>
            </w:pPr>
            <w:r>
              <w:rPr>
                <w:b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1809A222" w14:textId="77777777" w:rsidR="00974817" w:rsidRDefault="006A7425">
            <w:pPr>
              <w:spacing w:before="60" w:after="60"/>
              <w:ind w:left="108" w:right="108"/>
              <w:jc w:val="both"/>
            </w:pPr>
            <w:r>
              <w:t>obrazac 1. pisane provjere</w:t>
            </w:r>
          </w:p>
        </w:tc>
      </w:tr>
      <w:tr w:rsidR="00974817" w14:paraId="6482870B" w14:textId="77777777" w:rsidTr="00867FF5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717EEA33" w14:textId="77777777" w:rsidR="00974817" w:rsidRDefault="00636F79">
            <w:pPr>
              <w:spacing w:before="60" w:after="60"/>
              <w:ind w:left="108" w:right="108"/>
            </w:pPr>
            <w:r>
              <w:rPr>
                <w:b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2CEB9366" w14:textId="77777777" w:rsidR="00974817" w:rsidRDefault="00636F79">
            <w:pPr>
              <w:spacing w:before="60" w:after="60"/>
              <w:ind w:left="108" w:right="108"/>
              <w:jc w:val="both"/>
            </w:pPr>
            <w:r>
              <w:t>Učiti kako učiti</w:t>
            </w:r>
            <w:r w:rsidR="008A15A1">
              <w:t xml:space="preserve">; </w:t>
            </w:r>
            <w:r>
              <w:t>Hrvatski jezik – čitanje, sažimanje, obrazlaganje i ispravljanje rečenica</w:t>
            </w:r>
          </w:p>
        </w:tc>
      </w:tr>
    </w:tbl>
    <w:p w14:paraId="7E83ACC6" w14:textId="77777777" w:rsidR="00974817" w:rsidRDefault="00636F79">
      <w:pPr>
        <w:keepNext/>
        <w:spacing w:before="60" w:after="40"/>
      </w:pPr>
      <w:r>
        <w:rPr>
          <w:b/>
          <w:color w:val="C96A00"/>
          <w:sz w:val="26"/>
        </w:rPr>
        <w:t>Vrednovanje:</w:t>
      </w:r>
    </w:p>
    <w:p w14:paraId="1C882AD5" w14:textId="77777777" w:rsidR="00974817" w:rsidRDefault="00636F79" w:rsidP="00867FF5">
      <w:pPr>
        <w:pStyle w:val="Grafikeoznake"/>
        <w:numPr>
          <w:ilvl w:val="0"/>
          <w:numId w:val="0"/>
        </w:numPr>
        <w:spacing w:after="20"/>
        <w:jc w:val="both"/>
      </w:pPr>
      <w:r>
        <w:rPr>
          <w:b/>
        </w:rPr>
        <w:t>Vrednovanje za učenje:</w:t>
      </w:r>
      <w:r>
        <w:t xml:space="preserve"> </w:t>
      </w:r>
      <w:r w:rsidR="006A7425" w:rsidRPr="006A7425">
        <w:t xml:space="preserve">u ovoj pripremi nije predviđeno </w:t>
      </w:r>
      <w:r w:rsidR="006A7425">
        <w:t>v</w:t>
      </w:r>
      <w:r w:rsidR="006A7425" w:rsidRPr="006A7425">
        <w:t>rednovanje za učenje.</w:t>
      </w:r>
    </w:p>
    <w:p w14:paraId="2EDFED72" w14:textId="77777777" w:rsidR="00974817" w:rsidRDefault="00636F79" w:rsidP="00867FF5">
      <w:pPr>
        <w:pStyle w:val="Grafikeoznake"/>
        <w:numPr>
          <w:ilvl w:val="0"/>
          <w:numId w:val="0"/>
        </w:numPr>
        <w:spacing w:after="20"/>
        <w:jc w:val="both"/>
      </w:pPr>
      <w:r>
        <w:rPr>
          <w:b/>
        </w:rPr>
        <w:t>Vrednovanje kao učenje:</w:t>
      </w:r>
      <w:r>
        <w:t xml:space="preserve"> </w:t>
      </w:r>
      <w:r w:rsidRPr="003D7088">
        <w:t>samovrednovanje</w:t>
      </w:r>
      <w:r w:rsidR="003D7088" w:rsidRPr="003D7088">
        <w:t>.</w:t>
      </w:r>
    </w:p>
    <w:p w14:paraId="5FA4ED81" w14:textId="77777777" w:rsidR="00974817" w:rsidRDefault="00636F79" w:rsidP="00867FF5">
      <w:pPr>
        <w:pStyle w:val="Grafikeoznake"/>
        <w:numPr>
          <w:ilvl w:val="0"/>
          <w:numId w:val="0"/>
        </w:numPr>
        <w:spacing w:after="20"/>
        <w:jc w:val="both"/>
      </w:pPr>
      <w:r>
        <w:rPr>
          <w:b/>
        </w:rPr>
        <w:t>Vrednovanje naučenoga:</w:t>
      </w:r>
      <w:r>
        <w:t xml:space="preserve"> </w:t>
      </w:r>
      <w:r w:rsidR="006A7425">
        <w:t>pisanje 1. pisane provjere znanja (brojčano ocjenjivanje)</w:t>
      </w:r>
    </w:p>
    <w:p w14:paraId="55384574" w14:textId="77777777" w:rsidR="00974817" w:rsidRDefault="00636F79">
      <w:pPr>
        <w:spacing w:after="0"/>
      </w:pPr>
      <w:r>
        <w:br w:type="page"/>
      </w:r>
    </w:p>
    <w:p w14:paraId="6ACD59F1" w14:textId="77777777" w:rsidR="00450183" w:rsidRDefault="00450183" w:rsidP="00450183">
      <w:pPr>
        <w:spacing w:after="160"/>
        <w:jc w:val="center"/>
        <w:rPr>
          <w:b/>
          <w:color w:val="0070C0"/>
          <w:sz w:val="40"/>
        </w:rPr>
      </w:pPr>
      <w:r>
        <w:rPr>
          <w:b/>
          <w:color w:val="0070C0"/>
          <w:sz w:val="40"/>
        </w:rPr>
        <w:lastRenderedPageBreak/>
        <w:t>TIJEK NASTAVNOGA SATA</w:t>
      </w:r>
    </w:p>
    <w:p w14:paraId="6300547B" w14:textId="77777777" w:rsidR="00450183" w:rsidRDefault="00450183" w:rsidP="00450183">
      <w:pPr>
        <w:spacing w:after="160"/>
        <w:jc w:val="center"/>
      </w:pPr>
    </w:p>
    <w:tbl>
      <w:tblPr>
        <w:tblW w:w="0" w:type="auto"/>
        <w:jc w:val="center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450183" w14:paraId="41C9E774" w14:textId="77777777" w:rsidTr="0097653F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B5DC1C" w14:textId="7264C6F9" w:rsidR="00450183" w:rsidRDefault="0097653F" w:rsidP="0097653F">
            <w:pPr>
              <w:spacing w:after="0"/>
            </w:pPr>
            <w:r w:rsidRPr="0097653F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97653F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79C11957" w14:textId="77777777" w:rsidR="00450183" w:rsidRDefault="00450183" w:rsidP="00450183">
      <w:pPr>
        <w:spacing w:after="20"/>
      </w:pPr>
    </w:p>
    <w:p w14:paraId="7FF61464" w14:textId="77777777" w:rsidR="00450183" w:rsidRDefault="00450183" w:rsidP="00450183">
      <w:pPr>
        <w:keepNext/>
      </w:pPr>
      <w:r>
        <w:rPr>
          <w:b/>
          <w:color w:val="C96A00"/>
          <w:sz w:val="26"/>
        </w:rPr>
        <w:t>Uvodna molitva:</w:t>
      </w:r>
    </w:p>
    <w:p w14:paraId="1E792EDA" w14:textId="77777777" w:rsidR="00450183" w:rsidRDefault="00450183" w:rsidP="00450183">
      <w:pPr>
        <w:spacing w:after="100"/>
      </w:pPr>
      <w:r>
        <w:t>Oče naš…</w:t>
      </w:r>
    </w:p>
    <w:p w14:paraId="2A0711AD" w14:textId="77777777" w:rsidR="00450183" w:rsidRDefault="00450183" w:rsidP="00450183">
      <w:pPr>
        <w:spacing w:after="40"/>
      </w:pPr>
    </w:p>
    <w:p w14:paraId="6C3DE154" w14:textId="77777777" w:rsidR="00450183" w:rsidRDefault="00450183" w:rsidP="00450183">
      <w:pPr>
        <w:spacing w:after="40"/>
      </w:pPr>
      <w:r>
        <w:t>ili:</w:t>
      </w:r>
    </w:p>
    <w:p w14:paraId="1CFA384C" w14:textId="77777777" w:rsidR="00450183" w:rsidRDefault="00450183" w:rsidP="00450183">
      <w:pPr>
        <w:spacing w:after="40"/>
      </w:pPr>
    </w:p>
    <w:p w14:paraId="464E7AEC" w14:textId="73C09720" w:rsidR="00450183" w:rsidRDefault="00D9742C">
      <w:pPr>
        <w:spacing w:after="100"/>
        <w:jc w:val="both"/>
        <w:rPr>
          <w:sz w:val="48"/>
        </w:rPr>
      </w:pPr>
      <w:r w:rsidRPr="00D9742C">
        <w:rPr>
          <w:sz w:val="48"/>
        </w:rPr>
        <w:t>Gospodine, budi s nama dok danas pokazujemo što smo naučili. Daj nam mir da ne žurimo, pažnju da dobro razumijemo pitanja i poštenje da se oslonimo na vlastito znanje. Pomozi nam dati najbolje od sebe i sačuvati pouzdanje i kada nešto ne znamo odmah. Amen.</w:t>
      </w:r>
    </w:p>
    <w:p w14:paraId="50515AEF" w14:textId="77777777" w:rsidR="00D9742C" w:rsidRPr="00D9742C" w:rsidRDefault="00D9742C">
      <w:pPr>
        <w:spacing w:after="100"/>
        <w:jc w:val="both"/>
      </w:pPr>
    </w:p>
    <w:tbl>
      <w:tblPr>
        <w:tblW w:w="10681" w:type="dxa"/>
        <w:jc w:val="center"/>
        <w:tblLayout w:type="fixed"/>
        <w:tblLook w:val="04A0" w:firstRow="1" w:lastRow="0" w:firstColumn="1" w:lastColumn="0" w:noHBand="0" w:noVBand="1"/>
      </w:tblPr>
      <w:tblGrid>
        <w:gridCol w:w="10681"/>
      </w:tblGrid>
      <w:tr w:rsidR="00446F04" w14:paraId="504C5DDF" w14:textId="77777777" w:rsidTr="0085499A">
        <w:trPr>
          <w:jc w:val="center"/>
        </w:trPr>
        <w:tc>
          <w:tcPr>
            <w:tcW w:w="10681" w:type="dxa"/>
            <w:tcBorders>
              <w:top w:val="single" w:sz="6" w:space="0" w:color="C6E0B4"/>
              <w:left w:val="single" w:sz="6" w:space="0" w:color="C6E0B4"/>
              <w:bottom w:val="single" w:sz="6" w:space="0" w:color="C6E0B4"/>
              <w:right w:val="single" w:sz="6" w:space="0" w:color="C6E0B4"/>
            </w:tcBorders>
            <w:shd w:val="clear" w:color="auto" w:fill="EAF4E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CE9C3B" w14:textId="77777777" w:rsidR="00446F04" w:rsidRDefault="00446F04" w:rsidP="0085499A">
            <w:pPr>
              <w:spacing w:after="0"/>
              <w:jc w:val="both"/>
            </w:pPr>
            <w:r>
              <w:rPr>
                <w:b/>
                <w:color w:val="C96A00"/>
                <w:sz w:val="21"/>
              </w:rPr>
              <w:t xml:space="preserve">Alternativa: </w:t>
            </w:r>
            <w:r w:rsidRPr="006A7425">
              <w:rPr>
                <w:sz w:val="21"/>
              </w:rPr>
              <w:t>Vjeroučitelj će pročitati: „Uzdaj se u Gospodina svim srcem i ne oslanjaj se na vlastitu razboritost.“ (Izr 3,5). Nakon kratke tišine učenici će u sebi zamoliti Boga za mir, sabranost i pouzdanje kako bi pažljivo riješili pisanu provjeru i pokazali ono što su naučili.</w:t>
            </w:r>
          </w:p>
        </w:tc>
      </w:tr>
    </w:tbl>
    <w:p w14:paraId="1CBA1712" w14:textId="77777777" w:rsidR="00446F04" w:rsidRDefault="00446F04" w:rsidP="00446F04"/>
    <w:p w14:paraId="2A13C5F6" w14:textId="77777777" w:rsidR="00446F04" w:rsidRDefault="00446F04" w:rsidP="00446F04">
      <w:pPr>
        <w:keepNext/>
        <w:spacing w:before="60" w:after="40"/>
      </w:pPr>
      <w:r>
        <w:rPr>
          <w:b/>
          <w:color w:val="C96A00"/>
          <w:sz w:val="26"/>
        </w:rPr>
        <w:t>Motivacija:</w:t>
      </w:r>
    </w:p>
    <w:p w14:paraId="652D0A59" w14:textId="56A1FEDB" w:rsidR="005D4F47" w:rsidRPr="005D4F47" w:rsidRDefault="005D4F47" w:rsidP="005D4F47">
      <w:pPr>
        <w:spacing w:after="200" w:line="276" w:lineRule="auto"/>
        <w:rPr>
          <w:color w:val="auto"/>
        </w:rPr>
      </w:pPr>
      <w:r>
        <w:rPr>
          <w:color w:val="auto"/>
        </w:rPr>
        <w:t>Učenici će promotriti</w:t>
      </w:r>
      <w:r w:rsidRPr="005D4F47">
        <w:rPr>
          <w:color w:val="auto"/>
        </w:rPr>
        <w:t xml:space="preserve"> jednostavan semafor s trima uputama:</w:t>
      </w:r>
    </w:p>
    <w:p w14:paraId="75F0AB0D" w14:textId="77777777" w:rsidR="005D4F47" w:rsidRDefault="005D4F47" w:rsidP="005D4F47">
      <w:pPr>
        <w:spacing w:after="200" w:line="276" w:lineRule="auto"/>
        <w:jc w:val="center"/>
        <w:rPr>
          <w:color w:val="auto"/>
        </w:rPr>
      </w:pPr>
      <w:r w:rsidRPr="005D4F47">
        <w:rPr>
          <w:b/>
          <w:noProof/>
          <w:color w:val="auto"/>
        </w:rPr>
        <w:drawing>
          <wp:inline distT="0" distB="0" distL="0" distR="0" wp14:anchorId="2158166A" wp14:editId="4D2B91D7">
            <wp:extent cx="3837600" cy="2880000"/>
            <wp:effectExtent l="0" t="0" r="0" b="0"/>
            <wp:docPr id="36173967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73967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376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D9423" w14:textId="59A55800" w:rsidR="00437B66" w:rsidRPr="005D4F47" w:rsidRDefault="005D4F47" w:rsidP="005D4F47">
      <w:pPr>
        <w:spacing w:after="200" w:line="276" w:lineRule="auto"/>
        <w:jc w:val="both"/>
        <w:rPr>
          <w:color w:val="auto"/>
        </w:rPr>
      </w:pPr>
      <w:r w:rsidRPr="005D4F47">
        <w:rPr>
          <w:color w:val="auto"/>
        </w:rPr>
        <w:lastRenderedPageBreak/>
        <w:t>Vjeroučitelj će zatim kratko reći:</w:t>
      </w:r>
      <w:r>
        <w:rPr>
          <w:color w:val="auto"/>
        </w:rPr>
        <w:t xml:space="preserve"> </w:t>
      </w:r>
      <w:r w:rsidRPr="005D4F47">
        <w:rPr>
          <w:iCs/>
          <w:color w:val="auto"/>
        </w:rPr>
        <w:t>„Ne morate žuriti. Najprije dobro pročitajte što se traži, zatim mirno razmislite, odgovorite onako kako znate i na kraju provjerite jeste li riješili sve zadatke.</w:t>
      </w:r>
      <w:r>
        <w:rPr>
          <w:iCs/>
          <w:color w:val="auto"/>
        </w:rPr>
        <w:t xml:space="preserve"> </w:t>
      </w:r>
      <w:r>
        <w:rPr>
          <w:color w:val="auto"/>
        </w:rPr>
        <w:t>S</w:t>
      </w:r>
      <w:r w:rsidRPr="005D4F47">
        <w:rPr>
          <w:color w:val="auto"/>
        </w:rPr>
        <w:t>vatko pokazuje svoje znanje vlastitim tempom i poštenim radom.“</w:t>
      </w:r>
    </w:p>
    <w:p w14:paraId="11E8DF7B" w14:textId="77777777" w:rsidR="00974817" w:rsidRDefault="00636F79">
      <w:pPr>
        <w:keepNext/>
        <w:spacing w:before="60" w:after="40"/>
      </w:pPr>
      <w:r>
        <w:rPr>
          <w:b/>
          <w:color w:val="C96A00"/>
          <w:sz w:val="26"/>
        </w:rPr>
        <w:t>Najava teme:</w:t>
      </w:r>
    </w:p>
    <w:p w14:paraId="2DD22037" w14:textId="77777777" w:rsidR="00974817" w:rsidRDefault="002A26C2">
      <w:pPr>
        <w:spacing w:after="0"/>
        <w:jc w:val="both"/>
      </w:pPr>
      <w:r>
        <w:t>Danas ćemo pisanim putem pokazati što smo naučili u dosadašnjem gradivu od početka školske godine. Pažljivo čitajte zadatke, mirno razmišljajte i dajte sve od sebe.</w:t>
      </w:r>
    </w:p>
    <w:p w14:paraId="712AB019" w14:textId="77777777" w:rsidR="00ED40E2" w:rsidRDefault="00ED40E2">
      <w:pPr>
        <w:spacing w:after="0"/>
        <w:jc w:val="both"/>
      </w:pPr>
    </w:p>
    <w:p w14:paraId="0DB2B249" w14:textId="77777777" w:rsidR="00AF7CD8" w:rsidRDefault="00AF7CD8" w:rsidP="00AF7CD8">
      <w:pPr>
        <w:spacing w:after="0"/>
        <w:jc w:val="both"/>
      </w:pPr>
    </w:p>
    <w:tbl>
      <w:tblPr>
        <w:tblW w:w="0" w:type="auto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AF7CD8" w14:paraId="72037DAF" w14:textId="77777777" w:rsidTr="0097653F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B6E5019" w14:textId="65DCC83D" w:rsidR="00AF7CD8" w:rsidRDefault="0097653F" w:rsidP="0097653F">
            <w:pPr>
              <w:spacing w:after="0"/>
            </w:pPr>
            <w:r w:rsidRPr="0097653F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97653F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0AF9A208" w14:textId="77777777" w:rsidR="002A26C2" w:rsidRDefault="002A26C2">
      <w:pPr>
        <w:keepNext/>
        <w:spacing w:before="100" w:after="40"/>
        <w:jc w:val="both"/>
        <w:rPr>
          <w:b/>
          <w:color w:val="C96A00"/>
          <w:sz w:val="26"/>
        </w:rPr>
      </w:pPr>
    </w:p>
    <w:p w14:paraId="25C9BF56" w14:textId="77777777" w:rsidR="00974817" w:rsidRPr="009B7FE7" w:rsidRDefault="00AF7CD8">
      <w:pPr>
        <w:keepNext/>
        <w:spacing w:before="100" w:after="40"/>
        <w:jc w:val="both"/>
        <w:rPr>
          <w:iCs/>
        </w:rPr>
      </w:pPr>
      <w:r>
        <w:rPr>
          <w:b/>
          <w:color w:val="C96A00"/>
          <w:sz w:val="26"/>
        </w:rPr>
        <w:t>Aktivnost 1:  Obrada sadržaja</w:t>
      </w:r>
    </w:p>
    <w:p w14:paraId="47BE0315" w14:textId="77777777" w:rsidR="002A26C2" w:rsidRPr="002A26C2" w:rsidRDefault="002A26C2" w:rsidP="002A26C2">
      <w:pPr>
        <w:pStyle w:val="Odlomakpopisa"/>
        <w:ind w:left="0"/>
        <w:rPr>
          <w:rFonts w:asciiTheme="majorHAnsi" w:eastAsia="Times New Roman" w:hAnsiTheme="majorHAnsi" w:cstheme="majorHAnsi"/>
          <w:b/>
          <w:bCs/>
          <w:lang w:eastAsia="hr-HR"/>
        </w:rPr>
      </w:pPr>
      <w:r>
        <w:rPr>
          <w:rFonts w:asciiTheme="majorHAnsi" w:eastAsia="Times New Roman" w:hAnsiTheme="majorHAnsi" w:cstheme="majorHAnsi"/>
          <w:lang w:eastAsia="hr-HR"/>
        </w:rPr>
        <w:t>Učenici pišu prvu pisanu provjeru znanja. (Obrazac 25b)</w:t>
      </w:r>
    </w:p>
    <w:p w14:paraId="5F892959" w14:textId="77777777" w:rsidR="009B7FE7" w:rsidRPr="009B7FE7" w:rsidRDefault="009B7FE7" w:rsidP="009B7FE7">
      <w:pPr>
        <w:spacing w:after="0"/>
        <w:textAlignment w:val="center"/>
        <w:rPr>
          <w:rFonts w:asciiTheme="majorHAnsi" w:hAnsiTheme="majorHAnsi" w:cstheme="majorHAnsi"/>
          <w:b/>
          <w:bCs/>
        </w:rPr>
      </w:pPr>
      <w:r w:rsidRPr="009B7FE7">
        <w:rPr>
          <w:rFonts w:asciiTheme="majorHAnsi" w:eastAsia="Times New Roman" w:hAnsiTheme="majorHAnsi" w:cstheme="majorHAnsi"/>
          <w:b/>
          <w:bCs/>
          <w:lang w:eastAsia="hr-HR"/>
        </w:rPr>
        <w:t>(</w:t>
      </w:r>
      <w:r w:rsidRPr="009B7FE7">
        <w:rPr>
          <w:rFonts w:asciiTheme="majorHAnsi" w:hAnsiTheme="majorHAnsi" w:cstheme="majorHAnsi"/>
          <w:b/>
          <w:bCs/>
        </w:rPr>
        <w:t>Zaokružena pitanja: IOOP i PP!)</w:t>
      </w:r>
    </w:p>
    <w:p w14:paraId="2C042AAD" w14:textId="77777777" w:rsidR="009B7FE7" w:rsidRPr="009B7FE7" w:rsidRDefault="009B7FE7" w:rsidP="009B7FE7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  <w:bookmarkStart w:id="0" w:name="_Hlk210253247"/>
    </w:p>
    <w:bookmarkEnd w:id="0"/>
    <w:p w14:paraId="3652565D" w14:textId="77777777" w:rsidR="009B1793" w:rsidRPr="001C59CE" w:rsidRDefault="009B1793" w:rsidP="009B1793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r w:rsidRPr="001C59CE">
        <w:rPr>
          <w:rFonts w:asciiTheme="majorHAnsi" w:eastAsia="Times New Roman" w:hAnsiTheme="majorHAnsi" w:cstheme="majorHAnsi"/>
          <w:b/>
          <w:bCs/>
          <w:lang w:eastAsia="hr-HR"/>
        </w:rPr>
        <w:t>Obrazac pisane provjere:</w:t>
      </w:r>
    </w:p>
    <w:p w14:paraId="0FC7F738" w14:textId="77777777" w:rsidR="009B1793" w:rsidRPr="001C59CE" w:rsidRDefault="009B1793" w:rsidP="009B1793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0563D320" w14:textId="77777777" w:rsidR="009B1793" w:rsidRPr="001C59CE" w:rsidRDefault="009B1793" w:rsidP="009B1793">
      <w:pPr>
        <w:spacing w:after="0"/>
        <w:textAlignment w:val="center"/>
        <w:rPr>
          <w:rStyle w:val="Hiperveza"/>
          <w:rFonts w:asciiTheme="majorHAnsi" w:hAnsiTheme="majorHAnsi" w:cstheme="majorHAnsi"/>
          <w:b/>
          <w:bCs/>
        </w:rPr>
      </w:pPr>
      <w:hyperlink r:id="rId9" w:history="1">
        <w:bookmarkStart w:id="1" w:name="_Hlk218154982"/>
        <w:r w:rsidRPr="001C59CE">
          <w:rPr>
            <w:rStyle w:val="Hiperveza"/>
            <w:rFonts w:asciiTheme="majorHAnsi" w:eastAsia="Times New Roman" w:hAnsiTheme="majorHAnsi" w:cstheme="majorHAnsi"/>
            <w:b/>
            <w:bCs/>
            <w:lang w:eastAsia="hr-HR"/>
          </w:rPr>
          <w:t>klikni ovdje - poveznica</w:t>
        </w:r>
        <w:r w:rsidRPr="001C59CE">
          <w:rPr>
            <w:rStyle w:val="Hiperveza"/>
            <w:rFonts w:asciiTheme="majorHAnsi" w:hAnsiTheme="majorHAnsi" w:cstheme="majorHAnsi"/>
            <w:b/>
            <w:bCs/>
          </w:rPr>
          <w:t xml:space="preserve"> - PDF</w:t>
        </w:r>
        <w:bookmarkEnd w:id="1"/>
      </w:hyperlink>
    </w:p>
    <w:p w14:paraId="61A71371" w14:textId="77777777" w:rsidR="009B1793" w:rsidRPr="001C59CE" w:rsidRDefault="009B1793" w:rsidP="009B1793">
      <w:pPr>
        <w:spacing w:after="0"/>
        <w:textAlignment w:val="center"/>
        <w:rPr>
          <w:rFonts w:asciiTheme="majorHAnsi" w:hAnsiTheme="majorHAnsi" w:cstheme="majorHAnsi"/>
          <w:color w:val="auto"/>
        </w:rPr>
      </w:pPr>
    </w:p>
    <w:p w14:paraId="61A1C551" w14:textId="77777777" w:rsidR="009B1793" w:rsidRPr="001C59CE" w:rsidRDefault="009B1793" w:rsidP="009B1793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hyperlink r:id="rId10" w:history="1">
        <w:r w:rsidRPr="001C59CE">
          <w:rPr>
            <w:rStyle w:val="Hiperveza"/>
            <w:rFonts w:asciiTheme="majorHAnsi" w:eastAsia="Times New Roman" w:hAnsiTheme="majorHAnsi" w:cstheme="majorHAnsi"/>
            <w:b/>
            <w:bCs/>
            <w:lang w:eastAsia="hr-HR"/>
          </w:rPr>
          <w:t>klikni ovdje - poveznica – WORD</w:t>
        </w:r>
      </w:hyperlink>
    </w:p>
    <w:p w14:paraId="161BAA84" w14:textId="77777777" w:rsidR="009B1793" w:rsidRPr="001C59CE" w:rsidRDefault="009B1793" w:rsidP="009B1793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3E69479F" w14:textId="77777777" w:rsidR="009B1793" w:rsidRPr="001C59CE" w:rsidRDefault="009B1793" w:rsidP="009B1793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67ED650B" w14:textId="77777777" w:rsidR="009B1793" w:rsidRPr="001C59CE" w:rsidRDefault="009B1793" w:rsidP="009B1793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r w:rsidRPr="001C59CE">
        <w:rPr>
          <w:rFonts w:asciiTheme="majorHAnsi" w:eastAsia="Times New Roman" w:hAnsiTheme="majorHAnsi" w:cstheme="majorHAnsi"/>
          <w:b/>
          <w:bCs/>
          <w:lang w:eastAsia="hr-HR"/>
        </w:rPr>
        <w:t>Rješenja pisane provjere:</w:t>
      </w:r>
    </w:p>
    <w:p w14:paraId="194A3F60" w14:textId="77777777" w:rsidR="009B1793" w:rsidRPr="001C59CE" w:rsidRDefault="009B1793" w:rsidP="009B1793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506DFA53" w14:textId="77777777" w:rsidR="009B1793" w:rsidRDefault="009B1793" w:rsidP="009B1793">
      <w:pPr>
        <w:spacing w:after="0"/>
        <w:textAlignment w:val="center"/>
        <w:rPr>
          <w:rStyle w:val="Hiperveza"/>
          <w:rFonts w:asciiTheme="majorHAnsi" w:hAnsiTheme="majorHAnsi" w:cstheme="majorHAnsi"/>
          <w:b/>
          <w:bCs/>
        </w:rPr>
      </w:pPr>
      <w:hyperlink r:id="rId11" w:history="1">
        <w:r w:rsidRPr="001C59CE">
          <w:rPr>
            <w:rStyle w:val="Hiperveza"/>
            <w:rFonts w:asciiTheme="majorHAnsi" w:eastAsia="Times New Roman" w:hAnsiTheme="majorHAnsi" w:cstheme="majorHAnsi"/>
            <w:b/>
            <w:bCs/>
            <w:lang w:eastAsia="hr-HR"/>
          </w:rPr>
          <w:t>klikni ovdje - poveznica</w:t>
        </w:r>
        <w:r w:rsidRPr="001C59CE">
          <w:rPr>
            <w:rStyle w:val="Hiperveza"/>
            <w:rFonts w:asciiTheme="majorHAnsi" w:hAnsiTheme="majorHAnsi" w:cstheme="majorHAnsi"/>
            <w:b/>
            <w:bCs/>
          </w:rPr>
          <w:t xml:space="preserve"> – PDF</w:t>
        </w:r>
      </w:hyperlink>
    </w:p>
    <w:p w14:paraId="262921B0" w14:textId="77777777" w:rsidR="009B1793" w:rsidRPr="001C59CE" w:rsidRDefault="009B1793" w:rsidP="009B1793">
      <w:pPr>
        <w:spacing w:after="0"/>
        <w:textAlignment w:val="center"/>
        <w:rPr>
          <w:rFonts w:asciiTheme="majorHAnsi" w:hAnsiTheme="majorHAnsi" w:cstheme="majorHAnsi"/>
          <w:b/>
          <w:bCs/>
          <w:color w:val="0000FF"/>
          <w:u w:val="single"/>
        </w:rPr>
      </w:pPr>
    </w:p>
    <w:p w14:paraId="1A4AFEBE" w14:textId="12FE271F" w:rsidR="005D4F47" w:rsidRPr="001C59CE" w:rsidRDefault="009B1793" w:rsidP="009B1793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hyperlink r:id="rId12" w:history="1">
        <w:r w:rsidRPr="001C59CE">
          <w:rPr>
            <w:rStyle w:val="Hiperveza"/>
            <w:rFonts w:asciiTheme="majorHAnsi" w:hAnsiTheme="majorHAnsi" w:cstheme="majorHAnsi"/>
            <w:b/>
            <w:bCs/>
          </w:rPr>
          <w:t>klikni ovdje - poveznica - WORD</w:t>
        </w:r>
      </w:hyperlink>
    </w:p>
    <w:p w14:paraId="2ED28130" w14:textId="77777777" w:rsidR="009B7FE7" w:rsidRDefault="009B7FE7">
      <w:pPr>
        <w:keepNext/>
        <w:spacing w:before="100" w:after="40"/>
        <w:jc w:val="both"/>
        <w:rPr>
          <w:b/>
          <w:color w:val="C96A00"/>
          <w:sz w:val="26"/>
        </w:rPr>
      </w:pPr>
    </w:p>
    <w:p w14:paraId="5CB2E1AE" w14:textId="77777777" w:rsidR="009B7FE7" w:rsidRDefault="002A26C2" w:rsidP="009B7FE7">
      <w:pPr>
        <w:keepNext/>
        <w:spacing w:before="100" w:after="40"/>
        <w:jc w:val="both"/>
        <w:rPr>
          <w:rFonts w:asciiTheme="majorHAnsi" w:eastAsia="Times New Roman" w:hAnsiTheme="majorHAnsi" w:cstheme="majorHAnsi"/>
          <w:b/>
          <w:bCs/>
          <w:color w:val="002060"/>
          <w:sz w:val="40"/>
          <w:szCs w:val="40"/>
          <w:lang w:eastAsia="hr-HR"/>
        </w:rPr>
      </w:pPr>
      <w:r w:rsidRPr="00C825B6">
        <w:rPr>
          <w:rFonts w:asciiTheme="majorHAnsi" w:eastAsia="Times New Roman" w:hAnsiTheme="majorHAnsi" w:cstheme="majorHAnsi"/>
          <w:b/>
          <w:bCs/>
          <w:color w:val="002060"/>
          <w:sz w:val="40"/>
          <w:szCs w:val="40"/>
          <w:lang w:eastAsia="hr-HR"/>
        </w:rPr>
        <w:t>Pitanja iz pisane provjere:</w:t>
      </w:r>
    </w:p>
    <w:p w14:paraId="59EEC4FF" w14:textId="77777777" w:rsidR="00DC3359" w:rsidRPr="00C825B6" w:rsidRDefault="00DC3359" w:rsidP="00DC3359"/>
    <w:p w14:paraId="370C77B5" w14:textId="77777777" w:rsidR="005D4F47" w:rsidRPr="00D41D31" w:rsidRDefault="005D4F47" w:rsidP="005D4F47">
      <w:pPr>
        <w:pStyle w:val="Odlomakpopisa"/>
        <w:spacing w:after="0" w:line="276" w:lineRule="auto"/>
        <w:ind w:left="426" w:hanging="436"/>
        <w:rPr>
          <w:rFonts w:cs="Calibri"/>
        </w:rPr>
      </w:pPr>
      <w:r w:rsidRPr="00D41D31">
        <w:rPr>
          <w:rFonts w:cs="Calibri"/>
        </w:rPr>
        <w:t xml:space="preserve">①   Navedi tri tjelesna djela milosrđa! - udžbenik str. 92 </w:t>
      </w:r>
      <w:r w:rsidRPr="00D41D31">
        <w:rPr>
          <w:rFonts w:cs="Calibri"/>
          <w:b/>
        </w:rPr>
        <w:t>(3 boda)</w:t>
      </w:r>
    </w:p>
    <w:p w14:paraId="74592E12" w14:textId="77777777" w:rsidR="005D4F47" w:rsidRPr="00D41D31" w:rsidRDefault="005D4F47" w:rsidP="005D4F47">
      <w:pPr>
        <w:pStyle w:val="Odlomakpopisa"/>
        <w:numPr>
          <w:ilvl w:val="0"/>
          <w:numId w:val="15"/>
        </w:numPr>
        <w:spacing w:after="0" w:line="276" w:lineRule="auto"/>
        <w:ind w:left="426"/>
        <w:rPr>
          <w:rFonts w:cs="Calibri"/>
        </w:rPr>
      </w:pPr>
      <w:r w:rsidRPr="00D41D31">
        <w:rPr>
          <w:rFonts w:cs="Calibri"/>
          <w:bCs/>
        </w:rPr>
        <w:t>Navedi tri duhovna djela milosrđa!</w:t>
      </w:r>
      <w:r w:rsidRPr="00D41D31">
        <w:rPr>
          <w:rFonts w:cs="Calibri"/>
          <w:b/>
        </w:rPr>
        <w:t xml:space="preserve"> </w:t>
      </w:r>
      <w:r w:rsidRPr="00D41D31">
        <w:rPr>
          <w:rFonts w:cs="Calibri"/>
        </w:rPr>
        <w:t xml:space="preserve">- udžbenik str. 92 </w:t>
      </w:r>
      <w:r w:rsidRPr="00D41D31">
        <w:rPr>
          <w:rFonts w:cs="Calibri"/>
          <w:b/>
        </w:rPr>
        <w:t>(3 boda)</w:t>
      </w:r>
    </w:p>
    <w:p w14:paraId="1C496825" w14:textId="77777777" w:rsidR="005D4F47" w:rsidRPr="00D41D31" w:rsidRDefault="005D4F47" w:rsidP="005D4F47">
      <w:pPr>
        <w:pStyle w:val="Odlomakpopisa"/>
        <w:numPr>
          <w:ilvl w:val="0"/>
          <w:numId w:val="15"/>
        </w:numPr>
        <w:spacing w:after="0" w:line="276" w:lineRule="auto"/>
        <w:ind w:left="426"/>
        <w:rPr>
          <w:rFonts w:cs="Calibri"/>
        </w:rPr>
      </w:pPr>
      <w:r w:rsidRPr="00D41D31">
        <w:rPr>
          <w:rFonts w:cs="Calibri"/>
          <w:bCs/>
        </w:rPr>
        <w:t>Što je grijeh? -</w:t>
      </w:r>
      <w:r w:rsidRPr="00D41D31">
        <w:rPr>
          <w:rFonts w:cs="Calibri"/>
        </w:rPr>
        <w:t xml:space="preserve"> udžbenik str. 13 </w:t>
      </w:r>
      <w:r w:rsidRPr="00D41D31">
        <w:rPr>
          <w:rFonts w:cs="Calibri"/>
          <w:b/>
        </w:rPr>
        <w:t>(1 bod)</w:t>
      </w:r>
    </w:p>
    <w:p w14:paraId="472D13CE" w14:textId="77777777" w:rsidR="005D4F47" w:rsidRPr="00D41D31" w:rsidRDefault="005D4F47" w:rsidP="005D4F47">
      <w:pPr>
        <w:pStyle w:val="Odlomakpopisa"/>
        <w:spacing w:after="0" w:line="276" w:lineRule="auto"/>
        <w:ind w:left="426" w:hanging="436"/>
        <w:rPr>
          <w:rFonts w:cs="Calibri"/>
        </w:rPr>
      </w:pPr>
      <w:r w:rsidRPr="00D41D31">
        <w:rPr>
          <w:rFonts w:cs="Calibri"/>
          <w:bCs/>
        </w:rPr>
        <w:t>④   Navedi 4 načina na koji činimo grijeh! -</w:t>
      </w:r>
      <w:r w:rsidRPr="00D41D31">
        <w:rPr>
          <w:rFonts w:cs="Calibri"/>
        </w:rPr>
        <w:t xml:space="preserve"> udžbenik str. 13 </w:t>
      </w:r>
      <w:r w:rsidRPr="00D41D31">
        <w:rPr>
          <w:rFonts w:cs="Calibri"/>
          <w:b/>
        </w:rPr>
        <w:t xml:space="preserve"> (4 boda)</w:t>
      </w:r>
    </w:p>
    <w:p w14:paraId="275DA0CD" w14:textId="77777777" w:rsidR="005D4F47" w:rsidRPr="00D41D31" w:rsidRDefault="005D4F47" w:rsidP="005D4F47">
      <w:pPr>
        <w:pStyle w:val="Odlomakpopisa"/>
        <w:spacing w:after="0" w:line="276" w:lineRule="auto"/>
        <w:ind w:left="426" w:hanging="436"/>
        <w:rPr>
          <w:rFonts w:cs="Calibri"/>
        </w:rPr>
      </w:pPr>
      <w:r w:rsidRPr="00D41D31">
        <w:rPr>
          <w:rFonts w:cs="Calibri"/>
          <w:bCs/>
        </w:rPr>
        <w:t>⑤   Kako se zove vođa i osloboditelj Izraelaca iz egipatskog ropstva?</w:t>
      </w:r>
      <w:r w:rsidRPr="00D41D31">
        <w:rPr>
          <w:rFonts w:cs="Calibri"/>
          <w:b/>
        </w:rPr>
        <w:t xml:space="preserve"> </w:t>
      </w:r>
      <w:r w:rsidRPr="00D41D31">
        <w:rPr>
          <w:rFonts w:cs="Calibri"/>
          <w:bCs/>
        </w:rPr>
        <w:t>-</w:t>
      </w:r>
      <w:r w:rsidRPr="00D41D31">
        <w:rPr>
          <w:rFonts w:cs="Calibri"/>
        </w:rPr>
        <w:t xml:space="preserve"> udžbenik str. 16 </w:t>
      </w:r>
      <w:r w:rsidRPr="00D41D31">
        <w:rPr>
          <w:rFonts w:cs="Calibri"/>
          <w:b/>
        </w:rPr>
        <w:t>(1 bod)</w:t>
      </w:r>
    </w:p>
    <w:p w14:paraId="4DEE9F94" w14:textId="77777777" w:rsidR="005D4F47" w:rsidRPr="00D41D31" w:rsidRDefault="005D4F47" w:rsidP="005D4F47">
      <w:pPr>
        <w:pStyle w:val="Odlomakpopisa"/>
        <w:spacing w:after="0" w:line="276" w:lineRule="auto"/>
        <w:ind w:left="426" w:hanging="436"/>
        <w:rPr>
          <w:rFonts w:cs="Calibri"/>
        </w:rPr>
      </w:pPr>
      <w:r w:rsidRPr="00D41D31">
        <w:rPr>
          <w:rFonts w:cs="Calibri"/>
        </w:rPr>
        <w:t xml:space="preserve">⑥   U kojoj biblijskoj knjizi je opisan izlazak Izraelaca iz ropstva u slobodu? </w:t>
      </w:r>
      <w:r w:rsidRPr="00D41D31">
        <w:rPr>
          <w:rFonts w:cs="Calibri"/>
          <w:bCs/>
        </w:rPr>
        <w:t>-</w:t>
      </w:r>
      <w:r w:rsidRPr="00D41D31">
        <w:rPr>
          <w:rFonts w:cs="Calibri"/>
        </w:rPr>
        <w:t xml:space="preserve"> udžbenik str. 16 </w:t>
      </w:r>
      <w:r w:rsidRPr="00D41D31">
        <w:rPr>
          <w:rFonts w:cs="Calibri"/>
          <w:b/>
        </w:rPr>
        <w:t>(1 bod)</w:t>
      </w:r>
    </w:p>
    <w:p w14:paraId="566CD911" w14:textId="77777777" w:rsidR="005D4F47" w:rsidRPr="00D41D31" w:rsidRDefault="005D4F47" w:rsidP="005D4F47">
      <w:pPr>
        <w:pStyle w:val="Odlomakpopisa"/>
        <w:spacing w:after="0" w:line="276" w:lineRule="auto"/>
        <w:ind w:left="426" w:hanging="436"/>
        <w:rPr>
          <w:rFonts w:cs="Calibri"/>
        </w:rPr>
      </w:pPr>
      <w:r w:rsidRPr="00D41D31">
        <w:rPr>
          <w:rFonts w:cs="Calibri"/>
          <w:bCs/>
        </w:rPr>
        <w:t>⑦   Pod kojim imenom se Bog objavio Mojsiju – navedi puni naziv!</w:t>
      </w:r>
      <w:r w:rsidRPr="00D41D31">
        <w:rPr>
          <w:rFonts w:cs="Calibri"/>
          <w:b/>
        </w:rPr>
        <w:t xml:space="preserve"> </w:t>
      </w:r>
      <w:r w:rsidRPr="00D41D31">
        <w:rPr>
          <w:rFonts w:cs="Calibri"/>
          <w:bCs/>
        </w:rPr>
        <w:t>-</w:t>
      </w:r>
      <w:r w:rsidRPr="00D41D31">
        <w:rPr>
          <w:rFonts w:cs="Calibri"/>
        </w:rPr>
        <w:t xml:space="preserve"> udžbenik str. 17 </w:t>
      </w:r>
      <w:r w:rsidRPr="00D41D31">
        <w:rPr>
          <w:rFonts w:cs="Calibri"/>
          <w:b/>
        </w:rPr>
        <w:t>(1 bod)</w:t>
      </w:r>
    </w:p>
    <w:p w14:paraId="28D03506" w14:textId="77777777" w:rsidR="005D4F47" w:rsidRPr="00D41D31" w:rsidRDefault="005D4F47" w:rsidP="005D4F47">
      <w:pPr>
        <w:pStyle w:val="Odlomakpopisa"/>
        <w:numPr>
          <w:ilvl w:val="0"/>
          <w:numId w:val="16"/>
        </w:numPr>
        <w:spacing w:after="0" w:line="276" w:lineRule="auto"/>
        <w:ind w:left="426"/>
        <w:rPr>
          <w:rFonts w:cs="Calibri"/>
        </w:rPr>
      </w:pPr>
      <w:r w:rsidRPr="00D41D31">
        <w:rPr>
          <w:rFonts w:cs="Calibri"/>
          <w:bCs/>
        </w:rPr>
        <w:t>Što je Pasha?</w:t>
      </w:r>
      <w:r w:rsidRPr="00D41D31">
        <w:rPr>
          <w:rFonts w:cs="Calibri"/>
          <w:b/>
        </w:rPr>
        <w:t xml:space="preserve"> </w:t>
      </w:r>
      <w:r w:rsidRPr="00D41D31">
        <w:rPr>
          <w:rFonts w:cs="Calibri"/>
          <w:bCs/>
        </w:rPr>
        <w:t>-</w:t>
      </w:r>
      <w:r w:rsidRPr="00D41D31">
        <w:rPr>
          <w:rFonts w:cs="Calibri"/>
        </w:rPr>
        <w:t xml:space="preserve"> udžbenik str. 18 </w:t>
      </w:r>
      <w:r w:rsidRPr="00D41D31">
        <w:rPr>
          <w:rFonts w:cs="Calibri"/>
          <w:b/>
        </w:rPr>
        <w:t>(2 boda)</w:t>
      </w:r>
    </w:p>
    <w:p w14:paraId="568EE478" w14:textId="77777777" w:rsidR="005D4F47" w:rsidRPr="00D41D31" w:rsidRDefault="005D4F47" w:rsidP="005D4F47">
      <w:pPr>
        <w:pStyle w:val="Odlomakpopisa"/>
        <w:numPr>
          <w:ilvl w:val="0"/>
          <w:numId w:val="16"/>
        </w:numPr>
        <w:spacing w:after="0" w:line="276" w:lineRule="auto"/>
        <w:ind w:left="426"/>
        <w:rPr>
          <w:rFonts w:cs="Calibri"/>
        </w:rPr>
      </w:pPr>
      <w:r w:rsidRPr="00D41D31">
        <w:rPr>
          <w:rFonts w:cs="Calibri"/>
        </w:rPr>
        <w:t xml:space="preserve">Napiši treću i osmu Božju zapovijed! </w:t>
      </w:r>
      <w:r w:rsidRPr="00D41D31">
        <w:rPr>
          <w:rFonts w:cs="Calibri"/>
          <w:bCs/>
        </w:rPr>
        <w:t>-</w:t>
      </w:r>
      <w:r w:rsidRPr="00D41D31">
        <w:rPr>
          <w:rFonts w:cs="Calibri"/>
        </w:rPr>
        <w:t xml:space="preserve"> udžbenik str. 21 </w:t>
      </w:r>
      <w:r w:rsidRPr="00D41D31">
        <w:rPr>
          <w:rFonts w:cs="Calibri"/>
          <w:b/>
        </w:rPr>
        <w:t>(2 boda)</w:t>
      </w:r>
    </w:p>
    <w:p w14:paraId="42DFBFC3" w14:textId="77777777" w:rsidR="005D4F47" w:rsidRPr="00D41D31" w:rsidRDefault="005D4F47" w:rsidP="005D4F47">
      <w:pPr>
        <w:pStyle w:val="Odlomakpopisa"/>
        <w:numPr>
          <w:ilvl w:val="0"/>
          <w:numId w:val="16"/>
        </w:numPr>
        <w:spacing w:after="0" w:line="276" w:lineRule="auto"/>
        <w:ind w:left="426"/>
        <w:rPr>
          <w:rFonts w:cs="Calibri"/>
        </w:rPr>
      </w:pPr>
      <w:r w:rsidRPr="00D41D31">
        <w:rPr>
          <w:rFonts w:cs="Calibri"/>
        </w:rPr>
        <w:t xml:space="preserve">Što je Crkva i kada je nastala? – udžbenik str. 26 </w:t>
      </w:r>
      <w:r w:rsidRPr="00D41D31">
        <w:rPr>
          <w:rFonts w:cs="Calibri"/>
          <w:b/>
        </w:rPr>
        <w:t>(2 boda)</w:t>
      </w:r>
    </w:p>
    <w:p w14:paraId="1CCC7276" w14:textId="77777777" w:rsidR="005D4F47" w:rsidRPr="00D41D31" w:rsidRDefault="005D4F47" w:rsidP="005D4F47">
      <w:pPr>
        <w:pStyle w:val="Odlomakpopisa"/>
        <w:numPr>
          <w:ilvl w:val="0"/>
          <w:numId w:val="16"/>
        </w:numPr>
        <w:spacing w:after="0" w:line="276" w:lineRule="auto"/>
        <w:ind w:left="426"/>
        <w:rPr>
          <w:rFonts w:cs="Calibri"/>
        </w:rPr>
      </w:pPr>
      <w:r w:rsidRPr="00D41D31">
        <w:rPr>
          <w:rFonts w:cs="Calibri"/>
        </w:rPr>
        <w:t xml:space="preserve">Napiši dvije biblijske slike koje opisuju Crkvu! – udžbenik str. 27 </w:t>
      </w:r>
      <w:r w:rsidRPr="00D41D31">
        <w:rPr>
          <w:rFonts w:cs="Calibri"/>
          <w:b/>
        </w:rPr>
        <w:t>(2 boda)</w:t>
      </w:r>
    </w:p>
    <w:p w14:paraId="6A4FCB71" w14:textId="77777777" w:rsidR="005D4F47" w:rsidRPr="00D41D31" w:rsidRDefault="005D4F47" w:rsidP="005D4F47">
      <w:pPr>
        <w:pStyle w:val="Odlomakpopisa"/>
        <w:spacing w:after="0" w:line="276" w:lineRule="auto"/>
        <w:ind w:left="426" w:hanging="398"/>
        <w:rPr>
          <w:rFonts w:cs="Calibri"/>
        </w:rPr>
      </w:pPr>
      <w:r w:rsidRPr="00D41D31">
        <w:rPr>
          <w:rFonts w:cs="Calibri"/>
        </w:rPr>
        <w:t xml:space="preserve">⑫  Tko spada u sveti red? – udžbenik str. 28 </w:t>
      </w:r>
      <w:r w:rsidRPr="00D41D31">
        <w:rPr>
          <w:rFonts w:cs="Calibri"/>
          <w:b/>
        </w:rPr>
        <w:t>(3 boda)</w:t>
      </w:r>
    </w:p>
    <w:p w14:paraId="123C9F32" w14:textId="77777777" w:rsidR="005D4F47" w:rsidRPr="00D41D31" w:rsidRDefault="005D4F47" w:rsidP="005D4F47">
      <w:pPr>
        <w:pStyle w:val="Odlomakpopisa"/>
        <w:numPr>
          <w:ilvl w:val="0"/>
          <w:numId w:val="17"/>
        </w:numPr>
        <w:spacing w:after="0" w:line="276" w:lineRule="auto"/>
        <w:ind w:left="426"/>
        <w:rPr>
          <w:rFonts w:cs="Calibri"/>
        </w:rPr>
      </w:pPr>
      <w:r w:rsidRPr="00D41D31">
        <w:rPr>
          <w:rFonts w:cs="Calibri"/>
        </w:rPr>
        <w:t xml:space="preserve">Što su župe? – udžbenik str. 29 </w:t>
      </w:r>
      <w:r w:rsidRPr="00D41D31">
        <w:rPr>
          <w:rFonts w:cs="Calibri"/>
          <w:b/>
        </w:rPr>
        <w:t>(1 bod)</w:t>
      </w:r>
    </w:p>
    <w:p w14:paraId="3AB3FF48" w14:textId="77777777" w:rsidR="005D4F47" w:rsidRPr="00D41D31" w:rsidRDefault="005D4F47" w:rsidP="005D4F47">
      <w:pPr>
        <w:pStyle w:val="Odlomakpopisa"/>
        <w:numPr>
          <w:ilvl w:val="0"/>
          <w:numId w:val="17"/>
        </w:numPr>
        <w:spacing w:after="0" w:line="276" w:lineRule="auto"/>
        <w:ind w:left="426"/>
        <w:rPr>
          <w:rFonts w:cs="Calibri"/>
        </w:rPr>
      </w:pPr>
      <w:r w:rsidRPr="00D41D31">
        <w:rPr>
          <w:rFonts w:cs="Calibri"/>
        </w:rPr>
        <w:t xml:space="preserve">Navedi dvije redovničke zajednice! – udžbenik str. 30 </w:t>
      </w:r>
      <w:r w:rsidRPr="00D41D31">
        <w:rPr>
          <w:rFonts w:cs="Calibri"/>
          <w:b/>
        </w:rPr>
        <w:t>(2 boda)</w:t>
      </w:r>
    </w:p>
    <w:p w14:paraId="265536E3" w14:textId="77777777" w:rsidR="005D4F47" w:rsidRPr="00D41D31" w:rsidRDefault="005D4F47" w:rsidP="005D4F47">
      <w:pPr>
        <w:pStyle w:val="Odlomakpopisa"/>
        <w:spacing w:after="0" w:line="276" w:lineRule="auto"/>
        <w:ind w:left="426" w:hanging="398"/>
        <w:rPr>
          <w:rFonts w:cs="Calibri"/>
        </w:rPr>
      </w:pPr>
      <w:r w:rsidRPr="00D41D31">
        <w:rPr>
          <w:rFonts w:cs="Calibri"/>
          <w:bCs/>
        </w:rPr>
        <w:t xml:space="preserve">⑮  Napiši geslo sv. Benedikta! – udžbenik, str. 30 </w:t>
      </w:r>
      <w:r w:rsidRPr="00D41D31">
        <w:rPr>
          <w:rFonts w:cs="Calibri"/>
          <w:b/>
        </w:rPr>
        <w:t>(1 bod)</w:t>
      </w:r>
    </w:p>
    <w:p w14:paraId="2E27721D" w14:textId="77777777" w:rsidR="005D4F47" w:rsidRPr="00D41D31" w:rsidRDefault="005D4F47" w:rsidP="005D4F47">
      <w:pPr>
        <w:pStyle w:val="Odlomakpopisa"/>
        <w:numPr>
          <w:ilvl w:val="0"/>
          <w:numId w:val="18"/>
        </w:numPr>
        <w:spacing w:after="0" w:line="276" w:lineRule="auto"/>
        <w:ind w:left="426"/>
        <w:rPr>
          <w:rFonts w:cs="Calibri"/>
          <w:bCs/>
        </w:rPr>
      </w:pPr>
      <w:r w:rsidRPr="00D41D31">
        <w:rPr>
          <w:rFonts w:cs="Calibri"/>
          <w:bCs/>
        </w:rPr>
        <w:t xml:space="preserve">Tko je laik? – udžbenik, str. 31 </w:t>
      </w:r>
      <w:r w:rsidRPr="00D41D31">
        <w:rPr>
          <w:rFonts w:cs="Calibri"/>
          <w:b/>
        </w:rPr>
        <w:t>(1 bod)</w:t>
      </w:r>
    </w:p>
    <w:p w14:paraId="3A519F99" w14:textId="77777777" w:rsidR="005D4F47" w:rsidRPr="00D41D31" w:rsidRDefault="005D4F47" w:rsidP="005D4F47">
      <w:pPr>
        <w:pStyle w:val="Odlomakpopisa"/>
        <w:numPr>
          <w:ilvl w:val="0"/>
          <w:numId w:val="18"/>
        </w:numPr>
        <w:spacing w:after="0" w:line="276" w:lineRule="auto"/>
        <w:ind w:left="426"/>
        <w:rPr>
          <w:rFonts w:cs="Calibri"/>
        </w:rPr>
      </w:pPr>
      <w:r w:rsidRPr="00D41D31">
        <w:rPr>
          <w:rFonts w:cs="Calibri"/>
        </w:rPr>
        <w:t>Stavi kvačicu kod tvrdnji na prikladno mjesto! – udžbenik str.17</w:t>
      </w:r>
      <w:r w:rsidRPr="00D41D31">
        <w:rPr>
          <w:rFonts w:cs="Calibri"/>
          <w:b/>
        </w:rPr>
        <w:t xml:space="preserve"> (12 bodova)</w:t>
      </w:r>
    </w:p>
    <w:p w14:paraId="68647AFC" w14:textId="77777777" w:rsidR="005D4F47" w:rsidRPr="00D41D31" w:rsidRDefault="005D4F47" w:rsidP="005D4F47">
      <w:pPr>
        <w:pStyle w:val="Odlomakpopisa"/>
        <w:spacing w:after="0"/>
        <w:rPr>
          <w:rFonts w:cs="Calibri"/>
        </w:rPr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7624"/>
        <w:gridCol w:w="1513"/>
        <w:gridCol w:w="1534"/>
      </w:tblGrid>
      <w:tr w:rsidR="005D4F47" w:rsidRPr="00D41D31" w14:paraId="1C3056BB" w14:textId="77777777" w:rsidTr="007022C8">
        <w:tc>
          <w:tcPr>
            <w:tcW w:w="3572" w:type="pct"/>
          </w:tcPr>
          <w:p w14:paraId="71CEFD8B" w14:textId="77777777" w:rsidR="005D4F47" w:rsidRPr="00D41D31" w:rsidRDefault="005D4F47" w:rsidP="007022C8">
            <w:pPr>
              <w:pStyle w:val="Odlomakpopisa"/>
              <w:ind w:left="0"/>
              <w:jc w:val="center"/>
              <w:rPr>
                <w:rFonts w:cs="Calibri"/>
                <w:b/>
                <w:bCs/>
              </w:rPr>
            </w:pPr>
            <w:r w:rsidRPr="00D41D31">
              <w:rPr>
                <w:rFonts w:cs="Calibri"/>
                <w:b/>
                <w:bCs/>
              </w:rPr>
              <w:t>TVRDNJA</w:t>
            </w:r>
          </w:p>
        </w:tc>
        <w:tc>
          <w:tcPr>
            <w:tcW w:w="709" w:type="pct"/>
          </w:tcPr>
          <w:p w14:paraId="2CE1C232" w14:textId="77777777" w:rsidR="005D4F47" w:rsidRPr="00D41D31" w:rsidRDefault="005D4F47" w:rsidP="007022C8">
            <w:pPr>
              <w:pStyle w:val="Odlomakpopisa"/>
              <w:ind w:left="0"/>
              <w:jc w:val="center"/>
              <w:rPr>
                <w:rFonts w:cs="Calibri"/>
                <w:b/>
                <w:bCs/>
              </w:rPr>
            </w:pPr>
            <w:r w:rsidRPr="00D41D31">
              <w:rPr>
                <w:rFonts w:cs="Calibri"/>
                <w:b/>
                <w:bCs/>
              </w:rPr>
              <w:t>TOČNO</w:t>
            </w:r>
          </w:p>
        </w:tc>
        <w:tc>
          <w:tcPr>
            <w:tcW w:w="719" w:type="pct"/>
          </w:tcPr>
          <w:p w14:paraId="6BE3C603" w14:textId="77777777" w:rsidR="005D4F47" w:rsidRPr="00D41D31" w:rsidRDefault="005D4F47" w:rsidP="007022C8">
            <w:pPr>
              <w:pStyle w:val="Odlomakpopisa"/>
              <w:ind w:left="0"/>
              <w:jc w:val="center"/>
              <w:rPr>
                <w:rFonts w:cs="Calibri"/>
                <w:b/>
                <w:bCs/>
              </w:rPr>
            </w:pPr>
            <w:r w:rsidRPr="00D41D31">
              <w:rPr>
                <w:rFonts w:cs="Calibri"/>
                <w:b/>
                <w:bCs/>
              </w:rPr>
              <w:t>NETOČNO</w:t>
            </w:r>
          </w:p>
        </w:tc>
      </w:tr>
      <w:tr w:rsidR="005D4F47" w:rsidRPr="00D41D31" w14:paraId="51DAEB4E" w14:textId="77777777" w:rsidTr="007022C8">
        <w:tc>
          <w:tcPr>
            <w:tcW w:w="3572" w:type="pct"/>
          </w:tcPr>
          <w:p w14:paraId="057BFE4E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  <w:r w:rsidRPr="00D41D31">
              <w:rPr>
                <w:rFonts w:cs="Calibri"/>
              </w:rPr>
              <w:t>Sloboda je Božji dar.</w:t>
            </w:r>
          </w:p>
        </w:tc>
        <w:tc>
          <w:tcPr>
            <w:tcW w:w="709" w:type="pct"/>
          </w:tcPr>
          <w:p w14:paraId="00D7BCEC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  <w:tc>
          <w:tcPr>
            <w:tcW w:w="719" w:type="pct"/>
          </w:tcPr>
          <w:p w14:paraId="6F776141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</w:tr>
      <w:tr w:rsidR="005D4F47" w:rsidRPr="00D41D31" w14:paraId="097F442D" w14:textId="77777777" w:rsidTr="007022C8">
        <w:tc>
          <w:tcPr>
            <w:tcW w:w="3572" w:type="pct"/>
          </w:tcPr>
          <w:p w14:paraId="5681FBE8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  <w:r w:rsidRPr="00D41D31">
              <w:rPr>
                <w:rFonts w:cs="Calibri"/>
              </w:rPr>
              <w:t>Bog nam nije dao slobodnu volju.</w:t>
            </w:r>
          </w:p>
        </w:tc>
        <w:tc>
          <w:tcPr>
            <w:tcW w:w="709" w:type="pct"/>
          </w:tcPr>
          <w:p w14:paraId="53A9D4B0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  <w:tc>
          <w:tcPr>
            <w:tcW w:w="719" w:type="pct"/>
          </w:tcPr>
          <w:p w14:paraId="355142DF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</w:tr>
      <w:tr w:rsidR="005D4F47" w:rsidRPr="00D41D31" w14:paraId="225C0FF3" w14:textId="77777777" w:rsidTr="007022C8">
        <w:tc>
          <w:tcPr>
            <w:tcW w:w="3572" w:type="pct"/>
          </w:tcPr>
          <w:p w14:paraId="726719AF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  <w:r w:rsidRPr="00D41D31">
              <w:rPr>
                <w:rFonts w:cs="Calibri"/>
              </w:rPr>
              <w:t>Sloboda je kada možemo raditi što nas je volja.</w:t>
            </w:r>
          </w:p>
        </w:tc>
        <w:tc>
          <w:tcPr>
            <w:tcW w:w="709" w:type="pct"/>
          </w:tcPr>
          <w:p w14:paraId="78513646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  <w:tc>
          <w:tcPr>
            <w:tcW w:w="719" w:type="pct"/>
          </w:tcPr>
          <w:p w14:paraId="5E9C0441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</w:tr>
      <w:tr w:rsidR="005D4F47" w:rsidRPr="00D41D31" w14:paraId="4C47CE8A" w14:textId="77777777" w:rsidTr="007022C8">
        <w:tc>
          <w:tcPr>
            <w:tcW w:w="3572" w:type="pct"/>
          </w:tcPr>
          <w:p w14:paraId="40DCAB0E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  <w:r w:rsidRPr="00D41D31">
              <w:rPr>
                <w:rFonts w:cs="Calibri"/>
              </w:rPr>
              <w:t>Sklonost činjenja zla koju nasljeđujemo rađanjem zove se istočni grijeh.</w:t>
            </w:r>
          </w:p>
        </w:tc>
        <w:tc>
          <w:tcPr>
            <w:tcW w:w="709" w:type="pct"/>
          </w:tcPr>
          <w:p w14:paraId="6C9B0064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  <w:tc>
          <w:tcPr>
            <w:tcW w:w="719" w:type="pct"/>
          </w:tcPr>
          <w:p w14:paraId="116AE109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</w:tr>
      <w:tr w:rsidR="005D4F47" w:rsidRPr="00D41D31" w14:paraId="70B4941D" w14:textId="77777777" w:rsidTr="007022C8">
        <w:tc>
          <w:tcPr>
            <w:tcW w:w="3572" w:type="pct"/>
          </w:tcPr>
          <w:p w14:paraId="79CB6DC7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  <w:r w:rsidRPr="00D41D31">
              <w:rPr>
                <w:rFonts w:cs="Calibri"/>
              </w:rPr>
              <w:t>Za grijeh smo odgovorni ako ne spriječimo ili ne ukazujemo na grijeh.</w:t>
            </w:r>
          </w:p>
        </w:tc>
        <w:tc>
          <w:tcPr>
            <w:tcW w:w="709" w:type="pct"/>
          </w:tcPr>
          <w:p w14:paraId="0C3F6FD8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  <w:tc>
          <w:tcPr>
            <w:tcW w:w="719" w:type="pct"/>
          </w:tcPr>
          <w:p w14:paraId="78B27161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</w:tr>
      <w:tr w:rsidR="005D4F47" w:rsidRPr="00D41D31" w14:paraId="0BB6ED68" w14:textId="77777777" w:rsidTr="007022C8">
        <w:tc>
          <w:tcPr>
            <w:tcW w:w="3572" w:type="pct"/>
          </w:tcPr>
          <w:p w14:paraId="5AA322BB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  <w:r w:rsidRPr="00D41D31">
              <w:rPr>
                <w:rFonts w:cs="Calibri"/>
              </w:rPr>
              <w:t>Mojsije je izveo Izraelce iz babilonskog ropstva.</w:t>
            </w:r>
          </w:p>
        </w:tc>
        <w:tc>
          <w:tcPr>
            <w:tcW w:w="709" w:type="pct"/>
          </w:tcPr>
          <w:p w14:paraId="3F784610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  <w:tc>
          <w:tcPr>
            <w:tcW w:w="719" w:type="pct"/>
          </w:tcPr>
          <w:p w14:paraId="04249D65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</w:tr>
      <w:tr w:rsidR="005D4F47" w:rsidRPr="00D41D31" w14:paraId="32AAA5EA" w14:textId="77777777" w:rsidTr="007022C8">
        <w:tc>
          <w:tcPr>
            <w:tcW w:w="3572" w:type="pct"/>
          </w:tcPr>
          <w:p w14:paraId="03BE6DBA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  <w:r w:rsidRPr="00D41D31">
              <w:rPr>
                <w:rFonts w:cs="Calibri"/>
              </w:rPr>
              <w:t>Aron je Mojsijev stric.</w:t>
            </w:r>
          </w:p>
        </w:tc>
        <w:tc>
          <w:tcPr>
            <w:tcW w:w="709" w:type="pct"/>
          </w:tcPr>
          <w:p w14:paraId="3B841BDD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  <w:tc>
          <w:tcPr>
            <w:tcW w:w="719" w:type="pct"/>
          </w:tcPr>
          <w:p w14:paraId="562DB5F7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</w:tr>
      <w:tr w:rsidR="005D4F47" w:rsidRPr="00D41D31" w14:paraId="783EF434" w14:textId="77777777" w:rsidTr="007022C8">
        <w:tc>
          <w:tcPr>
            <w:tcW w:w="3572" w:type="pct"/>
          </w:tcPr>
          <w:p w14:paraId="57ABCC09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  <w:r w:rsidRPr="00D41D31">
              <w:rPr>
                <w:rFonts w:cs="Calibri"/>
              </w:rPr>
              <w:t>Faraon je pustio Izraelce nakon smrti svoga sina.</w:t>
            </w:r>
          </w:p>
        </w:tc>
        <w:tc>
          <w:tcPr>
            <w:tcW w:w="709" w:type="pct"/>
          </w:tcPr>
          <w:p w14:paraId="74BF60CA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  <w:tc>
          <w:tcPr>
            <w:tcW w:w="719" w:type="pct"/>
          </w:tcPr>
          <w:p w14:paraId="6CF11852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</w:tr>
      <w:tr w:rsidR="005D4F47" w:rsidRPr="00D41D31" w14:paraId="624A0F69" w14:textId="77777777" w:rsidTr="007022C8">
        <w:tc>
          <w:tcPr>
            <w:tcW w:w="3572" w:type="pct"/>
          </w:tcPr>
          <w:p w14:paraId="222B56D1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  <w:r w:rsidRPr="00D41D31">
              <w:rPr>
                <w:rFonts w:cs="Calibri"/>
              </w:rPr>
              <w:t>Izraelci su prešli preko Jadranskog mora.</w:t>
            </w:r>
          </w:p>
        </w:tc>
        <w:tc>
          <w:tcPr>
            <w:tcW w:w="709" w:type="pct"/>
          </w:tcPr>
          <w:p w14:paraId="73AE675D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  <w:tc>
          <w:tcPr>
            <w:tcW w:w="719" w:type="pct"/>
          </w:tcPr>
          <w:p w14:paraId="04C05A04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</w:tr>
      <w:tr w:rsidR="005D4F47" w:rsidRPr="00D41D31" w14:paraId="7B48462E" w14:textId="77777777" w:rsidTr="007022C8">
        <w:tc>
          <w:tcPr>
            <w:tcW w:w="3572" w:type="pct"/>
          </w:tcPr>
          <w:p w14:paraId="4E3E25AE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  <w:r w:rsidRPr="00D41D31">
              <w:rPr>
                <w:rFonts w:cs="Calibri"/>
              </w:rPr>
              <w:t>Izraelci su lutali pustinjom 50 godina.</w:t>
            </w:r>
          </w:p>
        </w:tc>
        <w:tc>
          <w:tcPr>
            <w:tcW w:w="709" w:type="pct"/>
          </w:tcPr>
          <w:p w14:paraId="41386BB0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  <w:tc>
          <w:tcPr>
            <w:tcW w:w="719" w:type="pct"/>
          </w:tcPr>
          <w:p w14:paraId="2C8812DC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</w:tr>
      <w:tr w:rsidR="005D4F47" w:rsidRPr="00D41D31" w14:paraId="6CCD3768" w14:textId="77777777" w:rsidTr="00D41D31">
        <w:trPr>
          <w:trHeight w:val="50"/>
        </w:trPr>
        <w:tc>
          <w:tcPr>
            <w:tcW w:w="3572" w:type="pct"/>
          </w:tcPr>
          <w:p w14:paraId="1EB93EC3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  <w:r w:rsidRPr="00D41D31">
              <w:rPr>
                <w:rFonts w:cs="Calibri"/>
              </w:rPr>
              <w:t>Bog je Mojsiju dao 10 zapovijedi na brdu Sinaj.</w:t>
            </w:r>
          </w:p>
        </w:tc>
        <w:tc>
          <w:tcPr>
            <w:tcW w:w="709" w:type="pct"/>
          </w:tcPr>
          <w:p w14:paraId="43A96F9E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  <w:tc>
          <w:tcPr>
            <w:tcW w:w="719" w:type="pct"/>
          </w:tcPr>
          <w:p w14:paraId="562BE3C1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</w:tr>
      <w:tr w:rsidR="005D4F47" w:rsidRPr="00D41D31" w14:paraId="156AFC99" w14:textId="77777777" w:rsidTr="007022C8">
        <w:tc>
          <w:tcPr>
            <w:tcW w:w="3572" w:type="pct"/>
          </w:tcPr>
          <w:p w14:paraId="17D377E3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  <w:r w:rsidRPr="00D41D31">
              <w:rPr>
                <w:rFonts w:cs="Calibri"/>
              </w:rPr>
              <w:t>Narod je čekajući Mojsija napravio zlatnu kravu.</w:t>
            </w:r>
          </w:p>
        </w:tc>
        <w:tc>
          <w:tcPr>
            <w:tcW w:w="709" w:type="pct"/>
          </w:tcPr>
          <w:p w14:paraId="26AAF08B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  <w:tc>
          <w:tcPr>
            <w:tcW w:w="719" w:type="pct"/>
          </w:tcPr>
          <w:p w14:paraId="06DADD5D" w14:textId="77777777" w:rsidR="005D4F47" w:rsidRPr="00D41D31" w:rsidRDefault="005D4F47" w:rsidP="007022C8">
            <w:pPr>
              <w:pStyle w:val="Odlomakpopisa"/>
              <w:ind w:left="0"/>
              <w:rPr>
                <w:rFonts w:cs="Calibri"/>
              </w:rPr>
            </w:pPr>
          </w:p>
        </w:tc>
      </w:tr>
    </w:tbl>
    <w:p w14:paraId="44693BD2" w14:textId="77777777" w:rsidR="005D4F47" w:rsidRPr="001C59CE" w:rsidRDefault="005D4F47" w:rsidP="005D4F47">
      <w:pPr>
        <w:spacing w:after="0"/>
        <w:rPr>
          <w:rFonts w:asciiTheme="majorHAnsi" w:hAnsiTheme="majorHAnsi" w:cstheme="majorHAnsi"/>
        </w:rPr>
      </w:pPr>
    </w:p>
    <w:tbl>
      <w:tblPr>
        <w:tblStyle w:val="Reetkatablic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0"/>
        <w:gridCol w:w="5341"/>
      </w:tblGrid>
      <w:tr w:rsidR="005D4F47" w:rsidRPr="00BC3089" w14:paraId="1C24E863" w14:textId="77777777" w:rsidTr="007022C8">
        <w:tc>
          <w:tcPr>
            <w:tcW w:w="2500" w:type="pct"/>
          </w:tcPr>
          <w:p w14:paraId="1428B0A6" w14:textId="77777777" w:rsidR="005D4F47" w:rsidRPr="001C59CE" w:rsidRDefault="005D4F47" w:rsidP="007022C8">
            <w:pPr>
              <w:spacing w:after="200" w:line="276" w:lineRule="auto"/>
              <w:ind w:left="23"/>
              <w:contextualSpacing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/>
                <w:u w:val="single"/>
              </w:rPr>
              <w:t>Pojašnjenja:</w:t>
            </w:r>
            <w:r>
              <w:rPr>
                <w:rFonts w:asciiTheme="majorHAnsi" w:hAnsiTheme="majorHAnsi" w:cstheme="majorHAnsi"/>
                <w:b/>
                <w:u w:val="single"/>
              </w:rPr>
              <w:br/>
            </w:r>
            <w:r w:rsidRPr="001C59CE">
              <w:rPr>
                <w:rFonts w:asciiTheme="majorHAnsi" w:hAnsiTheme="majorHAnsi" w:cstheme="majorHAnsi"/>
                <w:bCs/>
              </w:rPr>
              <w:t>UKUPNO: 42 boda.</w:t>
            </w:r>
          </w:p>
          <w:p w14:paraId="780D7D1C" w14:textId="77777777" w:rsidR="005D4F47" w:rsidRPr="001C59CE" w:rsidRDefault="005D4F47" w:rsidP="007022C8">
            <w:pPr>
              <w:spacing w:after="200" w:line="276" w:lineRule="auto"/>
              <w:ind w:left="23"/>
              <w:contextualSpacing/>
              <w:rPr>
                <w:rFonts w:asciiTheme="majorHAnsi" w:hAnsiTheme="majorHAnsi" w:cstheme="majorHAnsi"/>
                <w:bCs/>
              </w:rPr>
            </w:pPr>
            <w:r w:rsidRPr="001C59CE">
              <w:rPr>
                <w:rFonts w:asciiTheme="majorHAnsi" w:hAnsiTheme="majorHAnsi" w:cstheme="majorHAnsi"/>
                <w:bCs/>
              </w:rPr>
              <w:t>Od 1-10 bodova = nedovoljan</w:t>
            </w:r>
          </w:p>
          <w:p w14:paraId="38858CD7" w14:textId="77777777" w:rsidR="005D4F47" w:rsidRPr="001C59CE" w:rsidRDefault="005D4F47" w:rsidP="007022C8">
            <w:pPr>
              <w:spacing w:after="200" w:line="276" w:lineRule="auto"/>
              <w:ind w:left="23"/>
              <w:contextualSpacing/>
              <w:rPr>
                <w:rFonts w:asciiTheme="majorHAnsi" w:hAnsiTheme="majorHAnsi" w:cstheme="majorHAnsi"/>
                <w:bCs/>
              </w:rPr>
            </w:pPr>
            <w:r w:rsidRPr="001C59CE">
              <w:rPr>
                <w:rFonts w:asciiTheme="majorHAnsi" w:hAnsiTheme="majorHAnsi" w:cstheme="majorHAnsi"/>
                <w:bCs/>
              </w:rPr>
              <w:t>od 11-20 bodova = dovoljan</w:t>
            </w:r>
          </w:p>
          <w:p w14:paraId="7678DCB5" w14:textId="77777777" w:rsidR="005D4F47" w:rsidRPr="001C59CE" w:rsidRDefault="005D4F47" w:rsidP="007022C8">
            <w:pPr>
              <w:spacing w:after="200" w:line="276" w:lineRule="auto"/>
              <w:ind w:left="23"/>
              <w:contextualSpacing/>
              <w:rPr>
                <w:rFonts w:asciiTheme="majorHAnsi" w:hAnsiTheme="majorHAnsi" w:cstheme="majorHAnsi"/>
                <w:bCs/>
              </w:rPr>
            </w:pPr>
            <w:r w:rsidRPr="001C59CE">
              <w:rPr>
                <w:rFonts w:asciiTheme="majorHAnsi" w:hAnsiTheme="majorHAnsi" w:cstheme="majorHAnsi"/>
                <w:bCs/>
              </w:rPr>
              <w:t>od 21-29 bodova = dobar</w:t>
            </w:r>
          </w:p>
          <w:p w14:paraId="15B80C55" w14:textId="77777777" w:rsidR="005D4F47" w:rsidRPr="001C59CE" w:rsidRDefault="005D4F47" w:rsidP="007022C8">
            <w:pPr>
              <w:spacing w:after="200" w:line="276" w:lineRule="auto"/>
              <w:ind w:left="23"/>
              <w:contextualSpacing/>
              <w:rPr>
                <w:rFonts w:asciiTheme="majorHAnsi" w:hAnsiTheme="majorHAnsi" w:cstheme="majorHAnsi"/>
                <w:bCs/>
              </w:rPr>
            </w:pPr>
            <w:r w:rsidRPr="001C59CE">
              <w:rPr>
                <w:rFonts w:asciiTheme="majorHAnsi" w:hAnsiTheme="majorHAnsi" w:cstheme="majorHAnsi"/>
                <w:bCs/>
              </w:rPr>
              <w:t>od 30-37 bodova = vrlo dobar</w:t>
            </w:r>
          </w:p>
          <w:p w14:paraId="50BDE707" w14:textId="77777777" w:rsidR="005D4F47" w:rsidRPr="001C59CE" w:rsidRDefault="005D4F47" w:rsidP="007022C8">
            <w:pPr>
              <w:spacing w:after="200" w:line="276" w:lineRule="auto"/>
              <w:ind w:left="23"/>
              <w:contextualSpacing/>
              <w:rPr>
                <w:rFonts w:asciiTheme="majorHAnsi" w:hAnsiTheme="majorHAnsi" w:cstheme="majorHAnsi"/>
                <w:bCs/>
              </w:rPr>
            </w:pPr>
            <w:r w:rsidRPr="001C59CE">
              <w:rPr>
                <w:rFonts w:asciiTheme="majorHAnsi" w:hAnsiTheme="majorHAnsi" w:cstheme="majorHAnsi"/>
                <w:bCs/>
              </w:rPr>
              <w:t>od 38-42 bodova = odličan</w:t>
            </w:r>
          </w:p>
        </w:tc>
        <w:tc>
          <w:tcPr>
            <w:tcW w:w="2500" w:type="pct"/>
          </w:tcPr>
          <w:p w14:paraId="2054E2B1" w14:textId="77777777" w:rsidR="005D4F47" w:rsidRPr="001C59CE" w:rsidRDefault="005D4F47" w:rsidP="007022C8">
            <w:pPr>
              <w:spacing w:after="200" w:line="276" w:lineRule="auto"/>
              <w:ind w:left="40"/>
              <w:contextualSpacing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/>
                <w:u w:val="single"/>
              </w:rPr>
              <w:t>Pojašnjenja IOOP i PP:</w:t>
            </w:r>
            <w:r>
              <w:rPr>
                <w:rFonts w:asciiTheme="majorHAnsi" w:hAnsiTheme="majorHAnsi" w:cstheme="majorHAnsi"/>
                <w:b/>
                <w:u w:val="single"/>
              </w:rPr>
              <w:br/>
            </w:r>
            <w:r w:rsidRPr="001C59CE">
              <w:rPr>
                <w:rFonts w:asciiTheme="majorHAnsi" w:hAnsiTheme="majorHAnsi" w:cstheme="majorHAnsi"/>
                <w:bCs/>
              </w:rPr>
              <w:t>UKUPNO: 14 bodova.</w:t>
            </w:r>
          </w:p>
          <w:p w14:paraId="73897065" w14:textId="77777777" w:rsidR="005D4F47" w:rsidRPr="001C59CE" w:rsidRDefault="005D4F47" w:rsidP="007022C8">
            <w:pPr>
              <w:spacing w:after="200" w:line="276" w:lineRule="auto"/>
              <w:ind w:left="40"/>
              <w:contextualSpacing/>
              <w:rPr>
                <w:rFonts w:asciiTheme="majorHAnsi" w:hAnsiTheme="majorHAnsi" w:cstheme="majorHAnsi"/>
                <w:bCs/>
              </w:rPr>
            </w:pPr>
            <w:r w:rsidRPr="001C59CE">
              <w:rPr>
                <w:rFonts w:asciiTheme="majorHAnsi" w:hAnsiTheme="majorHAnsi" w:cstheme="majorHAnsi"/>
                <w:bCs/>
              </w:rPr>
              <w:t>od 1-2 boda = nedovoljan</w:t>
            </w:r>
          </w:p>
          <w:p w14:paraId="7AA9D98F" w14:textId="77777777" w:rsidR="005D4F47" w:rsidRPr="001C59CE" w:rsidRDefault="005D4F47" w:rsidP="007022C8">
            <w:pPr>
              <w:spacing w:after="200" w:line="276" w:lineRule="auto"/>
              <w:ind w:left="40"/>
              <w:contextualSpacing/>
              <w:rPr>
                <w:rFonts w:asciiTheme="majorHAnsi" w:hAnsiTheme="majorHAnsi" w:cstheme="majorHAnsi"/>
                <w:bCs/>
              </w:rPr>
            </w:pPr>
            <w:r w:rsidRPr="001C59CE">
              <w:rPr>
                <w:rFonts w:asciiTheme="majorHAnsi" w:hAnsiTheme="majorHAnsi" w:cstheme="majorHAnsi"/>
                <w:bCs/>
              </w:rPr>
              <w:t>od 3-5 bodova = dovoljan</w:t>
            </w:r>
          </w:p>
          <w:p w14:paraId="610C415A" w14:textId="77777777" w:rsidR="005D4F47" w:rsidRPr="001C59CE" w:rsidRDefault="005D4F47" w:rsidP="007022C8">
            <w:pPr>
              <w:spacing w:after="200" w:line="276" w:lineRule="auto"/>
              <w:ind w:left="40"/>
              <w:contextualSpacing/>
              <w:rPr>
                <w:rFonts w:asciiTheme="majorHAnsi" w:hAnsiTheme="majorHAnsi" w:cstheme="majorHAnsi"/>
                <w:bCs/>
              </w:rPr>
            </w:pPr>
            <w:r w:rsidRPr="001C59CE">
              <w:rPr>
                <w:rFonts w:asciiTheme="majorHAnsi" w:hAnsiTheme="majorHAnsi" w:cstheme="majorHAnsi"/>
                <w:bCs/>
              </w:rPr>
              <w:t>od 6-9 bodova = dobar</w:t>
            </w:r>
          </w:p>
          <w:p w14:paraId="2E340405" w14:textId="77777777" w:rsidR="005D4F47" w:rsidRPr="001C59CE" w:rsidRDefault="005D4F47" w:rsidP="007022C8">
            <w:pPr>
              <w:spacing w:after="200" w:line="276" w:lineRule="auto"/>
              <w:ind w:left="40"/>
              <w:contextualSpacing/>
              <w:rPr>
                <w:rFonts w:asciiTheme="majorHAnsi" w:hAnsiTheme="majorHAnsi" w:cstheme="majorHAnsi"/>
                <w:bCs/>
              </w:rPr>
            </w:pPr>
            <w:r w:rsidRPr="001C59CE">
              <w:rPr>
                <w:rFonts w:asciiTheme="majorHAnsi" w:hAnsiTheme="majorHAnsi" w:cstheme="majorHAnsi"/>
                <w:bCs/>
              </w:rPr>
              <w:t>od 10-12 bodova = vrlo dobar</w:t>
            </w:r>
          </w:p>
          <w:p w14:paraId="1C8B03FE" w14:textId="77777777" w:rsidR="005D4F47" w:rsidRPr="001C59CE" w:rsidRDefault="005D4F47" w:rsidP="007022C8">
            <w:pPr>
              <w:spacing w:after="200" w:line="276" w:lineRule="auto"/>
              <w:ind w:left="40"/>
              <w:contextualSpacing/>
              <w:rPr>
                <w:rFonts w:asciiTheme="majorHAnsi" w:hAnsiTheme="majorHAnsi" w:cstheme="majorHAnsi"/>
                <w:bCs/>
              </w:rPr>
            </w:pPr>
            <w:r w:rsidRPr="001C59CE">
              <w:rPr>
                <w:rFonts w:asciiTheme="majorHAnsi" w:hAnsiTheme="majorHAnsi" w:cstheme="majorHAnsi"/>
                <w:bCs/>
              </w:rPr>
              <w:t>od 13-14 bodova = odličan</w:t>
            </w:r>
          </w:p>
        </w:tc>
      </w:tr>
      <w:tr w:rsidR="00D41D31" w:rsidRPr="00BC3089" w14:paraId="193C65E8" w14:textId="77777777" w:rsidTr="007022C8">
        <w:tc>
          <w:tcPr>
            <w:tcW w:w="2500" w:type="pct"/>
          </w:tcPr>
          <w:p w14:paraId="49FFE149" w14:textId="77777777" w:rsidR="00D41D31" w:rsidRDefault="00D41D31" w:rsidP="007022C8">
            <w:pPr>
              <w:spacing w:after="200" w:line="276" w:lineRule="auto"/>
              <w:ind w:left="23"/>
              <w:contextualSpacing/>
              <w:rPr>
                <w:rFonts w:asciiTheme="majorHAnsi" w:hAnsiTheme="majorHAnsi" w:cstheme="majorHAnsi"/>
                <w:b/>
                <w:u w:val="single"/>
              </w:rPr>
            </w:pPr>
          </w:p>
          <w:p w14:paraId="7A17AA5C" w14:textId="77777777" w:rsidR="00D41D31" w:rsidRDefault="00D41D31" w:rsidP="007022C8">
            <w:pPr>
              <w:spacing w:after="200" w:line="276" w:lineRule="auto"/>
              <w:ind w:left="23"/>
              <w:contextualSpacing/>
              <w:rPr>
                <w:rFonts w:asciiTheme="majorHAnsi" w:hAnsiTheme="majorHAnsi" w:cstheme="majorHAnsi"/>
                <w:b/>
                <w:u w:val="single"/>
              </w:rPr>
            </w:pPr>
          </w:p>
        </w:tc>
        <w:tc>
          <w:tcPr>
            <w:tcW w:w="2500" w:type="pct"/>
          </w:tcPr>
          <w:p w14:paraId="78EF8E8B" w14:textId="77777777" w:rsidR="00D41D31" w:rsidRDefault="00D41D31" w:rsidP="007022C8">
            <w:pPr>
              <w:spacing w:after="200" w:line="276" w:lineRule="auto"/>
              <w:ind w:left="40"/>
              <w:contextualSpacing/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</w:tbl>
    <w:tbl>
      <w:tblPr>
        <w:tblW w:w="0" w:type="auto"/>
        <w:jc w:val="center"/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974817" w14:paraId="585417D2" w14:textId="77777777" w:rsidTr="00E76DCC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73FDED3" w14:textId="77777777" w:rsidR="00974817" w:rsidRDefault="00E76DCC" w:rsidP="00E76DCC">
            <w:pPr>
              <w:spacing w:after="0"/>
            </w:pPr>
            <w:r w:rsidRPr="00E76DCC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E76DCC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2BF66204" w14:textId="77777777" w:rsidR="00974817" w:rsidRDefault="00636F79">
      <w:pPr>
        <w:keepNext/>
        <w:spacing w:before="60" w:after="40"/>
      </w:pPr>
      <w:r>
        <w:rPr>
          <w:b/>
          <w:color w:val="C96A00"/>
          <w:sz w:val="26"/>
        </w:rPr>
        <w:t>Samovrednovanje:</w:t>
      </w:r>
    </w:p>
    <w:p w14:paraId="261B05BA" w14:textId="77777777" w:rsidR="002A26C2" w:rsidRDefault="002A26C2" w:rsidP="002A26C2">
      <w:pPr>
        <w:spacing w:after="0"/>
        <w:jc w:val="both"/>
        <w:rPr>
          <w:rFonts w:asciiTheme="majorHAnsi" w:eastAsia="Times New Roman" w:hAnsiTheme="majorHAnsi" w:cstheme="majorHAnsi"/>
          <w:color w:val="auto"/>
          <w:lang w:val="hr-HR" w:eastAsia="hr-HR"/>
        </w:rPr>
      </w:pPr>
      <w:r w:rsidRPr="002A26C2">
        <w:rPr>
          <w:rFonts w:asciiTheme="majorHAnsi" w:eastAsia="Times New Roman" w:hAnsiTheme="majorHAnsi" w:cstheme="majorHAnsi"/>
          <w:color w:val="auto"/>
          <w:lang w:val="hr-HR" w:eastAsia="hr-HR"/>
        </w:rPr>
        <w:t>Nakon predaje pisane provjere učenici ostaju sjediti. Na znak vjeroučitelja pokazuju:</w:t>
      </w:r>
    </w:p>
    <w:p w14:paraId="75B774FA" w14:textId="77777777" w:rsidR="00C825B6" w:rsidRPr="002A26C2" w:rsidRDefault="00C825B6" w:rsidP="00C825B6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color w:val="auto"/>
          <w:lang w:val="hr-HR" w:eastAsia="hr-HR"/>
        </w:rPr>
      </w:pPr>
      <w:r w:rsidRPr="002A26C2">
        <w:rPr>
          <w:rFonts w:asciiTheme="majorHAnsi" w:eastAsia="Times New Roman" w:hAnsiTheme="majorHAnsi" w:cstheme="majorHAnsi"/>
          <w:b/>
          <w:bCs/>
          <w:color w:val="auto"/>
          <w:lang w:val="hr-HR" w:eastAsia="hr-HR"/>
        </w:rPr>
        <w:t>palac gore</w:t>
      </w:r>
      <w:r w:rsidRPr="002A26C2">
        <w:rPr>
          <w:rFonts w:asciiTheme="majorHAnsi" w:eastAsia="Times New Roman" w:hAnsiTheme="majorHAnsi" w:cstheme="majorHAnsi"/>
          <w:color w:val="auto"/>
          <w:lang w:val="hr-HR" w:eastAsia="hr-HR"/>
        </w:rPr>
        <w:t xml:space="preserve"> – radio sam pažljivo i zadovoljan sam svojim trudom </w:t>
      </w:r>
    </w:p>
    <w:p w14:paraId="1A0F94CE" w14:textId="77777777" w:rsidR="00C825B6" w:rsidRPr="002A26C2" w:rsidRDefault="00C825B6" w:rsidP="00C825B6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color w:val="auto"/>
          <w:lang w:val="hr-HR" w:eastAsia="hr-HR"/>
        </w:rPr>
      </w:pPr>
      <w:r w:rsidRPr="002A26C2">
        <w:rPr>
          <w:rFonts w:asciiTheme="majorHAnsi" w:eastAsia="Times New Roman" w:hAnsiTheme="majorHAnsi" w:cstheme="majorHAnsi"/>
          <w:b/>
          <w:bCs/>
          <w:color w:val="auto"/>
          <w:lang w:val="hr-HR" w:eastAsia="hr-HR"/>
        </w:rPr>
        <w:t>palac vodoravno</w:t>
      </w:r>
      <w:r w:rsidRPr="002A26C2">
        <w:rPr>
          <w:rFonts w:asciiTheme="majorHAnsi" w:eastAsia="Times New Roman" w:hAnsiTheme="majorHAnsi" w:cstheme="majorHAnsi"/>
          <w:color w:val="auto"/>
          <w:lang w:val="hr-HR" w:eastAsia="hr-HR"/>
        </w:rPr>
        <w:t xml:space="preserve"> – uglavnom sam zadovoljan, ali nekoliko mi je zadataka bilo teško </w:t>
      </w:r>
    </w:p>
    <w:p w14:paraId="62CC7195" w14:textId="77777777" w:rsidR="00C825B6" w:rsidRPr="002A26C2" w:rsidRDefault="00C825B6" w:rsidP="00C825B6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color w:val="auto"/>
          <w:lang w:val="hr-HR" w:eastAsia="hr-HR"/>
        </w:rPr>
      </w:pPr>
      <w:r w:rsidRPr="002A26C2">
        <w:rPr>
          <w:rFonts w:asciiTheme="majorHAnsi" w:eastAsia="Times New Roman" w:hAnsiTheme="majorHAnsi" w:cstheme="majorHAnsi"/>
          <w:b/>
          <w:bCs/>
          <w:color w:val="auto"/>
          <w:lang w:val="hr-HR" w:eastAsia="hr-HR"/>
        </w:rPr>
        <w:t>palac dolje</w:t>
      </w:r>
      <w:r w:rsidRPr="002A26C2">
        <w:rPr>
          <w:rFonts w:asciiTheme="majorHAnsi" w:eastAsia="Times New Roman" w:hAnsiTheme="majorHAnsi" w:cstheme="majorHAnsi"/>
          <w:color w:val="auto"/>
          <w:lang w:val="hr-HR" w:eastAsia="hr-HR"/>
        </w:rPr>
        <w:t xml:space="preserve"> – bilo mi je teško i trebat će mi dodatno objašnjenje ili vježba. </w:t>
      </w:r>
    </w:p>
    <w:p w14:paraId="582E5DA9" w14:textId="77777777" w:rsidR="00C825B6" w:rsidRDefault="00C825B6" w:rsidP="002A26C2">
      <w:pPr>
        <w:spacing w:after="0"/>
        <w:jc w:val="both"/>
        <w:rPr>
          <w:rFonts w:asciiTheme="majorHAnsi" w:eastAsia="Times New Roman" w:hAnsiTheme="majorHAnsi" w:cstheme="majorHAnsi"/>
          <w:color w:val="auto"/>
          <w:lang w:val="hr-HR" w:eastAsia="hr-HR"/>
        </w:rPr>
      </w:pPr>
    </w:p>
    <w:p w14:paraId="05CBF1E4" w14:textId="77777777" w:rsidR="002A26C2" w:rsidRDefault="002A26C2" w:rsidP="002A26C2">
      <w:pPr>
        <w:spacing w:after="0"/>
        <w:jc w:val="both"/>
        <w:rPr>
          <w:rFonts w:asciiTheme="majorHAnsi" w:eastAsia="Times New Roman" w:hAnsiTheme="majorHAnsi" w:cstheme="majorHAnsi"/>
          <w:color w:val="auto"/>
          <w:lang w:val="hr-HR" w:eastAsia="hr-HR"/>
        </w:rPr>
      </w:pPr>
    </w:p>
    <w:p w14:paraId="7C0B74F7" w14:textId="77777777" w:rsidR="002A26C2" w:rsidRPr="002A26C2" w:rsidRDefault="002A26C2" w:rsidP="002A26C2">
      <w:pPr>
        <w:spacing w:after="0"/>
        <w:jc w:val="both"/>
        <w:rPr>
          <w:rFonts w:asciiTheme="majorHAnsi" w:eastAsia="Times New Roman" w:hAnsiTheme="majorHAnsi" w:cstheme="majorHAnsi"/>
          <w:color w:val="auto"/>
          <w:lang w:val="hr-HR" w:eastAsia="hr-HR"/>
        </w:rPr>
      </w:pPr>
      <w:r>
        <w:rPr>
          <w:rFonts w:eastAsia="Times New Roman" w:cs="Calibri"/>
          <w:noProof/>
          <w:lang w:eastAsia="hr-HR"/>
        </w:rPr>
        <w:drawing>
          <wp:inline distT="0" distB="0" distL="0" distR="0" wp14:anchorId="73B10CA0" wp14:editId="6A3E5128">
            <wp:extent cx="3127375" cy="1073150"/>
            <wp:effectExtent l="0" t="0" r="0" b="0"/>
            <wp:docPr id="2084701804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7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933053" w14:textId="77777777" w:rsidR="00974817" w:rsidRDefault="00636F79">
      <w:pPr>
        <w:keepNext/>
        <w:spacing w:before="60" w:after="40"/>
      </w:pPr>
      <w:r>
        <w:rPr>
          <w:b/>
          <w:color w:val="C96A00"/>
          <w:sz w:val="26"/>
        </w:rPr>
        <w:t>Završna molitva:</w:t>
      </w:r>
    </w:p>
    <w:p w14:paraId="4FB1BF16" w14:textId="4E38A841" w:rsidR="00974817" w:rsidRPr="00D04462" w:rsidRDefault="00D9742C" w:rsidP="00D04462">
      <w:pPr>
        <w:spacing w:after="100"/>
        <w:jc w:val="both"/>
        <w:rPr>
          <w:sz w:val="48"/>
        </w:rPr>
      </w:pPr>
      <w:r w:rsidRPr="00D9742C">
        <w:rPr>
          <w:sz w:val="48"/>
        </w:rPr>
        <w:t>Gospodine, hvala Ti za znanje, trud i strpljenje koje smo danas mogli pokazati. Pomozi nam prihvatiti ono što smo dobro riješili, ali i učiti iz onoga u čemu smo pogriješili. Daj da nas rezultat ne učini ni oholima ni obeshrabrenima, nego potakne na daljnji trud i rast. Amen.</w:t>
      </w:r>
    </w:p>
    <w:p w14:paraId="70FC8E26" w14:textId="77777777" w:rsidR="009435F7" w:rsidRDefault="009435F7">
      <w:pPr>
        <w:spacing w:after="40"/>
      </w:pPr>
    </w:p>
    <w:p w14:paraId="23E63BDF" w14:textId="77777777" w:rsidR="00974817" w:rsidRDefault="00636F79">
      <w:pPr>
        <w:spacing w:after="40"/>
      </w:pPr>
      <w:r>
        <w:t>Ili:</w:t>
      </w:r>
    </w:p>
    <w:p w14:paraId="52939B6C" w14:textId="77777777" w:rsidR="009435F7" w:rsidRDefault="009435F7" w:rsidP="009435F7">
      <w:pPr>
        <w:spacing w:after="160"/>
      </w:pPr>
      <w:r>
        <w:t>Anđele, čuvaru mili…</w:t>
      </w:r>
    </w:p>
    <w:p w14:paraId="03BE6E08" w14:textId="77777777" w:rsidR="009435F7" w:rsidRDefault="009435F7" w:rsidP="009435F7">
      <w:r>
        <w:t>ili:</w:t>
      </w:r>
    </w:p>
    <w:p w14:paraId="3B8FDCAF" w14:textId="77777777" w:rsidR="009435F7" w:rsidRDefault="009435F7" w:rsidP="009435F7">
      <w:pPr>
        <w:jc w:val="both"/>
      </w:pPr>
      <w:r>
        <w:t>Učenici će poslušati pjesmu „Anđele, čuvaru mili…“; 3:36; Autor: Marinko Grubešić; Izvor: YouTube</w:t>
      </w:r>
    </w:p>
    <w:p w14:paraId="1911ECC2" w14:textId="77777777" w:rsidR="009435F7" w:rsidRDefault="009435F7" w:rsidP="009435F7">
      <w:pPr>
        <w:jc w:val="both"/>
      </w:pPr>
    </w:p>
    <w:p w14:paraId="5FB49761" w14:textId="77777777" w:rsidR="009435F7" w:rsidRDefault="009435F7" w:rsidP="009435F7">
      <w:pPr>
        <w:rPr>
          <w:rFonts w:eastAsia="Times New Roman" w:cs="Calibri"/>
          <w:lang w:eastAsia="hr-HR"/>
        </w:rPr>
      </w:pPr>
      <w:r w:rsidRPr="00844448">
        <w:rPr>
          <w:rFonts w:cs="Calibri"/>
          <w:noProof/>
          <w:lang w:eastAsia="hr-HR"/>
        </w:rPr>
        <w:drawing>
          <wp:inline distT="0" distB="0" distL="0" distR="0" wp14:anchorId="0ED8CC0C" wp14:editId="2E1892FF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14"/>
                    </pic:cNvPr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05A54" w14:textId="77777777" w:rsidR="009435F7" w:rsidRDefault="009435F7" w:rsidP="009435F7">
      <w:pPr>
        <w:jc w:val="both"/>
      </w:pPr>
    </w:p>
    <w:sectPr w:rsidR="009435F7" w:rsidSect="00034616">
      <w:headerReference w:type="default" r:id="rId16"/>
      <w:footerReference w:type="default" r:id="rId17"/>
      <w:pgSz w:w="12240" w:h="15840"/>
      <w:pgMar w:top="709" w:right="709" w:bottom="709" w:left="85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85A56" w14:textId="77777777" w:rsidR="00C40348" w:rsidRDefault="00C40348">
      <w:pPr>
        <w:spacing w:after="0"/>
      </w:pPr>
      <w:r>
        <w:separator/>
      </w:r>
    </w:p>
  </w:endnote>
  <w:endnote w:type="continuationSeparator" w:id="0">
    <w:p w14:paraId="1B773083" w14:textId="77777777" w:rsidR="00C40348" w:rsidRDefault="00C403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A5203" w14:textId="77777777" w:rsidR="00FD7BB3" w:rsidRDefault="00636F79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F7055" w14:textId="77777777" w:rsidR="00C40348" w:rsidRDefault="00C40348">
      <w:pPr>
        <w:spacing w:after="0"/>
      </w:pPr>
      <w:r>
        <w:separator/>
      </w:r>
    </w:p>
  </w:footnote>
  <w:footnote w:type="continuationSeparator" w:id="0">
    <w:p w14:paraId="3EAE0FBC" w14:textId="77777777" w:rsidR="00C40348" w:rsidRDefault="00C4034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C9083" w14:textId="77777777" w:rsidR="00FD7BB3" w:rsidRDefault="00636F7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12383638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7C336AE"/>
    <w:multiLevelType w:val="hybridMultilevel"/>
    <w:tmpl w:val="DBCE1DE2"/>
    <w:lvl w:ilvl="0" w:tplc="CAE2C230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90975"/>
    <w:multiLevelType w:val="hybridMultilevel"/>
    <w:tmpl w:val="09660AEA"/>
    <w:lvl w:ilvl="0" w:tplc="92041976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71446"/>
    <w:multiLevelType w:val="hybridMultilevel"/>
    <w:tmpl w:val="0EFC4EA4"/>
    <w:lvl w:ilvl="0" w:tplc="763C6886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8047A8"/>
    <w:multiLevelType w:val="hybridMultilevel"/>
    <w:tmpl w:val="7A0CA4F4"/>
    <w:lvl w:ilvl="0" w:tplc="1AC43BA6">
      <w:start w:val="1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E30BE3"/>
    <w:multiLevelType w:val="hybridMultilevel"/>
    <w:tmpl w:val="DCEE43A4"/>
    <w:lvl w:ilvl="0" w:tplc="227E96C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F21535"/>
    <w:multiLevelType w:val="multilevel"/>
    <w:tmpl w:val="AB44D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A227B2"/>
    <w:multiLevelType w:val="hybridMultilevel"/>
    <w:tmpl w:val="548CDEF0"/>
    <w:lvl w:ilvl="0" w:tplc="AD0088E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E021EC"/>
    <w:multiLevelType w:val="multilevel"/>
    <w:tmpl w:val="155A9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97ED0"/>
    <w:multiLevelType w:val="multilevel"/>
    <w:tmpl w:val="18D88E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FE2FF0"/>
    <w:multiLevelType w:val="hybridMultilevel"/>
    <w:tmpl w:val="7DC8E294"/>
    <w:lvl w:ilvl="0" w:tplc="BB961E8A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71044B"/>
    <w:multiLevelType w:val="hybridMultilevel"/>
    <w:tmpl w:val="D99A6A62"/>
    <w:lvl w:ilvl="0" w:tplc="2E282648">
      <w:start w:val="1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E152F0"/>
    <w:multiLevelType w:val="hybridMultilevel"/>
    <w:tmpl w:val="02B4F306"/>
    <w:lvl w:ilvl="0" w:tplc="CB589170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214867">
    <w:abstractNumId w:val="5"/>
  </w:num>
  <w:num w:numId="2" w16cid:durableId="1046954284">
    <w:abstractNumId w:val="3"/>
  </w:num>
  <w:num w:numId="3" w16cid:durableId="1415085825">
    <w:abstractNumId w:val="2"/>
  </w:num>
  <w:num w:numId="4" w16cid:durableId="692997540">
    <w:abstractNumId w:val="4"/>
  </w:num>
  <w:num w:numId="5" w16cid:durableId="1824613922">
    <w:abstractNumId w:val="1"/>
  </w:num>
  <w:num w:numId="6" w16cid:durableId="1721048264">
    <w:abstractNumId w:val="0"/>
  </w:num>
  <w:num w:numId="7" w16cid:durableId="1252668299">
    <w:abstractNumId w:val="14"/>
  </w:num>
  <w:num w:numId="8" w16cid:durableId="277564253">
    <w:abstractNumId w:val="10"/>
  </w:num>
  <w:num w:numId="9" w16cid:durableId="1958289885">
    <w:abstractNumId w:val="8"/>
  </w:num>
  <w:num w:numId="10" w16cid:durableId="374626435">
    <w:abstractNumId w:val="17"/>
  </w:num>
  <w:num w:numId="11" w16cid:durableId="2110617101">
    <w:abstractNumId w:val="15"/>
  </w:num>
  <w:num w:numId="12" w16cid:durableId="1015696023">
    <w:abstractNumId w:val="16"/>
  </w:num>
  <w:num w:numId="13" w16cid:durableId="904219605">
    <w:abstractNumId w:val="13"/>
  </w:num>
  <w:num w:numId="14" w16cid:durableId="1711808413">
    <w:abstractNumId w:val="11"/>
  </w:num>
  <w:num w:numId="15" w16cid:durableId="1116368879">
    <w:abstractNumId w:val="12"/>
  </w:num>
  <w:num w:numId="16" w16cid:durableId="214240206">
    <w:abstractNumId w:val="6"/>
  </w:num>
  <w:num w:numId="17" w16cid:durableId="2070691384">
    <w:abstractNumId w:val="7"/>
  </w:num>
  <w:num w:numId="18" w16cid:durableId="1535121969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C41"/>
    <w:rsid w:val="00034616"/>
    <w:rsid w:val="00035BBE"/>
    <w:rsid w:val="0003703C"/>
    <w:rsid w:val="0004090E"/>
    <w:rsid w:val="00053B11"/>
    <w:rsid w:val="000604DE"/>
    <w:rsid w:val="0006063C"/>
    <w:rsid w:val="0007658E"/>
    <w:rsid w:val="000837BF"/>
    <w:rsid w:val="000A2B6A"/>
    <w:rsid w:val="000E1F48"/>
    <w:rsid w:val="00142CDE"/>
    <w:rsid w:val="0015074B"/>
    <w:rsid w:val="00162BBB"/>
    <w:rsid w:val="001643FB"/>
    <w:rsid w:val="00170C42"/>
    <w:rsid w:val="001F5725"/>
    <w:rsid w:val="00224815"/>
    <w:rsid w:val="002310BC"/>
    <w:rsid w:val="00236E45"/>
    <w:rsid w:val="002449A1"/>
    <w:rsid w:val="00262691"/>
    <w:rsid w:val="0029639D"/>
    <w:rsid w:val="002A26C2"/>
    <w:rsid w:val="002F603F"/>
    <w:rsid w:val="00311FAA"/>
    <w:rsid w:val="00326F90"/>
    <w:rsid w:val="00394EF0"/>
    <w:rsid w:val="003C4B55"/>
    <w:rsid w:val="003D7088"/>
    <w:rsid w:val="00437B66"/>
    <w:rsid w:val="00446F04"/>
    <w:rsid w:val="00450183"/>
    <w:rsid w:val="004D7034"/>
    <w:rsid w:val="0056002D"/>
    <w:rsid w:val="005645BB"/>
    <w:rsid w:val="00584CA0"/>
    <w:rsid w:val="00593124"/>
    <w:rsid w:val="005C5715"/>
    <w:rsid w:val="005D4F47"/>
    <w:rsid w:val="005F32F4"/>
    <w:rsid w:val="00636F79"/>
    <w:rsid w:val="0065451C"/>
    <w:rsid w:val="00664EF2"/>
    <w:rsid w:val="00671EEB"/>
    <w:rsid w:val="00673E07"/>
    <w:rsid w:val="00694C84"/>
    <w:rsid w:val="006A7425"/>
    <w:rsid w:val="00714447"/>
    <w:rsid w:val="00741246"/>
    <w:rsid w:val="00741BD2"/>
    <w:rsid w:val="00751A2B"/>
    <w:rsid w:val="00781452"/>
    <w:rsid w:val="007C74F1"/>
    <w:rsid w:val="00852AA2"/>
    <w:rsid w:val="00867FF5"/>
    <w:rsid w:val="008810CA"/>
    <w:rsid w:val="008971BD"/>
    <w:rsid w:val="008A15A1"/>
    <w:rsid w:val="008B6EC0"/>
    <w:rsid w:val="008C0E9D"/>
    <w:rsid w:val="008D0607"/>
    <w:rsid w:val="008E70FB"/>
    <w:rsid w:val="009435F7"/>
    <w:rsid w:val="00952649"/>
    <w:rsid w:val="009566EC"/>
    <w:rsid w:val="00974817"/>
    <w:rsid w:val="0097653F"/>
    <w:rsid w:val="009B1793"/>
    <w:rsid w:val="009B7FE7"/>
    <w:rsid w:val="009D2799"/>
    <w:rsid w:val="009F6128"/>
    <w:rsid w:val="00A20C0F"/>
    <w:rsid w:val="00A8036C"/>
    <w:rsid w:val="00AA1D8D"/>
    <w:rsid w:val="00AC4456"/>
    <w:rsid w:val="00AF52D4"/>
    <w:rsid w:val="00AF7CD8"/>
    <w:rsid w:val="00B45A57"/>
    <w:rsid w:val="00B47730"/>
    <w:rsid w:val="00B74899"/>
    <w:rsid w:val="00BC67A6"/>
    <w:rsid w:val="00C05C00"/>
    <w:rsid w:val="00C35F79"/>
    <w:rsid w:val="00C40348"/>
    <w:rsid w:val="00C825B6"/>
    <w:rsid w:val="00C9670C"/>
    <w:rsid w:val="00CB0664"/>
    <w:rsid w:val="00CC73B1"/>
    <w:rsid w:val="00D04462"/>
    <w:rsid w:val="00D06DD0"/>
    <w:rsid w:val="00D41D31"/>
    <w:rsid w:val="00D9742C"/>
    <w:rsid w:val="00DA07BA"/>
    <w:rsid w:val="00DC3359"/>
    <w:rsid w:val="00E54AD8"/>
    <w:rsid w:val="00E74827"/>
    <w:rsid w:val="00E76DCC"/>
    <w:rsid w:val="00EC1423"/>
    <w:rsid w:val="00EC7D28"/>
    <w:rsid w:val="00ED186F"/>
    <w:rsid w:val="00ED40E2"/>
    <w:rsid w:val="00EE16A1"/>
    <w:rsid w:val="00EF241A"/>
    <w:rsid w:val="00F80FE6"/>
    <w:rsid w:val="00F95DB1"/>
    <w:rsid w:val="00FC693F"/>
    <w:rsid w:val="00FD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1C3AB7"/>
  <w14:defaultImageDpi w14:val="300"/>
  <w15:docId w15:val="{BC420A18-0C95-49BE-AC5B-488EDADD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eastAsia="Calibri" w:hAnsi="Calibri"/>
      <w:color w:val="00000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after="30"/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after="30"/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584CA0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41246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ED40E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hr-HR" w:eastAsia="hr-HR"/>
    </w:rPr>
  </w:style>
  <w:style w:type="paragraph" w:styleId="StandardWeb">
    <w:name w:val="Normal (Web)"/>
    <w:basedOn w:val="Normal"/>
    <w:uiPriority w:val="99"/>
    <w:semiHidden/>
    <w:unhideWhenUsed/>
    <w:rsid w:val="00ED40E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hr-HR"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9B7FE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ebedarje.com/wp-content/uploads/25c.-Rjesenja-prve-pisane-provjere.docx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ebedarje.com/wp-content/uploads/2025/12/25c.-Rjesenja-prve-pisane-provjere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g"/><Relationship Id="rId10" Type="http://schemas.openxmlformats.org/officeDocument/2006/relationships/hyperlink" Target="https://sebedarje.com/wp-content/uploads/25b.-Obrazac-prve-pisane-provjere.docx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ebedarje.com/wp-content/uploads/2025/12/25b.-Obrazac-prve-pisane-provjere.pdf" TargetMode="External"/><Relationship Id="rId14" Type="http://schemas.openxmlformats.org/officeDocument/2006/relationships/hyperlink" Target="https://www.youtube.com/embed/PixLa1QlpZA?feature=oemb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3</Pages>
  <Words>882</Words>
  <Characters>5032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Katolički vjeronauk – 5. razred</dc:subject>
  <dc:creator>Josip Kunac, prof.</dc:creator>
  <cp:keywords/>
  <dc:description>generated by python-docx</dc:description>
  <cp:lastModifiedBy>Josip Kunac</cp:lastModifiedBy>
  <cp:revision>27</cp:revision>
  <dcterms:created xsi:type="dcterms:W3CDTF">2026-07-09T13:21:00Z</dcterms:created>
  <dcterms:modified xsi:type="dcterms:W3CDTF">2026-09-11T14:55:00Z</dcterms:modified>
  <cp:category/>
</cp:coreProperties>
</file>