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974817" w14:paraId="3259CD4C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2E495CE9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4F7E10DD" w14:textId="77777777" w:rsidR="00974817" w:rsidRDefault="00AD40C4">
            <w:pPr>
              <w:spacing w:before="60" w:after="60"/>
              <w:ind w:left="108" w:right="108"/>
            </w:pPr>
            <w:r>
              <w:t>Klinča Sela</w:t>
            </w:r>
          </w:p>
        </w:tc>
      </w:tr>
      <w:tr w:rsidR="00974817" w14:paraId="4C38C237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A259C60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4FECD874" w14:textId="77777777" w:rsidR="00974817" w:rsidRDefault="00AD40C4">
            <w:pPr>
              <w:spacing w:before="60" w:after="60"/>
              <w:ind w:left="108" w:right="108"/>
            </w:pPr>
            <w:r>
              <w:t>Katolički vjeronauk</w:t>
            </w:r>
          </w:p>
        </w:tc>
      </w:tr>
      <w:tr w:rsidR="00974817" w14:paraId="2E695E08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87F9D49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12C1C32D" w14:textId="77777777" w:rsidR="00974817" w:rsidRDefault="00AD40C4">
            <w:pPr>
              <w:spacing w:before="60" w:after="60"/>
              <w:ind w:left="108" w:right="108"/>
            </w:pPr>
            <w:r>
              <w:t>Josip Kunac,</w:t>
            </w:r>
            <w:r w:rsidRPr="00450183">
              <w:rPr>
                <w:i/>
                <w:iCs/>
              </w:rPr>
              <w:t xml:space="preserve"> prof.</w:t>
            </w:r>
          </w:p>
        </w:tc>
      </w:tr>
      <w:tr w:rsidR="00974817" w14:paraId="0E66291C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1B4913BA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5D869099" w14:textId="77777777" w:rsidR="00974817" w:rsidRDefault="00AD40C4">
            <w:pPr>
              <w:spacing w:before="60" w:after="60"/>
              <w:ind w:left="108" w:right="108"/>
            </w:pPr>
            <w:r>
              <w:t>6. razred</w:t>
            </w:r>
          </w:p>
        </w:tc>
      </w:tr>
      <w:tr w:rsidR="00974817" w14:paraId="48D60090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0043BD64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41C54ADE" w14:textId="2B024160" w:rsidR="00974817" w:rsidRDefault="00AD40C4">
            <w:pPr>
              <w:spacing w:before="60" w:after="60"/>
              <w:ind w:left="108" w:right="108"/>
            </w:pPr>
            <w:r>
              <w:t>24.</w:t>
            </w:r>
          </w:p>
        </w:tc>
      </w:tr>
      <w:tr w:rsidR="00974817" w14:paraId="6DDFA140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54E07B57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42E88914" w14:textId="77777777" w:rsidR="00974817" w:rsidRDefault="00AD40C4">
            <w:pPr>
              <w:spacing w:before="60" w:after="60"/>
              <w:ind w:left="108" w:right="108"/>
            </w:pPr>
            <w:r>
              <w:t>III. CRKVA – TO SMO MI?</w:t>
            </w:r>
          </w:p>
        </w:tc>
      </w:tr>
      <w:tr w:rsidR="00974817" w14:paraId="4DD692A5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739FE0D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46D3FE7B" w14:textId="21B85684" w:rsidR="00974817" w:rsidRDefault="0031062D">
            <w:pPr>
              <w:spacing w:before="60" w:after="60"/>
              <w:ind w:left="108" w:right="108"/>
            </w:pPr>
            <w:r>
              <w:t>7</w:t>
            </w:r>
            <w:r w:rsidR="008A15A1">
              <w:t>. Ponavljanje za 1. pisanu provjeru</w:t>
            </w:r>
          </w:p>
        </w:tc>
      </w:tr>
    </w:tbl>
    <w:p w14:paraId="35A545E0" w14:textId="77777777" w:rsidR="00450183" w:rsidRDefault="00450183" w:rsidP="00450183">
      <w:pPr>
        <w:spacing w:after="0"/>
      </w:pPr>
    </w:p>
    <w:p w14:paraId="3BC4953D" w14:textId="20766EA7" w:rsidR="00974817" w:rsidRDefault="00450183" w:rsidP="00170C42">
      <w:pPr>
        <w:keepNext/>
        <w:spacing w:after="40"/>
      </w:pPr>
      <w:r>
        <w:rPr>
          <w:b/>
          <w:color w:val="C96A00"/>
          <w:sz w:val="26"/>
        </w:rPr>
        <w:t>Odgojno-obrazovni ishodi učenja:</w:t>
      </w:r>
    </w:p>
    <w:p w14:paraId="20A07006" w14:textId="18D82462" w:rsidR="008A15A1" w:rsidRDefault="00F95667" w:rsidP="00B72D19">
      <w:pPr>
        <w:pStyle w:val="Grafikeoznake"/>
        <w:numPr>
          <w:ilvl w:val="0"/>
          <w:numId w:val="0"/>
        </w:numPr>
        <w:jc w:val="both"/>
      </w:pPr>
      <w:r w:rsidRPr="001C59CE">
        <w:t>OŠ KV A.6.1.; OŠ KV B.6.1.; OŠ KV B.6.2.; OŠ KV B.6.3.; OŠ KV C.6.1.; OŠ KV C.6.2.; OŠ KV C.6.3.; OŠ KV D.6.1. Učenik će putem zadanih pitanja ponoviti gradivo, a vezano uz predstojeću pisanu provjeru znanja.</w:t>
      </w:r>
    </w:p>
    <w:p w14:paraId="1724F2CB" w14:textId="77777777" w:rsidR="00450183" w:rsidRDefault="00450183" w:rsidP="00450183">
      <w:pPr>
        <w:pStyle w:val="Grafikeoznake"/>
        <w:numPr>
          <w:ilvl w:val="0"/>
          <w:numId w:val="0"/>
        </w:numPr>
        <w:spacing w:after="20"/>
        <w:ind w:left="360" w:hanging="360"/>
        <w:jc w:val="both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974817" w14:paraId="4E90584F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D76196A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6B9BCE3" w14:textId="77777777" w:rsidR="00974817" w:rsidRDefault="00AD40C4">
            <w:pPr>
              <w:spacing w:before="60" w:after="60"/>
              <w:ind w:left="108" w:right="108"/>
              <w:jc w:val="both"/>
            </w:pPr>
            <w:r>
              <w:t>djela milosrđa, sloboda, grijeh, Mojsije, Izlazak, Pasha, Deset Božjih zapovijedi, Crkva, sveti red, župa, redovništvo, laik</w:t>
            </w:r>
          </w:p>
        </w:tc>
      </w:tr>
      <w:tr w:rsidR="00974817" w14:paraId="18F7ABAF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6EDD1724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32CDB724" w14:textId="67A3A97E" w:rsidR="00974817" w:rsidRDefault="00AD40C4">
            <w:pPr>
              <w:spacing w:before="60" w:after="60"/>
              <w:ind w:left="108" w:right="108"/>
              <w:jc w:val="both"/>
            </w:pPr>
            <w:r>
              <w:t>razgovor, usmjereno promatranje, rad na pitanjima pisane provjere, suradničko učenje</w:t>
            </w:r>
          </w:p>
        </w:tc>
      </w:tr>
      <w:tr w:rsidR="00974817" w14:paraId="2A50EEBE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082169D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49AA6E29" w14:textId="19AED4D1" w:rsidR="00974817" w:rsidRDefault="00AD40C4">
            <w:pPr>
              <w:spacing w:before="60" w:after="60"/>
              <w:ind w:left="108" w:right="108"/>
              <w:jc w:val="both"/>
            </w:pPr>
            <w:r>
              <w:t>frontalni rad, individualni rad, rad u paru</w:t>
            </w:r>
          </w:p>
        </w:tc>
      </w:tr>
      <w:tr w:rsidR="00974817" w14:paraId="680FD320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DE3AC50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2256693B" w14:textId="558E773B" w:rsidR="00974817" w:rsidRDefault="00AD40C4">
            <w:pPr>
              <w:spacing w:before="60" w:after="60"/>
              <w:ind w:left="108" w:right="108"/>
              <w:jc w:val="both"/>
            </w:pPr>
            <w:r>
              <w:t>udžbenik, bilježnica, pitanja za 1. pisanu provjeru, projektor / pametna ploča</w:t>
            </w:r>
          </w:p>
        </w:tc>
      </w:tr>
      <w:tr w:rsidR="00974817" w14:paraId="170FF274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42235289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6022186D" w14:textId="24876AFF" w:rsidR="00974817" w:rsidRDefault="00AD40C4">
            <w:pPr>
              <w:spacing w:before="60" w:after="60"/>
              <w:ind w:left="108" w:right="108"/>
              <w:jc w:val="both"/>
            </w:pPr>
            <w:r>
              <w:t>Učiti kako učiti</w:t>
            </w:r>
            <w:r w:rsidR="008A15A1">
              <w:t xml:space="preserve">; </w:t>
            </w:r>
            <w:r>
              <w:t>Hrvatski jezik – čitanje, sažimanje, obrazlaganje i ispravljanje rečenica</w:t>
            </w:r>
          </w:p>
        </w:tc>
      </w:tr>
    </w:tbl>
    <w:p w14:paraId="1281086D" w14:textId="77777777" w:rsidR="00170C42" w:rsidRDefault="00170C42" w:rsidP="00170C42">
      <w:pPr>
        <w:keepNext/>
        <w:spacing w:after="0"/>
        <w:rPr>
          <w:b/>
          <w:color w:val="C96A00"/>
          <w:sz w:val="26"/>
        </w:rPr>
      </w:pPr>
    </w:p>
    <w:p w14:paraId="59D51259" w14:textId="5CE9DAF0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Vrednovanje:</w:t>
      </w:r>
    </w:p>
    <w:p w14:paraId="5E2DC1BD" w14:textId="6595915D" w:rsidR="00974817" w:rsidRDefault="00AD40C4" w:rsidP="00B72D19">
      <w:pPr>
        <w:pStyle w:val="Grafikeoznake"/>
        <w:numPr>
          <w:ilvl w:val="0"/>
          <w:numId w:val="0"/>
        </w:numPr>
        <w:spacing w:after="20"/>
        <w:jc w:val="both"/>
      </w:pPr>
      <w:r>
        <w:rPr>
          <w:b/>
        </w:rPr>
        <w:t>Vrednovanje za učenje:</w:t>
      </w:r>
      <w:r>
        <w:t xml:space="preserve"> odgovori tijekom </w:t>
      </w:r>
      <w:r w:rsidR="008A15A1">
        <w:t>ponavljanja</w:t>
      </w:r>
      <w:r>
        <w:t>, obrazlaganje izbora, ispravljanje netočnih tvrdnji, suradničko uspoređivanje.</w:t>
      </w:r>
    </w:p>
    <w:p w14:paraId="1C6E4E99" w14:textId="58A7E00D" w:rsidR="00974817" w:rsidRDefault="00AD40C4" w:rsidP="00B72D19">
      <w:pPr>
        <w:pStyle w:val="Grafikeoznake"/>
        <w:numPr>
          <w:ilvl w:val="0"/>
          <w:numId w:val="0"/>
        </w:numPr>
        <w:spacing w:after="20"/>
        <w:jc w:val="both"/>
      </w:pPr>
      <w:r>
        <w:rPr>
          <w:b/>
        </w:rPr>
        <w:t>Vrednovanje kao učenje:</w:t>
      </w:r>
      <w:r>
        <w:t xml:space="preserve"> </w:t>
      </w:r>
      <w:r w:rsidRPr="003D7088">
        <w:t>samovrednovanje</w:t>
      </w:r>
      <w:r w:rsidR="003D7088" w:rsidRPr="003D7088">
        <w:t>.</w:t>
      </w:r>
    </w:p>
    <w:p w14:paraId="4EC9FC61" w14:textId="77777777" w:rsidR="00974817" w:rsidRDefault="00AD40C4" w:rsidP="00B72D19">
      <w:pPr>
        <w:pStyle w:val="Grafikeoznake"/>
        <w:numPr>
          <w:ilvl w:val="0"/>
          <w:numId w:val="0"/>
        </w:numPr>
        <w:spacing w:after="20"/>
        <w:jc w:val="both"/>
      </w:pPr>
      <w:r>
        <w:rPr>
          <w:b/>
        </w:rPr>
        <w:t>Vrednovanje naučenoga:</w:t>
      </w:r>
      <w:r>
        <w:t xml:space="preserve"> u ovoj pripremi nije predviđeno formalno brojčano vrednovanje.</w:t>
      </w:r>
    </w:p>
    <w:p w14:paraId="35E3E2F1" w14:textId="77777777" w:rsidR="00974817" w:rsidRDefault="00AD40C4">
      <w:pPr>
        <w:spacing w:after="0"/>
      </w:pPr>
      <w:r>
        <w:br w:type="page"/>
      </w:r>
    </w:p>
    <w:p w14:paraId="58D3E0BF" w14:textId="77777777" w:rsidR="00450183" w:rsidRDefault="00450183" w:rsidP="00450183">
      <w:pPr>
        <w:spacing w:after="160"/>
        <w:jc w:val="center"/>
        <w:rPr>
          <w:b/>
          <w:color w:val="0070C0"/>
          <w:sz w:val="40"/>
        </w:rPr>
      </w:pPr>
      <w:r w:rsidRPr="00AB545D">
        <w:rPr>
          <w:b/>
          <w:color w:val="0070C0"/>
          <w:sz w:val="40"/>
        </w:rPr>
        <w:lastRenderedPageBreak/>
        <w:t>TIJEK NASTAVNOGA SATA</w:t>
      </w:r>
    </w:p>
    <w:p w14:paraId="5361D2A2" w14:textId="77777777" w:rsidR="00450183" w:rsidRDefault="00450183" w:rsidP="00450183">
      <w:pPr>
        <w:spacing w:after="160"/>
        <w:jc w:val="center"/>
      </w:pPr>
    </w:p>
    <w:tbl>
      <w:tblPr>
        <w:tblW w:w="0" w:type="auto"/>
        <w:jc w:val="center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450183" w14:paraId="57198709" w14:textId="77777777" w:rsidTr="00486164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DA631F" w14:textId="7FC59063" w:rsidR="00450183" w:rsidRDefault="00486164" w:rsidP="00486164">
            <w:pPr>
              <w:spacing w:after="0"/>
            </w:pPr>
            <w:r w:rsidRPr="00486164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486164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095E37F8" w14:textId="77777777" w:rsidR="00450183" w:rsidRDefault="00450183" w:rsidP="00450183">
      <w:pPr>
        <w:spacing w:after="20"/>
      </w:pPr>
    </w:p>
    <w:p w14:paraId="7E95D472" w14:textId="77777777" w:rsidR="00450183" w:rsidRDefault="00450183" w:rsidP="00450183">
      <w:pPr>
        <w:keepNext/>
      </w:pPr>
      <w:r>
        <w:rPr>
          <w:b/>
          <w:color w:val="C96A00"/>
          <w:sz w:val="26"/>
        </w:rPr>
        <w:t>Uvodna molitva:</w:t>
      </w:r>
    </w:p>
    <w:p w14:paraId="550411D3" w14:textId="77777777" w:rsidR="00450183" w:rsidRDefault="00450183" w:rsidP="00450183">
      <w:pPr>
        <w:spacing w:after="100"/>
      </w:pPr>
      <w:r>
        <w:t>Oče naš…</w:t>
      </w:r>
    </w:p>
    <w:p w14:paraId="182CA199" w14:textId="77777777" w:rsidR="00450183" w:rsidRDefault="00450183" w:rsidP="00450183">
      <w:pPr>
        <w:spacing w:after="40"/>
      </w:pPr>
    </w:p>
    <w:p w14:paraId="03402B2D" w14:textId="77777777" w:rsidR="00450183" w:rsidRDefault="00450183" w:rsidP="00450183">
      <w:pPr>
        <w:spacing w:after="40"/>
      </w:pPr>
      <w:r>
        <w:t>ili:</w:t>
      </w:r>
    </w:p>
    <w:p w14:paraId="4FC5007D" w14:textId="77777777" w:rsidR="00450183" w:rsidRDefault="00450183" w:rsidP="00450183">
      <w:pPr>
        <w:spacing w:after="40"/>
      </w:pPr>
    </w:p>
    <w:p w14:paraId="4F0596B3" w14:textId="5880E12A" w:rsidR="00974817" w:rsidRDefault="0031062D" w:rsidP="008A15A1">
      <w:pPr>
        <w:spacing w:after="100"/>
        <w:jc w:val="both"/>
        <w:rPr>
          <w:sz w:val="48"/>
        </w:rPr>
      </w:pPr>
      <w:r w:rsidRPr="0031062D">
        <w:rPr>
          <w:sz w:val="48"/>
        </w:rPr>
        <w:t>Gospodine, podari nam pažljivo srce i otvoren um. Pomozi nam povezati ono što smo učili i prepoznati što još trebamo bolje razumjeti. Daj nam ustrajnosti da učimo bez straha i da jedni drugima budemo pomoć. Amen.</w:t>
      </w:r>
    </w:p>
    <w:p w14:paraId="0813F10C" w14:textId="77777777" w:rsidR="00450183" w:rsidRDefault="00450183">
      <w:pPr>
        <w:spacing w:after="100"/>
        <w:jc w:val="both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81"/>
      </w:tblGrid>
      <w:tr w:rsidR="00974817" w14:paraId="705782CB" w14:textId="77777777">
        <w:trPr>
          <w:jc w:val="center"/>
        </w:trPr>
        <w:tc>
          <w:tcPr>
            <w:tcW w:w="10681" w:type="dxa"/>
            <w:tcBorders>
              <w:top w:val="single" w:sz="6" w:space="0" w:color="C6E0B4"/>
              <w:left w:val="single" w:sz="6" w:space="0" w:color="C6E0B4"/>
              <w:bottom w:val="single" w:sz="6" w:space="0" w:color="C6E0B4"/>
              <w:right w:val="single" w:sz="6" w:space="0" w:color="C6E0B4"/>
            </w:tcBorders>
            <w:shd w:val="clear" w:color="auto" w:fill="EAF4E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7324CD" w14:textId="0824C9EA" w:rsidR="00974817" w:rsidRDefault="00AD40C4">
            <w:pPr>
              <w:spacing w:after="0"/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sz w:val="21"/>
              </w:rPr>
              <w:t>Vjeroučitelj će pročitati: „</w:t>
            </w:r>
            <w:r w:rsidR="008A15A1">
              <w:t xml:space="preserve"> </w:t>
            </w:r>
            <w:r w:rsidR="008A15A1" w:rsidRPr="008A15A1">
              <w:rPr>
                <w:sz w:val="21"/>
              </w:rPr>
              <w:t>Daj mi razuma da čuvam tvoj zakon i da ga se držim svim srcem.“ (Ps 119,34)</w:t>
            </w:r>
            <w:r>
              <w:rPr>
                <w:sz w:val="21"/>
              </w:rPr>
              <w:t xml:space="preserve">. </w:t>
            </w:r>
            <w:r w:rsidR="008A15A1" w:rsidRPr="008A15A1">
              <w:rPr>
                <w:sz w:val="21"/>
              </w:rPr>
              <w:t>Nakon kratke tišine učenici će u sebi zamoliti Boga da im pomogne prisjetiti se naučenoga i pažljivo sudjelovati u ponavljanju.</w:t>
            </w:r>
          </w:p>
        </w:tc>
      </w:tr>
    </w:tbl>
    <w:p w14:paraId="057A1D29" w14:textId="77777777" w:rsidR="00450183" w:rsidRDefault="00450183">
      <w:pPr>
        <w:keepNext/>
        <w:spacing w:before="60" w:after="40"/>
        <w:rPr>
          <w:b/>
          <w:color w:val="C96A00"/>
          <w:sz w:val="26"/>
        </w:rPr>
      </w:pPr>
    </w:p>
    <w:p w14:paraId="68419A08" w14:textId="083F750D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37BF2183" w14:textId="77777777" w:rsidR="00974817" w:rsidRDefault="00AD40C4">
      <w:pPr>
        <w:spacing w:after="0"/>
        <w:jc w:val="both"/>
      </w:pPr>
      <w:r>
        <w:t>Učenici daju vjeroučitelju na uvid domaću zadaću od prošlog susreta:</w:t>
      </w:r>
    </w:p>
    <w:p w14:paraId="7B8D1DDF" w14:textId="132144DF" w:rsidR="0031062D" w:rsidRDefault="0031062D" w:rsidP="0031062D">
      <w:pPr>
        <w:spacing w:after="0"/>
        <w:jc w:val="both"/>
      </w:pPr>
      <w:r>
        <w:rPr>
          <w:i/>
        </w:rPr>
        <w:t>„</w:t>
      </w:r>
      <w:r w:rsidRPr="0031062D">
        <w:rPr>
          <w:i/>
          <w:iCs/>
        </w:rPr>
        <w:t>Učenici će riješiti, ili dovršiti rješavanje RB, str. 46–47.</w:t>
      </w:r>
      <w:r>
        <w:rPr>
          <w:i/>
        </w:rPr>
        <w:t>“</w:t>
      </w:r>
    </w:p>
    <w:p w14:paraId="6FBFF5C9" w14:textId="77777777" w:rsidR="0031062D" w:rsidRDefault="0031062D" w:rsidP="0031062D">
      <w:pPr>
        <w:spacing w:before="60" w:after="0"/>
      </w:pPr>
      <w:r>
        <w:t>Ili:</w:t>
      </w:r>
    </w:p>
    <w:p w14:paraId="27B23AF9" w14:textId="62CBD05B" w:rsidR="0031062D" w:rsidRDefault="0031062D" w:rsidP="0031062D">
      <w:pPr>
        <w:spacing w:after="0"/>
        <w:jc w:val="both"/>
        <w:rPr>
          <w:i/>
          <w:iCs/>
        </w:rPr>
      </w:pPr>
      <w:r>
        <w:rPr>
          <w:i/>
        </w:rPr>
        <w:t>„</w:t>
      </w:r>
      <w:r w:rsidRPr="0031062D">
        <w:rPr>
          <w:i/>
          <w:iCs/>
        </w:rPr>
        <w:t>Učenici će u bilježnicu zapisati jednu rečenicu koja počinje: „Ovaj tjedan mogu služiti tako da…“ i dopuniti je konkretnim djelom.</w:t>
      </w:r>
      <w:r>
        <w:rPr>
          <w:i/>
        </w:rPr>
        <w:t>“</w:t>
      </w:r>
    </w:p>
    <w:p w14:paraId="1EA77CD9" w14:textId="77777777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1A6D546C" w14:textId="349992BD" w:rsidR="00974817" w:rsidRDefault="00ED40E2">
      <w:pPr>
        <w:spacing w:after="0"/>
        <w:jc w:val="both"/>
      </w:pPr>
      <w:r>
        <w:t>Vjeroučitelj će na ploči ili projekciji prikazati šest slika: ruke koje pomažu, prekinuti lanac, Mojsijev štap i gorući grm, ploče Deset zapovijedi, crkvu i skupinu vjernika različitih službi. Učenici ih jednu minutu promatraju u tišini.</w:t>
      </w:r>
    </w:p>
    <w:p w14:paraId="2FFAC9AF" w14:textId="77777777" w:rsidR="00ED40E2" w:rsidRDefault="00ED40E2">
      <w:pPr>
        <w:spacing w:after="0"/>
        <w:jc w:val="both"/>
      </w:pPr>
    </w:p>
    <w:p w14:paraId="0BD5810F" w14:textId="47D95E06" w:rsidR="00ED40E2" w:rsidRDefault="002524E3" w:rsidP="00ED40E2">
      <w:pPr>
        <w:spacing w:after="0"/>
        <w:jc w:val="center"/>
      </w:pPr>
      <w:r w:rsidRPr="002524E3">
        <w:rPr>
          <w:noProof/>
        </w:rPr>
        <w:lastRenderedPageBreak/>
        <w:drawing>
          <wp:inline distT="0" distB="0" distL="0" distR="0" wp14:anchorId="78F8E20B" wp14:editId="21096A75">
            <wp:extent cx="6217200" cy="2160000"/>
            <wp:effectExtent l="0" t="0" r="0" b="0"/>
            <wp:docPr id="169332872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328729" name=""/>
                    <pic:cNvPicPr/>
                  </pic:nvPicPr>
                  <pic:blipFill rotWithShape="1">
                    <a:blip r:embed="rId8"/>
                    <a:srcRect t="17468" b="20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200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C6090" w14:textId="4D404E08" w:rsidR="00974817" w:rsidRDefault="00974817">
      <w:pPr>
        <w:spacing w:after="0"/>
        <w:jc w:val="center"/>
      </w:pPr>
    </w:p>
    <w:p w14:paraId="0A6FA57B" w14:textId="77777777" w:rsidR="00ED40E2" w:rsidRPr="00ED40E2" w:rsidRDefault="00ED40E2" w:rsidP="00ED40E2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ED40E2">
        <w:rPr>
          <w:rFonts w:asciiTheme="majorHAnsi" w:eastAsia="Times New Roman" w:hAnsiTheme="majorHAnsi" w:cstheme="majorHAnsi"/>
          <w:color w:val="auto"/>
          <w:lang w:val="hr-HR" w:eastAsia="hr-HR"/>
        </w:rPr>
        <w:t>Zatim svaki učenik odabire jednu sliku i u bilježnicu zapisuje:</w:t>
      </w:r>
    </w:p>
    <w:p w14:paraId="782C1302" w14:textId="77777777" w:rsidR="00ED40E2" w:rsidRPr="00D062C4" w:rsidRDefault="00ED40E2" w:rsidP="00ED40E2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002060"/>
          <w:sz w:val="48"/>
          <w:szCs w:val="48"/>
          <w:lang w:val="hr-HR" w:eastAsia="hr-HR"/>
        </w:rPr>
      </w:pPr>
      <w:r w:rsidRPr="002524E3">
        <w:rPr>
          <w:rFonts w:asciiTheme="majorHAnsi" w:eastAsia="Times New Roman" w:hAnsiTheme="majorHAnsi" w:cstheme="majorHAnsi"/>
          <w:color w:val="002060"/>
          <w:sz w:val="48"/>
          <w:szCs w:val="48"/>
          <w:lang w:val="hr-HR" w:eastAsia="hr-HR"/>
        </w:rPr>
        <w:t>Ovaj me znak podsjeća na __________ jer __________.</w:t>
      </w:r>
    </w:p>
    <w:p w14:paraId="4DE21DD3" w14:textId="77777777" w:rsidR="00ED40E2" w:rsidRPr="00ED40E2" w:rsidRDefault="00ED40E2" w:rsidP="00ED40E2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ED40E2">
        <w:rPr>
          <w:rFonts w:asciiTheme="majorHAnsi" w:eastAsia="Times New Roman" w:hAnsiTheme="majorHAnsi" w:cstheme="majorHAnsi"/>
          <w:color w:val="auto"/>
          <w:lang w:val="hr-HR" w:eastAsia="hr-HR"/>
        </w:rPr>
        <w:t>Nekoliko učenika čita svoje rečenice, a vjeroučitelj zatim pita:</w:t>
      </w:r>
    </w:p>
    <w:p w14:paraId="769F0948" w14:textId="77777777" w:rsidR="00ED40E2" w:rsidRPr="00ED40E2" w:rsidRDefault="00ED40E2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>
        <w:rPr>
          <w:rFonts w:asciiTheme="majorHAnsi" w:eastAsia="Times New Roman" w:hAnsiTheme="majorHAnsi" w:cstheme="majorHAnsi"/>
          <w:color w:val="auto"/>
          <w:lang w:val="hr-HR" w:eastAsia="hr-HR"/>
        </w:rPr>
        <w:t xml:space="preserve">Što je zajedničko svim prikazima? </w:t>
      </w:r>
    </w:p>
    <w:p w14:paraId="4E3402FF" w14:textId="77777777" w:rsidR="00ED40E2" w:rsidRPr="00ED40E2" w:rsidRDefault="00ED40E2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>
        <w:rPr>
          <w:rFonts w:asciiTheme="majorHAnsi" w:eastAsia="Times New Roman" w:hAnsiTheme="majorHAnsi" w:cstheme="majorHAnsi"/>
          <w:color w:val="auto"/>
          <w:lang w:val="hr-HR" w:eastAsia="hr-HR"/>
        </w:rPr>
        <w:t xml:space="preserve">Na koje vas nastavne teme podsjećaju ovi prikazi? </w:t>
      </w:r>
    </w:p>
    <w:p w14:paraId="3C63C395" w14:textId="77777777" w:rsidR="00ED40E2" w:rsidRPr="00ED40E2" w:rsidRDefault="00ED40E2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>
        <w:rPr>
          <w:rFonts w:asciiTheme="majorHAnsi" w:eastAsia="Times New Roman" w:hAnsiTheme="majorHAnsi" w:cstheme="majorHAnsi"/>
          <w:color w:val="auto"/>
          <w:lang w:val="hr-HR" w:eastAsia="hr-HR"/>
        </w:rPr>
        <w:t xml:space="preserve">Koji prikazi pripadaju putu Izraelaca u slobodu, a koji životu Crkve? </w:t>
      </w:r>
    </w:p>
    <w:p w14:paraId="3E628AB9" w14:textId="23A03C19" w:rsidR="00ED40E2" w:rsidRPr="00ED40E2" w:rsidRDefault="00ED40E2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>
        <w:rPr>
          <w:rFonts w:asciiTheme="majorHAnsi" w:eastAsia="Times New Roman" w:hAnsiTheme="majorHAnsi" w:cstheme="majorHAnsi"/>
          <w:color w:val="auto"/>
          <w:lang w:val="hr-HR" w:eastAsia="hr-HR"/>
        </w:rPr>
        <w:t xml:space="preserve">Koje ćemo znanje danas trebati povezati? </w:t>
      </w:r>
    </w:p>
    <w:p w14:paraId="0B7A010D" w14:textId="02A8EFF6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Najava teme:</w:t>
      </w:r>
    </w:p>
    <w:p w14:paraId="62870033" w14:textId="55CB7D96" w:rsidR="00974817" w:rsidRDefault="00ED40E2">
      <w:pPr>
        <w:spacing w:after="0"/>
        <w:jc w:val="both"/>
      </w:pPr>
      <w:r>
        <w:t>Danas ćemo pomoću ovih tragova ponoviti gradivo od slobode i grijeha preko Mojsija, Izlaska i Božjih zapovijedi do Crkve, njezinih službi i poslanja. Ponavljat ćemo za 1. pisanu provjeru znanja.</w:t>
      </w:r>
    </w:p>
    <w:p w14:paraId="1191CAC0" w14:textId="77777777" w:rsidR="00ED40E2" w:rsidRDefault="00ED40E2">
      <w:pPr>
        <w:spacing w:after="0"/>
        <w:jc w:val="both"/>
      </w:pPr>
    </w:p>
    <w:p w14:paraId="737AC110" w14:textId="77777777" w:rsidR="00AF7CD8" w:rsidRDefault="00AF7CD8" w:rsidP="00AF7CD8">
      <w:pPr>
        <w:spacing w:after="0"/>
        <w:jc w:val="both"/>
      </w:pPr>
    </w:p>
    <w:tbl>
      <w:tblPr>
        <w:tblW w:w="0" w:type="auto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AF7CD8" w14:paraId="02888F23" w14:textId="77777777" w:rsidTr="00486164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74D7B86" w14:textId="33BE0D3B" w:rsidR="00AF7CD8" w:rsidRDefault="00486164" w:rsidP="00486164">
            <w:pPr>
              <w:spacing w:after="0"/>
            </w:pPr>
            <w:r w:rsidRPr="00486164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486164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7629B836" w14:textId="77777777" w:rsidR="001453D6" w:rsidRDefault="001453D6">
      <w:pPr>
        <w:keepNext/>
        <w:spacing w:before="100" w:after="40"/>
        <w:jc w:val="both"/>
        <w:rPr>
          <w:b/>
          <w:color w:val="C96A00"/>
          <w:sz w:val="26"/>
        </w:rPr>
      </w:pPr>
    </w:p>
    <w:p w14:paraId="78A954D9" w14:textId="260A59F4" w:rsidR="00974817" w:rsidRPr="009B7FE7" w:rsidRDefault="00AF7CD8">
      <w:pPr>
        <w:keepNext/>
        <w:spacing w:before="100" w:after="40"/>
        <w:jc w:val="both"/>
        <w:rPr>
          <w:iCs/>
        </w:rPr>
      </w:pPr>
      <w:r>
        <w:rPr>
          <w:b/>
          <w:color w:val="C96A00"/>
          <w:sz w:val="26"/>
        </w:rPr>
        <w:t>Aktivnost 1:  Obrada sadržaja</w:t>
      </w:r>
    </w:p>
    <w:p w14:paraId="0CB587CA" w14:textId="7777777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1C59CE">
        <w:rPr>
          <w:rFonts w:asciiTheme="majorHAnsi" w:eastAsia="Times New Roman" w:hAnsiTheme="majorHAnsi" w:cstheme="majorHAnsi"/>
          <w:lang w:eastAsia="hr-HR"/>
        </w:rPr>
        <w:t>Učenici će ponoviti gradivo putem istih pitanja koja će biti u pisanoj provjeri.</w:t>
      </w:r>
    </w:p>
    <w:p w14:paraId="2B271013" w14:textId="7777777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1C59CE">
        <w:rPr>
          <w:rFonts w:asciiTheme="majorHAnsi" w:eastAsia="Times New Roman" w:hAnsiTheme="majorHAnsi" w:cstheme="majorHAnsi"/>
          <w:lang w:eastAsia="hr-HR"/>
        </w:rPr>
        <w:t>Odgovore će pisati u bilježnice.</w:t>
      </w:r>
    </w:p>
    <w:p w14:paraId="14A06B84" w14:textId="77777777" w:rsidR="001C59CE" w:rsidRPr="001C59CE" w:rsidRDefault="001C59CE" w:rsidP="001C59CE">
      <w:pPr>
        <w:spacing w:after="0"/>
        <w:textAlignment w:val="center"/>
        <w:rPr>
          <w:rFonts w:asciiTheme="majorHAnsi" w:hAnsiTheme="majorHAnsi" w:cstheme="majorHAnsi"/>
          <w:b/>
          <w:bCs/>
        </w:rPr>
      </w:pPr>
      <w:r w:rsidRPr="001C59CE">
        <w:rPr>
          <w:rFonts w:asciiTheme="majorHAnsi" w:eastAsia="Times New Roman" w:hAnsiTheme="majorHAnsi" w:cstheme="majorHAnsi"/>
          <w:b/>
          <w:bCs/>
          <w:lang w:eastAsia="hr-HR"/>
        </w:rPr>
        <w:t>(</w:t>
      </w:r>
      <w:r w:rsidRPr="001C59CE">
        <w:rPr>
          <w:rFonts w:asciiTheme="majorHAnsi" w:hAnsiTheme="majorHAnsi" w:cstheme="majorHAnsi"/>
          <w:b/>
          <w:bCs/>
        </w:rPr>
        <w:t>Zaokružena pitanja: IOOP i PP!)</w:t>
      </w:r>
    </w:p>
    <w:p w14:paraId="69496CC9" w14:textId="7777777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40DF3FF3" w14:textId="7777777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bookmarkStart w:id="0" w:name="_Hlk210253247"/>
      <w:r w:rsidRPr="001C59CE">
        <w:rPr>
          <w:rFonts w:asciiTheme="majorHAnsi" w:eastAsia="Times New Roman" w:hAnsiTheme="majorHAnsi" w:cstheme="majorHAnsi"/>
          <w:b/>
          <w:bCs/>
          <w:lang w:eastAsia="hr-HR"/>
        </w:rPr>
        <w:t>Obrazac pisane provjere:</w:t>
      </w:r>
    </w:p>
    <w:p w14:paraId="4FA51A74" w14:textId="7777777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0BF4B16E" w14:textId="2CA216E1" w:rsidR="001C59CE" w:rsidRPr="001C59CE" w:rsidRDefault="001C59CE" w:rsidP="001C59CE">
      <w:pPr>
        <w:spacing w:after="0"/>
        <w:textAlignment w:val="center"/>
        <w:rPr>
          <w:rStyle w:val="Hiperveza"/>
          <w:rFonts w:asciiTheme="majorHAnsi" w:hAnsiTheme="majorHAnsi" w:cstheme="majorHAnsi"/>
          <w:b/>
          <w:bCs/>
        </w:rPr>
      </w:pPr>
      <w:hyperlink r:id="rId9" w:history="1">
        <w:bookmarkStart w:id="1" w:name="_Hlk218154982"/>
        <w:r w:rsidRPr="001C59CE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1C59CE">
          <w:rPr>
            <w:rStyle w:val="Hiperveza"/>
            <w:rFonts w:asciiTheme="majorHAnsi" w:hAnsiTheme="majorHAnsi" w:cstheme="majorHAnsi"/>
            <w:b/>
            <w:bCs/>
          </w:rPr>
          <w:t xml:space="preserve"> - PDF</w:t>
        </w:r>
        <w:bookmarkEnd w:id="1"/>
      </w:hyperlink>
    </w:p>
    <w:p w14:paraId="454781E8" w14:textId="77777777" w:rsidR="001C59CE" w:rsidRPr="001C59CE" w:rsidRDefault="001C59CE" w:rsidP="001C59CE">
      <w:pPr>
        <w:spacing w:after="0"/>
        <w:textAlignment w:val="center"/>
        <w:rPr>
          <w:rFonts w:asciiTheme="majorHAnsi" w:hAnsiTheme="majorHAnsi" w:cstheme="majorHAnsi"/>
          <w:color w:val="auto"/>
        </w:rPr>
      </w:pPr>
    </w:p>
    <w:p w14:paraId="634F7CEB" w14:textId="3BC00A1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hyperlink r:id="rId10" w:history="1">
        <w:r w:rsidRPr="001C59CE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 – WORD</w:t>
        </w:r>
      </w:hyperlink>
    </w:p>
    <w:p w14:paraId="7B7822D4" w14:textId="7777777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4ADD0897" w14:textId="7777777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1C9F6026" w14:textId="7777777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1C59CE">
        <w:rPr>
          <w:rFonts w:asciiTheme="majorHAnsi" w:eastAsia="Times New Roman" w:hAnsiTheme="majorHAnsi" w:cstheme="majorHAnsi"/>
          <w:b/>
          <w:bCs/>
          <w:lang w:eastAsia="hr-HR"/>
        </w:rPr>
        <w:t>Rješenja pisane provjere:</w:t>
      </w:r>
    </w:p>
    <w:p w14:paraId="29385CBC" w14:textId="77777777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2AF8922F" w14:textId="2F912F30" w:rsidR="001C59CE" w:rsidRDefault="001C59CE" w:rsidP="001C59CE">
      <w:pPr>
        <w:spacing w:after="0"/>
        <w:textAlignment w:val="center"/>
        <w:rPr>
          <w:rStyle w:val="Hiperveza"/>
          <w:rFonts w:asciiTheme="majorHAnsi" w:hAnsiTheme="majorHAnsi" w:cstheme="majorHAnsi"/>
          <w:b/>
          <w:bCs/>
        </w:rPr>
      </w:pPr>
      <w:hyperlink r:id="rId11" w:history="1">
        <w:r w:rsidRPr="001C59CE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1C59CE">
          <w:rPr>
            <w:rStyle w:val="Hiperveza"/>
            <w:rFonts w:asciiTheme="majorHAnsi" w:hAnsiTheme="majorHAnsi" w:cstheme="majorHAnsi"/>
            <w:b/>
            <w:bCs/>
          </w:rPr>
          <w:t xml:space="preserve"> – PDF</w:t>
        </w:r>
      </w:hyperlink>
    </w:p>
    <w:p w14:paraId="6593B060" w14:textId="77777777" w:rsidR="001C59CE" w:rsidRPr="001C59CE" w:rsidRDefault="001C59CE" w:rsidP="001C59CE">
      <w:pPr>
        <w:spacing w:after="0"/>
        <w:textAlignment w:val="center"/>
        <w:rPr>
          <w:rFonts w:asciiTheme="majorHAnsi" w:hAnsiTheme="majorHAnsi" w:cstheme="majorHAnsi"/>
          <w:b/>
          <w:bCs/>
          <w:color w:val="0000FF"/>
          <w:u w:val="single"/>
        </w:rPr>
      </w:pPr>
    </w:p>
    <w:p w14:paraId="1D0CE5A0" w14:textId="4F6226CB" w:rsidR="001C59CE" w:rsidRPr="001C59CE" w:rsidRDefault="001C59CE" w:rsidP="001C59CE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hyperlink r:id="rId12" w:history="1">
        <w:r w:rsidRPr="001C59CE">
          <w:rPr>
            <w:rStyle w:val="Hiperveza"/>
            <w:rFonts w:asciiTheme="majorHAnsi" w:hAnsiTheme="majorHAnsi" w:cstheme="majorHAnsi"/>
            <w:b/>
            <w:bCs/>
          </w:rPr>
          <w:t>klikni ovdje - poveznica - WORD</w:t>
        </w:r>
      </w:hyperlink>
    </w:p>
    <w:bookmarkEnd w:id="0"/>
    <w:p w14:paraId="1CE25EE7" w14:textId="77777777" w:rsidR="009B7FE7" w:rsidRDefault="009B7FE7">
      <w:pPr>
        <w:keepNext/>
        <w:spacing w:before="100" w:after="40"/>
        <w:jc w:val="both"/>
        <w:rPr>
          <w:b/>
          <w:color w:val="C96A00"/>
          <w:sz w:val="26"/>
        </w:rPr>
      </w:pPr>
    </w:p>
    <w:p w14:paraId="74766131" w14:textId="7213E3D9" w:rsidR="009B7FE7" w:rsidRPr="00D062C4" w:rsidRDefault="009B7FE7" w:rsidP="009B7FE7">
      <w:pPr>
        <w:keepNext/>
        <w:spacing w:before="100" w:after="40"/>
        <w:jc w:val="both"/>
        <w:rPr>
          <w:rFonts w:asciiTheme="majorHAnsi" w:hAnsiTheme="majorHAnsi" w:cstheme="majorHAnsi"/>
          <w:b/>
          <w:color w:val="002060"/>
          <w:sz w:val="48"/>
          <w:szCs w:val="48"/>
        </w:rPr>
      </w:pPr>
      <w:r w:rsidRPr="00D062C4">
        <w:rPr>
          <w:rFonts w:asciiTheme="majorHAnsi" w:eastAsia="Times New Roman" w:hAnsiTheme="majorHAnsi" w:cstheme="majorHAnsi"/>
          <w:b/>
          <w:bCs/>
          <w:color w:val="002060"/>
          <w:sz w:val="48"/>
          <w:szCs w:val="48"/>
          <w:lang w:eastAsia="hr-HR"/>
        </w:rPr>
        <w:t>Naslov:</w:t>
      </w:r>
      <w:r w:rsidRPr="00D062C4">
        <w:rPr>
          <w:rFonts w:asciiTheme="majorHAnsi" w:eastAsia="Times New Roman" w:hAnsiTheme="majorHAnsi" w:cstheme="majorHAnsi"/>
          <w:color w:val="002060"/>
          <w:sz w:val="48"/>
          <w:szCs w:val="48"/>
          <w:lang w:eastAsia="hr-HR"/>
        </w:rPr>
        <w:t xml:space="preserve"> Ponavljanje za 1. pisanu provjeru</w:t>
      </w:r>
    </w:p>
    <w:p w14:paraId="4CBA393D" w14:textId="77777777" w:rsidR="001C59CE" w:rsidRPr="00377130" w:rsidRDefault="001C59CE" w:rsidP="001C59CE">
      <w:pPr>
        <w:spacing w:after="0"/>
        <w:ind w:left="426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1F32CA4E" w14:textId="77777777" w:rsidR="001C59CE" w:rsidRPr="00CD32E5" w:rsidRDefault="001C59CE" w:rsidP="001C59CE">
      <w:pPr>
        <w:pStyle w:val="Odlomakpopisa"/>
        <w:spacing w:after="0" w:line="276" w:lineRule="auto"/>
        <w:ind w:left="426" w:hanging="43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①   </w:t>
      </w:r>
      <w:r w:rsidRPr="00CD32E5">
        <w:rPr>
          <w:rFonts w:asciiTheme="minorHAnsi" w:hAnsiTheme="minorHAnsi" w:cstheme="minorHAnsi"/>
        </w:rPr>
        <w:t xml:space="preserve">Navedi tri tjelesna djela milosrđa! - udžbenik str. 92 </w:t>
      </w:r>
      <w:r w:rsidRPr="00CD32E5">
        <w:rPr>
          <w:rFonts w:asciiTheme="minorHAnsi" w:hAnsiTheme="minorHAnsi" w:cstheme="minorHAnsi"/>
          <w:b/>
        </w:rPr>
        <w:t>(3 boda)</w:t>
      </w:r>
    </w:p>
    <w:p w14:paraId="7A87D073" w14:textId="77777777" w:rsidR="001C59CE" w:rsidRPr="00CD32E5" w:rsidRDefault="001C59CE" w:rsidP="001C59CE">
      <w:pPr>
        <w:pStyle w:val="Odlomakpopisa"/>
        <w:numPr>
          <w:ilvl w:val="0"/>
          <w:numId w:val="13"/>
        </w:numPr>
        <w:spacing w:after="0" w:line="276" w:lineRule="auto"/>
        <w:ind w:left="426"/>
        <w:rPr>
          <w:rFonts w:asciiTheme="minorHAnsi" w:hAnsiTheme="minorHAnsi" w:cstheme="minorHAnsi"/>
        </w:rPr>
      </w:pPr>
      <w:r w:rsidRPr="00CD32E5">
        <w:rPr>
          <w:rFonts w:asciiTheme="minorHAnsi" w:hAnsiTheme="minorHAnsi" w:cstheme="minorHAnsi"/>
          <w:bCs/>
        </w:rPr>
        <w:t>Navedi tri duhovna djela milosrđa!</w:t>
      </w:r>
      <w:r w:rsidRPr="00CD32E5">
        <w:rPr>
          <w:rFonts w:asciiTheme="minorHAnsi" w:hAnsiTheme="minorHAnsi" w:cstheme="minorHAnsi"/>
          <w:b/>
        </w:rPr>
        <w:t xml:space="preserve"> </w:t>
      </w:r>
      <w:r w:rsidRPr="00CD32E5">
        <w:rPr>
          <w:rFonts w:asciiTheme="minorHAnsi" w:hAnsiTheme="minorHAnsi" w:cstheme="minorHAnsi"/>
        </w:rPr>
        <w:t xml:space="preserve">- udžbenik str. 92 </w:t>
      </w:r>
      <w:r w:rsidRPr="00CD32E5">
        <w:rPr>
          <w:rFonts w:asciiTheme="minorHAnsi" w:hAnsiTheme="minorHAnsi" w:cstheme="minorHAnsi"/>
          <w:b/>
        </w:rPr>
        <w:t>(3 boda)</w:t>
      </w:r>
    </w:p>
    <w:p w14:paraId="4754BBDF" w14:textId="77777777" w:rsidR="001C59CE" w:rsidRPr="00CD32E5" w:rsidRDefault="001C59CE" w:rsidP="001C59CE">
      <w:pPr>
        <w:pStyle w:val="Odlomakpopisa"/>
        <w:numPr>
          <w:ilvl w:val="0"/>
          <w:numId w:val="13"/>
        </w:numPr>
        <w:spacing w:after="0" w:line="276" w:lineRule="auto"/>
        <w:ind w:left="426"/>
        <w:rPr>
          <w:rFonts w:asciiTheme="minorHAnsi" w:hAnsiTheme="minorHAnsi" w:cstheme="minorHAnsi"/>
        </w:rPr>
      </w:pPr>
      <w:r w:rsidRPr="00CD32E5">
        <w:rPr>
          <w:rFonts w:asciiTheme="minorHAnsi" w:hAnsiTheme="minorHAnsi" w:cstheme="minorHAnsi"/>
          <w:bCs/>
        </w:rPr>
        <w:t>Što je grijeh? -</w:t>
      </w:r>
      <w:r w:rsidRPr="00CD32E5">
        <w:rPr>
          <w:rFonts w:asciiTheme="minorHAnsi" w:hAnsiTheme="minorHAnsi" w:cstheme="minorHAnsi"/>
        </w:rPr>
        <w:t xml:space="preserve"> udžbenik str. 13 </w:t>
      </w:r>
      <w:r w:rsidRPr="00CD32E5">
        <w:rPr>
          <w:rFonts w:asciiTheme="minorHAnsi" w:hAnsiTheme="minorHAnsi" w:cstheme="minorHAnsi"/>
          <w:b/>
        </w:rPr>
        <w:t>(1 bod)</w:t>
      </w:r>
    </w:p>
    <w:p w14:paraId="18B829AA" w14:textId="77777777" w:rsidR="001C59CE" w:rsidRPr="00CD32E5" w:rsidRDefault="001C59CE" w:rsidP="001C59CE">
      <w:pPr>
        <w:pStyle w:val="Odlomakpopisa"/>
        <w:spacing w:after="0" w:line="276" w:lineRule="auto"/>
        <w:ind w:left="426" w:hanging="43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④   </w:t>
      </w:r>
      <w:r w:rsidRPr="00CD32E5">
        <w:rPr>
          <w:rFonts w:asciiTheme="minorHAnsi" w:hAnsiTheme="minorHAnsi" w:cstheme="minorHAnsi"/>
          <w:bCs/>
        </w:rPr>
        <w:t>Navedi 4 načina na koji činimo grijeh! -</w:t>
      </w:r>
      <w:r w:rsidRPr="00CD32E5">
        <w:rPr>
          <w:rFonts w:asciiTheme="minorHAnsi" w:hAnsiTheme="minorHAnsi" w:cstheme="minorHAnsi"/>
        </w:rPr>
        <w:t xml:space="preserve"> udžbenik str. 13 </w:t>
      </w:r>
      <w:r w:rsidRPr="00CD32E5">
        <w:rPr>
          <w:rFonts w:asciiTheme="minorHAnsi" w:hAnsiTheme="minorHAnsi" w:cstheme="minorHAnsi"/>
          <w:b/>
        </w:rPr>
        <w:t xml:space="preserve"> (4 boda)</w:t>
      </w:r>
    </w:p>
    <w:p w14:paraId="6C231574" w14:textId="77777777" w:rsidR="001C59CE" w:rsidRPr="00CD32E5" w:rsidRDefault="001C59CE" w:rsidP="001C59CE">
      <w:pPr>
        <w:pStyle w:val="Odlomakpopisa"/>
        <w:spacing w:after="0" w:line="276" w:lineRule="auto"/>
        <w:ind w:left="426" w:hanging="43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⑤   </w:t>
      </w:r>
      <w:r w:rsidRPr="00CD32E5">
        <w:rPr>
          <w:rFonts w:asciiTheme="minorHAnsi" w:hAnsiTheme="minorHAnsi" w:cstheme="minorHAnsi"/>
          <w:bCs/>
        </w:rPr>
        <w:t>Kako se zove vođa i osloboditelj Izraelaca iz egipatskog ropstva?</w:t>
      </w:r>
      <w:r w:rsidRPr="00CD32E5">
        <w:rPr>
          <w:rFonts w:asciiTheme="minorHAnsi" w:hAnsiTheme="minorHAnsi" w:cstheme="minorHAnsi"/>
          <w:b/>
        </w:rPr>
        <w:t xml:space="preserve"> </w:t>
      </w:r>
      <w:r w:rsidRPr="00CD32E5">
        <w:rPr>
          <w:rFonts w:asciiTheme="minorHAnsi" w:hAnsiTheme="minorHAnsi" w:cstheme="minorHAnsi"/>
          <w:bCs/>
        </w:rPr>
        <w:t>-</w:t>
      </w:r>
      <w:r w:rsidRPr="00CD32E5">
        <w:rPr>
          <w:rFonts w:asciiTheme="minorHAnsi" w:hAnsiTheme="minorHAnsi" w:cstheme="minorHAnsi"/>
        </w:rPr>
        <w:t xml:space="preserve"> udžbenik str. 16 </w:t>
      </w:r>
      <w:r w:rsidRPr="00CD32E5">
        <w:rPr>
          <w:rFonts w:asciiTheme="minorHAnsi" w:hAnsiTheme="minorHAnsi" w:cstheme="minorHAnsi"/>
          <w:b/>
        </w:rPr>
        <w:t>(1 bod)</w:t>
      </w:r>
    </w:p>
    <w:p w14:paraId="18FAF3E9" w14:textId="77777777" w:rsidR="001C59CE" w:rsidRPr="00CD32E5" w:rsidRDefault="001C59CE" w:rsidP="001C59CE">
      <w:pPr>
        <w:pStyle w:val="Odlomakpopisa"/>
        <w:spacing w:after="0" w:line="276" w:lineRule="auto"/>
        <w:ind w:left="426" w:hanging="43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⑥   </w:t>
      </w:r>
      <w:r w:rsidRPr="00CD32E5">
        <w:rPr>
          <w:rFonts w:asciiTheme="minorHAnsi" w:hAnsiTheme="minorHAnsi" w:cstheme="minorHAnsi"/>
        </w:rPr>
        <w:t xml:space="preserve">U kojoj biblijskoj knjizi je opisan izlazak Izraelaca iz ropstva u slobodu? </w:t>
      </w:r>
      <w:r w:rsidRPr="00CD32E5">
        <w:rPr>
          <w:rFonts w:asciiTheme="minorHAnsi" w:hAnsiTheme="minorHAnsi" w:cstheme="minorHAnsi"/>
          <w:bCs/>
        </w:rPr>
        <w:t>-</w:t>
      </w:r>
      <w:r w:rsidRPr="00CD32E5">
        <w:rPr>
          <w:rFonts w:asciiTheme="minorHAnsi" w:hAnsiTheme="minorHAnsi" w:cstheme="minorHAnsi"/>
        </w:rPr>
        <w:t xml:space="preserve"> udžbenik str. 16 </w:t>
      </w:r>
      <w:r w:rsidRPr="00CD32E5">
        <w:rPr>
          <w:rFonts w:asciiTheme="minorHAnsi" w:hAnsiTheme="minorHAnsi" w:cstheme="minorHAnsi"/>
          <w:b/>
        </w:rPr>
        <w:t>(1 bod)</w:t>
      </w:r>
    </w:p>
    <w:p w14:paraId="6E6BF35B" w14:textId="77777777" w:rsidR="001C59CE" w:rsidRPr="00CD32E5" w:rsidRDefault="001C59CE" w:rsidP="001C59CE">
      <w:pPr>
        <w:pStyle w:val="Odlomakpopisa"/>
        <w:spacing w:after="0" w:line="276" w:lineRule="auto"/>
        <w:ind w:left="426" w:hanging="43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⑦   </w:t>
      </w:r>
      <w:r w:rsidRPr="00CD32E5">
        <w:rPr>
          <w:rFonts w:asciiTheme="minorHAnsi" w:hAnsiTheme="minorHAnsi" w:cstheme="minorHAnsi"/>
          <w:bCs/>
        </w:rPr>
        <w:t>Pod kojim imenom se Bog objavio Mojsiju – navedi puni naziv!</w:t>
      </w:r>
      <w:r w:rsidRPr="00CD32E5">
        <w:rPr>
          <w:rFonts w:asciiTheme="minorHAnsi" w:hAnsiTheme="minorHAnsi" w:cstheme="minorHAnsi"/>
          <w:b/>
        </w:rPr>
        <w:t xml:space="preserve"> </w:t>
      </w:r>
      <w:r w:rsidRPr="00CD32E5">
        <w:rPr>
          <w:rFonts w:asciiTheme="minorHAnsi" w:hAnsiTheme="minorHAnsi" w:cstheme="minorHAnsi"/>
          <w:bCs/>
        </w:rPr>
        <w:t>-</w:t>
      </w:r>
      <w:r w:rsidRPr="00CD32E5">
        <w:rPr>
          <w:rFonts w:asciiTheme="minorHAnsi" w:hAnsiTheme="minorHAnsi" w:cstheme="minorHAnsi"/>
        </w:rPr>
        <w:t xml:space="preserve"> udžbenik str. 17 </w:t>
      </w:r>
      <w:r w:rsidRPr="00CD32E5">
        <w:rPr>
          <w:rFonts w:asciiTheme="minorHAnsi" w:hAnsiTheme="minorHAnsi" w:cstheme="minorHAnsi"/>
          <w:b/>
        </w:rPr>
        <w:t>(1 bod)</w:t>
      </w:r>
    </w:p>
    <w:p w14:paraId="3E63CF5D" w14:textId="77777777" w:rsidR="001C59CE" w:rsidRPr="00CD32E5" w:rsidRDefault="001C59CE" w:rsidP="001C59CE">
      <w:pPr>
        <w:pStyle w:val="Odlomakpopisa"/>
        <w:numPr>
          <w:ilvl w:val="0"/>
          <w:numId w:val="14"/>
        </w:numPr>
        <w:spacing w:after="0" w:line="276" w:lineRule="auto"/>
        <w:ind w:left="426"/>
        <w:rPr>
          <w:rFonts w:asciiTheme="minorHAnsi" w:hAnsiTheme="minorHAnsi" w:cstheme="minorHAnsi"/>
        </w:rPr>
      </w:pPr>
      <w:r w:rsidRPr="00CD32E5">
        <w:rPr>
          <w:rFonts w:asciiTheme="minorHAnsi" w:hAnsiTheme="minorHAnsi" w:cstheme="minorHAnsi"/>
          <w:bCs/>
        </w:rPr>
        <w:t>Što je Pasha?</w:t>
      </w:r>
      <w:r w:rsidRPr="00CD32E5">
        <w:rPr>
          <w:rFonts w:asciiTheme="minorHAnsi" w:hAnsiTheme="minorHAnsi" w:cstheme="minorHAnsi"/>
          <w:b/>
        </w:rPr>
        <w:t xml:space="preserve"> </w:t>
      </w:r>
      <w:r w:rsidRPr="00CD32E5">
        <w:rPr>
          <w:rFonts w:asciiTheme="minorHAnsi" w:hAnsiTheme="minorHAnsi" w:cstheme="minorHAnsi"/>
          <w:bCs/>
        </w:rPr>
        <w:t>-</w:t>
      </w:r>
      <w:r w:rsidRPr="00CD32E5">
        <w:rPr>
          <w:rFonts w:asciiTheme="minorHAnsi" w:hAnsiTheme="minorHAnsi" w:cstheme="minorHAnsi"/>
        </w:rPr>
        <w:t xml:space="preserve"> udžbenik str. 18 </w:t>
      </w:r>
      <w:r w:rsidRPr="00CD32E5">
        <w:rPr>
          <w:rFonts w:asciiTheme="minorHAnsi" w:hAnsiTheme="minorHAnsi" w:cstheme="minorHAnsi"/>
          <w:b/>
        </w:rPr>
        <w:t>(2 boda)</w:t>
      </w:r>
    </w:p>
    <w:p w14:paraId="1616EC71" w14:textId="77777777" w:rsidR="001C59CE" w:rsidRPr="00CD32E5" w:rsidRDefault="001C59CE" w:rsidP="001C59CE">
      <w:pPr>
        <w:pStyle w:val="Odlomakpopisa"/>
        <w:numPr>
          <w:ilvl w:val="0"/>
          <w:numId w:val="14"/>
        </w:numPr>
        <w:spacing w:after="0" w:line="276" w:lineRule="auto"/>
        <w:ind w:left="426"/>
        <w:rPr>
          <w:rFonts w:asciiTheme="minorHAnsi" w:hAnsiTheme="minorHAnsi" w:cstheme="minorHAnsi"/>
        </w:rPr>
      </w:pPr>
      <w:r w:rsidRPr="00CD32E5">
        <w:rPr>
          <w:rFonts w:asciiTheme="minorHAnsi" w:hAnsiTheme="minorHAnsi" w:cstheme="minorHAnsi"/>
        </w:rPr>
        <w:t xml:space="preserve">Napiši treću i osmu Božju zapovijed! </w:t>
      </w:r>
      <w:r w:rsidRPr="00CD32E5">
        <w:rPr>
          <w:rFonts w:asciiTheme="minorHAnsi" w:hAnsiTheme="minorHAnsi" w:cstheme="minorHAnsi"/>
          <w:bCs/>
        </w:rPr>
        <w:t>-</w:t>
      </w:r>
      <w:r w:rsidRPr="00CD32E5">
        <w:rPr>
          <w:rFonts w:asciiTheme="minorHAnsi" w:hAnsiTheme="minorHAnsi" w:cstheme="minorHAnsi"/>
        </w:rPr>
        <w:t xml:space="preserve"> udžbenik str. 21 </w:t>
      </w:r>
      <w:r w:rsidRPr="00CD32E5">
        <w:rPr>
          <w:rFonts w:asciiTheme="minorHAnsi" w:hAnsiTheme="minorHAnsi" w:cstheme="minorHAnsi"/>
          <w:b/>
        </w:rPr>
        <w:t>(2 boda)</w:t>
      </w:r>
    </w:p>
    <w:p w14:paraId="087973BC" w14:textId="77777777" w:rsidR="001C59CE" w:rsidRPr="00CD32E5" w:rsidRDefault="001C59CE" w:rsidP="001C59CE">
      <w:pPr>
        <w:pStyle w:val="Odlomakpopisa"/>
        <w:numPr>
          <w:ilvl w:val="0"/>
          <w:numId w:val="14"/>
        </w:numPr>
        <w:spacing w:after="0" w:line="276" w:lineRule="auto"/>
        <w:ind w:left="426"/>
        <w:rPr>
          <w:rFonts w:asciiTheme="minorHAnsi" w:hAnsiTheme="minorHAnsi" w:cstheme="minorHAnsi"/>
        </w:rPr>
      </w:pPr>
      <w:r w:rsidRPr="00CD32E5">
        <w:rPr>
          <w:rFonts w:asciiTheme="minorHAnsi" w:hAnsiTheme="minorHAnsi" w:cstheme="minorHAnsi"/>
        </w:rPr>
        <w:t xml:space="preserve">Što je Crkva i kada je nastala? – udžbenik str. 26 </w:t>
      </w:r>
      <w:r w:rsidRPr="00CD32E5">
        <w:rPr>
          <w:rFonts w:asciiTheme="minorHAnsi" w:hAnsiTheme="minorHAnsi" w:cstheme="minorHAnsi"/>
          <w:b/>
        </w:rPr>
        <w:t>(2 boda)</w:t>
      </w:r>
    </w:p>
    <w:p w14:paraId="3659AE1E" w14:textId="77777777" w:rsidR="001C59CE" w:rsidRPr="00CD32E5" w:rsidRDefault="001C59CE" w:rsidP="001C59CE">
      <w:pPr>
        <w:pStyle w:val="Odlomakpopisa"/>
        <w:numPr>
          <w:ilvl w:val="0"/>
          <w:numId w:val="14"/>
        </w:numPr>
        <w:spacing w:after="0" w:line="276" w:lineRule="auto"/>
        <w:ind w:left="426"/>
        <w:rPr>
          <w:rFonts w:asciiTheme="minorHAnsi" w:hAnsiTheme="minorHAnsi" w:cstheme="minorHAnsi"/>
        </w:rPr>
      </w:pPr>
      <w:r w:rsidRPr="00CD32E5">
        <w:rPr>
          <w:rFonts w:asciiTheme="minorHAnsi" w:hAnsiTheme="minorHAnsi" w:cstheme="minorHAnsi"/>
        </w:rPr>
        <w:t xml:space="preserve">Napiši dvije biblijske slike koje opisuju Crkvu! – udžbenik str. 27 </w:t>
      </w:r>
      <w:r w:rsidRPr="00CD32E5">
        <w:rPr>
          <w:rFonts w:asciiTheme="minorHAnsi" w:hAnsiTheme="minorHAnsi" w:cstheme="minorHAnsi"/>
          <w:b/>
        </w:rPr>
        <w:t>(2 boda)</w:t>
      </w:r>
    </w:p>
    <w:p w14:paraId="29797EEE" w14:textId="77777777" w:rsidR="001C59CE" w:rsidRPr="00CD32E5" w:rsidRDefault="001C59CE" w:rsidP="001C59CE">
      <w:pPr>
        <w:pStyle w:val="Odlomakpopisa"/>
        <w:spacing w:after="0" w:line="276" w:lineRule="auto"/>
        <w:ind w:left="426" w:hanging="398"/>
        <w:rPr>
          <w:rFonts w:asciiTheme="minorHAnsi" w:hAnsiTheme="minorHAnsi" w:cstheme="minorHAnsi"/>
        </w:rPr>
      </w:pPr>
      <w:r w:rsidRPr="003613D5">
        <w:rPr>
          <w:rFonts w:asciiTheme="minorHAnsi" w:hAnsiTheme="minorHAnsi" w:cstheme="minorHAnsi"/>
          <w:sz w:val="24"/>
          <w:szCs w:val="24"/>
        </w:rPr>
        <w:t>⑫</w:t>
      </w:r>
      <w:r>
        <w:rPr>
          <w:rFonts w:asciiTheme="minorHAnsi" w:hAnsiTheme="minorHAnsi" w:cstheme="minorHAnsi"/>
        </w:rPr>
        <w:t xml:space="preserve">  </w:t>
      </w:r>
      <w:r w:rsidRPr="00CD32E5">
        <w:rPr>
          <w:rFonts w:asciiTheme="minorHAnsi" w:hAnsiTheme="minorHAnsi" w:cstheme="minorHAnsi"/>
        </w:rPr>
        <w:t xml:space="preserve">Tko spada u sveti red? – udžbenik str. 28 </w:t>
      </w:r>
      <w:r w:rsidRPr="00CD32E5">
        <w:rPr>
          <w:rFonts w:asciiTheme="minorHAnsi" w:hAnsiTheme="minorHAnsi" w:cstheme="minorHAnsi"/>
          <w:b/>
        </w:rPr>
        <w:t>(3 boda)</w:t>
      </w:r>
    </w:p>
    <w:p w14:paraId="3507359F" w14:textId="77777777" w:rsidR="001C59CE" w:rsidRPr="00CD32E5" w:rsidRDefault="001C59CE" w:rsidP="001C59CE">
      <w:pPr>
        <w:pStyle w:val="Odlomakpopisa"/>
        <w:numPr>
          <w:ilvl w:val="0"/>
          <w:numId w:val="15"/>
        </w:numPr>
        <w:spacing w:after="0" w:line="276" w:lineRule="auto"/>
        <w:ind w:left="426"/>
        <w:rPr>
          <w:rFonts w:asciiTheme="minorHAnsi" w:hAnsiTheme="minorHAnsi" w:cstheme="minorHAnsi"/>
        </w:rPr>
      </w:pPr>
      <w:r w:rsidRPr="00CD32E5">
        <w:rPr>
          <w:rFonts w:asciiTheme="minorHAnsi" w:hAnsiTheme="minorHAnsi" w:cstheme="minorHAnsi"/>
        </w:rPr>
        <w:t xml:space="preserve">Što su župe? – udžbenik str. 29 </w:t>
      </w:r>
      <w:r w:rsidRPr="00CD32E5">
        <w:rPr>
          <w:rFonts w:asciiTheme="minorHAnsi" w:hAnsiTheme="minorHAnsi" w:cstheme="minorHAnsi"/>
          <w:b/>
        </w:rPr>
        <w:t>(1 bod)</w:t>
      </w:r>
    </w:p>
    <w:p w14:paraId="70A0E156" w14:textId="77777777" w:rsidR="001C59CE" w:rsidRPr="00CD32E5" w:rsidRDefault="001C59CE" w:rsidP="001C59CE">
      <w:pPr>
        <w:pStyle w:val="Odlomakpopisa"/>
        <w:numPr>
          <w:ilvl w:val="0"/>
          <w:numId w:val="15"/>
        </w:numPr>
        <w:spacing w:after="0" w:line="276" w:lineRule="auto"/>
        <w:ind w:left="426"/>
        <w:rPr>
          <w:rFonts w:asciiTheme="minorHAnsi" w:hAnsiTheme="minorHAnsi" w:cstheme="minorHAnsi"/>
        </w:rPr>
      </w:pPr>
      <w:r w:rsidRPr="00CD32E5">
        <w:rPr>
          <w:rFonts w:asciiTheme="minorHAnsi" w:hAnsiTheme="minorHAnsi" w:cstheme="minorHAnsi"/>
        </w:rPr>
        <w:t xml:space="preserve">Navedi dvije redovničke zajednice! – udžbenik str. 30 </w:t>
      </w:r>
      <w:r w:rsidRPr="00CD32E5">
        <w:rPr>
          <w:rFonts w:asciiTheme="minorHAnsi" w:hAnsiTheme="minorHAnsi" w:cstheme="minorHAnsi"/>
          <w:b/>
        </w:rPr>
        <w:t>(2 boda)</w:t>
      </w:r>
    </w:p>
    <w:p w14:paraId="66F19281" w14:textId="77777777" w:rsidR="001C59CE" w:rsidRPr="00CD32E5" w:rsidRDefault="001C59CE" w:rsidP="001C59CE">
      <w:pPr>
        <w:pStyle w:val="Odlomakpopisa"/>
        <w:spacing w:after="0" w:line="276" w:lineRule="auto"/>
        <w:ind w:left="426" w:hanging="398"/>
        <w:rPr>
          <w:rFonts w:asciiTheme="minorHAnsi" w:hAnsiTheme="minorHAnsi" w:cstheme="minorHAnsi"/>
        </w:rPr>
      </w:pPr>
      <w:r w:rsidRPr="003613D5">
        <w:rPr>
          <w:rFonts w:asciiTheme="minorHAnsi" w:hAnsiTheme="minorHAnsi" w:cstheme="minorHAnsi"/>
          <w:bCs/>
          <w:sz w:val="24"/>
          <w:szCs w:val="24"/>
        </w:rPr>
        <w:t>⑮</w:t>
      </w:r>
      <w:r>
        <w:rPr>
          <w:rFonts w:asciiTheme="minorHAnsi" w:hAnsiTheme="minorHAnsi" w:cstheme="minorHAnsi"/>
          <w:bCs/>
        </w:rPr>
        <w:t xml:space="preserve">  </w:t>
      </w:r>
      <w:r w:rsidRPr="00CD32E5">
        <w:rPr>
          <w:rFonts w:asciiTheme="minorHAnsi" w:hAnsiTheme="minorHAnsi" w:cstheme="minorHAnsi"/>
          <w:bCs/>
        </w:rPr>
        <w:t xml:space="preserve">Napiši geslo sv. Benedikta! – udžbenik, str. 30 </w:t>
      </w:r>
      <w:r w:rsidRPr="00CD32E5">
        <w:rPr>
          <w:rFonts w:asciiTheme="minorHAnsi" w:hAnsiTheme="minorHAnsi" w:cstheme="minorHAnsi"/>
          <w:b/>
        </w:rPr>
        <w:t>(1 bod)</w:t>
      </w:r>
    </w:p>
    <w:p w14:paraId="3D089201" w14:textId="375689C2" w:rsidR="001C59CE" w:rsidRPr="001C59CE" w:rsidRDefault="001C59CE" w:rsidP="001C59CE">
      <w:pPr>
        <w:pStyle w:val="Odlomakpopisa"/>
        <w:numPr>
          <w:ilvl w:val="0"/>
          <w:numId w:val="16"/>
        </w:numPr>
        <w:spacing w:after="0" w:line="276" w:lineRule="auto"/>
        <w:ind w:left="426"/>
        <w:rPr>
          <w:rFonts w:asciiTheme="minorHAnsi" w:hAnsiTheme="minorHAnsi" w:cstheme="minorHAnsi"/>
          <w:bCs/>
        </w:rPr>
      </w:pPr>
      <w:r w:rsidRPr="001A5D2C">
        <w:rPr>
          <w:rFonts w:asciiTheme="minorHAnsi" w:hAnsiTheme="minorHAnsi" w:cstheme="minorHAnsi"/>
          <w:bCs/>
        </w:rPr>
        <w:t xml:space="preserve">Tko je laik? – udžbenik, str. 31 </w:t>
      </w:r>
      <w:r w:rsidRPr="001A5D2C">
        <w:rPr>
          <w:rFonts w:asciiTheme="minorHAnsi" w:hAnsiTheme="minorHAnsi" w:cstheme="minorHAnsi"/>
          <w:b/>
        </w:rPr>
        <w:t>(1 bod)</w:t>
      </w:r>
    </w:p>
    <w:p w14:paraId="0CD5FF57" w14:textId="77777777" w:rsidR="001C59CE" w:rsidRPr="00E35034" w:rsidRDefault="001C59CE" w:rsidP="001C59CE">
      <w:pPr>
        <w:pStyle w:val="Odlomakpopisa"/>
        <w:numPr>
          <w:ilvl w:val="0"/>
          <w:numId w:val="16"/>
        </w:numPr>
        <w:spacing w:after="0" w:line="276" w:lineRule="auto"/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Stavi kvačicu kod tvrdnji na prikladno mjesto</w:t>
      </w:r>
      <w:r w:rsidRPr="0054464F">
        <w:rPr>
          <w:rFonts w:asciiTheme="minorHAnsi" w:hAnsiTheme="minorHAnsi" w:cstheme="minorHAnsi"/>
        </w:rPr>
        <w:t>! – udžbenik str.17</w:t>
      </w:r>
      <w:r w:rsidRPr="0054464F">
        <w:rPr>
          <w:rFonts w:asciiTheme="minorHAnsi" w:hAnsiTheme="minorHAnsi" w:cstheme="minorHAnsi"/>
          <w:b/>
        </w:rPr>
        <w:t xml:space="preserve"> (</w:t>
      </w:r>
      <w:r>
        <w:rPr>
          <w:rFonts w:asciiTheme="minorHAnsi" w:hAnsiTheme="minorHAnsi" w:cstheme="minorHAnsi"/>
          <w:b/>
        </w:rPr>
        <w:t>12</w:t>
      </w:r>
      <w:r w:rsidRPr="0054464F">
        <w:rPr>
          <w:rFonts w:asciiTheme="minorHAnsi" w:hAnsiTheme="minorHAnsi" w:cstheme="minorHAnsi"/>
          <w:b/>
        </w:rPr>
        <w:t xml:space="preserve"> bod</w:t>
      </w:r>
      <w:r>
        <w:rPr>
          <w:rFonts w:asciiTheme="minorHAnsi" w:hAnsiTheme="minorHAnsi" w:cstheme="minorHAnsi"/>
          <w:b/>
        </w:rPr>
        <w:t>ov</w:t>
      </w:r>
      <w:r w:rsidRPr="0054464F">
        <w:rPr>
          <w:rFonts w:asciiTheme="minorHAnsi" w:hAnsiTheme="minorHAnsi" w:cstheme="minorHAnsi"/>
          <w:b/>
        </w:rPr>
        <w:t>a)</w:t>
      </w:r>
    </w:p>
    <w:p w14:paraId="08B17152" w14:textId="77777777" w:rsidR="001C59CE" w:rsidRPr="008314AB" w:rsidRDefault="001C59CE" w:rsidP="001C59CE">
      <w:pPr>
        <w:pStyle w:val="Odlomakpopisa"/>
        <w:spacing w:after="0"/>
        <w:rPr>
          <w:rFonts w:asciiTheme="minorHAnsi" w:hAnsiTheme="minorHAnsi" w:cstheme="minorHAnsi"/>
        </w:rPr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7624"/>
        <w:gridCol w:w="1513"/>
        <w:gridCol w:w="1534"/>
      </w:tblGrid>
      <w:tr w:rsidR="001C59CE" w14:paraId="106DB1B7" w14:textId="77777777" w:rsidTr="001C59CE">
        <w:tc>
          <w:tcPr>
            <w:tcW w:w="3572" w:type="pct"/>
          </w:tcPr>
          <w:p w14:paraId="1A54F98F" w14:textId="77777777" w:rsidR="001C59CE" w:rsidRPr="008314AB" w:rsidRDefault="001C59CE" w:rsidP="007022C8">
            <w:pPr>
              <w:pStyle w:val="Odlomakpopisa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314AB">
              <w:rPr>
                <w:rFonts w:asciiTheme="minorHAnsi" w:hAnsiTheme="minorHAnsi" w:cstheme="minorHAnsi"/>
                <w:b/>
                <w:bCs/>
              </w:rPr>
              <w:t>TVRDNJA</w:t>
            </w:r>
          </w:p>
        </w:tc>
        <w:tc>
          <w:tcPr>
            <w:tcW w:w="709" w:type="pct"/>
          </w:tcPr>
          <w:p w14:paraId="48F6A137" w14:textId="77777777" w:rsidR="001C59CE" w:rsidRPr="008314AB" w:rsidRDefault="001C59CE" w:rsidP="007022C8">
            <w:pPr>
              <w:pStyle w:val="Odlomakpopisa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314AB">
              <w:rPr>
                <w:rFonts w:asciiTheme="minorHAnsi" w:hAnsiTheme="minorHAnsi" w:cstheme="minorHAnsi"/>
                <w:b/>
                <w:bCs/>
              </w:rPr>
              <w:t>TOČNO</w:t>
            </w:r>
          </w:p>
        </w:tc>
        <w:tc>
          <w:tcPr>
            <w:tcW w:w="719" w:type="pct"/>
          </w:tcPr>
          <w:p w14:paraId="389392A6" w14:textId="77777777" w:rsidR="001C59CE" w:rsidRPr="008314AB" w:rsidRDefault="001C59CE" w:rsidP="007022C8">
            <w:pPr>
              <w:pStyle w:val="Odlomakpopisa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314AB">
              <w:rPr>
                <w:rFonts w:asciiTheme="minorHAnsi" w:hAnsiTheme="minorHAnsi" w:cstheme="minorHAnsi"/>
                <w:b/>
                <w:bCs/>
              </w:rPr>
              <w:t>NETOČNO</w:t>
            </w:r>
          </w:p>
        </w:tc>
      </w:tr>
      <w:tr w:rsidR="001C59CE" w14:paraId="646D5F21" w14:textId="77777777" w:rsidTr="001C59CE">
        <w:tc>
          <w:tcPr>
            <w:tcW w:w="3572" w:type="pct"/>
          </w:tcPr>
          <w:p w14:paraId="5B4770ED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Sloboda je Božji dar.</w:t>
            </w:r>
          </w:p>
        </w:tc>
        <w:tc>
          <w:tcPr>
            <w:tcW w:w="709" w:type="pct"/>
          </w:tcPr>
          <w:p w14:paraId="5EC41DD2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24B8E672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232A856E" w14:textId="77777777" w:rsidTr="001C59CE">
        <w:tc>
          <w:tcPr>
            <w:tcW w:w="3572" w:type="pct"/>
          </w:tcPr>
          <w:p w14:paraId="52E76C46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Bog nam nije dao slobodnu volju.</w:t>
            </w:r>
          </w:p>
        </w:tc>
        <w:tc>
          <w:tcPr>
            <w:tcW w:w="709" w:type="pct"/>
          </w:tcPr>
          <w:p w14:paraId="133199DE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70E8845B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2499D7C8" w14:textId="77777777" w:rsidTr="001C59CE">
        <w:tc>
          <w:tcPr>
            <w:tcW w:w="3572" w:type="pct"/>
          </w:tcPr>
          <w:p w14:paraId="314D95DE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Sloboda je kada možemo raditi što nas je volja.</w:t>
            </w:r>
          </w:p>
        </w:tc>
        <w:tc>
          <w:tcPr>
            <w:tcW w:w="709" w:type="pct"/>
          </w:tcPr>
          <w:p w14:paraId="087B3560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79BB618A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5A0A1701" w14:textId="77777777" w:rsidTr="001C59CE">
        <w:tc>
          <w:tcPr>
            <w:tcW w:w="3572" w:type="pct"/>
          </w:tcPr>
          <w:p w14:paraId="3CF7D5D2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Sklonost činjenja zla koju nasljeđujemo rađanjem zove se istočni grijeh.</w:t>
            </w:r>
          </w:p>
        </w:tc>
        <w:tc>
          <w:tcPr>
            <w:tcW w:w="709" w:type="pct"/>
          </w:tcPr>
          <w:p w14:paraId="0AD29BAE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4CAB1323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4BB7661F" w14:textId="77777777" w:rsidTr="001C59CE">
        <w:tc>
          <w:tcPr>
            <w:tcW w:w="3572" w:type="pct"/>
          </w:tcPr>
          <w:p w14:paraId="502173C7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 grijeh smo odgovorni ako ne spriječimo ili ne ukazujemo na grijeh.</w:t>
            </w:r>
          </w:p>
        </w:tc>
        <w:tc>
          <w:tcPr>
            <w:tcW w:w="709" w:type="pct"/>
          </w:tcPr>
          <w:p w14:paraId="2E638125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3A5E38D7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51E74386" w14:textId="77777777" w:rsidTr="001C59CE">
        <w:tc>
          <w:tcPr>
            <w:tcW w:w="3572" w:type="pct"/>
          </w:tcPr>
          <w:p w14:paraId="55D5A12E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Mojsije je izveo Izraelce iz babilonskog ropstva.</w:t>
            </w:r>
          </w:p>
        </w:tc>
        <w:tc>
          <w:tcPr>
            <w:tcW w:w="709" w:type="pct"/>
          </w:tcPr>
          <w:p w14:paraId="7F954D74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1DC962FD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1D09A54D" w14:textId="77777777" w:rsidTr="001C59CE">
        <w:tc>
          <w:tcPr>
            <w:tcW w:w="3572" w:type="pct"/>
          </w:tcPr>
          <w:p w14:paraId="30164DB0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Aron je Mojsijev stric.</w:t>
            </w:r>
          </w:p>
        </w:tc>
        <w:tc>
          <w:tcPr>
            <w:tcW w:w="709" w:type="pct"/>
          </w:tcPr>
          <w:p w14:paraId="62AF22E4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73DA6961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33B0DD23" w14:textId="77777777" w:rsidTr="001C59CE">
        <w:tc>
          <w:tcPr>
            <w:tcW w:w="3572" w:type="pct"/>
          </w:tcPr>
          <w:p w14:paraId="16174694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Faraon je pustio Izraelce nakon smrti svoga sina.</w:t>
            </w:r>
          </w:p>
        </w:tc>
        <w:tc>
          <w:tcPr>
            <w:tcW w:w="709" w:type="pct"/>
          </w:tcPr>
          <w:p w14:paraId="15FB59CF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66B11CF5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5F63FB14" w14:textId="77777777" w:rsidTr="001C59CE">
        <w:tc>
          <w:tcPr>
            <w:tcW w:w="3572" w:type="pct"/>
          </w:tcPr>
          <w:p w14:paraId="23206467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Izraelci su prešli preko Jadranskog mora.</w:t>
            </w:r>
          </w:p>
        </w:tc>
        <w:tc>
          <w:tcPr>
            <w:tcW w:w="709" w:type="pct"/>
          </w:tcPr>
          <w:p w14:paraId="2CB89158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3FACB336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6306AB21" w14:textId="77777777" w:rsidTr="001C59CE">
        <w:tc>
          <w:tcPr>
            <w:tcW w:w="3572" w:type="pct"/>
          </w:tcPr>
          <w:p w14:paraId="19A40DA7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Izraelci su lutali pustinjom 50 godina.</w:t>
            </w:r>
          </w:p>
        </w:tc>
        <w:tc>
          <w:tcPr>
            <w:tcW w:w="709" w:type="pct"/>
          </w:tcPr>
          <w:p w14:paraId="45AC7BE9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051A74FC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25ED28EF" w14:textId="77777777" w:rsidTr="001C59CE">
        <w:tc>
          <w:tcPr>
            <w:tcW w:w="3572" w:type="pct"/>
          </w:tcPr>
          <w:p w14:paraId="11E00B0D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Bog je Mojsiju dao 10 zapovijedi na brdu Sinaj.</w:t>
            </w:r>
          </w:p>
        </w:tc>
        <w:tc>
          <w:tcPr>
            <w:tcW w:w="709" w:type="pct"/>
          </w:tcPr>
          <w:p w14:paraId="5B14A113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41744E50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  <w:tr w:rsidR="001C59CE" w14:paraId="5D1A51BB" w14:textId="77777777" w:rsidTr="001C59CE">
        <w:tc>
          <w:tcPr>
            <w:tcW w:w="3572" w:type="pct"/>
          </w:tcPr>
          <w:p w14:paraId="16481272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Narod je čekajući Mojsija napravio zlatnu kravu.</w:t>
            </w:r>
          </w:p>
        </w:tc>
        <w:tc>
          <w:tcPr>
            <w:tcW w:w="709" w:type="pct"/>
          </w:tcPr>
          <w:p w14:paraId="65F86D0A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719" w:type="pct"/>
          </w:tcPr>
          <w:p w14:paraId="067BF95E" w14:textId="77777777" w:rsidR="001C59CE" w:rsidRDefault="001C59CE" w:rsidP="007022C8">
            <w:pPr>
              <w:pStyle w:val="Odlomakpopisa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3FEEB01A" w14:textId="77777777" w:rsidR="00D04462" w:rsidRPr="001C59CE" w:rsidRDefault="00D04462" w:rsidP="001C59CE">
      <w:pPr>
        <w:spacing w:after="0"/>
        <w:rPr>
          <w:rFonts w:asciiTheme="majorHAnsi" w:hAnsiTheme="majorHAnsi" w:cstheme="majorHAnsi"/>
        </w:rPr>
      </w:pPr>
    </w:p>
    <w:tbl>
      <w:tblPr>
        <w:tblStyle w:val="Reetkatablic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0"/>
        <w:gridCol w:w="5341"/>
      </w:tblGrid>
      <w:tr w:rsidR="00F63685" w:rsidRPr="00BC3089" w14:paraId="7ECC4256" w14:textId="77777777" w:rsidTr="001C59CE">
        <w:tc>
          <w:tcPr>
            <w:tcW w:w="2500" w:type="pct"/>
          </w:tcPr>
          <w:p w14:paraId="627597DB" w14:textId="77777777" w:rsidR="001C59CE" w:rsidRPr="001C59CE" w:rsidRDefault="00F63685" w:rsidP="001C59CE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/>
                <w:u w:val="single"/>
              </w:rPr>
              <w:t>Pojašnjenja:</w:t>
            </w:r>
            <w:r>
              <w:rPr>
                <w:rFonts w:asciiTheme="majorHAnsi" w:hAnsiTheme="majorHAnsi" w:cstheme="majorHAnsi"/>
                <w:b/>
                <w:u w:val="single"/>
              </w:rPr>
              <w:br/>
            </w:r>
            <w:r w:rsidR="001C59CE" w:rsidRPr="001C59CE">
              <w:rPr>
                <w:rFonts w:asciiTheme="majorHAnsi" w:hAnsiTheme="majorHAnsi" w:cstheme="majorHAnsi"/>
                <w:bCs/>
              </w:rPr>
              <w:t>UKUPNO: 42 boda.</w:t>
            </w:r>
          </w:p>
          <w:p w14:paraId="544FA0B2" w14:textId="77777777" w:rsidR="001C59CE" w:rsidRPr="001C59CE" w:rsidRDefault="001C59CE" w:rsidP="001C59CE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1-10 bodova = nedovoljan</w:t>
            </w:r>
          </w:p>
          <w:p w14:paraId="0DD4BB56" w14:textId="77777777" w:rsidR="001C59CE" w:rsidRPr="001C59CE" w:rsidRDefault="001C59CE" w:rsidP="001C59CE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11-20 bodova = dovoljan</w:t>
            </w:r>
          </w:p>
          <w:p w14:paraId="35239095" w14:textId="77777777" w:rsidR="001C59CE" w:rsidRPr="001C59CE" w:rsidRDefault="001C59CE" w:rsidP="001C59CE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21-29 bodova = dobar</w:t>
            </w:r>
          </w:p>
          <w:p w14:paraId="306E82C4" w14:textId="77777777" w:rsidR="001C59CE" w:rsidRPr="001C59CE" w:rsidRDefault="001C59CE" w:rsidP="001C59CE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30-37 bodova = vrlo dobar</w:t>
            </w:r>
          </w:p>
          <w:p w14:paraId="591099AA" w14:textId="4461350E" w:rsidR="00F63685" w:rsidRPr="001C59CE" w:rsidRDefault="001C59CE" w:rsidP="001C59CE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38-42 bodova = odličan</w:t>
            </w:r>
          </w:p>
        </w:tc>
        <w:tc>
          <w:tcPr>
            <w:tcW w:w="2500" w:type="pct"/>
          </w:tcPr>
          <w:p w14:paraId="0A2607CC" w14:textId="77777777" w:rsidR="001C59CE" w:rsidRPr="001C59CE" w:rsidRDefault="00F63685" w:rsidP="001C59CE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/>
                <w:u w:val="single"/>
              </w:rPr>
              <w:t>Pojašnjenja IOOP i PP:</w:t>
            </w:r>
            <w:r>
              <w:rPr>
                <w:rFonts w:asciiTheme="majorHAnsi" w:hAnsiTheme="majorHAnsi" w:cstheme="majorHAnsi"/>
                <w:b/>
                <w:u w:val="single"/>
              </w:rPr>
              <w:br/>
            </w:r>
            <w:r w:rsidR="001C59CE" w:rsidRPr="001C59CE">
              <w:rPr>
                <w:rFonts w:asciiTheme="majorHAnsi" w:hAnsiTheme="majorHAnsi" w:cstheme="majorHAnsi"/>
                <w:bCs/>
              </w:rPr>
              <w:t>UKUPNO: 14 bodova.</w:t>
            </w:r>
          </w:p>
          <w:p w14:paraId="7005E4AA" w14:textId="77777777" w:rsidR="001C59CE" w:rsidRPr="001C59CE" w:rsidRDefault="001C59CE" w:rsidP="001C59CE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1-2 boda = nedovoljan</w:t>
            </w:r>
          </w:p>
          <w:p w14:paraId="2D223982" w14:textId="77777777" w:rsidR="001C59CE" w:rsidRPr="001C59CE" w:rsidRDefault="001C59CE" w:rsidP="001C59CE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3-5 bodova = dovoljan</w:t>
            </w:r>
          </w:p>
          <w:p w14:paraId="1504EB7F" w14:textId="77777777" w:rsidR="001C59CE" w:rsidRPr="001C59CE" w:rsidRDefault="001C59CE" w:rsidP="001C59CE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6-9 bodova = dobar</w:t>
            </w:r>
          </w:p>
          <w:p w14:paraId="78CB349C" w14:textId="77777777" w:rsidR="001C59CE" w:rsidRPr="001C59CE" w:rsidRDefault="001C59CE" w:rsidP="001C59CE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10-12 bodova = vrlo dobar</w:t>
            </w:r>
          </w:p>
          <w:p w14:paraId="6CE3EB71" w14:textId="20689690" w:rsidR="00F63685" w:rsidRPr="001C59CE" w:rsidRDefault="001C59CE" w:rsidP="001C59CE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13-14 bodova = odličan</w:t>
            </w:r>
          </w:p>
        </w:tc>
      </w:tr>
    </w:tbl>
    <w:p w14:paraId="0E8234C7" w14:textId="77777777" w:rsidR="009537BD" w:rsidRDefault="009537BD" w:rsidP="001C59CE">
      <w:pPr>
        <w:spacing w:after="0"/>
        <w:rPr>
          <w:rFonts w:asciiTheme="majorHAnsi" w:hAnsiTheme="majorHAnsi" w:cstheme="majorHAnsi"/>
        </w:rPr>
      </w:pPr>
    </w:p>
    <w:p w14:paraId="1C890FBC" w14:textId="77777777" w:rsidR="001C59CE" w:rsidRPr="001C59CE" w:rsidRDefault="001C59CE" w:rsidP="001C59CE">
      <w:pPr>
        <w:spacing w:after="0"/>
        <w:rPr>
          <w:rFonts w:asciiTheme="majorHAnsi" w:hAnsiTheme="majorHAnsi" w:cstheme="majorHAnsi"/>
        </w:rPr>
      </w:pPr>
    </w:p>
    <w:p w14:paraId="3F9617CC" w14:textId="77777777" w:rsidR="009435F7" w:rsidRDefault="009435F7">
      <w:pPr>
        <w:spacing w:after="0"/>
        <w:jc w:val="both"/>
      </w:pPr>
    </w:p>
    <w:tbl>
      <w:tblPr>
        <w:tblW w:w="0" w:type="auto"/>
        <w:jc w:val="center"/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974817" w14:paraId="4AF0C9D6" w14:textId="77777777" w:rsidTr="00486164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6FF4B19" w14:textId="4B8602D2" w:rsidR="00974817" w:rsidRDefault="00486164" w:rsidP="00486164">
            <w:pPr>
              <w:spacing w:after="0"/>
            </w:pPr>
            <w:r w:rsidRPr="00486164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486164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518C5FDC" w14:textId="77777777" w:rsidR="009435F7" w:rsidRDefault="009435F7">
      <w:pPr>
        <w:keepNext/>
        <w:spacing w:before="60" w:after="40"/>
        <w:rPr>
          <w:b/>
          <w:color w:val="C96A00"/>
          <w:sz w:val="26"/>
        </w:rPr>
      </w:pPr>
    </w:p>
    <w:p w14:paraId="222824B4" w14:textId="77777777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62766E17" w14:textId="77777777" w:rsidR="00D04462" w:rsidRPr="000025D5" w:rsidRDefault="00D04462" w:rsidP="00D04462">
      <w:pPr>
        <w:pStyle w:val="Odlomakpopisa"/>
        <w:spacing w:after="0"/>
        <w:ind w:left="0"/>
        <w:jc w:val="both"/>
        <w:rPr>
          <w:rFonts w:eastAsia="Times New Roman" w:cs="Calibri"/>
          <w:lang w:eastAsia="hr-HR"/>
        </w:rPr>
      </w:pPr>
      <w:bookmarkStart w:id="2" w:name="_Hlk203745900"/>
      <w:r w:rsidRPr="000025D5">
        <w:rPr>
          <w:rFonts w:eastAsia="Times New Roman" w:cs="Calibri"/>
          <w:lang w:eastAsia="hr-HR"/>
        </w:rPr>
        <w:t>Učenici na kraju napisanog u bilježnici crtaju s obzirom na usvojenost/ razumijevanje gradiva:</w:t>
      </w:r>
    </w:p>
    <w:p w14:paraId="746A4FC1" w14:textId="77777777" w:rsidR="00D04462" w:rsidRPr="0078400A" w:rsidRDefault="00D04462" w:rsidP="00D04462">
      <w:pPr>
        <w:pStyle w:val="Odlomakpopisa"/>
        <w:spacing w:after="0"/>
        <w:ind w:left="0"/>
        <w:jc w:val="both"/>
        <w:rPr>
          <w:rFonts w:eastAsia="Times New Roman" w:cs="Calibri"/>
          <w:lang w:eastAsia="hr-HR"/>
        </w:rPr>
      </w:pPr>
    </w:p>
    <w:p w14:paraId="2D82926E" w14:textId="77777777" w:rsidR="00D04462" w:rsidRDefault="00D04462" w:rsidP="00D04462">
      <w:pPr>
        <w:pStyle w:val="Odlomakpopisa"/>
        <w:spacing w:after="0"/>
        <w:ind w:left="0"/>
        <w:jc w:val="both"/>
        <w:rPr>
          <w:rFonts w:eastAsia="Times New Roman" w:cs="Calibri"/>
          <w:lang w:eastAsia="hr-HR"/>
        </w:rPr>
      </w:pPr>
      <w:r>
        <w:rPr>
          <w:rFonts w:eastAsia="Times New Roman" w:cs="Calibri"/>
          <w:noProof/>
          <w:lang w:eastAsia="hr-HR"/>
        </w:rPr>
        <w:drawing>
          <wp:inline distT="0" distB="0" distL="0" distR="0" wp14:anchorId="5C252B26" wp14:editId="18F52733">
            <wp:extent cx="3909060" cy="1257300"/>
            <wp:effectExtent l="0" t="0" r="0" b="0"/>
            <wp:docPr id="178544169" name="Slika 4" descr="Slika na kojoj se prikazuje emotikon, smješko, osmijeh, žut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44169" name="Slika 4" descr="Slika na kojoj se prikazuje emotikon, smješko, osmijeh, žuto&#10;&#10;Sadržaj generiran uz AI možda nije točan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84E6C" w14:textId="77777777" w:rsidR="00D04462" w:rsidRDefault="00D04462" w:rsidP="00D04462">
      <w:pPr>
        <w:pStyle w:val="Odlomakpopisa"/>
        <w:spacing w:after="0"/>
        <w:ind w:left="0"/>
        <w:jc w:val="both"/>
        <w:rPr>
          <w:rFonts w:eastAsia="Times New Roman" w:cs="Calibri"/>
          <w:lang w:eastAsia="hr-HR"/>
        </w:rPr>
      </w:pPr>
    </w:p>
    <w:bookmarkEnd w:id="2"/>
    <w:p w14:paraId="78D6F3B0" w14:textId="77777777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3BC67ACA" w14:textId="52ED5D5A" w:rsidR="00974817" w:rsidRDefault="00D04462">
      <w:pPr>
        <w:spacing w:after="0"/>
        <w:jc w:val="both"/>
      </w:pPr>
      <w:r w:rsidRPr="00D04462">
        <w:t>Učenici će dodatno provježbati zadatke iz pisane provjere.</w:t>
      </w:r>
    </w:p>
    <w:p w14:paraId="30F93670" w14:textId="77777777" w:rsidR="009435F7" w:rsidRDefault="009435F7">
      <w:pPr>
        <w:spacing w:after="0"/>
        <w:jc w:val="both"/>
      </w:pPr>
    </w:p>
    <w:p w14:paraId="48615A85" w14:textId="77777777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Završna molitva:</w:t>
      </w:r>
    </w:p>
    <w:p w14:paraId="59DA7090" w14:textId="1E8841A0" w:rsidR="00974817" w:rsidRPr="00D04462" w:rsidRDefault="0031062D" w:rsidP="00D04462">
      <w:pPr>
        <w:spacing w:after="100"/>
        <w:jc w:val="both"/>
        <w:rPr>
          <w:sz w:val="48"/>
        </w:rPr>
      </w:pPr>
      <w:r w:rsidRPr="0031062D">
        <w:rPr>
          <w:sz w:val="48"/>
        </w:rPr>
        <w:t>Gospodine, hvala Ti za trud koji smo danas uložili. Daj nam sigurnost u ono što znamo i volju da još ponovimo ono što nam je teško. Neka nas stečeno znanje vodi prema mudrosti, odgovornosti i dobru. Amen.</w:t>
      </w:r>
    </w:p>
    <w:p w14:paraId="64F41FC5" w14:textId="77777777" w:rsidR="009435F7" w:rsidRDefault="009435F7">
      <w:pPr>
        <w:spacing w:after="40"/>
      </w:pPr>
    </w:p>
    <w:p w14:paraId="2C1D32C2" w14:textId="0B76BB17" w:rsidR="00974817" w:rsidRDefault="00AD40C4">
      <w:pPr>
        <w:spacing w:after="40"/>
      </w:pPr>
      <w:r>
        <w:t>Ili:</w:t>
      </w:r>
    </w:p>
    <w:p w14:paraId="43773575" w14:textId="77777777" w:rsidR="009435F7" w:rsidRDefault="009435F7" w:rsidP="009435F7">
      <w:pPr>
        <w:spacing w:after="160"/>
      </w:pPr>
      <w:r>
        <w:t>Anđele, čuvaru mili…</w:t>
      </w:r>
    </w:p>
    <w:p w14:paraId="4F4AA358" w14:textId="77777777" w:rsidR="009435F7" w:rsidRDefault="009435F7" w:rsidP="009435F7">
      <w:r>
        <w:t>ili:</w:t>
      </w:r>
    </w:p>
    <w:p w14:paraId="7D6938A3" w14:textId="77777777" w:rsidR="009435F7" w:rsidRDefault="009435F7" w:rsidP="009435F7">
      <w:pPr>
        <w:jc w:val="both"/>
      </w:pPr>
      <w:r>
        <w:t>Učenici će poslušati pjesmu „Anđele, čuvaru mili…“; 3:36; Autor: Marinko Grubešić; Izvor: YouTube</w:t>
      </w:r>
    </w:p>
    <w:p w14:paraId="48AEC4F8" w14:textId="77777777" w:rsidR="009435F7" w:rsidRDefault="009435F7" w:rsidP="009435F7">
      <w:pPr>
        <w:jc w:val="both"/>
      </w:pPr>
    </w:p>
    <w:p w14:paraId="73C72C64" w14:textId="77777777" w:rsidR="009435F7" w:rsidRDefault="009435F7" w:rsidP="009435F7">
      <w:pPr>
        <w:rPr>
          <w:rFonts w:eastAsia="Times New Roman" w:cs="Calibri"/>
          <w:lang w:eastAsia="hr-HR"/>
        </w:rPr>
      </w:pPr>
      <w:r w:rsidRPr="00844448">
        <w:rPr>
          <w:rFonts w:cs="Calibri"/>
          <w:noProof/>
          <w:lang w:eastAsia="hr-HR"/>
        </w:rPr>
        <w:drawing>
          <wp:inline distT="0" distB="0" distL="0" distR="0" wp14:anchorId="0ED8CC0C" wp14:editId="2E1892F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EF16A" w14:textId="77777777" w:rsidR="009435F7" w:rsidRDefault="009435F7" w:rsidP="009435F7">
      <w:pPr>
        <w:jc w:val="both"/>
      </w:pPr>
    </w:p>
    <w:sectPr w:rsidR="009435F7" w:rsidSect="00034616">
      <w:headerReference w:type="default" r:id="rId16"/>
      <w:footerReference w:type="default" r:id="rId17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8EFC6" w14:textId="77777777" w:rsidR="008B1467" w:rsidRDefault="008B1467">
      <w:pPr>
        <w:spacing w:after="0"/>
      </w:pPr>
      <w:r>
        <w:separator/>
      </w:r>
    </w:p>
  </w:endnote>
  <w:endnote w:type="continuationSeparator" w:id="0">
    <w:p w14:paraId="1C95386C" w14:textId="77777777" w:rsidR="008B1467" w:rsidRDefault="008B14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BCC22" w14:textId="77777777" w:rsidR="00FD7BB3" w:rsidRDefault="00AD40C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C94B6" w14:textId="77777777" w:rsidR="008B1467" w:rsidRDefault="008B1467">
      <w:pPr>
        <w:spacing w:after="0"/>
      </w:pPr>
      <w:r>
        <w:separator/>
      </w:r>
    </w:p>
  </w:footnote>
  <w:footnote w:type="continuationSeparator" w:id="0">
    <w:p w14:paraId="32853182" w14:textId="77777777" w:rsidR="008B1467" w:rsidRDefault="008B146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49F7" w14:textId="77777777" w:rsidR="00FD7BB3" w:rsidRDefault="00AD40C4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1238363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7C336AE"/>
    <w:multiLevelType w:val="hybridMultilevel"/>
    <w:tmpl w:val="DBCE1DE2"/>
    <w:lvl w:ilvl="0" w:tplc="CAE2C23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90975"/>
    <w:multiLevelType w:val="hybridMultilevel"/>
    <w:tmpl w:val="09660AEA"/>
    <w:lvl w:ilvl="0" w:tplc="92041976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71446"/>
    <w:multiLevelType w:val="hybridMultilevel"/>
    <w:tmpl w:val="0EFC4EA4"/>
    <w:lvl w:ilvl="0" w:tplc="763C688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047A8"/>
    <w:multiLevelType w:val="hybridMultilevel"/>
    <w:tmpl w:val="7A0CA4F4"/>
    <w:lvl w:ilvl="0" w:tplc="1AC43BA6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30BE3"/>
    <w:multiLevelType w:val="hybridMultilevel"/>
    <w:tmpl w:val="DCEE43A4"/>
    <w:lvl w:ilvl="0" w:tplc="227E96C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227B2"/>
    <w:multiLevelType w:val="hybridMultilevel"/>
    <w:tmpl w:val="548CDEF0"/>
    <w:lvl w:ilvl="0" w:tplc="AD0088E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697ED0"/>
    <w:multiLevelType w:val="multilevel"/>
    <w:tmpl w:val="18D88E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FE2FF0"/>
    <w:multiLevelType w:val="hybridMultilevel"/>
    <w:tmpl w:val="7DC8E294"/>
    <w:lvl w:ilvl="0" w:tplc="BB961E8A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71044B"/>
    <w:multiLevelType w:val="hybridMultilevel"/>
    <w:tmpl w:val="D99A6A62"/>
    <w:lvl w:ilvl="0" w:tplc="2E282648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E152F0"/>
    <w:multiLevelType w:val="hybridMultilevel"/>
    <w:tmpl w:val="02B4F306"/>
    <w:lvl w:ilvl="0" w:tplc="CB589170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214867">
    <w:abstractNumId w:val="5"/>
  </w:num>
  <w:num w:numId="2" w16cid:durableId="1046954284">
    <w:abstractNumId w:val="3"/>
  </w:num>
  <w:num w:numId="3" w16cid:durableId="1415085825">
    <w:abstractNumId w:val="2"/>
  </w:num>
  <w:num w:numId="4" w16cid:durableId="692997540">
    <w:abstractNumId w:val="4"/>
  </w:num>
  <w:num w:numId="5" w16cid:durableId="1824613922">
    <w:abstractNumId w:val="1"/>
  </w:num>
  <w:num w:numId="6" w16cid:durableId="1721048264">
    <w:abstractNumId w:val="0"/>
  </w:num>
  <w:num w:numId="7" w16cid:durableId="1252668299">
    <w:abstractNumId w:val="12"/>
  </w:num>
  <w:num w:numId="8" w16cid:durableId="277564253">
    <w:abstractNumId w:val="10"/>
  </w:num>
  <w:num w:numId="9" w16cid:durableId="1958289885">
    <w:abstractNumId w:val="8"/>
  </w:num>
  <w:num w:numId="10" w16cid:durableId="374626435">
    <w:abstractNumId w:val="15"/>
  </w:num>
  <w:num w:numId="11" w16cid:durableId="2110617101">
    <w:abstractNumId w:val="13"/>
  </w:num>
  <w:num w:numId="12" w16cid:durableId="1015696023">
    <w:abstractNumId w:val="14"/>
  </w:num>
  <w:num w:numId="13" w16cid:durableId="1116368879">
    <w:abstractNumId w:val="11"/>
  </w:num>
  <w:num w:numId="14" w16cid:durableId="214240206">
    <w:abstractNumId w:val="6"/>
  </w:num>
  <w:num w:numId="15" w16cid:durableId="2070691384">
    <w:abstractNumId w:val="7"/>
  </w:num>
  <w:num w:numId="16" w16cid:durableId="1535121969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63"/>
    <w:rsid w:val="00006C41"/>
    <w:rsid w:val="00034616"/>
    <w:rsid w:val="00035BBE"/>
    <w:rsid w:val="0003703C"/>
    <w:rsid w:val="0004090E"/>
    <w:rsid w:val="00053B11"/>
    <w:rsid w:val="0006063C"/>
    <w:rsid w:val="0007658E"/>
    <w:rsid w:val="000837BF"/>
    <w:rsid w:val="000E1F48"/>
    <w:rsid w:val="00142CDE"/>
    <w:rsid w:val="001453D6"/>
    <w:rsid w:val="0015074B"/>
    <w:rsid w:val="00162BBB"/>
    <w:rsid w:val="001643FB"/>
    <w:rsid w:val="00170C42"/>
    <w:rsid w:val="001C59CE"/>
    <w:rsid w:val="001F5725"/>
    <w:rsid w:val="002035A4"/>
    <w:rsid w:val="00224815"/>
    <w:rsid w:val="002310BC"/>
    <w:rsid w:val="00236E45"/>
    <w:rsid w:val="002449A1"/>
    <w:rsid w:val="002524E3"/>
    <w:rsid w:val="00262691"/>
    <w:rsid w:val="00284942"/>
    <w:rsid w:val="0029639D"/>
    <w:rsid w:val="002D5FE5"/>
    <w:rsid w:val="0031062D"/>
    <w:rsid w:val="00311FAA"/>
    <w:rsid w:val="00326F90"/>
    <w:rsid w:val="003613D5"/>
    <w:rsid w:val="00365212"/>
    <w:rsid w:val="00394EF0"/>
    <w:rsid w:val="003C4B55"/>
    <w:rsid w:val="003D7088"/>
    <w:rsid w:val="00450183"/>
    <w:rsid w:val="00486164"/>
    <w:rsid w:val="004D7034"/>
    <w:rsid w:val="0056002D"/>
    <w:rsid w:val="00584CA0"/>
    <w:rsid w:val="005C5715"/>
    <w:rsid w:val="005F32F4"/>
    <w:rsid w:val="0065451C"/>
    <w:rsid w:val="00671EEB"/>
    <w:rsid w:val="00673E07"/>
    <w:rsid w:val="00675066"/>
    <w:rsid w:val="00683319"/>
    <w:rsid w:val="00694C84"/>
    <w:rsid w:val="00714447"/>
    <w:rsid w:val="00741246"/>
    <w:rsid w:val="00741BD2"/>
    <w:rsid w:val="00751A2B"/>
    <w:rsid w:val="00781452"/>
    <w:rsid w:val="007C74F1"/>
    <w:rsid w:val="00852AA2"/>
    <w:rsid w:val="008810CA"/>
    <w:rsid w:val="00886E42"/>
    <w:rsid w:val="0089404F"/>
    <w:rsid w:val="008A15A1"/>
    <w:rsid w:val="008B1467"/>
    <w:rsid w:val="008C0E9D"/>
    <w:rsid w:val="008D0607"/>
    <w:rsid w:val="008E70FB"/>
    <w:rsid w:val="009435F7"/>
    <w:rsid w:val="00952649"/>
    <w:rsid w:val="009537BD"/>
    <w:rsid w:val="009566EC"/>
    <w:rsid w:val="00974817"/>
    <w:rsid w:val="009B7FE7"/>
    <w:rsid w:val="009D2799"/>
    <w:rsid w:val="009F6128"/>
    <w:rsid w:val="00A06AA3"/>
    <w:rsid w:val="00A20C0F"/>
    <w:rsid w:val="00A8036C"/>
    <w:rsid w:val="00AA1D8D"/>
    <w:rsid w:val="00AB545D"/>
    <w:rsid w:val="00AC4456"/>
    <w:rsid w:val="00AD40C4"/>
    <w:rsid w:val="00AF52D4"/>
    <w:rsid w:val="00AF7CD8"/>
    <w:rsid w:val="00B26B8C"/>
    <w:rsid w:val="00B348A0"/>
    <w:rsid w:val="00B47730"/>
    <w:rsid w:val="00B674F5"/>
    <w:rsid w:val="00B72D19"/>
    <w:rsid w:val="00B74899"/>
    <w:rsid w:val="00BC3089"/>
    <w:rsid w:val="00BC67A6"/>
    <w:rsid w:val="00C05C00"/>
    <w:rsid w:val="00C1396C"/>
    <w:rsid w:val="00C16D02"/>
    <w:rsid w:val="00C35F79"/>
    <w:rsid w:val="00C6681C"/>
    <w:rsid w:val="00C9670C"/>
    <w:rsid w:val="00CB0664"/>
    <w:rsid w:val="00CC73B1"/>
    <w:rsid w:val="00D0261E"/>
    <w:rsid w:val="00D04462"/>
    <w:rsid w:val="00D062C4"/>
    <w:rsid w:val="00D06DD0"/>
    <w:rsid w:val="00DA07BA"/>
    <w:rsid w:val="00DE4781"/>
    <w:rsid w:val="00E54AD8"/>
    <w:rsid w:val="00EC1423"/>
    <w:rsid w:val="00EC7D28"/>
    <w:rsid w:val="00ED186F"/>
    <w:rsid w:val="00ED40E2"/>
    <w:rsid w:val="00EE16A1"/>
    <w:rsid w:val="00EF241A"/>
    <w:rsid w:val="00F63685"/>
    <w:rsid w:val="00F80FE6"/>
    <w:rsid w:val="00F82DD4"/>
    <w:rsid w:val="00F95667"/>
    <w:rsid w:val="00F95DB1"/>
    <w:rsid w:val="00FC693F"/>
    <w:rsid w:val="00FD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5BFB0"/>
  <w14:defaultImageDpi w14:val="300"/>
  <w15:docId w15:val="{BC420A18-0C95-49BE-AC5B-488EDADD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  <w:color w:val="00000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after="30"/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after="30"/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584CA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41246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ED40E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semiHidden/>
    <w:unhideWhenUsed/>
    <w:rsid w:val="00ED40E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hr-HR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9B7F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bedarje.com/wp-content/uploads/25c.-Rjesenja-prve-pisane-provjere.doc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bedarje.com/wp-content/uploads/2025/12/25c.-Rjesenja-prve-pisane-provjere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g"/><Relationship Id="rId10" Type="http://schemas.openxmlformats.org/officeDocument/2006/relationships/hyperlink" Target="https://sebedarje.com/wp-content/uploads/25b.-Obrazac-prve-pisane-provjere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ebedarje.com/wp-content/uploads/2025/12/25b.-Obrazac-prve-pisane-provjere.pdf" TargetMode="External"/><Relationship Id="rId14" Type="http://schemas.openxmlformats.org/officeDocument/2006/relationships/hyperlink" Target="https://www.youtube.com/embed/PixLa1QlpZA?feature=oemb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3</Pages>
  <Words>979</Words>
  <Characters>5585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Katolički vjeronauk – 5. razred</dc:subject>
  <dc:creator>Josip Kunac, prof.</dc:creator>
  <cp:keywords/>
  <dc:description>generated by python-docx</dc:description>
  <cp:lastModifiedBy>Josip Kunac</cp:lastModifiedBy>
  <cp:revision>32</cp:revision>
  <dcterms:created xsi:type="dcterms:W3CDTF">2026-07-09T13:21:00Z</dcterms:created>
  <dcterms:modified xsi:type="dcterms:W3CDTF">2026-09-11T14:55:00Z</dcterms:modified>
  <cp:category/>
</cp:coreProperties>
</file>