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33721B" w14:paraId="4F3875C6" w14:textId="77777777">
        <w:trPr>
          <w:cantSplit/>
          <w:jc w:val="center"/>
        </w:trPr>
        <w:tc>
          <w:tcPr>
            <w:tcW w:w="3779" w:type="dxa"/>
            <w:shd w:val="clear" w:color="auto" w:fill="EAF6EC"/>
            <w:vAlign w:val="center"/>
          </w:tcPr>
          <w:p w14:paraId="0AE58191" w14:textId="77777777" w:rsidR="0033721B" w:rsidRDefault="007E2CBA">
            <w:pPr>
              <w:spacing w:before="65" w:after="65" w:line="240" w:lineRule="auto"/>
              <w:ind w:left="85" w:right="85"/>
              <w:jc w:val="both"/>
            </w:pPr>
            <w:r>
              <w:rPr>
                <w:rFonts w:cs="Calibri"/>
                <w:b/>
                <w:color w:val="166534"/>
                <w:lang w:val="hr-HR"/>
              </w:rPr>
              <w:t>Osnovna škola</w:t>
            </w:r>
          </w:p>
        </w:tc>
        <w:tc>
          <w:tcPr>
            <w:tcW w:w="6568" w:type="dxa"/>
            <w:vAlign w:val="center"/>
          </w:tcPr>
          <w:p w14:paraId="21A843A9" w14:textId="77777777" w:rsidR="0033721B" w:rsidRDefault="007E2CBA">
            <w:pPr>
              <w:spacing w:before="65" w:after="65" w:line="240" w:lineRule="auto"/>
              <w:ind w:left="85" w:right="85"/>
              <w:jc w:val="both"/>
            </w:pPr>
            <w:r>
              <w:rPr>
                <w:rFonts w:cs="Calibri"/>
                <w:color w:val="000000"/>
                <w:lang w:val="hr-HR"/>
              </w:rPr>
              <w:t>Klinča Sela</w:t>
            </w:r>
          </w:p>
        </w:tc>
      </w:tr>
      <w:tr w:rsidR="0033721B" w14:paraId="5A8239A3" w14:textId="77777777">
        <w:trPr>
          <w:cantSplit/>
          <w:jc w:val="center"/>
        </w:trPr>
        <w:tc>
          <w:tcPr>
            <w:tcW w:w="3779" w:type="dxa"/>
            <w:shd w:val="clear" w:color="auto" w:fill="F1F8F2"/>
            <w:vAlign w:val="center"/>
          </w:tcPr>
          <w:p w14:paraId="440AFC6E" w14:textId="77777777" w:rsidR="0033721B" w:rsidRDefault="007E2CBA">
            <w:pPr>
              <w:spacing w:before="65" w:after="65" w:line="240" w:lineRule="auto"/>
              <w:ind w:left="85" w:right="85"/>
              <w:jc w:val="both"/>
            </w:pPr>
            <w:r>
              <w:rPr>
                <w:rFonts w:cs="Calibri"/>
                <w:b/>
                <w:color w:val="166534"/>
                <w:lang w:val="hr-HR"/>
              </w:rPr>
              <w:t>Nastavni predmet</w:t>
            </w:r>
          </w:p>
        </w:tc>
        <w:tc>
          <w:tcPr>
            <w:tcW w:w="6568" w:type="dxa"/>
            <w:vAlign w:val="center"/>
          </w:tcPr>
          <w:p w14:paraId="7482D715" w14:textId="77777777" w:rsidR="0033721B" w:rsidRDefault="007E2CBA">
            <w:pPr>
              <w:spacing w:before="65" w:after="65" w:line="240" w:lineRule="auto"/>
              <w:ind w:left="85" w:right="85"/>
              <w:jc w:val="both"/>
            </w:pPr>
            <w:r>
              <w:rPr>
                <w:rFonts w:cs="Calibri"/>
                <w:color w:val="000000"/>
                <w:lang w:val="hr-HR"/>
              </w:rPr>
              <w:t>Katolički vjeronauk</w:t>
            </w:r>
          </w:p>
        </w:tc>
      </w:tr>
      <w:tr w:rsidR="0033721B" w14:paraId="7A963E2F" w14:textId="77777777">
        <w:trPr>
          <w:cantSplit/>
          <w:jc w:val="center"/>
        </w:trPr>
        <w:tc>
          <w:tcPr>
            <w:tcW w:w="3779" w:type="dxa"/>
            <w:shd w:val="clear" w:color="auto" w:fill="EAF6EC"/>
            <w:vAlign w:val="center"/>
          </w:tcPr>
          <w:p w14:paraId="50EA098A" w14:textId="77777777" w:rsidR="0033721B" w:rsidRDefault="007E2CBA">
            <w:pPr>
              <w:spacing w:before="65" w:after="65" w:line="240" w:lineRule="auto"/>
              <w:ind w:left="85" w:right="85"/>
              <w:jc w:val="both"/>
            </w:pPr>
            <w:r>
              <w:rPr>
                <w:rFonts w:cs="Calibri"/>
                <w:b/>
                <w:color w:val="166534"/>
                <w:lang w:val="hr-HR"/>
              </w:rPr>
              <w:t>Vjeroučitelj</w:t>
            </w:r>
          </w:p>
        </w:tc>
        <w:tc>
          <w:tcPr>
            <w:tcW w:w="6568" w:type="dxa"/>
            <w:vAlign w:val="center"/>
          </w:tcPr>
          <w:p w14:paraId="3D7CDF7B" w14:textId="77777777" w:rsidR="0033721B" w:rsidRDefault="007E2CBA">
            <w:pPr>
              <w:spacing w:before="65" w:after="65" w:line="240" w:lineRule="auto"/>
              <w:ind w:left="85" w:right="85"/>
              <w:jc w:val="both"/>
            </w:pPr>
            <w:r>
              <w:rPr>
                <w:rFonts w:cs="Calibri"/>
                <w:color w:val="000000"/>
                <w:lang w:val="hr-HR"/>
              </w:rPr>
              <w:t>Josip Kunac</w:t>
            </w:r>
            <w:r w:rsidRPr="00945154">
              <w:rPr>
                <w:rFonts w:cs="Calibri"/>
                <w:i/>
                <w:iCs/>
                <w:color w:val="000000"/>
                <w:lang w:val="hr-HR"/>
              </w:rPr>
              <w:t>, prof.</w:t>
            </w:r>
          </w:p>
        </w:tc>
      </w:tr>
      <w:tr w:rsidR="0033721B" w14:paraId="627FA133" w14:textId="77777777">
        <w:trPr>
          <w:cantSplit/>
          <w:jc w:val="center"/>
        </w:trPr>
        <w:tc>
          <w:tcPr>
            <w:tcW w:w="3779" w:type="dxa"/>
            <w:shd w:val="clear" w:color="auto" w:fill="F1F8F2"/>
            <w:vAlign w:val="center"/>
          </w:tcPr>
          <w:p w14:paraId="70DC7C5E" w14:textId="77777777" w:rsidR="0033721B" w:rsidRDefault="007E2CBA">
            <w:pPr>
              <w:spacing w:before="65" w:after="65" w:line="240" w:lineRule="auto"/>
              <w:ind w:left="85" w:right="85"/>
              <w:jc w:val="both"/>
            </w:pPr>
            <w:r>
              <w:rPr>
                <w:rFonts w:cs="Calibri"/>
                <w:b/>
                <w:color w:val="166534"/>
                <w:lang w:val="hr-HR"/>
              </w:rPr>
              <w:t>Razredni odjel</w:t>
            </w:r>
          </w:p>
        </w:tc>
        <w:tc>
          <w:tcPr>
            <w:tcW w:w="6568" w:type="dxa"/>
            <w:vAlign w:val="center"/>
          </w:tcPr>
          <w:p w14:paraId="559C268C" w14:textId="77777777" w:rsidR="0033721B" w:rsidRDefault="007E2CBA">
            <w:pPr>
              <w:spacing w:before="65" w:after="65" w:line="240" w:lineRule="auto"/>
              <w:ind w:left="85" w:right="85"/>
              <w:jc w:val="both"/>
            </w:pPr>
            <w:r>
              <w:rPr>
                <w:rFonts w:cs="Calibri"/>
                <w:color w:val="000000"/>
                <w:lang w:val="hr-HR"/>
              </w:rPr>
              <w:t>8.</w:t>
            </w:r>
          </w:p>
        </w:tc>
      </w:tr>
      <w:tr w:rsidR="0033721B" w14:paraId="3559FD0B" w14:textId="77777777">
        <w:trPr>
          <w:cantSplit/>
          <w:jc w:val="center"/>
        </w:trPr>
        <w:tc>
          <w:tcPr>
            <w:tcW w:w="3779" w:type="dxa"/>
            <w:shd w:val="clear" w:color="auto" w:fill="EAF6EC"/>
            <w:vAlign w:val="center"/>
          </w:tcPr>
          <w:p w14:paraId="55580149" w14:textId="77777777" w:rsidR="0033721B" w:rsidRDefault="007E2CBA">
            <w:pPr>
              <w:spacing w:before="65" w:after="65" w:line="240" w:lineRule="auto"/>
              <w:ind w:left="85" w:right="85"/>
              <w:jc w:val="both"/>
            </w:pPr>
            <w:r>
              <w:rPr>
                <w:rFonts w:cs="Calibri"/>
                <w:b/>
                <w:color w:val="166534"/>
                <w:lang w:val="hr-HR"/>
              </w:rPr>
              <w:t>Redni broj pripreme</w:t>
            </w:r>
          </w:p>
        </w:tc>
        <w:tc>
          <w:tcPr>
            <w:tcW w:w="6568" w:type="dxa"/>
            <w:vAlign w:val="center"/>
          </w:tcPr>
          <w:p w14:paraId="2C362C9B" w14:textId="77777777" w:rsidR="0033721B" w:rsidRDefault="007E2CBA">
            <w:pPr>
              <w:spacing w:before="65" w:after="65" w:line="240" w:lineRule="auto"/>
              <w:ind w:left="85" w:right="85"/>
              <w:jc w:val="both"/>
            </w:pPr>
            <w:r>
              <w:rPr>
                <w:rFonts w:cs="Calibri"/>
                <w:color w:val="000000"/>
                <w:lang w:val="hr-HR"/>
              </w:rPr>
              <w:t>2.</w:t>
            </w:r>
          </w:p>
        </w:tc>
      </w:tr>
      <w:tr w:rsidR="0033721B" w14:paraId="0BDB58A4" w14:textId="77777777">
        <w:trPr>
          <w:cantSplit/>
          <w:jc w:val="center"/>
        </w:trPr>
        <w:tc>
          <w:tcPr>
            <w:tcW w:w="3779" w:type="dxa"/>
            <w:shd w:val="clear" w:color="auto" w:fill="F1F8F2"/>
            <w:vAlign w:val="center"/>
          </w:tcPr>
          <w:p w14:paraId="584D5474" w14:textId="77777777" w:rsidR="0033721B" w:rsidRDefault="007E2CBA">
            <w:pPr>
              <w:spacing w:before="65" w:after="65" w:line="240" w:lineRule="auto"/>
              <w:ind w:left="85" w:right="85"/>
              <w:jc w:val="both"/>
            </w:pPr>
            <w:r>
              <w:rPr>
                <w:rFonts w:cs="Calibri"/>
                <w:b/>
                <w:color w:val="166534"/>
                <w:lang w:val="hr-HR"/>
              </w:rPr>
              <w:t>Nastavna cjelina / tema</w:t>
            </w:r>
          </w:p>
        </w:tc>
        <w:tc>
          <w:tcPr>
            <w:tcW w:w="6568" w:type="dxa"/>
            <w:vAlign w:val="center"/>
          </w:tcPr>
          <w:p w14:paraId="29ADCE98" w14:textId="77777777" w:rsidR="0033721B" w:rsidRDefault="007E2CBA">
            <w:pPr>
              <w:spacing w:before="65" w:after="65" w:line="240" w:lineRule="auto"/>
              <w:ind w:left="85" w:right="85"/>
              <w:jc w:val="both"/>
            </w:pPr>
            <w:r>
              <w:rPr>
                <w:rFonts w:cs="Calibri"/>
                <w:color w:val="000000"/>
                <w:lang w:val="hr-HR"/>
              </w:rPr>
              <w:t>I. RASTIMO U DOBI, MUDROSTI I MILOSTI</w:t>
            </w:r>
          </w:p>
        </w:tc>
      </w:tr>
      <w:tr w:rsidR="0033721B" w14:paraId="20D014A6" w14:textId="77777777">
        <w:trPr>
          <w:cantSplit/>
          <w:jc w:val="center"/>
        </w:trPr>
        <w:tc>
          <w:tcPr>
            <w:tcW w:w="3779" w:type="dxa"/>
            <w:shd w:val="clear" w:color="auto" w:fill="EAF6EC"/>
            <w:vAlign w:val="center"/>
          </w:tcPr>
          <w:p w14:paraId="78E440A0" w14:textId="77777777" w:rsidR="0033721B" w:rsidRDefault="007E2CBA">
            <w:pPr>
              <w:spacing w:before="65" w:after="65" w:line="240" w:lineRule="auto"/>
              <w:ind w:left="85" w:right="85"/>
              <w:jc w:val="both"/>
            </w:pPr>
            <w:r>
              <w:rPr>
                <w:rFonts w:cs="Calibri"/>
                <w:b/>
                <w:color w:val="166534"/>
                <w:lang w:val="hr-HR"/>
              </w:rPr>
              <w:t>Nastavna jedinica / podtema</w:t>
            </w:r>
          </w:p>
        </w:tc>
        <w:tc>
          <w:tcPr>
            <w:tcW w:w="6568" w:type="dxa"/>
            <w:vAlign w:val="center"/>
          </w:tcPr>
          <w:p w14:paraId="67902B0A" w14:textId="77777777" w:rsidR="0033721B" w:rsidRPr="00FA4DF1" w:rsidRDefault="007E2CBA">
            <w:pPr>
              <w:spacing w:before="65" w:after="65" w:line="240" w:lineRule="auto"/>
              <w:ind w:left="85" w:right="85"/>
              <w:jc w:val="both"/>
              <w:rPr>
                <w:bCs/>
              </w:rPr>
            </w:pPr>
            <w:r w:rsidRPr="00FA4DF1">
              <w:rPr>
                <w:rFonts w:cs="Calibri"/>
                <w:bCs/>
                <w:color w:val="000000"/>
                <w:lang w:val="hr-HR"/>
              </w:rPr>
              <w:t>2. Put odrastanja</w:t>
            </w:r>
          </w:p>
        </w:tc>
      </w:tr>
    </w:tbl>
    <w:p w14:paraId="69B4DB00" w14:textId="77777777" w:rsidR="0033721B" w:rsidRDefault="0033721B">
      <w:pPr>
        <w:keepNext/>
        <w:spacing w:line="20" w:lineRule="exact"/>
        <w:jc w:val="both"/>
        <w:rPr>
          <w:sz w:val="2"/>
        </w:rPr>
      </w:pPr>
    </w:p>
    <w:p w14:paraId="5A427FC4" w14:textId="77777777" w:rsidR="0033721B" w:rsidRDefault="007E2CBA">
      <w:pPr>
        <w:keepNext/>
        <w:spacing w:before="160" w:after="80" w:line="240" w:lineRule="auto"/>
        <w:jc w:val="both"/>
      </w:pPr>
      <w:r>
        <w:rPr>
          <w:rFonts w:cs="Calibri"/>
          <w:b/>
          <w:color w:val="C96A00"/>
          <w:sz w:val="26"/>
          <w:szCs w:val="26"/>
          <w:lang w:val="hr-HR"/>
        </w:rPr>
        <w:t>Odgojno-obrazovni ishodi učenja:</w:t>
      </w:r>
    </w:p>
    <w:p w14:paraId="442C6A34" w14:textId="77777777" w:rsidR="0033721B" w:rsidRDefault="007E2CBA">
      <w:pPr>
        <w:spacing w:after="80" w:line="240" w:lineRule="auto"/>
        <w:jc w:val="both"/>
      </w:pPr>
      <w:r>
        <w:rPr>
          <w:rFonts w:cs="Calibri"/>
          <w:color w:val="000000"/>
          <w:lang w:val="hr-HR"/>
        </w:rPr>
        <w:t>OŠ KV A.8.1. Učenik u svjetlu vjere analizira temeljne izazove predadolescencije i mladenaštva.</w:t>
      </w:r>
    </w:p>
    <w:p w14:paraId="76F32B39" w14:textId="77777777" w:rsidR="0033721B" w:rsidRDefault="007E2CBA">
      <w:pPr>
        <w:spacing w:after="80" w:line="240" w:lineRule="auto"/>
        <w:jc w:val="both"/>
      </w:pPr>
      <w:r>
        <w:rPr>
          <w:rFonts w:cs="Calibri"/>
          <w:color w:val="000000"/>
          <w:lang w:val="hr-HR"/>
        </w:rPr>
        <w:t>OŠ KV B.8.2. Učenik povezuje temeljne istine vjere o Isusu Kristu s vlastitim životnim situacijama i stavovima.</w:t>
      </w:r>
    </w:p>
    <w:p w14:paraId="69CE1DD8" w14:textId="77777777" w:rsidR="0033721B" w:rsidRDefault="007E2CBA" w:rsidP="001A3985">
      <w:pPr>
        <w:spacing w:after="0" w:line="240" w:lineRule="auto"/>
        <w:jc w:val="both"/>
        <w:rPr>
          <w:rFonts w:cs="Calibri"/>
          <w:color w:val="000000"/>
          <w:lang w:val="hr-HR"/>
        </w:rPr>
      </w:pPr>
      <w:r>
        <w:rPr>
          <w:rFonts w:cs="Calibri"/>
          <w:color w:val="000000"/>
          <w:lang w:val="hr-HR"/>
        </w:rPr>
        <w:t>OŠ KV C.8.1. Učenik prosuđuje vlastita ponašanja i stavove te ponašanja i stavove u svojoj sredini, u svjetlu Isusovog primjera.</w:t>
      </w:r>
    </w:p>
    <w:p w14:paraId="7068AEFC" w14:textId="77777777" w:rsidR="001A3985" w:rsidRDefault="001A3985" w:rsidP="001A3985">
      <w:pPr>
        <w:spacing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33721B" w14:paraId="388B784A" w14:textId="77777777">
        <w:trPr>
          <w:cantSplit/>
          <w:jc w:val="center"/>
        </w:trPr>
        <w:tc>
          <w:tcPr>
            <w:tcW w:w="3779" w:type="dxa"/>
            <w:shd w:val="clear" w:color="auto" w:fill="EAF6EC"/>
            <w:vAlign w:val="center"/>
          </w:tcPr>
          <w:p w14:paraId="235BD64A" w14:textId="77777777" w:rsidR="0033721B" w:rsidRDefault="007E2CBA">
            <w:pPr>
              <w:spacing w:before="65" w:after="65" w:line="240" w:lineRule="auto"/>
              <w:ind w:left="85" w:right="85"/>
              <w:jc w:val="both"/>
            </w:pPr>
            <w:r>
              <w:rPr>
                <w:rFonts w:cs="Calibri"/>
                <w:b/>
                <w:color w:val="1F6D3A"/>
                <w:lang w:val="hr-HR"/>
              </w:rPr>
              <w:t>Ključni pojmovi</w:t>
            </w:r>
          </w:p>
        </w:tc>
        <w:tc>
          <w:tcPr>
            <w:tcW w:w="6568" w:type="dxa"/>
            <w:vAlign w:val="center"/>
          </w:tcPr>
          <w:p w14:paraId="1538A12A" w14:textId="77777777" w:rsidR="0033721B" w:rsidRDefault="007E2CBA">
            <w:pPr>
              <w:spacing w:before="65" w:after="65" w:line="240" w:lineRule="auto"/>
              <w:ind w:left="85" w:right="85"/>
              <w:jc w:val="both"/>
            </w:pPr>
            <w:r>
              <w:rPr>
                <w:rFonts w:cs="Calibri"/>
                <w:color w:val="000000"/>
                <w:lang w:val="hr-HR"/>
              </w:rPr>
              <w:t>adolescencija; darovi i sposobnosti; samostalnost; odgovornost; krštenje; duhovni rast</w:t>
            </w:r>
          </w:p>
        </w:tc>
      </w:tr>
      <w:tr w:rsidR="0033721B" w14:paraId="1DCF1CF2" w14:textId="77777777">
        <w:trPr>
          <w:cantSplit/>
          <w:jc w:val="center"/>
        </w:trPr>
        <w:tc>
          <w:tcPr>
            <w:tcW w:w="3779" w:type="dxa"/>
            <w:shd w:val="clear" w:color="auto" w:fill="F1F8F2"/>
            <w:vAlign w:val="center"/>
          </w:tcPr>
          <w:p w14:paraId="599272EB" w14:textId="77777777" w:rsidR="0033721B" w:rsidRDefault="007E2CBA">
            <w:pPr>
              <w:spacing w:before="65" w:after="65" w:line="240" w:lineRule="auto"/>
              <w:ind w:left="85" w:right="85"/>
              <w:jc w:val="both"/>
            </w:pPr>
            <w:r>
              <w:rPr>
                <w:rFonts w:cs="Calibri"/>
                <w:b/>
                <w:color w:val="1F6D3A"/>
                <w:lang w:val="hr-HR"/>
              </w:rPr>
              <w:t>Središnje / problemsko pitanje</w:t>
            </w:r>
          </w:p>
        </w:tc>
        <w:tc>
          <w:tcPr>
            <w:tcW w:w="6568" w:type="dxa"/>
            <w:vAlign w:val="center"/>
          </w:tcPr>
          <w:p w14:paraId="624F7883" w14:textId="77777777" w:rsidR="0033721B" w:rsidRDefault="007E2CBA">
            <w:pPr>
              <w:spacing w:before="65" w:after="65" w:line="240" w:lineRule="auto"/>
              <w:ind w:left="85" w:right="85"/>
              <w:jc w:val="both"/>
            </w:pPr>
            <w:r>
              <w:rPr>
                <w:rFonts w:cs="Calibri"/>
                <w:color w:val="000000"/>
                <w:lang w:val="hr-HR"/>
              </w:rPr>
              <w:t>Kako na putu odrastanja otkrivati svoje darove i rasti u odgovornosti i prijateljstvu s Kristom?</w:t>
            </w:r>
          </w:p>
        </w:tc>
      </w:tr>
      <w:tr w:rsidR="0033721B" w14:paraId="00EC5681" w14:textId="77777777">
        <w:trPr>
          <w:cantSplit/>
          <w:jc w:val="center"/>
        </w:trPr>
        <w:tc>
          <w:tcPr>
            <w:tcW w:w="3779" w:type="dxa"/>
            <w:shd w:val="clear" w:color="auto" w:fill="EAF6EC"/>
            <w:vAlign w:val="center"/>
          </w:tcPr>
          <w:p w14:paraId="2D964436" w14:textId="77777777" w:rsidR="0033721B" w:rsidRDefault="007E2CBA">
            <w:pPr>
              <w:spacing w:before="65" w:after="65" w:line="240" w:lineRule="auto"/>
              <w:ind w:left="85" w:right="85"/>
              <w:jc w:val="both"/>
            </w:pPr>
            <w:r>
              <w:rPr>
                <w:rFonts w:cs="Calibri"/>
                <w:b/>
                <w:color w:val="1F6D3A"/>
                <w:lang w:val="hr-HR"/>
              </w:rPr>
              <w:t>Oblici rada</w:t>
            </w:r>
          </w:p>
        </w:tc>
        <w:tc>
          <w:tcPr>
            <w:tcW w:w="6568" w:type="dxa"/>
            <w:vAlign w:val="center"/>
          </w:tcPr>
          <w:p w14:paraId="78C38C5A" w14:textId="77777777" w:rsidR="0033721B" w:rsidRDefault="007E2CBA">
            <w:pPr>
              <w:spacing w:before="65" w:after="65" w:line="240" w:lineRule="auto"/>
              <w:ind w:left="85" w:right="85"/>
              <w:jc w:val="both"/>
            </w:pPr>
            <w:r>
              <w:rPr>
                <w:rFonts w:cs="Calibri"/>
                <w:color w:val="000000"/>
                <w:lang w:val="hr-HR"/>
              </w:rPr>
              <w:t>frontalni rad, individualni rad, rad u paru, rad u skupinama</w:t>
            </w:r>
          </w:p>
        </w:tc>
      </w:tr>
      <w:tr w:rsidR="0033721B" w14:paraId="128D16FF" w14:textId="77777777">
        <w:trPr>
          <w:cantSplit/>
          <w:jc w:val="center"/>
        </w:trPr>
        <w:tc>
          <w:tcPr>
            <w:tcW w:w="3779" w:type="dxa"/>
            <w:shd w:val="clear" w:color="auto" w:fill="F1F8F2"/>
            <w:vAlign w:val="center"/>
          </w:tcPr>
          <w:p w14:paraId="05BF4572" w14:textId="77777777" w:rsidR="0033721B" w:rsidRDefault="007E2CBA">
            <w:pPr>
              <w:spacing w:before="65" w:after="65" w:line="240" w:lineRule="auto"/>
              <w:ind w:left="85" w:right="85"/>
              <w:jc w:val="both"/>
            </w:pPr>
            <w:r>
              <w:rPr>
                <w:rFonts w:cs="Calibri"/>
                <w:b/>
                <w:color w:val="1F6D3A"/>
                <w:lang w:val="hr-HR"/>
              </w:rPr>
              <w:t>Nastavne metode</w:t>
            </w:r>
          </w:p>
        </w:tc>
        <w:tc>
          <w:tcPr>
            <w:tcW w:w="6568" w:type="dxa"/>
            <w:vAlign w:val="center"/>
          </w:tcPr>
          <w:p w14:paraId="15D7CAD5" w14:textId="77777777" w:rsidR="0033721B" w:rsidRDefault="007E2CBA">
            <w:pPr>
              <w:spacing w:before="65" w:after="65" w:line="240" w:lineRule="auto"/>
              <w:ind w:left="85" w:right="85"/>
              <w:jc w:val="both"/>
            </w:pPr>
            <w:r>
              <w:rPr>
                <w:rFonts w:cs="Calibri"/>
                <w:color w:val="000000"/>
                <w:lang w:val="hr-HR"/>
              </w:rPr>
              <w:t>čitanje i razgovor, intervju s tekstom, uspoređivanje, rad s citatom i pjesmom, prosudba situacije, povezivanje, pisanje i scenski prikaz</w:t>
            </w:r>
          </w:p>
        </w:tc>
      </w:tr>
      <w:tr w:rsidR="0033721B" w14:paraId="01608D6C" w14:textId="77777777">
        <w:trPr>
          <w:cantSplit/>
          <w:jc w:val="center"/>
        </w:trPr>
        <w:tc>
          <w:tcPr>
            <w:tcW w:w="3779" w:type="dxa"/>
            <w:shd w:val="clear" w:color="auto" w:fill="EAF6EC"/>
            <w:vAlign w:val="center"/>
          </w:tcPr>
          <w:p w14:paraId="49B7DF07" w14:textId="77777777" w:rsidR="0033721B" w:rsidRDefault="007E2CBA">
            <w:pPr>
              <w:spacing w:before="65" w:after="65" w:line="240" w:lineRule="auto"/>
              <w:ind w:left="85" w:right="85"/>
              <w:jc w:val="both"/>
            </w:pPr>
            <w:r>
              <w:rPr>
                <w:rFonts w:cs="Calibri"/>
                <w:b/>
                <w:color w:val="1F6D3A"/>
                <w:lang w:val="hr-HR"/>
              </w:rPr>
              <w:t>Nastavna sredstva i pomagala</w:t>
            </w:r>
          </w:p>
        </w:tc>
        <w:tc>
          <w:tcPr>
            <w:tcW w:w="6568" w:type="dxa"/>
            <w:vAlign w:val="center"/>
          </w:tcPr>
          <w:p w14:paraId="2DF3E9E4" w14:textId="77777777" w:rsidR="0033721B" w:rsidRDefault="007E2CBA">
            <w:pPr>
              <w:spacing w:before="65" w:after="65" w:line="240" w:lineRule="auto"/>
              <w:ind w:left="85" w:right="85"/>
              <w:jc w:val="both"/>
            </w:pPr>
            <w:r>
              <w:rPr>
                <w:rFonts w:cs="Calibri"/>
                <w:color w:val="000000"/>
                <w:lang w:val="hr-HR"/>
              </w:rPr>
              <w:t>udžbenik Ukorak s Isusom, str. 12–14; RB, str. 8–9; Biblija (Lk 2,52); bilježnica, ploča ili projektor, radni predlošci; digitalni sadržaji uz lekciju</w:t>
            </w:r>
          </w:p>
        </w:tc>
      </w:tr>
      <w:tr w:rsidR="0033721B" w14:paraId="622D1309" w14:textId="77777777">
        <w:trPr>
          <w:cantSplit/>
          <w:jc w:val="center"/>
        </w:trPr>
        <w:tc>
          <w:tcPr>
            <w:tcW w:w="3779" w:type="dxa"/>
            <w:shd w:val="clear" w:color="auto" w:fill="F1F8F2"/>
            <w:vAlign w:val="center"/>
          </w:tcPr>
          <w:p w14:paraId="701E278C" w14:textId="77777777" w:rsidR="0033721B" w:rsidRDefault="007E2CBA">
            <w:pPr>
              <w:spacing w:before="65" w:after="65" w:line="240" w:lineRule="auto"/>
              <w:ind w:left="85" w:right="85"/>
              <w:jc w:val="both"/>
            </w:pPr>
            <w:r>
              <w:rPr>
                <w:rFonts w:cs="Calibri"/>
                <w:b/>
                <w:color w:val="1F6D3A"/>
                <w:lang w:val="hr-HR"/>
              </w:rPr>
              <w:t>Međupredmetne teme</w:t>
            </w:r>
          </w:p>
        </w:tc>
        <w:tc>
          <w:tcPr>
            <w:tcW w:w="6568" w:type="dxa"/>
            <w:vAlign w:val="center"/>
          </w:tcPr>
          <w:p w14:paraId="4FE0125B" w14:textId="77777777" w:rsidR="0033721B" w:rsidRDefault="007E2CBA">
            <w:pPr>
              <w:spacing w:before="65" w:after="65" w:line="240" w:lineRule="auto"/>
              <w:ind w:left="85" w:right="85"/>
              <w:jc w:val="both"/>
            </w:pPr>
            <w:r>
              <w:rPr>
                <w:rFonts w:cs="Calibri"/>
                <w:color w:val="000000"/>
                <w:lang w:val="hr-HR"/>
              </w:rPr>
              <w:t>Osobni i socijalni razvoj: osr A.3.1. Razvija sliku o sebi; osr B.3.1. Obrazlaže i uvažava potrebe i osjećaje drugih; osr B.3.4. Suradnički uči i radi u timu.</w:t>
            </w:r>
          </w:p>
        </w:tc>
      </w:tr>
      <w:tr w:rsidR="0033721B" w14:paraId="7C4ECF03" w14:textId="77777777">
        <w:trPr>
          <w:cantSplit/>
          <w:jc w:val="center"/>
        </w:trPr>
        <w:tc>
          <w:tcPr>
            <w:tcW w:w="3779" w:type="dxa"/>
            <w:shd w:val="clear" w:color="auto" w:fill="EAF6EC"/>
            <w:vAlign w:val="center"/>
          </w:tcPr>
          <w:p w14:paraId="76402246" w14:textId="77777777" w:rsidR="0033721B" w:rsidRDefault="007E2CBA">
            <w:pPr>
              <w:spacing w:before="65" w:after="65" w:line="240" w:lineRule="auto"/>
              <w:ind w:left="85" w:right="85"/>
              <w:jc w:val="both"/>
            </w:pPr>
            <w:r>
              <w:rPr>
                <w:rFonts w:cs="Calibri"/>
                <w:b/>
                <w:color w:val="1F6D3A"/>
                <w:lang w:val="hr-HR"/>
              </w:rPr>
              <w:t>Korelacija</w:t>
            </w:r>
          </w:p>
        </w:tc>
        <w:tc>
          <w:tcPr>
            <w:tcW w:w="6568" w:type="dxa"/>
            <w:vAlign w:val="center"/>
          </w:tcPr>
          <w:p w14:paraId="156FC7C0" w14:textId="77777777" w:rsidR="0033721B" w:rsidRDefault="007E2CBA">
            <w:pPr>
              <w:spacing w:before="65" w:after="65" w:line="240" w:lineRule="auto"/>
              <w:ind w:left="85" w:right="85"/>
              <w:jc w:val="both"/>
            </w:pPr>
            <w:r>
              <w:rPr>
                <w:rFonts w:cs="Calibri"/>
                <w:color w:val="000000"/>
                <w:lang w:val="hr-HR"/>
              </w:rPr>
              <w:t>Hrvatski jezik: OŠ HJ A.8.1. – sudjelovanje u raspravi; OŠ HJ A.8.3. – prosuđivanje značenja teksta i povezivanje s iskustvom.</w:t>
            </w:r>
          </w:p>
        </w:tc>
      </w:tr>
    </w:tbl>
    <w:p w14:paraId="7668A41E" w14:textId="77777777" w:rsidR="0033721B" w:rsidRDefault="0033721B">
      <w:pPr>
        <w:keepNext/>
        <w:spacing w:line="20" w:lineRule="exact"/>
        <w:jc w:val="both"/>
        <w:rPr>
          <w:sz w:val="2"/>
        </w:rPr>
      </w:pPr>
    </w:p>
    <w:p w14:paraId="276D00D2" w14:textId="77777777" w:rsidR="0033721B" w:rsidRDefault="007E2CBA">
      <w:pPr>
        <w:keepNext/>
        <w:spacing w:before="160" w:after="80" w:line="240" w:lineRule="auto"/>
        <w:jc w:val="both"/>
      </w:pPr>
      <w:r>
        <w:rPr>
          <w:rFonts w:cs="Calibri"/>
          <w:b/>
          <w:color w:val="C96A00"/>
          <w:sz w:val="26"/>
          <w:szCs w:val="26"/>
          <w:lang w:val="hr-HR"/>
        </w:rPr>
        <w:t>Vrednovanje:</w:t>
      </w:r>
    </w:p>
    <w:p w14:paraId="1BC53DC0" w14:textId="77777777" w:rsidR="0033721B" w:rsidRDefault="007E2CBA">
      <w:pPr>
        <w:spacing w:after="80" w:line="240" w:lineRule="auto"/>
        <w:jc w:val="both"/>
      </w:pPr>
      <w:r>
        <w:rPr>
          <w:rFonts w:cs="Calibri"/>
          <w:b/>
          <w:color w:val="000000"/>
          <w:lang w:val="hr-HR"/>
        </w:rPr>
        <w:t xml:space="preserve">Vrednovanje za učenje: </w:t>
      </w:r>
      <w:r>
        <w:rPr>
          <w:rFonts w:cs="Calibri"/>
          <w:color w:val="000000"/>
          <w:lang w:val="hr-HR"/>
        </w:rPr>
        <w:t>Vjeroučitelj će pratiti razlikovanje adolescencije i puberteta, povezivanje krštenja i duhovnoga rasta te obrazlaganje odgovornoga postupka u životnoj situaciji.</w:t>
      </w:r>
    </w:p>
    <w:p w14:paraId="78DEB0D5" w14:textId="77777777" w:rsidR="0033721B" w:rsidRDefault="007E2CBA">
      <w:pPr>
        <w:spacing w:after="80" w:line="240" w:lineRule="auto"/>
        <w:jc w:val="both"/>
      </w:pPr>
      <w:r>
        <w:rPr>
          <w:rFonts w:cs="Calibri"/>
          <w:b/>
          <w:color w:val="000000"/>
          <w:lang w:val="hr-HR"/>
        </w:rPr>
        <w:t xml:space="preserve">Vrednovanje kao učenje: </w:t>
      </w:r>
      <w:r>
        <w:rPr>
          <w:rFonts w:cs="Calibri"/>
          <w:color w:val="000000"/>
          <w:lang w:val="hr-HR"/>
        </w:rPr>
        <w:t>Učenici će procijeniti mogu li objasniti pojam adolescencije, povezati rast u Kristu s djelima ljubavi i obrazložiti jednu odgovornu odluku.</w:t>
      </w:r>
    </w:p>
    <w:p w14:paraId="1232E387" w14:textId="77777777" w:rsidR="0033721B" w:rsidRDefault="007E2CBA">
      <w:pPr>
        <w:spacing w:after="80" w:line="240" w:lineRule="auto"/>
        <w:jc w:val="both"/>
      </w:pPr>
      <w:r>
        <w:rPr>
          <w:rFonts w:cs="Calibri"/>
          <w:b/>
          <w:color w:val="000000"/>
          <w:lang w:val="hr-HR"/>
        </w:rPr>
        <w:t xml:space="preserve">Vrednovanje naučenoga: </w:t>
      </w:r>
      <w:r>
        <w:rPr>
          <w:rFonts w:cs="Calibri"/>
          <w:color w:val="000000"/>
          <w:lang w:val="hr-HR"/>
        </w:rPr>
        <w:t>Formalno brojčano ocjenjivanje nije predviđeno. Razgovor, radni predlošci i kratka provjera služit će praćenju napretka.</w:t>
      </w:r>
    </w:p>
    <w:p w14:paraId="454F672B" w14:textId="77777777" w:rsidR="0033721B" w:rsidRDefault="007E2CBA">
      <w:pPr>
        <w:keepNext/>
        <w:pageBreakBefore/>
        <w:spacing w:after="240" w:line="240" w:lineRule="auto"/>
        <w:jc w:val="center"/>
      </w:pPr>
      <w:r>
        <w:rPr>
          <w:rFonts w:cs="Calibri"/>
          <w:b/>
          <w:color w:val="0070C0"/>
          <w:sz w:val="40"/>
          <w:szCs w:val="40"/>
          <w:lang w:val="hr-HR"/>
        </w:rPr>
        <w:lastRenderedPageBreak/>
        <w:t>TIJEK NASTAVNOGA SATA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30668CE5" w14:textId="77777777">
        <w:trPr>
          <w:cantSplit/>
          <w:jc w:val="center"/>
        </w:trPr>
        <w:tc>
          <w:tcPr>
            <w:tcW w:w="10347" w:type="dxa"/>
            <w:shd w:val="clear" w:color="auto" w:fill="00B050"/>
            <w:vAlign w:val="center"/>
          </w:tcPr>
          <w:p w14:paraId="1235AE25" w14:textId="77777777" w:rsidR="0033721B" w:rsidRDefault="007E2CBA" w:rsidP="006070D6">
            <w:pPr>
              <w:spacing w:before="80" w:after="80" w:line="240" w:lineRule="auto"/>
              <w:ind w:left="85" w:right="85"/>
              <w:jc w:val="both"/>
            </w:pPr>
            <w:r>
              <w:rPr>
                <w:rFonts w:cs="Calibri"/>
                <w:b/>
                <w:color w:val="FFFFFF"/>
                <w:sz w:val="32"/>
                <w:szCs w:val="32"/>
                <w:lang w:val="hr-HR"/>
              </w:rPr>
              <w:t>I. UVODNI DIO – PITAJ</w:t>
            </w:r>
            <w:r>
              <w:rPr>
                <w:rFonts w:cs="Calibri"/>
                <w:color w:val="FFFFFF"/>
                <w:sz w:val="20"/>
                <w:szCs w:val="20"/>
                <w:lang w:val="hr-HR"/>
              </w:rPr>
              <w:t xml:space="preserve">  (9 min)</w:t>
            </w:r>
          </w:p>
        </w:tc>
      </w:tr>
    </w:tbl>
    <w:p w14:paraId="693803A8" w14:textId="77777777" w:rsidR="0033721B" w:rsidRDefault="0033721B">
      <w:pPr>
        <w:keepNext/>
        <w:spacing w:line="20" w:lineRule="exact"/>
        <w:jc w:val="both"/>
        <w:rPr>
          <w:sz w:val="2"/>
        </w:rPr>
      </w:pPr>
    </w:p>
    <w:p w14:paraId="24F13566" w14:textId="77777777" w:rsidR="0033721B" w:rsidRDefault="007E2CBA">
      <w:pPr>
        <w:keepNext/>
        <w:spacing w:before="160" w:after="80" w:line="240" w:lineRule="auto"/>
        <w:jc w:val="both"/>
      </w:pPr>
      <w:r>
        <w:rPr>
          <w:rFonts w:cs="Calibri"/>
          <w:b/>
          <w:color w:val="C96A00"/>
          <w:sz w:val="26"/>
          <w:szCs w:val="26"/>
          <w:lang w:val="hr-HR"/>
        </w:rPr>
        <w:t>Uvodna molitva:</w:t>
      </w:r>
    </w:p>
    <w:p w14:paraId="549A5D13" w14:textId="77777777" w:rsidR="0033721B" w:rsidRDefault="007E2CBA">
      <w:pPr>
        <w:spacing w:after="80" w:line="240" w:lineRule="auto"/>
        <w:jc w:val="both"/>
      </w:pPr>
      <w:r>
        <w:rPr>
          <w:rFonts w:cs="Calibri"/>
          <w:color w:val="000000"/>
          <w:lang w:val="hr-HR"/>
        </w:rPr>
        <w:t>Oče naš…</w:t>
      </w:r>
    </w:p>
    <w:p w14:paraId="40F185A2" w14:textId="77777777" w:rsidR="0033721B" w:rsidRDefault="007E2CBA">
      <w:pPr>
        <w:keepNext/>
        <w:spacing w:after="80" w:line="240" w:lineRule="auto"/>
        <w:jc w:val="both"/>
        <w:rPr>
          <w:rFonts w:cs="Calibri"/>
          <w:color w:val="000000"/>
          <w:lang w:val="hr-HR"/>
        </w:rPr>
      </w:pPr>
      <w:r>
        <w:rPr>
          <w:rFonts w:cs="Calibri"/>
          <w:color w:val="000000"/>
          <w:lang w:val="hr-HR"/>
        </w:rPr>
        <w:t>ili:</w:t>
      </w:r>
    </w:p>
    <w:p w14:paraId="0FBD1DF8" w14:textId="77777777" w:rsidR="001A3985" w:rsidRDefault="001A3985">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00DA94A0" w14:textId="77777777">
        <w:trPr>
          <w:jc w:val="center"/>
        </w:trPr>
        <w:tc>
          <w:tcPr>
            <w:tcW w:w="10347" w:type="dxa"/>
            <w:shd w:val="clear" w:color="auto" w:fill="F7FBF7"/>
          </w:tcPr>
          <w:p w14:paraId="0CA068A1" w14:textId="77777777" w:rsidR="0033721B" w:rsidRDefault="007E2CBA">
            <w:pPr>
              <w:spacing w:before="65" w:after="65" w:line="240" w:lineRule="auto"/>
              <w:ind w:left="85" w:right="85"/>
              <w:jc w:val="both"/>
            </w:pPr>
            <w:r>
              <w:rPr>
                <w:rFonts w:cs="Calibri"/>
                <w:color w:val="000000"/>
                <w:sz w:val="40"/>
                <w:szCs w:val="40"/>
                <w:lang w:val="hr-HR"/>
              </w:rPr>
              <w:t>Isuse, i Ti si odrastao među ljudima. Budi uz nas dok otkrivamo tko smo i kakvi želimo postati. Pomozi nam razvijati svoje darove, prihvaćati pomoć i učiti odgovorno ljubiti. Amen.</w:t>
            </w:r>
          </w:p>
        </w:tc>
      </w:tr>
    </w:tbl>
    <w:p w14:paraId="5C847113" w14:textId="77777777" w:rsidR="0033721B" w:rsidRDefault="0033721B" w:rsidP="001A398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01A99705" w14:textId="77777777">
        <w:trPr>
          <w:jc w:val="center"/>
        </w:trPr>
        <w:tc>
          <w:tcPr>
            <w:tcW w:w="10347" w:type="dxa"/>
            <w:shd w:val="clear" w:color="auto" w:fill="EAF4E2"/>
          </w:tcPr>
          <w:p w14:paraId="5FF2D386" w14:textId="77777777" w:rsidR="0033721B" w:rsidRDefault="007E2CBA">
            <w:pPr>
              <w:spacing w:before="65" w:after="65" w:line="240" w:lineRule="auto"/>
              <w:ind w:left="85" w:right="85"/>
              <w:jc w:val="both"/>
            </w:pPr>
            <w:r>
              <w:rPr>
                <w:rFonts w:cs="Calibri"/>
                <w:b/>
                <w:color w:val="C96A00"/>
                <w:sz w:val="21"/>
                <w:szCs w:val="21"/>
                <w:lang w:val="hr-HR"/>
              </w:rPr>
              <w:t>Alternativa:</w:t>
            </w:r>
            <w:r>
              <w:rPr>
                <w:rFonts w:cs="Calibri"/>
                <w:color w:val="000000"/>
                <w:sz w:val="21"/>
                <w:szCs w:val="21"/>
                <w:lang w:val="hr-HR"/>
              </w:rPr>
              <w:t xml:space="preserve"> „A Isus napredovaše u mudrosti, dobi i milosti kod Boga i ljudi.“ (Lk 2,52)</w:t>
            </w:r>
            <w:r>
              <w:rPr>
                <w:rFonts w:cs="Calibri"/>
                <w:color w:val="000000"/>
                <w:sz w:val="21"/>
                <w:szCs w:val="21"/>
                <w:lang w:val="hr-HR"/>
              </w:rPr>
              <w:br/>
              <w:t>Učenici će u kratkoj tišini razmisliti u čemu žele rasti tijekom ove školske godine.</w:t>
            </w:r>
          </w:p>
        </w:tc>
      </w:tr>
    </w:tbl>
    <w:p w14:paraId="62135E66" w14:textId="77777777" w:rsidR="0033721B" w:rsidRDefault="0033721B">
      <w:pPr>
        <w:keepNext/>
        <w:spacing w:line="20" w:lineRule="exact"/>
        <w:jc w:val="both"/>
        <w:rPr>
          <w:sz w:val="2"/>
        </w:rPr>
      </w:pPr>
    </w:p>
    <w:p w14:paraId="1C19691E" w14:textId="77777777" w:rsidR="0033721B" w:rsidRDefault="007E2CBA">
      <w:pPr>
        <w:keepNext/>
        <w:spacing w:before="160" w:after="80" w:line="240" w:lineRule="auto"/>
        <w:jc w:val="both"/>
      </w:pPr>
      <w:r>
        <w:rPr>
          <w:rFonts w:cs="Calibri"/>
          <w:b/>
          <w:color w:val="C96A00"/>
          <w:sz w:val="26"/>
          <w:szCs w:val="26"/>
          <w:lang w:val="hr-HR"/>
        </w:rPr>
        <w:t>Povezivanje s prethodnim satom / pregled domaće zadaće:</w:t>
      </w:r>
    </w:p>
    <w:p w14:paraId="15E25EB8" w14:textId="215D8F64" w:rsidR="0033721B" w:rsidRDefault="001A3985">
      <w:pPr>
        <w:spacing w:after="80" w:line="240" w:lineRule="auto"/>
        <w:jc w:val="both"/>
      </w:pPr>
      <w:r w:rsidRPr="001A3985">
        <w:rPr>
          <w:rFonts w:cs="Calibri"/>
          <w:color w:val="000000"/>
          <w:lang w:val="hr-HR"/>
        </w:rPr>
        <w:t>Učenici će vjeroučitelju dati na uvid domaću zadaću s prethodnoga susreta</w:t>
      </w:r>
      <w:r w:rsidR="007E2CBA">
        <w:rPr>
          <w:rFonts w:cs="Calibri"/>
          <w:color w:val="000000"/>
          <w:lang w:val="hr-HR"/>
        </w:rPr>
        <w:t>:</w:t>
      </w:r>
    </w:p>
    <w:p w14:paraId="285882E0" w14:textId="5FBBD81B" w:rsidR="0033721B" w:rsidRPr="001A3985" w:rsidRDefault="001A3985">
      <w:pPr>
        <w:spacing w:after="80" w:line="240" w:lineRule="auto"/>
        <w:jc w:val="both"/>
        <w:rPr>
          <w:i/>
          <w:iCs/>
        </w:rPr>
      </w:pPr>
      <w:r w:rsidRPr="00C65F95">
        <w:t>„</w:t>
      </w:r>
      <w:r w:rsidRPr="001A3985">
        <w:rPr>
          <w:rFonts w:cs="Calibri"/>
          <w:i/>
          <w:iCs/>
          <w:color w:val="000000"/>
          <w:lang w:val="hr-HR"/>
        </w:rPr>
        <w:t>Učenici će za sljedeći sat pripremiti udžbenik „Ukorak s Isusom“, radnu bilježnicu ako je vjeroučitelj koristi, bilježnicu i školski pribor te kod kuće još jednom prolistati sadržaj udžbenika.</w:t>
      </w:r>
      <w:r w:rsidRPr="00C65F95">
        <w:t>“</w:t>
      </w:r>
    </w:p>
    <w:p w14:paraId="66A19088" w14:textId="77777777" w:rsidR="0033721B" w:rsidRDefault="007E2CBA">
      <w:pPr>
        <w:keepNext/>
        <w:spacing w:after="80" w:line="240" w:lineRule="auto"/>
        <w:jc w:val="both"/>
      </w:pPr>
      <w:r>
        <w:rPr>
          <w:rFonts w:cs="Calibri"/>
          <w:color w:val="000000"/>
          <w:lang w:val="hr-HR"/>
        </w:rPr>
        <w:t>Ili:</w:t>
      </w:r>
    </w:p>
    <w:p w14:paraId="34D7B63C" w14:textId="3FE3EADC" w:rsidR="0033721B" w:rsidRPr="001A3985" w:rsidRDefault="001A3985" w:rsidP="001A3985">
      <w:pPr>
        <w:spacing w:after="80" w:line="240" w:lineRule="auto"/>
        <w:jc w:val="both"/>
        <w:rPr>
          <w:i/>
          <w:iCs/>
        </w:rPr>
      </w:pPr>
      <w:r w:rsidRPr="001A3985">
        <w:rPr>
          <w:i/>
          <w:iCs/>
        </w:rPr>
        <w:t>„</w:t>
      </w:r>
      <w:r w:rsidRPr="001A3985">
        <w:rPr>
          <w:rFonts w:cs="Calibri"/>
          <w:i/>
          <w:iCs/>
          <w:color w:val="000000"/>
          <w:lang w:val="hr-HR"/>
        </w:rPr>
        <w:t>Učenici će u bilježnicu zapisati jednu rečenicu o tome što ove godine žele bolje upoznati ili razumjeti na vjeronauku.</w:t>
      </w:r>
      <w:r w:rsidRPr="001A3985">
        <w:rPr>
          <w:i/>
          <w:iCs/>
        </w:rPr>
        <w:t>“</w:t>
      </w:r>
    </w:p>
    <w:p w14:paraId="5276F5B6" w14:textId="77777777" w:rsidR="0033721B" w:rsidRDefault="007E2CBA">
      <w:pPr>
        <w:keepNext/>
        <w:spacing w:before="160" w:after="80" w:line="240" w:lineRule="auto"/>
        <w:jc w:val="both"/>
      </w:pPr>
      <w:r>
        <w:rPr>
          <w:rFonts w:cs="Calibri"/>
          <w:b/>
          <w:color w:val="C96A00"/>
          <w:sz w:val="26"/>
          <w:szCs w:val="26"/>
          <w:lang w:val="hr-HR"/>
        </w:rPr>
        <w:t>Motivacija:</w:t>
      </w:r>
    </w:p>
    <w:p w14:paraId="5E92A37B" w14:textId="77777777" w:rsidR="00A22011" w:rsidRDefault="00A22011" w:rsidP="00A22011">
      <w:pPr>
        <w:pStyle w:val="Odlomakpopisa"/>
        <w:spacing w:line="240" w:lineRule="auto"/>
        <w:ind w:left="0"/>
        <w:jc w:val="both"/>
        <w:rPr>
          <w:rFonts w:asciiTheme="majorHAnsi" w:eastAsia="Times New Roman" w:hAnsiTheme="majorHAnsi" w:cstheme="majorHAnsi"/>
          <w:lang w:eastAsia="hr-HR"/>
        </w:rPr>
      </w:pPr>
      <w:r w:rsidRPr="00A22011">
        <w:rPr>
          <w:rFonts w:asciiTheme="majorHAnsi" w:eastAsia="Times New Roman" w:hAnsiTheme="majorHAnsi" w:cstheme="majorHAnsi"/>
          <w:highlight w:val="cyan"/>
          <w:lang w:eastAsia="hr-HR"/>
        </w:rPr>
        <w:t>a)</w:t>
      </w:r>
      <w:r w:rsidRPr="00A22011">
        <w:rPr>
          <w:rFonts w:asciiTheme="majorHAnsi" w:eastAsia="Times New Roman" w:hAnsiTheme="majorHAnsi" w:cstheme="majorHAnsi"/>
          <w:lang w:eastAsia="hr-HR"/>
        </w:rPr>
        <w:t xml:space="preserve"> Učenici će popratiti tekst iz </w:t>
      </w:r>
      <w:r w:rsidRPr="00A22011">
        <w:rPr>
          <w:rFonts w:asciiTheme="majorHAnsi" w:eastAsia="Times New Roman" w:hAnsiTheme="majorHAnsi" w:cstheme="majorHAnsi"/>
          <w:b/>
          <w:bCs/>
          <w:lang w:eastAsia="hr-HR"/>
        </w:rPr>
        <w:t>PPT:</w:t>
      </w:r>
      <w:r w:rsidRPr="00A22011">
        <w:rPr>
          <w:rFonts w:asciiTheme="majorHAnsi" w:hAnsiTheme="majorHAnsi" w:cstheme="majorHAnsi"/>
          <w:b/>
          <w:bCs/>
        </w:rPr>
        <w:t xml:space="preserve"> </w:t>
      </w:r>
      <w:r w:rsidRPr="00A22011">
        <w:rPr>
          <w:rFonts w:asciiTheme="majorHAnsi" w:eastAsia="Times New Roman" w:hAnsiTheme="majorHAnsi" w:cstheme="majorHAnsi"/>
          <w:b/>
          <w:bCs/>
          <w:lang w:eastAsia="hr-HR"/>
        </w:rPr>
        <w:t>„Ben palma“</w:t>
      </w:r>
      <w:r w:rsidRPr="00A22011">
        <w:rPr>
          <w:rFonts w:asciiTheme="majorHAnsi" w:eastAsia="Times New Roman" w:hAnsiTheme="majorHAnsi" w:cstheme="majorHAnsi"/>
          <w:lang w:eastAsia="hr-HR"/>
        </w:rPr>
        <w:t xml:space="preserve"> (vidi prilog: 2a.!)</w:t>
      </w:r>
    </w:p>
    <w:p w14:paraId="75903A05" w14:textId="77777777" w:rsidR="00216DBD" w:rsidRDefault="00216DBD" w:rsidP="00A22011">
      <w:pPr>
        <w:pStyle w:val="Odlomakpopisa"/>
        <w:spacing w:line="240" w:lineRule="auto"/>
        <w:ind w:left="0"/>
        <w:jc w:val="both"/>
        <w:rPr>
          <w:rFonts w:asciiTheme="majorHAnsi" w:eastAsia="Times New Roman" w:hAnsiTheme="majorHAnsi" w:cstheme="majorHAnsi"/>
          <w:lang w:eastAsia="hr-HR"/>
        </w:rPr>
      </w:pPr>
    </w:p>
    <w:p w14:paraId="27867DFB" w14:textId="2DD6A7EA" w:rsidR="00216DBD" w:rsidRPr="00FF1E4B" w:rsidRDefault="00216DBD" w:rsidP="00216DBD">
      <w:pPr>
        <w:jc w:val="both"/>
        <w:rPr>
          <w:rFonts w:asciiTheme="majorHAnsi" w:hAnsiTheme="majorHAnsi" w:cstheme="majorHAnsi"/>
        </w:rPr>
      </w:pPr>
      <w:hyperlink r:id="rId8">
        <w:r w:rsidRPr="00FF1E4B">
          <w:rPr>
            <w:rFonts w:asciiTheme="majorHAnsi" w:hAnsiTheme="majorHAnsi" w:cstheme="majorHAnsi"/>
            <w:b/>
            <w:bCs/>
            <w:color w:val="0000FF"/>
            <w:u w:val="single"/>
          </w:rPr>
          <w:t>klikni ovdje – poveznica</w:t>
        </w:r>
      </w:hyperlink>
    </w:p>
    <w:p w14:paraId="065455BF" w14:textId="77777777" w:rsidR="00216DBD" w:rsidRPr="00A22011" w:rsidRDefault="00216DBD" w:rsidP="00A22011">
      <w:pPr>
        <w:pStyle w:val="Odlomakpopisa"/>
        <w:spacing w:line="240" w:lineRule="auto"/>
        <w:ind w:left="0"/>
        <w:jc w:val="both"/>
        <w:rPr>
          <w:rFonts w:asciiTheme="majorHAnsi" w:eastAsia="Times New Roman" w:hAnsiTheme="majorHAnsi" w:cstheme="majorHAnsi"/>
          <w:lang w:eastAsia="hr-HR"/>
        </w:rPr>
      </w:pPr>
    </w:p>
    <w:p w14:paraId="3A9694E1" w14:textId="1EF4885D" w:rsidR="00A22011" w:rsidRDefault="00A22011" w:rsidP="00A22011">
      <w:pPr>
        <w:pStyle w:val="Odlomakpopisa"/>
        <w:spacing w:line="240" w:lineRule="auto"/>
        <w:ind w:left="0"/>
        <w:jc w:val="both"/>
        <w:rPr>
          <w:rFonts w:asciiTheme="majorHAnsi" w:eastAsia="Times New Roman" w:hAnsiTheme="majorHAnsi" w:cstheme="majorHAnsi"/>
          <w:lang w:eastAsia="hr-HR"/>
        </w:rPr>
      </w:pPr>
      <w:r w:rsidRPr="00A22011">
        <w:rPr>
          <w:rFonts w:asciiTheme="majorHAnsi" w:eastAsia="Times New Roman" w:hAnsiTheme="majorHAnsi" w:cstheme="majorHAnsi"/>
          <w:lang w:eastAsia="hr-HR"/>
        </w:rPr>
        <w:t>Razgovor</w:t>
      </w:r>
      <w:r w:rsidR="00216DBD">
        <w:rPr>
          <w:rFonts w:asciiTheme="majorHAnsi" w:eastAsia="Times New Roman" w:hAnsiTheme="majorHAnsi" w:cstheme="majorHAnsi"/>
          <w:lang w:eastAsia="hr-HR"/>
        </w:rPr>
        <w:t>:</w:t>
      </w:r>
    </w:p>
    <w:p w14:paraId="31ADF09C" w14:textId="4F71C16F" w:rsidR="00216DBD" w:rsidRPr="00216DBD" w:rsidRDefault="00216DBD" w:rsidP="00216DBD">
      <w:pPr>
        <w:pStyle w:val="Odlomakpopisa"/>
        <w:numPr>
          <w:ilvl w:val="0"/>
          <w:numId w:val="41"/>
        </w:numPr>
        <w:spacing w:after="40" w:line="240" w:lineRule="auto"/>
        <w:jc w:val="both"/>
        <w:rPr>
          <w:color w:val="808080" w:themeColor="background1" w:themeShade="80"/>
          <w:sz w:val="18"/>
          <w:szCs w:val="18"/>
        </w:rPr>
      </w:pPr>
      <w:r>
        <w:t xml:space="preserve">Što bi u prenesenom značenju bila palma, a što kamen? </w:t>
      </w:r>
      <w:r w:rsidRPr="00216DBD">
        <w:rPr>
          <w:color w:val="808080" w:themeColor="background1" w:themeShade="80"/>
          <w:sz w:val="18"/>
          <w:szCs w:val="18"/>
        </w:rPr>
        <w:t>(Mi i naše teškoće, tj. križevi)</w:t>
      </w:r>
    </w:p>
    <w:p w14:paraId="4E87E2B2" w14:textId="38E3A34E" w:rsidR="00216DBD" w:rsidRPr="00216DBD" w:rsidRDefault="00216DBD" w:rsidP="00216DBD">
      <w:pPr>
        <w:pStyle w:val="Odlomakpopisa"/>
        <w:numPr>
          <w:ilvl w:val="0"/>
          <w:numId w:val="41"/>
        </w:numPr>
        <w:spacing w:after="40" w:line="240" w:lineRule="auto"/>
        <w:jc w:val="both"/>
        <w:rPr>
          <w:color w:val="808080" w:themeColor="background1" w:themeShade="80"/>
          <w:sz w:val="18"/>
          <w:szCs w:val="18"/>
        </w:rPr>
      </w:pPr>
      <w:r>
        <w:t xml:space="preserve">Što mislite imaju li svi ljudi svoje kamene tj. križeve? </w:t>
      </w:r>
      <w:r w:rsidRPr="00216DBD">
        <w:rPr>
          <w:color w:val="808080" w:themeColor="background1" w:themeShade="80"/>
          <w:sz w:val="18"/>
          <w:szCs w:val="18"/>
        </w:rPr>
        <w:t>(Imaju. Neki su vidljivi na vani npr. netko nema nogu, a neki su unutarnji tj. nevidljivi križevi?</w:t>
      </w:r>
    </w:p>
    <w:p w14:paraId="7CCA59A2" w14:textId="1726BDEE" w:rsidR="00A22011" w:rsidRDefault="00216DBD" w:rsidP="00216DBD">
      <w:pPr>
        <w:pStyle w:val="Odlomakpopisa"/>
        <w:numPr>
          <w:ilvl w:val="0"/>
          <w:numId w:val="41"/>
        </w:numPr>
        <w:spacing w:after="40" w:line="240" w:lineRule="auto"/>
        <w:jc w:val="both"/>
      </w:pPr>
      <w:r>
        <w:t>Kako se vi nosite s vašim kamenima?</w:t>
      </w:r>
    </w:p>
    <w:p w14:paraId="77C565D7" w14:textId="77777777" w:rsidR="00216DBD" w:rsidRPr="00216DBD" w:rsidRDefault="00216DBD" w:rsidP="00216DBD">
      <w:pPr>
        <w:spacing w:after="40" w:line="240" w:lineRule="auto"/>
        <w:jc w:val="both"/>
      </w:pPr>
    </w:p>
    <w:p w14:paraId="38BD1FC2" w14:textId="21D0A844" w:rsidR="0033721B" w:rsidRDefault="00216DBD">
      <w:pPr>
        <w:spacing w:after="80" w:line="240" w:lineRule="auto"/>
        <w:jc w:val="both"/>
        <w:rPr>
          <w:rFonts w:cs="Calibri"/>
          <w:color w:val="000000"/>
          <w:lang w:val="hr-HR"/>
        </w:rPr>
      </w:pPr>
      <w:r w:rsidRPr="00216DBD">
        <w:rPr>
          <w:rFonts w:cs="Calibri"/>
          <w:color w:val="000000"/>
          <w:highlight w:val="cyan"/>
          <w:lang w:val="hr-HR"/>
        </w:rPr>
        <w:t>b)</w:t>
      </w:r>
      <w:r>
        <w:rPr>
          <w:rFonts w:cs="Calibri"/>
          <w:color w:val="000000"/>
          <w:lang w:val="hr-HR"/>
        </w:rPr>
        <w:t xml:space="preserve"> </w:t>
      </w:r>
      <w:r w:rsidR="007E2CBA">
        <w:rPr>
          <w:rFonts w:cs="Calibri"/>
          <w:color w:val="000000"/>
          <w:lang w:val="hr-HR"/>
        </w:rPr>
        <w:t>Zajednički rad. Učenici će poslušati dijalog iz udžbenika i usporediti dva različita doživljaja odrastanja. Vjeroučitelj će pročitati obje uloge ili će ih učenici dobrovoljno podijeliti.</w:t>
      </w:r>
    </w:p>
    <w:p w14:paraId="4C4768FA" w14:textId="77777777" w:rsidR="001A3985" w:rsidRDefault="001A3985">
      <w:pPr>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7F0CAFFC" w14:textId="77777777">
        <w:trPr>
          <w:jc w:val="center"/>
        </w:trPr>
        <w:tc>
          <w:tcPr>
            <w:tcW w:w="10347" w:type="dxa"/>
            <w:shd w:val="clear" w:color="auto" w:fill="46437E"/>
          </w:tcPr>
          <w:p w14:paraId="4A782ABF" w14:textId="77777777" w:rsidR="0033721B" w:rsidRDefault="007E2CBA">
            <w:pPr>
              <w:keepNext/>
              <w:spacing w:before="65" w:after="65" w:line="240" w:lineRule="auto"/>
              <w:ind w:left="85" w:right="85"/>
              <w:jc w:val="center"/>
            </w:pPr>
            <w:r>
              <w:rPr>
                <w:rFonts w:cs="Calibri"/>
                <w:b/>
                <w:color w:val="FFFFFF"/>
                <w:sz w:val="40"/>
                <w:szCs w:val="40"/>
                <w:lang w:val="hr-HR"/>
              </w:rPr>
              <w:t>DVA POGLEDA NA ODRASTANJE</w:t>
            </w:r>
          </w:p>
        </w:tc>
      </w:tr>
      <w:tr w:rsidR="0033721B" w14:paraId="5DC93551" w14:textId="77777777">
        <w:trPr>
          <w:jc w:val="center"/>
        </w:trPr>
        <w:tc>
          <w:tcPr>
            <w:tcW w:w="10347" w:type="dxa"/>
            <w:shd w:val="clear" w:color="auto" w:fill="F3F6FA"/>
          </w:tcPr>
          <w:p w14:paraId="24C84525" w14:textId="77777777" w:rsidR="0033721B" w:rsidRDefault="007E2CBA">
            <w:pPr>
              <w:spacing w:before="65" w:after="65" w:line="240" w:lineRule="auto"/>
              <w:ind w:left="85" w:right="85"/>
              <w:jc w:val="both"/>
            </w:pPr>
            <w:r>
              <w:rPr>
                <w:rFonts w:cs="Calibri"/>
                <w:color w:val="000000"/>
                <w:sz w:val="40"/>
                <w:szCs w:val="40"/>
                <w:lang w:val="hr-HR"/>
              </w:rPr>
              <w:t>Hej, Josipe! Opet si zamišljen?! Raduj se, ulazimo u svijet odraslih! Svi mi kažu da izgledam kao da mi je 18, a i ti si se promijenio.</w:t>
            </w:r>
          </w:p>
          <w:p w14:paraId="3A4BB07C"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 xml:space="preserve">Ti si tako oduševljena, a mene ovaj svijet odraslih plaši. Pogledaj samo naše roditelje, sve same obveze. Ne razumijem </w:t>
            </w:r>
            <w:r>
              <w:rPr>
                <w:rFonts w:cs="Calibri"/>
                <w:color w:val="000000"/>
                <w:sz w:val="40"/>
                <w:szCs w:val="40"/>
                <w:lang w:val="hr-HR"/>
              </w:rPr>
              <w:lastRenderedPageBreak/>
              <w:t>zašto ovo naše razdoblje zovu »proljeće života«, meni je više nalik na jesen.</w:t>
            </w:r>
          </w:p>
          <w:p w14:paraId="321153D1" w14:textId="04BE4E55" w:rsidR="001A3985" w:rsidRDefault="001A3985" w:rsidP="001A3985">
            <w:pPr>
              <w:spacing w:before="65" w:after="65" w:line="240" w:lineRule="auto"/>
              <w:ind w:left="85" w:right="85"/>
              <w:jc w:val="right"/>
            </w:pPr>
            <w:r>
              <w:rPr>
                <w:rFonts w:cs="Calibri"/>
                <w:color w:val="6B6B6B"/>
                <w:sz w:val="20"/>
                <w:szCs w:val="20"/>
                <w:lang w:val="hr-HR"/>
              </w:rPr>
              <w:t>Ukorak s Isusom, str. 12 – uvodni dijalog.</w:t>
            </w:r>
          </w:p>
        </w:tc>
      </w:tr>
    </w:tbl>
    <w:p w14:paraId="0B0F4DB4" w14:textId="77777777" w:rsidR="0033721B" w:rsidRDefault="0033721B">
      <w:pPr>
        <w:keepNext/>
        <w:spacing w:line="20" w:lineRule="exact"/>
        <w:jc w:val="both"/>
        <w:rPr>
          <w:sz w:val="2"/>
        </w:rPr>
      </w:pPr>
    </w:p>
    <w:p w14:paraId="6524ADBB" w14:textId="69512C40" w:rsidR="0033721B" w:rsidRDefault="0033721B">
      <w:pPr>
        <w:spacing w:after="100" w:line="240" w:lineRule="auto"/>
        <w:jc w:val="right"/>
      </w:pPr>
    </w:p>
    <w:p w14:paraId="4A024F95" w14:textId="6A9773B1" w:rsidR="002E36B6" w:rsidRDefault="007E2CBA">
      <w:pPr>
        <w:keepNext/>
        <w:spacing w:after="80" w:line="240" w:lineRule="auto"/>
        <w:jc w:val="both"/>
        <w:rPr>
          <w:rFonts w:cs="Calibri"/>
          <w:color w:val="000000"/>
          <w:lang w:val="hr-HR"/>
        </w:rPr>
      </w:pPr>
      <w:r>
        <w:rPr>
          <w:rFonts w:cs="Calibri"/>
          <w:color w:val="000000"/>
          <w:lang w:val="hr-HR"/>
        </w:rPr>
        <w:t>Razgovor</w:t>
      </w:r>
      <w:r w:rsidR="002E36B6">
        <w:rPr>
          <w:rFonts w:cs="Calibri"/>
          <w:color w:val="000000"/>
          <w:lang w:val="hr-HR"/>
        </w:rPr>
        <w:t>:</w:t>
      </w:r>
    </w:p>
    <w:p w14:paraId="182148D1" w14:textId="77777777" w:rsidR="002E36B6" w:rsidRDefault="002E36B6" w:rsidP="002E36B6">
      <w:pPr>
        <w:pStyle w:val="Odlomakpopisa"/>
        <w:numPr>
          <w:ilvl w:val="0"/>
          <w:numId w:val="41"/>
        </w:numPr>
        <w:spacing w:after="40" w:line="240" w:lineRule="auto"/>
        <w:jc w:val="both"/>
      </w:pPr>
      <w:r w:rsidRPr="001A3985">
        <w:rPr>
          <w:rFonts w:cs="Calibri"/>
          <w:color w:val="000000"/>
          <w:lang w:val="hr-HR"/>
        </w:rPr>
        <w:t>Što djevojku raduje, a što Josipa zabrinjava?</w:t>
      </w:r>
      <w:r w:rsidRPr="001A3985">
        <w:rPr>
          <w:rFonts w:cs="Calibri"/>
          <w:color w:val="6B6B6B"/>
          <w:sz w:val="18"/>
          <w:szCs w:val="18"/>
          <w:lang w:val="hr-HR"/>
        </w:rPr>
        <w:t xml:space="preserve"> (Nju raduju promjene i ulazak u svijet odraslih; njega plaše obveze i ono što ga očekuje.)</w:t>
      </w:r>
    </w:p>
    <w:p w14:paraId="1F267818" w14:textId="77777777" w:rsidR="002E36B6" w:rsidRDefault="002E36B6" w:rsidP="002E36B6">
      <w:pPr>
        <w:pStyle w:val="Odlomakpopisa"/>
        <w:numPr>
          <w:ilvl w:val="0"/>
          <w:numId w:val="41"/>
        </w:numPr>
        <w:spacing w:after="40" w:line="240" w:lineRule="auto"/>
        <w:jc w:val="both"/>
      </w:pPr>
      <w:r w:rsidRPr="001A3985">
        <w:rPr>
          <w:rFonts w:cs="Calibri"/>
          <w:color w:val="000000"/>
          <w:lang w:val="hr-HR"/>
        </w:rPr>
        <w:t>Mogu li radost i nesigurnost pratiti isto razdoblje života?</w:t>
      </w:r>
      <w:r w:rsidRPr="001A3985">
        <w:rPr>
          <w:rFonts w:cs="Calibri"/>
          <w:color w:val="6B6B6B"/>
          <w:sz w:val="18"/>
          <w:szCs w:val="18"/>
          <w:lang w:val="hr-HR"/>
        </w:rPr>
        <w:t xml:space="preserve"> (Mogu. Odrastanje donosi nove mogućnosti, ali i pitanja i odgovornosti.)</w:t>
      </w:r>
    </w:p>
    <w:p w14:paraId="20BB44BE" w14:textId="77777777" w:rsidR="001A3985" w:rsidRDefault="001A3985">
      <w:pPr>
        <w:spacing w:after="80" w:line="240" w:lineRule="auto"/>
        <w:jc w:val="both"/>
        <w:rPr>
          <w:rFonts w:cs="Calibri"/>
          <w:color w:val="000000"/>
          <w:lang w:val="hr-HR"/>
        </w:rPr>
      </w:pPr>
    </w:p>
    <w:p w14:paraId="24B460B0" w14:textId="16A522F8" w:rsidR="0033721B" w:rsidRDefault="001A3985">
      <w:pPr>
        <w:spacing w:after="80" w:line="240" w:lineRule="auto"/>
        <w:jc w:val="both"/>
        <w:rPr>
          <w:rFonts w:cs="Calibri"/>
          <w:color w:val="000000"/>
          <w:lang w:val="hr-HR"/>
        </w:rPr>
      </w:pPr>
      <w:r>
        <w:rPr>
          <w:b/>
          <w:color w:val="166534"/>
        </w:rPr>
        <w:t xml:space="preserve">Početni stav: </w:t>
      </w:r>
      <w:r w:rsidR="007E2CBA">
        <w:rPr>
          <w:rFonts w:cs="Calibri"/>
          <w:color w:val="000000"/>
          <w:lang w:val="hr-HR"/>
        </w:rPr>
        <w:t>Učenici će u bilježnicu zapisati jednu riječ ili kratku asocijaciju uz odrastanje. Zatim će uz tvrdnju „Samostalnost znači da mi više ne treba ničija pomoć“ zabilježiti +, – ili ?. Odgovori se neće ocjenjivati.</w:t>
      </w:r>
    </w:p>
    <w:p w14:paraId="25B2ED34" w14:textId="77777777" w:rsidR="001A3985" w:rsidRDefault="001A3985">
      <w:pPr>
        <w:spacing w:after="80" w:line="240" w:lineRule="auto"/>
        <w:jc w:val="both"/>
        <w:rPr>
          <w:rFonts w:cs="Calibri"/>
          <w:color w:val="000000"/>
          <w:lang w:val="hr-HR"/>
        </w:rPr>
      </w:pPr>
    </w:p>
    <w:p w14:paraId="6A52B88B" w14:textId="2BC317CC" w:rsidR="001A3985" w:rsidRPr="001A3985" w:rsidRDefault="001A3985">
      <w:pPr>
        <w:spacing w:after="80" w:line="240" w:lineRule="auto"/>
        <w:jc w:val="both"/>
        <w:rPr>
          <w:rFonts w:cs="Calibri"/>
          <w:color w:val="002060"/>
          <w:sz w:val="40"/>
          <w:szCs w:val="40"/>
          <w:lang w:val="hr-HR"/>
        </w:rPr>
      </w:pPr>
      <w:r w:rsidRPr="001A3985">
        <w:rPr>
          <w:rFonts w:cs="Calibri"/>
          <w:color w:val="002060"/>
          <w:sz w:val="40"/>
          <w:szCs w:val="40"/>
          <w:lang w:val="hr-HR"/>
        </w:rPr>
        <w:t>jedna riječ ili kratka asocijacija uz odrastanje</w:t>
      </w:r>
    </w:p>
    <w:p w14:paraId="0487425D" w14:textId="3F7026EE" w:rsidR="001A3985" w:rsidRPr="001A3985" w:rsidRDefault="001A3985">
      <w:pPr>
        <w:spacing w:after="80" w:line="240" w:lineRule="auto"/>
        <w:jc w:val="both"/>
        <w:rPr>
          <w:color w:val="002060"/>
          <w:sz w:val="40"/>
          <w:szCs w:val="40"/>
        </w:rPr>
      </w:pPr>
      <w:r w:rsidRPr="001A3985">
        <w:rPr>
          <w:rFonts w:cs="Calibri"/>
          <w:color w:val="002060"/>
          <w:sz w:val="40"/>
          <w:szCs w:val="40"/>
          <w:lang w:val="hr-HR"/>
        </w:rPr>
        <w:t xml:space="preserve">Samostalnost znači da mi više ne treba ničija pomoć. </w:t>
      </w:r>
      <w:r w:rsidRPr="001A3985">
        <w:rPr>
          <w:rFonts w:cs="Calibri"/>
          <w:b/>
          <w:bCs/>
          <w:color w:val="C00000"/>
          <w:sz w:val="40"/>
          <w:szCs w:val="40"/>
          <w:lang w:val="hr-HR"/>
        </w:rPr>
        <w:t xml:space="preserve">+ </w:t>
      </w:r>
      <w:r w:rsidRPr="001A3985">
        <w:rPr>
          <w:rFonts w:cs="Calibri"/>
          <w:color w:val="C00000"/>
          <w:sz w:val="40"/>
          <w:szCs w:val="40"/>
          <w:lang w:val="hr-HR"/>
        </w:rPr>
        <w:t>ili</w:t>
      </w:r>
      <w:r w:rsidRPr="001A3985">
        <w:rPr>
          <w:rFonts w:cs="Calibri"/>
          <w:b/>
          <w:bCs/>
          <w:color w:val="C00000"/>
          <w:sz w:val="40"/>
          <w:szCs w:val="40"/>
          <w:lang w:val="hr-HR"/>
        </w:rPr>
        <w:t xml:space="preserve"> - </w:t>
      </w:r>
      <w:r w:rsidRPr="001A3985">
        <w:rPr>
          <w:rFonts w:cs="Calibri"/>
          <w:color w:val="C00000"/>
          <w:sz w:val="40"/>
          <w:szCs w:val="40"/>
          <w:lang w:val="hr-HR"/>
        </w:rPr>
        <w:t>?</w:t>
      </w:r>
    </w:p>
    <w:p w14:paraId="36EDFCB5" w14:textId="77777777" w:rsidR="0033721B" w:rsidRDefault="007E2CBA">
      <w:pPr>
        <w:keepNext/>
        <w:spacing w:before="160" w:after="80" w:line="240" w:lineRule="auto"/>
        <w:jc w:val="both"/>
      </w:pPr>
      <w:r>
        <w:rPr>
          <w:rFonts w:cs="Calibri"/>
          <w:b/>
          <w:color w:val="C96A00"/>
          <w:sz w:val="26"/>
          <w:szCs w:val="26"/>
          <w:lang w:val="hr-HR"/>
        </w:rPr>
        <w:t>Najava teme i središnjega pitanja:</w:t>
      </w:r>
    </w:p>
    <w:p w14:paraId="63046B24" w14:textId="77777777" w:rsidR="0033721B" w:rsidRDefault="007E2CBA">
      <w:pPr>
        <w:spacing w:after="80" w:line="240" w:lineRule="auto"/>
        <w:jc w:val="both"/>
        <w:rPr>
          <w:rFonts w:cs="Calibri"/>
          <w:color w:val="000000"/>
          <w:lang w:val="hr-HR"/>
        </w:rPr>
      </w:pPr>
      <w:r>
        <w:rPr>
          <w:rFonts w:cs="Calibri"/>
          <w:color w:val="000000"/>
          <w:lang w:val="hr-HR"/>
        </w:rPr>
        <w:t>Učenici će zapisati naslov „Put odrastanja“. Istražit ćemo što se u odrastanju mijenja, kako razvijati vlastite darove i što za kršćanina znači duhovno rasti.</w:t>
      </w:r>
    </w:p>
    <w:p w14:paraId="7BBBB744" w14:textId="77777777" w:rsidR="001A3985" w:rsidRDefault="001A3985">
      <w:pPr>
        <w:spacing w:after="80" w:line="240" w:lineRule="auto"/>
        <w:jc w:val="both"/>
      </w:pPr>
    </w:p>
    <w:p w14:paraId="3B8F378B" w14:textId="77777777" w:rsidR="0033721B" w:rsidRDefault="007E2CBA" w:rsidP="001A3985">
      <w:pPr>
        <w:keepNext/>
        <w:spacing w:before="100" w:after="0" w:line="240" w:lineRule="auto"/>
        <w:jc w:val="both"/>
        <w:rPr>
          <w:rFonts w:cs="Calibri"/>
          <w:b/>
          <w:color w:val="166534"/>
          <w:sz w:val="40"/>
          <w:szCs w:val="40"/>
          <w:lang w:val="hr-HR"/>
        </w:rPr>
      </w:pPr>
      <w:r>
        <w:rPr>
          <w:rFonts w:cs="Calibri"/>
          <w:b/>
          <w:color w:val="166534"/>
          <w:sz w:val="40"/>
          <w:szCs w:val="40"/>
          <w:lang w:val="hr-HR"/>
        </w:rPr>
        <w:t>Kako na putu odrastanja otkrivati svoje darove i rasti u odgovornosti i prijateljstvu s Kristom?</w:t>
      </w:r>
    </w:p>
    <w:p w14:paraId="545E6BD8" w14:textId="77777777" w:rsidR="001A3985" w:rsidRDefault="001A3985" w:rsidP="001A3985">
      <w:pPr>
        <w:rPr>
          <w:lang w:val="hr-HR"/>
        </w:rPr>
      </w:pPr>
    </w:p>
    <w:p w14:paraId="7CA2F914" w14:textId="77777777" w:rsidR="001A3985" w:rsidRDefault="001A3985" w:rsidP="001A398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7DAFFFFD" w14:textId="77777777">
        <w:trPr>
          <w:cantSplit/>
          <w:jc w:val="center"/>
        </w:trPr>
        <w:tc>
          <w:tcPr>
            <w:tcW w:w="10347" w:type="dxa"/>
            <w:shd w:val="clear" w:color="auto" w:fill="00B050"/>
            <w:vAlign w:val="center"/>
          </w:tcPr>
          <w:p w14:paraId="0052A5D1" w14:textId="77777777" w:rsidR="0033721B" w:rsidRDefault="007E2CBA" w:rsidP="006070D6">
            <w:pPr>
              <w:spacing w:before="80" w:after="80" w:line="240" w:lineRule="auto"/>
              <w:ind w:left="85" w:right="85"/>
              <w:jc w:val="both"/>
            </w:pPr>
            <w:r>
              <w:rPr>
                <w:rFonts w:cs="Calibri"/>
                <w:b/>
                <w:color w:val="FFFFFF"/>
                <w:sz w:val="32"/>
                <w:szCs w:val="32"/>
                <w:lang w:val="hr-HR"/>
              </w:rPr>
              <w:t>II. SREDIŠNJI DIO – ISTRAŽI I PROSUDI</w:t>
            </w:r>
            <w:r>
              <w:rPr>
                <w:rFonts w:cs="Calibri"/>
                <w:color w:val="FFFFFF"/>
                <w:sz w:val="20"/>
                <w:szCs w:val="20"/>
                <w:lang w:val="hr-HR"/>
              </w:rPr>
              <w:t xml:space="preserve">  (26 min – odabrane aktivnosti)</w:t>
            </w:r>
          </w:p>
        </w:tc>
      </w:tr>
    </w:tbl>
    <w:p w14:paraId="63FC8E89" w14:textId="77777777" w:rsidR="0033721B" w:rsidRDefault="0033721B" w:rsidP="001A398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565284BC" w14:textId="77777777">
        <w:trPr>
          <w:jc w:val="center"/>
        </w:trPr>
        <w:tc>
          <w:tcPr>
            <w:tcW w:w="10347" w:type="dxa"/>
            <w:shd w:val="clear" w:color="auto" w:fill="F2F8F3"/>
          </w:tcPr>
          <w:p w14:paraId="6AF50F22" w14:textId="77777777" w:rsidR="0033721B" w:rsidRDefault="007E2CBA">
            <w:pPr>
              <w:spacing w:before="65" w:after="65" w:line="240" w:lineRule="auto"/>
              <w:ind w:left="85" w:right="85"/>
              <w:jc w:val="both"/>
            </w:pPr>
            <w:r>
              <w:rPr>
                <w:rFonts w:cs="Calibri"/>
                <w:b/>
                <w:color w:val="166534"/>
                <w:lang w:val="hr-HR"/>
              </w:rPr>
              <w:t xml:space="preserve">Napomena o izboru aktivnosti: </w:t>
            </w:r>
            <w:r>
              <w:rPr>
                <w:rFonts w:cs="Calibri"/>
                <w:color w:val="000000"/>
                <w:lang w:val="hr-HR"/>
              </w:rPr>
              <w:t>Aktivnosti u nastavku predstavljaju prijedloge i mogućnosti izbora. Nije predviđeno sve provesti u jednom nastavnom satu. Vjeroučitelj će odabrati aktivnosti prema ishodima, vremenu, osobitostima razreda, dostupnoj opremi i potrebama učenika. Dva načina obrade glavnoga teksta u Aktivnosti 2 međusobne su alternative.</w:t>
            </w:r>
          </w:p>
        </w:tc>
      </w:tr>
    </w:tbl>
    <w:p w14:paraId="36BB0407" w14:textId="77777777" w:rsidR="0033721B" w:rsidRDefault="0033721B">
      <w:pPr>
        <w:keepNext/>
        <w:spacing w:line="20" w:lineRule="exact"/>
        <w:jc w:val="both"/>
        <w:rPr>
          <w:sz w:val="2"/>
        </w:rPr>
      </w:pPr>
    </w:p>
    <w:p w14:paraId="3F965151" w14:textId="77777777" w:rsidR="0033721B" w:rsidRDefault="007E2CBA">
      <w:pPr>
        <w:keepNext/>
        <w:spacing w:before="160" w:after="80" w:line="240" w:lineRule="auto"/>
        <w:jc w:val="both"/>
      </w:pPr>
      <w:r>
        <w:rPr>
          <w:rFonts w:cs="Calibri"/>
          <w:b/>
          <w:color w:val="C96A00"/>
          <w:sz w:val="26"/>
          <w:szCs w:val="26"/>
          <w:lang w:val="hr-HR"/>
        </w:rPr>
        <w:t>Aktivnost 1: Isus je odrastao među ljudima</w:t>
      </w:r>
      <w:r>
        <w:rPr>
          <w:rFonts w:cs="Calibri"/>
          <w:i/>
          <w:color w:val="6B6B6B"/>
          <w:sz w:val="20"/>
          <w:szCs w:val="20"/>
          <w:lang w:val="hr-HR"/>
        </w:rPr>
        <w:t xml:space="preserve"> (individualni rad i zajednički razgovor, 4 minute)</w:t>
      </w:r>
    </w:p>
    <w:p w14:paraId="04BA62ED" w14:textId="77777777" w:rsidR="0033721B" w:rsidRDefault="007E2CBA">
      <w:pPr>
        <w:spacing w:after="80" w:line="240" w:lineRule="auto"/>
        <w:jc w:val="both"/>
        <w:rPr>
          <w:rFonts w:cs="Calibri"/>
          <w:color w:val="000000"/>
          <w:lang w:val="hr-HR"/>
        </w:rPr>
      </w:pPr>
      <w:r>
        <w:rPr>
          <w:rFonts w:cs="Calibri"/>
          <w:color w:val="000000"/>
          <w:lang w:val="hr-HR"/>
        </w:rPr>
        <w:t>Individualni rad. Učenici će pročitati Lk 2,52, usmeno izdvojiti tri područja Isusova napredovanja te povezati biblijski redak s naslovom cjeline.</w:t>
      </w:r>
    </w:p>
    <w:p w14:paraId="3FFA1B60" w14:textId="77777777" w:rsidR="001A3985" w:rsidRDefault="001A3985">
      <w:pPr>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126DA6FC" w14:textId="77777777">
        <w:trPr>
          <w:jc w:val="center"/>
        </w:trPr>
        <w:tc>
          <w:tcPr>
            <w:tcW w:w="10347" w:type="dxa"/>
            <w:shd w:val="clear" w:color="auto" w:fill="46437E"/>
          </w:tcPr>
          <w:p w14:paraId="7D71D10C" w14:textId="77777777" w:rsidR="0033721B" w:rsidRDefault="007E2CBA">
            <w:pPr>
              <w:keepNext/>
              <w:spacing w:before="65" w:after="65" w:line="240" w:lineRule="auto"/>
              <w:ind w:left="85" w:right="85"/>
              <w:jc w:val="center"/>
            </w:pPr>
            <w:r>
              <w:rPr>
                <w:rFonts w:cs="Calibri"/>
                <w:b/>
                <w:color w:val="FFFFFF"/>
                <w:sz w:val="40"/>
                <w:szCs w:val="40"/>
                <w:lang w:val="hr-HR"/>
              </w:rPr>
              <w:t>U MUDROSTI, DOBI I MILOSTI</w:t>
            </w:r>
          </w:p>
        </w:tc>
      </w:tr>
      <w:tr w:rsidR="0033721B" w14:paraId="3E36D9EC" w14:textId="77777777">
        <w:trPr>
          <w:jc w:val="center"/>
        </w:trPr>
        <w:tc>
          <w:tcPr>
            <w:tcW w:w="10347" w:type="dxa"/>
            <w:shd w:val="clear" w:color="auto" w:fill="F3F6FA"/>
          </w:tcPr>
          <w:p w14:paraId="241277FC"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„A Isus napredovaše u mudrosti, dobi i milosti kod Boga i ljudi.“</w:t>
            </w:r>
          </w:p>
          <w:p w14:paraId="13ABBB23" w14:textId="3BF0AD9B" w:rsidR="008753B2" w:rsidRDefault="008753B2" w:rsidP="008753B2">
            <w:pPr>
              <w:spacing w:after="100" w:line="240" w:lineRule="auto"/>
              <w:jc w:val="right"/>
            </w:pPr>
            <w:r>
              <w:rPr>
                <w:rFonts w:cs="Calibri"/>
                <w:color w:val="6B6B6B"/>
                <w:sz w:val="20"/>
                <w:szCs w:val="20"/>
                <w:lang w:val="hr-HR"/>
              </w:rPr>
              <w:t>Lk 2,52.</w:t>
            </w:r>
          </w:p>
        </w:tc>
      </w:tr>
    </w:tbl>
    <w:p w14:paraId="59531304" w14:textId="77777777" w:rsidR="0033721B" w:rsidRDefault="0033721B">
      <w:pPr>
        <w:keepNext/>
        <w:spacing w:line="20" w:lineRule="exact"/>
        <w:jc w:val="both"/>
        <w:rPr>
          <w:sz w:val="2"/>
        </w:rPr>
      </w:pPr>
    </w:p>
    <w:p w14:paraId="14A685E4" w14:textId="4F3E30A8"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536B43E9" w14:textId="77777777" w:rsidR="0033721B" w:rsidRDefault="007E2CBA">
      <w:pPr>
        <w:numPr>
          <w:ilvl w:val="0"/>
          <w:numId w:val="41"/>
        </w:numPr>
        <w:spacing w:after="40" w:line="240" w:lineRule="auto"/>
        <w:jc w:val="both"/>
      </w:pPr>
      <w:r>
        <w:rPr>
          <w:rFonts w:cs="Calibri"/>
          <w:color w:val="000000"/>
          <w:lang w:val="hr-HR"/>
        </w:rPr>
        <w:t>U čemu je Isus napredovao prema biblijskom retku?</w:t>
      </w:r>
      <w:r>
        <w:rPr>
          <w:rFonts w:cs="Calibri"/>
          <w:color w:val="6B6B6B"/>
          <w:sz w:val="18"/>
          <w:szCs w:val="18"/>
          <w:lang w:val="hr-HR"/>
        </w:rPr>
        <w:t xml:space="preserve"> (U mudrosti, dobi i milosti kod Boga i ljudi.)</w:t>
      </w:r>
    </w:p>
    <w:p w14:paraId="55191171" w14:textId="77777777" w:rsidR="0033721B" w:rsidRDefault="007E2CBA">
      <w:pPr>
        <w:numPr>
          <w:ilvl w:val="0"/>
          <w:numId w:val="41"/>
        </w:numPr>
        <w:spacing w:after="40" w:line="240" w:lineRule="auto"/>
        <w:jc w:val="both"/>
      </w:pPr>
      <w:r>
        <w:rPr>
          <w:rFonts w:cs="Calibri"/>
          <w:color w:val="000000"/>
          <w:lang w:val="hr-HR"/>
        </w:rPr>
        <w:t>Zašto je važna spoznaja da je Isus odrastao?</w:t>
      </w:r>
      <w:r>
        <w:rPr>
          <w:rFonts w:cs="Calibri"/>
          <w:color w:val="6B6B6B"/>
          <w:sz w:val="18"/>
          <w:szCs w:val="18"/>
          <w:lang w:val="hr-HR"/>
        </w:rPr>
        <w:t xml:space="preserve"> (Isus, pravi Bog i pravi čovjek, stvarno je dijelio ljudski život i odrastanje; možemo mu povjeriti i svoje odrastanje.)</w:t>
      </w:r>
    </w:p>
    <w:p w14:paraId="3DBF070D" w14:textId="77777777" w:rsidR="0033721B" w:rsidRDefault="007E2CBA">
      <w:pPr>
        <w:numPr>
          <w:ilvl w:val="0"/>
          <w:numId w:val="41"/>
        </w:numPr>
        <w:spacing w:after="40" w:line="240" w:lineRule="auto"/>
        <w:jc w:val="both"/>
      </w:pPr>
      <w:r>
        <w:rPr>
          <w:rFonts w:cs="Calibri"/>
          <w:color w:val="000000"/>
          <w:lang w:val="hr-HR"/>
        </w:rPr>
        <w:lastRenderedPageBreak/>
        <w:t>Kako biste primjerom pokazali da rast uključuje više od promjene izgleda?</w:t>
      </w:r>
      <w:r>
        <w:rPr>
          <w:rFonts w:cs="Calibri"/>
          <w:color w:val="6B6B6B"/>
          <w:sz w:val="18"/>
          <w:szCs w:val="18"/>
          <w:lang w:val="hr-HR"/>
        </w:rPr>
        <w:t xml:space="preserve"> (Primjerice, netko će naučiti priznati pogrešku, saslušati drugoga ili održati obećanje.)</w:t>
      </w:r>
    </w:p>
    <w:p w14:paraId="647E3FE2" w14:textId="2280B761" w:rsidR="0033721B" w:rsidRDefault="007E2CBA" w:rsidP="00201620">
      <w:pPr>
        <w:widowControl w:val="0"/>
        <w:spacing w:before="160" w:after="80" w:line="240" w:lineRule="auto"/>
        <w:jc w:val="both"/>
      </w:pPr>
      <w:r>
        <w:rPr>
          <w:rFonts w:cs="Calibri"/>
          <w:b/>
          <w:color w:val="C96A00"/>
          <w:sz w:val="26"/>
          <w:szCs w:val="26"/>
          <w:lang w:val="hr-HR"/>
        </w:rPr>
        <w:t>Aktivnost 2: Obrada glavnoga teksta</w:t>
      </w:r>
      <w:r>
        <w:rPr>
          <w:rFonts w:cs="Calibri"/>
          <w:i/>
          <w:color w:val="6B6B6B"/>
          <w:sz w:val="20"/>
          <w:szCs w:val="20"/>
          <w:lang w:val="hr-HR"/>
        </w:rPr>
        <w:t xml:space="preserve"> (rad u paru i zajednička provjera, 11 minuta)</w:t>
      </w:r>
    </w:p>
    <w:p w14:paraId="5A65A9DA" w14:textId="38721E69" w:rsidR="0033721B" w:rsidRDefault="007E2CBA" w:rsidP="00201620">
      <w:pPr>
        <w:widowControl w:val="0"/>
        <w:spacing w:after="80" w:line="240" w:lineRule="auto"/>
        <w:jc w:val="both"/>
      </w:pPr>
      <w:r>
        <w:rPr>
          <w:rFonts w:cs="Calibri"/>
          <w:color w:val="000000"/>
          <w:lang w:val="hr-HR"/>
        </w:rPr>
        <w:t>Rad u paru. Učenici će pročitati glavni tekst „Put odrastanja“, s podnaslovima „Otkrij bogatstvo u sebi“ i „Rasti u Kristu“, udžbenik, str. 12–1</w:t>
      </w:r>
      <w:r w:rsidR="00201620">
        <w:rPr>
          <w:rFonts w:cs="Calibri"/>
          <w:color w:val="000000"/>
          <w:lang w:val="hr-HR"/>
        </w:rPr>
        <w:t>4</w:t>
      </w:r>
      <w:r>
        <w:rPr>
          <w:rFonts w:cs="Calibri"/>
          <w:color w:val="000000"/>
          <w:lang w:val="hr-HR"/>
        </w:rPr>
        <w:t>. U prvoj polovici rada jedni će biti ispitivači, a drugi će tražiti odgovore u tekstu; zatim će zamijeniti uloge. U radni predložak zapisat će kratke odgovore i jedan životni primjer. Dva će para predstaviti po jedan zaključak. Učenici će pisati na zasebnom listiću ili u bilježnici.</w:t>
      </w:r>
    </w:p>
    <w:p w14:paraId="0931E77E"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Moguće rješenje: Adolescencija je prijelazno razdoblje između djetinjstva i odrasle dobi koje počinje pubertetom. Sposobnosti su prirodni talenti koje treba prepoznati, razvijati i koristiti. Duhovni se život u nama rađa po krštenju. Duhovno rasti za kršćanina znači sve više sličiti Kristu; primjer je oprostiti, govoriti istinu ili pomoći bez traženja pohvale.</w:t>
      </w:r>
    </w:p>
    <w:p w14:paraId="236A2724" w14:textId="77777777" w:rsidR="00201620" w:rsidRDefault="00201620">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962"/>
        <w:gridCol w:w="5375"/>
      </w:tblGrid>
      <w:tr w:rsidR="0033721B" w14:paraId="64462EE1" w14:textId="77777777" w:rsidTr="00201620">
        <w:trPr>
          <w:cantSplit/>
          <w:jc w:val="center"/>
        </w:trPr>
        <w:tc>
          <w:tcPr>
            <w:tcW w:w="4972" w:type="dxa"/>
            <w:shd w:val="clear" w:color="auto" w:fill="0070C0"/>
          </w:tcPr>
          <w:p w14:paraId="5A8A7156" w14:textId="77777777" w:rsidR="0033721B" w:rsidRDefault="007E2CBA">
            <w:pPr>
              <w:keepNext/>
              <w:spacing w:before="65" w:after="65" w:line="240" w:lineRule="auto"/>
              <w:ind w:left="85" w:right="85"/>
              <w:jc w:val="center"/>
            </w:pPr>
            <w:r>
              <w:rPr>
                <w:rFonts w:cs="Calibri"/>
                <w:b/>
                <w:color w:val="FFFFFF"/>
                <w:sz w:val="40"/>
                <w:szCs w:val="40"/>
                <w:lang w:val="hr-HR"/>
              </w:rPr>
              <w:t>PITANJE ZA TEKST</w:t>
            </w:r>
          </w:p>
        </w:tc>
        <w:tc>
          <w:tcPr>
            <w:tcW w:w="5385" w:type="dxa"/>
            <w:shd w:val="clear" w:color="auto" w:fill="00B050"/>
          </w:tcPr>
          <w:p w14:paraId="0C2AE2A9" w14:textId="77777777" w:rsidR="0033721B" w:rsidRDefault="007E2CBA">
            <w:pPr>
              <w:keepNext/>
              <w:spacing w:before="65" w:after="65" w:line="240" w:lineRule="auto"/>
              <w:ind w:left="85" w:right="85"/>
              <w:jc w:val="center"/>
            </w:pPr>
            <w:r>
              <w:rPr>
                <w:rFonts w:cs="Calibri"/>
                <w:b/>
                <w:color w:val="FFFFFF"/>
                <w:sz w:val="40"/>
                <w:szCs w:val="40"/>
                <w:lang w:val="hr-HR"/>
              </w:rPr>
              <w:t>ODGOVOR I PRIMJER</w:t>
            </w:r>
          </w:p>
        </w:tc>
      </w:tr>
      <w:tr w:rsidR="0033721B" w14:paraId="09C5ADE0" w14:textId="77777777" w:rsidTr="00201620">
        <w:trPr>
          <w:cantSplit/>
          <w:jc w:val="center"/>
        </w:trPr>
        <w:tc>
          <w:tcPr>
            <w:tcW w:w="4972" w:type="dxa"/>
            <w:vAlign w:val="center"/>
          </w:tcPr>
          <w:p w14:paraId="7381647F" w14:textId="77777777" w:rsidR="0033721B" w:rsidRDefault="007E2CBA" w:rsidP="00201620">
            <w:pPr>
              <w:spacing w:before="65" w:after="65" w:line="240" w:lineRule="auto"/>
              <w:ind w:left="85" w:right="85"/>
            </w:pPr>
            <w:r>
              <w:rPr>
                <w:rFonts w:cs="Calibri"/>
                <w:color w:val="000000"/>
                <w:sz w:val="40"/>
                <w:szCs w:val="40"/>
                <w:lang w:val="hr-HR"/>
              </w:rPr>
              <w:t>Što je adolescencija?</w:t>
            </w:r>
          </w:p>
        </w:tc>
        <w:tc>
          <w:tcPr>
            <w:tcW w:w="5385" w:type="dxa"/>
            <w:vAlign w:val="center"/>
          </w:tcPr>
          <w:p w14:paraId="45F95885" w14:textId="1599F476" w:rsidR="0033721B" w:rsidRDefault="007E2CBA" w:rsidP="00201620">
            <w:pPr>
              <w:spacing w:before="65" w:after="65" w:line="276" w:lineRule="auto"/>
              <w:ind w:left="85" w:right="85"/>
              <w:jc w:val="center"/>
            </w:pPr>
            <w:r>
              <w:rPr>
                <w:rFonts w:cs="Calibri"/>
                <w:color w:val="000000"/>
                <w:sz w:val="24"/>
                <w:szCs w:val="24"/>
                <w:lang w:val="hr-HR"/>
              </w:rPr>
              <w:t>______________</w:t>
            </w:r>
            <w:r w:rsidR="00201620">
              <w:rPr>
                <w:rFonts w:cs="Calibri"/>
                <w:color w:val="000000"/>
                <w:sz w:val="24"/>
                <w:szCs w:val="24"/>
                <w:lang w:val="hr-HR"/>
              </w:rPr>
              <w:t>___________________</w:t>
            </w:r>
            <w:r>
              <w:rPr>
                <w:rFonts w:cs="Calibri"/>
                <w:color w:val="000000"/>
                <w:sz w:val="24"/>
                <w:szCs w:val="24"/>
                <w:lang w:val="hr-HR"/>
              </w:rPr>
              <w:t>__________</w:t>
            </w:r>
            <w:r>
              <w:rPr>
                <w:rFonts w:cs="Calibri"/>
                <w:color w:val="000000"/>
                <w:sz w:val="40"/>
                <w:szCs w:val="40"/>
                <w:lang w:val="hr-HR"/>
              </w:rPr>
              <w:br/>
            </w:r>
            <w:r>
              <w:rPr>
                <w:rFonts w:cs="Calibri"/>
                <w:color w:val="000000"/>
                <w:sz w:val="24"/>
                <w:szCs w:val="24"/>
                <w:lang w:val="hr-HR"/>
              </w:rPr>
              <w:t>________________</w:t>
            </w:r>
            <w:r w:rsidR="00201620">
              <w:rPr>
                <w:rFonts w:cs="Calibri"/>
                <w:color w:val="000000"/>
                <w:sz w:val="24"/>
                <w:szCs w:val="24"/>
                <w:lang w:val="hr-HR"/>
              </w:rPr>
              <w:t>___________________</w:t>
            </w:r>
            <w:r>
              <w:rPr>
                <w:rFonts w:cs="Calibri"/>
                <w:color w:val="000000"/>
                <w:sz w:val="24"/>
                <w:szCs w:val="24"/>
                <w:lang w:val="hr-HR"/>
              </w:rPr>
              <w:t>________</w:t>
            </w:r>
          </w:p>
        </w:tc>
      </w:tr>
      <w:tr w:rsidR="00201620" w14:paraId="2164CAFC" w14:textId="77777777" w:rsidTr="00201620">
        <w:trPr>
          <w:cantSplit/>
          <w:jc w:val="center"/>
        </w:trPr>
        <w:tc>
          <w:tcPr>
            <w:tcW w:w="4972" w:type="dxa"/>
            <w:shd w:val="clear" w:color="auto" w:fill="F7FBF7"/>
            <w:vAlign w:val="center"/>
          </w:tcPr>
          <w:p w14:paraId="7FAC2FC1" w14:textId="77777777" w:rsidR="00201620" w:rsidRDefault="00201620" w:rsidP="00201620">
            <w:pPr>
              <w:spacing w:before="65" w:after="65" w:line="240" w:lineRule="auto"/>
              <w:ind w:left="85" w:right="85"/>
            </w:pPr>
            <w:r>
              <w:rPr>
                <w:rFonts w:cs="Calibri"/>
                <w:color w:val="000000"/>
                <w:sz w:val="40"/>
                <w:szCs w:val="40"/>
                <w:lang w:val="hr-HR"/>
              </w:rPr>
              <w:t>Što su sposobnosti?</w:t>
            </w:r>
          </w:p>
        </w:tc>
        <w:tc>
          <w:tcPr>
            <w:tcW w:w="5385" w:type="dxa"/>
            <w:shd w:val="clear" w:color="auto" w:fill="F7FBF7"/>
            <w:vAlign w:val="center"/>
          </w:tcPr>
          <w:p w14:paraId="0BB106F6" w14:textId="1F2C09B4" w:rsidR="00201620" w:rsidRDefault="00201620" w:rsidP="00201620">
            <w:pPr>
              <w:spacing w:before="65" w:after="65" w:line="276" w:lineRule="auto"/>
              <w:ind w:left="85" w:right="85"/>
              <w:jc w:val="center"/>
            </w:pPr>
            <w:r w:rsidRPr="001F78D3">
              <w:rPr>
                <w:rFonts w:cs="Calibri"/>
                <w:color w:val="000000"/>
                <w:sz w:val="24"/>
                <w:szCs w:val="24"/>
                <w:lang w:val="hr-HR"/>
              </w:rPr>
              <w:t>___________________________________________</w:t>
            </w:r>
            <w:r w:rsidRPr="001F78D3">
              <w:rPr>
                <w:rFonts w:cs="Calibri"/>
                <w:color w:val="000000"/>
                <w:sz w:val="40"/>
                <w:szCs w:val="40"/>
                <w:lang w:val="hr-HR"/>
              </w:rPr>
              <w:br/>
            </w:r>
            <w:r w:rsidRPr="001F78D3">
              <w:rPr>
                <w:rFonts w:cs="Calibri"/>
                <w:color w:val="000000"/>
                <w:sz w:val="24"/>
                <w:szCs w:val="24"/>
                <w:lang w:val="hr-HR"/>
              </w:rPr>
              <w:t>___________________________________________</w:t>
            </w:r>
          </w:p>
        </w:tc>
      </w:tr>
      <w:tr w:rsidR="00201620" w14:paraId="349076AB" w14:textId="77777777" w:rsidTr="00201620">
        <w:trPr>
          <w:cantSplit/>
          <w:jc w:val="center"/>
        </w:trPr>
        <w:tc>
          <w:tcPr>
            <w:tcW w:w="4972" w:type="dxa"/>
            <w:vAlign w:val="center"/>
          </w:tcPr>
          <w:p w14:paraId="32CBE131" w14:textId="77777777" w:rsidR="00201620" w:rsidRDefault="00201620" w:rsidP="00201620">
            <w:pPr>
              <w:spacing w:before="65" w:after="65" w:line="240" w:lineRule="auto"/>
              <w:ind w:left="85" w:right="85"/>
            </w:pPr>
            <w:r>
              <w:rPr>
                <w:rFonts w:cs="Calibri"/>
                <w:color w:val="000000"/>
                <w:sz w:val="40"/>
                <w:szCs w:val="40"/>
                <w:lang w:val="hr-HR"/>
              </w:rPr>
              <w:t>Kako započinje duhovni život?</w:t>
            </w:r>
          </w:p>
        </w:tc>
        <w:tc>
          <w:tcPr>
            <w:tcW w:w="5385" w:type="dxa"/>
            <w:vAlign w:val="center"/>
          </w:tcPr>
          <w:p w14:paraId="528ADEC1" w14:textId="1328F75A" w:rsidR="00201620" w:rsidRDefault="00201620" w:rsidP="00201620">
            <w:pPr>
              <w:spacing w:before="65" w:after="65" w:line="276" w:lineRule="auto"/>
              <w:ind w:left="85" w:right="85"/>
              <w:jc w:val="center"/>
            </w:pPr>
            <w:r w:rsidRPr="001F78D3">
              <w:rPr>
                <w:rFonts w:cs="Calibri"/>
                <w:color w:val="000000"/>
                <w:sz w:val="24"/>
                <w:szCs w:val="24"/>
                <w:lang w:val="hr-HR"/>
              </w:rPr>
              <w:t>___________________________________________</w:t>
            </w:r>
            <w:r w:rsidRPr="001F78D3">
              <w:rPr>
                <w:rFonts w:cs="Calibri"/>
                <w:color w:val="000000"/>
                <w:sz w:val="40"/>
                <w:szCs w:val="40"/>
                <w:lang w:val="hr-HR"/>
              </w:rPr>
              <w:br/>
            </w:r>
            <w:r w:rsidRPr="001F78D3">
              <w:rPr>
                <w:rFonts w:cs="Calibri"/>
                <w:color w:val="000000"/>
                <w:sz w:val="24"/>
                <w:szCs w:val="24"/>
                <w:lang w:val="hr-HR"/>
              </w:rPr>
              <w:t>___________________________________________</w:t>
            </w:r>
          </w:p>
        </w:tc>
      </w:tr>
      <w:tr w:rsidR="00201620" w14:paraId="7312C45C" w14:textId="77777777" w:rsidTr="00201620">
        <w:trPr>
          <w:cantSplit/>
          <w:jc w:val="center"/>
        </w:trPr>
        <w:tc>
          <w:tcPr>
            <w:tcW w:w="4972" w:type="dxa"/>
            <w:shd w:val="clear" w:color="auto" w:fill="F7FBF7"/>
            <w:vAlign w:val="center"/>
          </w:tcPr>
          <w:p w14:paraId="25254ED2" w14:textId="77777777" w:rsidR="00201620" w:rsidRDefault="00201620" w:rsidP="00201620">
            <w:pPr>
              <w:spacing w:before="65" w:after="65" w:line="240" w:lineRule="auto"/>
              <w:ind w:left="85" w:right="85"/>
            </w:pPr>
            <w:r>
              <w:rPr>
                <w:rFonts w:cs="Calibri"/>
                <w:color w:val="000000"/>
                <w:sz w:val="40"/>
                <w:szCs w:val="40"/>
                <w:lang w:val="hr-HR"/>
              </w:rPr>
              <w:t>Što znači rasti u Kristu?</w:t>
            </w:r>
          </w:p>
        </w:tc>
        <w:tc>
          <w:tcPr>
            <w:tcW w:w="5385" w:type="dxa"/>
            <w:shd w:val="clear" w:color="auto" w:fill="F7FBF7"/>
            <w:vAlign w:val="center"/>
          </w:tcPr>
          <w:p w14:paraId="234D99D2" w14:textId="6BEDA99E" w:rsidR="00201620" w:rsidRDefault="00201620" w:rsidP="00201620">
            <w:pPr>
              <w:spacing w:before="65" w:after="65" w:line="276" w:lineRule="auto"/>
              <w:ind w:left="85" w:right="85"/>
              <w:jc w:val="center"/>
            </w:pPr>
            <w:r w:rsidRPr="001F78D3">
              <w:rPr>
                <w:rFonts w:cs="Calibri"/>
                <w:color w:val="000000"/>
                <w:sz w:val="24"/>
                <w:szCs w:val="24"/>
                <w:lang w:val="hr-HR"/>
              </w:rPr>
              <w:t>___________________________________________</w:t>
            </w:r>
            <w:r w:rsidRPr="001F78D3">
              <w:rPr>
                <w:rFonts w:cs="Calibri"/>
                <w:color w:val="000000"/>
                <w:sz w:val="40"/>
                <w:szCs w:val="40"/>
                <w:lang w:val="hr-HR"/>
              </w:rPr>
              <w:br/>
            </w:r>
            <w:r w:rsidRPr="001F78D3">
              <w:rPr>
                <w:rFonts w:cs="Calibri"/>
                <w:color w:val="000000"/>
                <w:sz w:val="24"/>
                <w:szCs w:val="24"/>
                <w:lang w:val="hr-HR"/>
              </w:rPr>
              <w:t>___________________________________________</w:t>
            </w:r>
          </w:p>
        </w:tc>
      </w:tr>
    </w:tbl>
    <w:p w14:paraId="3203EAAB" w14:textId="77777777" w:rsidR="0033721B" w:rsidRDefault="0033721B">
      <w:pPr>
        <w:keepNext/>
        <w:spacing w:line="20" w:lineRule="exact"/>
        <w:jc w:val="both"/>
        <w:rPr>
          <w:sz w:val="2"/>
        </w:rPr>
      </w:pPr>
    </w:p>
    <w:p w14:paraId="4B3F8F68" w14:textId="77777777" w:rsidR="00201620" w:rsidRDefault="00201620">
      <w:pPr>
        <w:keepNext/>
        <w:spacing w:before="160" w:after="80" w:line="240" w:lineRule="auto"/>
        <w:jc w:val="both"/>
        <w:rPr>
          <w:b/>
          <w:bCs/>
          <w:lang w:val="hr-HR"/>
        </w:rPr>
      </w:pPr>
    </w:p>
    <w:p w14:paraId="5B4E75AA" w14:textId="013E39E4" w:rsidR="0033721B" w:rsidRDefault="007E2CBA">
      <w:pPr>
        <w:keepNext/>
        <w:spacing w:before="160" w:after="80" w:line="240" w:lineRule="auto"/>
        <w:jc w:val="both"/>
      </w:pPr>
      <w:r w:rsidRPr="00201620">
        <w:rPr>
          <w:b/>
          <w:bCs/>
          <w:lang w:val="hr-HR"/>
        </w:rPr>
        <w:t>Ili: klasična obrada</w:t>
      </w:r>
      <w:r>
        <w:rPr>
          <w:rFonts w:cs="Calibri"/>
          <w:i/>
          <w:color w:val="6B6B6B"/>
          <w:sz w:val="20"/>
          <w:szCs w:val="20"/>
          <w:lang w:val="hr-HR"/>
        </w:rPr>
        <w:t xml:space="preserve"> (individualni rad i zajednički razgovor, 11 minuta)</w:t>
      </w:r>
    </w:p>
    <w:p w14:paraId="6C04E8E6" w14:textId="77777777" w:rsidR="0033721B" w:rsidRDefault="007E2CBA">
      <w:pPr>
        <w:spacing w:after="80" w:line="240" w:lineRule="auto"/>
        <w:jc w:val="both"/>
      </w:pPr>
      <w:r>
        <w:rPr>
          <w:rFonts w:cs="Calibri"/>
          <w:color w:val="000000"/>
          <w:lang w:val="hr-HR"/>
        </w:rPr>
        <w:t>Individualni rad i zajednički razgovor. Učenici će pročitati glavni tekst „Put odrastanja“, „Otkrij bogatstvo u sebi“ i „Rasti u Kristu“, udžbenik, str. 12–13, po odlomcima. Nakon svakoga odlomka vjeroučitelj će odabrati odgovarajuća pitanja. Završit će zajedničkim promatranjem iste sheme.</w:t>
      </w:r>
    </w:p>
    <w:p w14:paraId="1367C036" w14:textId="1FDD7154"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0E458673" w14:textId="77777777" w:rsidR="0033721B" w:rsidRDefault="007E2CBA">
      <w:pPr>
        <w:numPr>
          <w:ilvl w:val="0"/>
          <w:numId w:val="41"/>
        </w:numPr>
        <w:spacing w:after="40" w:line="240" w:lineRule="auto"/>
        <w:jc w:val="both"/>
      </w:pPr>
      <w:r>
        <w:rPr>
          <w:rFonts w:cs="Calibri"/>
          <w:color w:val="000000"/>
          <w:lang w:val="hr-HR"/>
        </w:rPr>
        <w:t>Koje izazove odrastanja prepoznajete u početnim odlomcima?</w:t>
      </w:r>
      <w:r>
        <w:rPr>
          <w:rFonts w:cs="Calibri"/>
          <w:color w:val="6B6B6B"/>
          <w:sz w:val="18"/>
          <w:szCs w:val="18"/>
          <w:lang w:val="hr-HR"/>
        </w:rPr>
        <w:t xml:space="preserve"> (Želju za samostalnošću, veću oslonjenost na vršnjake, neslaganje s roditeljima, očekivanje brzoga uspjeha i strah od pogreške.)</w:t>
      </w:r>
    </w:p>
    <w:p w14:paraId="1C43B169" w14:textId="77777777" w:rsidR="0033721B" w:rsidRDefault="007E2CBA">
      <w:pPr>
        <w:numPr>
          <w:ilvl w:val="0"/>
          <w:numId w:val="41"/>
        </w:numPr>
        <w:spacing w:after="40" w:line="240" w:lineRule="auto"/>
        <w:jc w:val="both"/>
      </w:pPr>
      <w:r>
        <w:rPr>
          <w:rFonts w:cs="Calibri"/>
          <w:color w:val="000000"/>
          <w:lang w:val="hr-HR"/>
        </w:rPr>
        <w:t>Kako biste razlikovali adolescenciju od puberteta?</w:t>
      </w:r>
      <w:r>
        <w:rPr>
          <w:rFonts w:cs="Calibri"/>
          <w:color w:val="6B6B6B"/>
          <w:sz w:val="18"/>
          <w:szCs w:val="18"/>
          <w:lang w:val="hr-HR"/>
        </w:rPr>
        <w:t xml:space="preserve"> (Pubertet se odnosi na tjelesno i spolno sazrijevanje; adolescencija je šire razdoblje odrastanja između djetinjstva i odrasle dobi koje uključuje i duševno, društveno i duhovno sazrijevanje.)</w:t>
      </w:r>
    </w:p>
    <w:p w14:paraId="6BF9D57E" w14:textId="77777777" w:rsidR="0033721B" w:rsidRDefault="007E2CBA">
      <w:pPr>
        <w:numPr>
          <w:ilvl w:val="0"/>
          <w:numId w:val="41"/>
        </w:numPr>
        <w:spacing w:after="40" w:line="240" w:lineRule="auto"/>
        <w:jc w:val="both"/>
      </w:pPr>
      <w:r>
        <w:rPr>
          <w:rFonts w:cs="Calibri"/>
          <w:color w:val="000000"/>
          <w:lang w:val="hr-HR"/>
        </w:rPr>
        <w:t>Zašto svoj rast ne trebate uspoređivati s jednim rokom koji mora vrijediti za sve?</w:t>
      </w:r>
      <w:r>
        <w:rPr>
          <w:rFonts w:cs="Calibri"/>
          <w:color w:val="6B6B6B"/>
          <w:sz w:val="18"/>
          <w:szCs w:val="18"/>
          <w:lang w:val="hr-HR"/>
        </w:rPr>
        <w:t xml:space="preserve"> (Razvoj se odvija različitim tempom. Dobne granice u udžbeniku opisuju razdoblje okvirno, a nisu mjerilo vrijednosti ili zrelosti osobe.)</w:t>
      </w:r>
    </w:p>
    <w:p w14:paraId="6A80467F" w14:textId="77777777" w:rsidR="0033721B" w:rsidRDefault="007E2CBA">
      <w:pPr>
        <w:numPr>
          <w:ilvl w:val="0"/>
          <w:numId w:val="41"/>
        </w:numPr>
        <w:spacing w:after="40" w:line="240" w:lineRule="auto"/>
        <w:jc w:val="both"/>
      </w:pPr>
      <w:r>
        <w:rPr>
          <w:rFonts w:cs="Calibri"/>
          <w:color w:val="000000"/>
          <w:lang w:val="hr-HR"/>
        </w:rPr>
        <w:t>Na što vas potiče podnaslov „Otkrij bogatstvo u sebi“?</w:t>
      </w:r>
      <w:r>
        <w:rPr>
          <w:rFonts w:cs="Calibri"/>
          <w:color w:val="6B6B6B"/>
          <w:sz w:val="18"/>
          <w:szCs w:val="18"/>
          <w:lang w:val="hr-HR"/>
        </w:rPr>
        <w:t xml:space="preserve"> (Na upoznavanje vlastite jedinstvenosti i darova koje nam je Bog dao, umjesto slijepoga kopiranja drugih.)</w:t>
      </w:r>
    </w:p>
    <w:p w14:paraId="561D5C90" w14:textId="77777777" w:rsidR="0033721B" w:rsidRDefault="007E2CBA">
      <w:pPr>
        <w:numPr>
          <w:ilvl w:val="0"/>
          <w:numId w:val="41"/>
        </w:numPr>
        <w:spacing w:after="40" w:line="240" w:lineRule="auto"/>
        <w:jc w:val="both"/>
      </w:pPr>
      <w:r>
        <w:rPr>
          <w:rFonts w:cs="Calibri"/>
          <w:color w:val="000000"/>
          <w:lang w:val="hr-HR"/>
        </w:rPr>
        <w:t>Što su sposobnosti i kako ih možete razvijati?</w:t>
      </w:r>
      <w:r>
        <w:rPr>
          <w:rFonts w:cs="Calibri"/>
          <w:color w:val="6B6B6B"/>
          <w:sz w:val="18"/>
          <w:szCs w:val="18"/>
          <w:lang w:val="hr-HR"/>
        </w:rPr>
        <w:t xml:space="preserve"> (Prirodni talenti; razvijamo ih učenjem, vježbom, ustrajnošću i uporabom za dobro.)</w:t>
      </w:r>
    </w:p>
    <w:p w14:paraId="3F74E5C4" w14:textId="77777777" w:rsidR="0033721B" w:rsidRDefault="007E2CBA">
      <w:pPr>
        <w:numPr>
          <w:ilvl w:val="0"/>
          <w:numId w:val="41"/>
        </w:numPr>
        <w:spacing w:after="40" w:line="240" w:lineRule="auto"/>
        <w:jc w:val="both"/>
      </w:pPr>
      <w:r>
        <w:rPr>
          <w:rFonts w:cs="Calibri"/>
          <w:color w:val="000000"/>
          <w:lang w:val="hr-HR"/>
        </w:rPr>
        <w:t>Po kojem sakramentu u nama započinje duhovni život?</w:t>
      </w:r>
      <w:r>
        <w:rPr>
          <w:rFonts w:cs="Calibri"/>
          <w:color w:val="6B6B6B"/>
          <w:sz w:val="18"/>
          <w:szCs w:val="18"/>
          <w:lang w:val="hr-HR"/>
        </w:rPr>
        <w:t xml:space="preserve"> (Po sakramentu krštenja.)</w:t>
      </w:r>
    </w:p>
    <w:p w14:paraId="029F67CC" w14:textId="77777777" w:rsidR="0033721B" w:rsidRDefault="007E2CBA">
      <w:pPr>
        <w:numPr>
          <w:ilvl w:val="0"/>
          <w:numId w:val="41"/>
        </w:numPr>
        <w:spacing w:after="40" w:line="240" w:lineRule="auto"/>
        <w:jc w:val="both"/>
      </w:pPr>
      <w:r>
        <w:rPr>
          <w:rFonts w:cs="Calibri"/>
          <w:color w:val="000000"/>
          <w:lang w:val="hr-HR"/>
        </w:rPr>
        <w:t>Što znači duhovno rasti i zašto na tom putu trebate pomoć?</w:t>
      </w:r>
      <w:r>
        <w:rPr>
          <w:rFonts w:cs="Calibri"/>
          <w:color w:val="6B6B6B"/>
          <w:sz w:val="18"/>
          <w:szCs w:val="18"/>
          <w:lang w:val="hr-HR"/>
        </w:rPr>
        <w:t xml:space="preserve"> (Sve više sličiti Kristu. Potrebni su nam Božja milost, molitva, sakramenti te podrška roditelja, prijatelja i crkvene zajednice.)</w:t>
      </w:r>
    </w:p>
    <w:p w14:paraId="385DBD8C" w14:textId="77777777" w:rsidR="0033721B" w:rsidRPr="00201620" w:rsidRDefault="007E2CBA">
      <w:pPr>
        <w:numPr>
          <w:ilvl w:val="0"/>
          <w:numId w:val="41"/>
        </w:numPr>
        <w:spacing w:after="40" w:line="240" w:lineRule="auto"/>
        <w:jc w:val="both"/>
      </w:pPr>
      <w:r>
        <w:rPr>
          <w:rFonts w:cs="Calibri"/>
          <w:color w:val="000000"/>
          <w:lang w:val="hr-HR"/>
        </w:rPr>
        <w:t>Kako sadržaji koje čitate, gledate i slušate mogu utjecati na vaše odrastanje?</w:t>
      </w:r>
      <w:r>
        <w:rPr>
          <w:rFonts w:cs="Calibri"/>
          <w:color w:val="6B6B6B"/>
          <w:sz w:val="18"/>
          <w:szCs w:val="18"/>
          <w:lang w:val="hr-HR"/>
        </w:rPr>
        <w:t xml:space="preserve"> (Mogu poticati istinu, dobrotu i suosjećanje, ali i površnost, omalovažavanje i nasilje; važno je odgovorno birati sadržaje.)</w:t>
      </w:r>
    </w:p>
    <w:p w14:paraId="61645444" w14:textId="77777777" w:rsidR="00201620" w:rsidRDefault="00201620" w:rsidP="00201620">
      <w:pPr>
        <w:spacing w:after="40" w:line="240" w:lineRule="auto"/>
        <w:jc w:val="both"/>
        <w:rPr>
          <w:rFonts w:cs="Calibri"/>
          <w:color w:val="6B6B6B"/>
          <w:sz w:val="18"/>
          <w:szCs w:val="18"/>
          <w:lang w:val="hr-HR"/>
        </w:rPr>
      </w:pPr>
    </w:p>
    <w:p w14:paraId="13A97D77" w14:textId="77777777" w:rsidR="00201620" w:rsidRDefault="00201620" w:rsidP="00201620">
      <w:pPr>
        <w:spacing w:after="4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764296BB" w14:textId="77777777">
        <w:trPr>
          <w:jc w:val="center"/>
        </w:trPr>
        <w:tc>
          <w:tcPr>
            <w:tcW w:w="10347" w:type="dxa"/>
            <w:shd w:val="clear" w:color="auto" w:fill="46437E"/>
          </w:tcPr>
          <w:p w14:paraId="7F3D85CA" w14:textId="77777777" w:rsidR="0033721B" w:rsidRDefault="007E2CBA" w:rsidP="00216DBD">
            <w:pPr>
              <w:widowControl w:val="0"/>
              <w:spacing w:before="65" w:after="65" w:line="240" w:lineRule="auto"/>
              <w:ind w:left="85" w:right="85"/>
              <w:jc w:val="center"/>
            </w:pPr>
            <w:r>
              <w:rPr>
                <w:rFonts w:cs="Calibri"/>
                <w:b/>
                <w:color w:val="FFFFFF"/>
                <w:sz w:val="40"/>
                <w:szCs w:val="40"/>
                <w:lang w:val="hr-HR"/>
              </w:rPr>
              <w:t>ADOLESCENCIJA</w:t>
            </w:r>
          </w:p>
        </w:tc>
      </w:tr>
      <w:tr w:rsidR="0033721B" w14:paraId="7DC33A5F" w14:textId="77777777">
        <w:trPr>
          <w:jc w:val="center"/>
        </w:trPr>
        <w:tc>
          <w:tcPr>
            <w:tcW w:w="10347" w:type="dxa"/>
            <w:shd w:val="clear" w:color="auto" w:fill="F3F6FA"/>
          </w:tcPr>
          <w:p w14:paraId="7D2B3EEA" w14:textId="77777777" w:rsidR="0033721B" w:rsidRDefault="007E2CBA" w:rsidP="00216DBD">
            <w:pPr>
              <w:widowControl w:val="0"/>
              <w:spacing w:before="65" w:after="65" w:line="240" w:lineRule="auto"/>
              <w:ind w:left="85" w:right="85"/>
              <w:jc w:val="both"/>
              <w:rPr>
                <w:rFonts w:cs="Calibri"/>
                <w:color w:val="000000"/>
                <w:sz w:val="40"/>
                <w:szCs w:val="40"/>
                <w:lang w:val="hr-HR"/>
              </w:rPr>
            </w:pPr>
            <w:r>
              <w:rPr>
                <w:rFonts w:cs="Calibri"/>
                <w:color w:val="000000"/>
                <w:sz w:val="40"/>
                <w:szCs w:val="40"/>
                <w:lang w:val="hr-HR"/>
              </w:rPr>
              <w:t xml:space="preserve">ADOLESCENCIJA (lat. adolescentia: rast): vrijeme dozrijevanja u </w:t>
            </w:r>
            <w:r>
              <w:rPr>
                <w:rFonts w:cs="Calibri"/>
                <w:color w:val="000000"/>
                <w:sz w:val="40"/>
                <w:szCs w:val="40"/>
                <w:lang w:val="hr-HR"/>
              </w:rPr>
              <w:lastRenderedPageBreak/>
              <w:t>kojem jača osjećaj osobne odgovornosti, povjerenje u samoga sebe i želja za slobodom.</w:t>
            </w:r>
          </w:p>
          <w:p w14:paraId="739D89FA" w14:textId="32AA6D82" w:rsidR="00F65FB8" w:rsidRDefault="00F65FB8" w:rsidP="00216DBD">
            <w:pPr>
              <w:widowControl w:val="0"/>
              <w:spacing w:after="100" w:line="240" w:lineRule="auto"/>
              <w:jc w:val="right"/>
            </w:pPr>
            <w:r>
              <w:rPr>
                <w:rFonts w:cs="Calibri"/>
                <w:color w:val="6B6B6B"/>
                <w:sz w:val="20"/>
                <w:szCs w:val="20"/>
                <w:lang w:val="hr-HR"/>
              </w:rPr>
              <w:t>Ukorak s Isusom, str. 12 – pojmovnik.</w:t>
            </w:r>
          </w:p>
        </w:tc>
      </w:tr>
    </w:tbl>
    <w:p w14:paraId="45A346C6" w14:textId="77777777" w:rsidR="0033721B" w:rsidRDefault="0033721B">
      <w:pPr>
        <w:keepNext/>
        <w:spacing w:line="20" w:lineRule="exact"/>
        <w:jc w:val="both"/>
        <w:rPr>
          <w:sz w:val="2"/>
        </w:rPr>
      </w:pPr>
    </w:p>
    <w:p w14:paraId="4B7D50CA" w14:textId="77777777" w:rsidR="00216DBD" w:rsidRDefault="00216DBD">
      <w:pPr>
        <w:keepNext/>
        <w:spacing w:after="80" w:line="240" w:lineRule="auto"/>
        <w:jc w:val="both"/>
        <w:rPr>
          <w:rFonts w:cs="Calibri"/>
          <w:color w:val="000000"/>
          <w:lang w:val="hr-HR"/>
        </w:rPr>
      </w:pPr>
    </w:p>
    <w:p w14:paraId="388E7D05" w14:textId="093B8581" w:rsidR="0033721B" w:rsidRDefault="007E2CBA">
      <w:pPr>
        <w:keepNext/>
        <w:spacing w:after="80" w:line="240" w:lineRule="auto"/>
        <w:jc w:val="both"/>
        <w:rPr>
          <w:rFonts w:cs="Calibri"/>
          <w:color w:val="000000"/>
          <w:lang w:val="hr-HR"/>
        </w:rPr>
      </w:pPr>
      <w:r>
        <w:rPr>
          <w:rFonts w:cs="Calibri"/>
          <w:color w:val="000000"/>
          <w:lang w:val="hr-HR"/>
        </w:rPr>
        <w:t>Shematski prikaz i ključni naglasci:</w:t>
      </w:r>
    </w:p>
    <w:p w14:paraId="30D446EB" w14:textId="77777777" w:rsidR="00F65FB8" w:rsidRDefault="00F65FB8">
      <w:pPr>
        <w:keepNext/>
        <w:spacing w:after="80" w:line="240" w:lineRule="auto"/>
        <w:jc w:val="both"/>
      </w:pPr>
    </w:p>
    <w:p w14:paraId="4D5EF192" w14:textId="60AE372D" w:rsidR="0033721B" w:rsidRDefault="00A25F4A">
      <w:pPr>
        <w:spacing w:after="100" w:line="240" w:lineRule="auto"/>
        <w:jc w:val="center"/>
      </w:pPr>
      <w:r w:rsidRPr="00A25F4A">
        <w:rPr>
          <w:noProof/>
        </w:rPr>
        <w:drawing>
          <wp:inline distT="0" distB="0" distL="0" distR="0" wp14:anchorId="1687B1C3" wp14:editId="6AF5F727">
            <wp:extent cx="5032800" cy="3240000"/>
            <wp:effectExtent l="0" t="0" r="0" b="0"/>
            <wp:docPr id="7081063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06355" name=""/>
                    <pic:cNvPicPr/>
                  </pic:nvPicPr>
                  <pic:blipFill>
                    <a:blip r:embed="rId9"/>
                    <a:stretch>
                      <a:fillRect/>
                    </a:stretch>
                  </pic:blipFill>
                  <pic:spPr>
                    <a:xfrm>
                      <a:off x="0" y="0"/>
                      <a:ext cx="5032800" cy="3240000"/>
                    </a:xfrm>
                    <a:prstGeom prst="rect">
                      <a:avLst/>
                    </a:prstGeom>
                  </pic:spPr>
                </pic:pic>
              </a:graphicData>
            </a:graphic>
          </wp:inline>
        </w:drawing>
      </w:r>
    </w:p>
    <w:p w14:paraId="6FFF5952" w14:textId="77777777" w:rsidR="00F65FB8" w:rsidRDefault="00F65FB8">
      <w:pPr>
        <w:spacing w:after="80" w:line="240" w:lineRule="auto"/>
        <w:jc w:val="both"/>
        <w:rPr>
          <w:rFonts w:cs="Calibri"/>
          <w:color w:val="000000"/>
          <w:sz w:val="40"/>
          <w:szCs w:val="40"/>
          <w:lang w:val="hr-HR"/>
        </w:rPr>
      </w:pPr>
    </w:p>
    <w:p w14:paraId="4E665630" w14:textId="511C9CF1" w:rsidR="0033721B" w:rsidRPr="00F65FB8" w:rsidRDefault="00F65FB8">
      <w:pPr>
        <w:spacing w:after="80" w:line="240" w:lineRule="auto"/>
        <w:jc w:val="both"/>
        <w:rPr>
          <w:sz w:val="40"/>
          <w:szCs w:val="40"/>
        </w:rPr>
      </w:pPr>
      <w:r w:rsidRPr="00C75960">
        <w:rPr>
          <w:b/>
          <w:color w:val="1F6D3A"/>
          <w:sz w:val="40"/>
          <w:szCs w:val="40"/>
        </w:rPr>
        <w:t xml:space="preserve">Kršćanski naglasak: </w:t>
      </w:r>
      <w:r w:rsidR="007E2CBA" w:rsidRPr="00F65FB8">
        <w:rPr>
          <w:rFonts w:cs="Calibri"/>
          <w:color w:val="000000"/>
          <w:sz w:val="40"/>
          <w:szCs w:val="40"/>
          <w:lang w:val="hr-HR"/>
        </w:rPr>
        <w:t>Bog nas poznaje i ljubi kao jedinstvene osobe. Rast uključuje tijelo, duševnost i duhovnost; ta su područja povezana. Krštenjem ulazimo u novi život u Kristu, a u njegovoj milosti rastemo molitvom, sakramentima i djelima ljubavi. Svoje darove razvijamo odgovorno i uz pomoć drugih.</w:t>
      </w:r>
    </w:p>
    <w:p w14:paraId="47055BB5" w14:textId="77777777" w:rsidR="0033721B" w:rsidRDefault="007E2CBA">
      <w:pPr>
        <w:keepNext/>
        <w:spacing w:before="160" w:after="80" w:line="240" w:lineRule="auto"/>
        <w:jc w:val="both"/>
      </w:pPr>
      <w:r>
        <w:rPr>
          <w:rFonts w:cs="Calibri"/>
          <w:b/>
          <w:color w:val="C96A00"/>
          <w:sz w:val="26"/>
          <w:szCs w:val="26"/>
          <w:lang w:val="hr-HR"/>
        </w:rPr>
        <w:t>Aktivnost 3: Jedna nota koja nedostaje</w:t>
      </w:r>
      <w:r>
        <w:rPr>
          <w:rFonts w:cs="Calibri"/>
          <w:i/>
          <w:color w:val="6B6B6B"/>
          <w:sz w:val="20"/>
          <w:szCs w:val="20"/>
          <w:lang w:val="hr-HR"/>
        </w:rPr>
        <w:t xml:space="preserve"> (individualni rad i rad u paru, 6 minuta)</w:t>
      </w:r>
    </w:p>
    <w:p w14:paraId="339C1AA7" w14:textId="764E217E" w:rsidR="0033721B" w:rsidRDefault="007E2CBA">
      <w:pPr>
        <w:keepNext/>
        <w:spacing w:after="80" w:line="240" w:lineRule="auto"/>
        <w:jc w:val="both"/>
      </w:pPr>
      <w:r>
        <w:rPr>
          <w:rFonts w:cs="Calibri"/>
          <w:color w:val="000000"/>
          <w:lang w:val="hr-HR"/>
        </w:rPr>
        <w:t>Individualni rad. Učenici će pročitati izdvojenu misao iz udžbenika</w:t>
      </w:r>
      <w:r w:rsidR="005C623E">
        <w:rPr>
          <w:rFonts w:cs="Calibri"/>
          <w:color w:val="000000"/>
          <w:lang w:val="hr-HR"/>
        </w:rPr>
        <w:t>, str. 12</w:t>
      </w:r>
      <w:r>
        <w:rPr>
          <w:rFonts w:cs="Calibri"/>
          <w:color w:val="000000"/>
          <w:lang w:val="hr-HR"/>
        </w:rPr>
        <w:t>, prepoznati jednu sposobnost ili osobinu koju mogu razvijati i napisati kako njome mogu pridonijeti zajednici. U paru će provjeriti je li naveden konkretan primjer uporabe dara.</w:t>
      </w:r>
    </w:p>
    <w:p w14:paraId="06B741BA"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Moguće rješenje: Dar: pažljivo slušanje. Razvoj: saslušati do kraja bez upadanja u riječ. Doprinos: izdvojiti vrijeme za vršnjaka kojemu je teško. Prihvaća se svaki stvaran i obrazložen primjer.</w:t>
      </w:r>
    </w:p>
    <w:p w14:paraId="15A3561C" w14:textId="77777777" w:rsidR="00A25F4A" w:rsidRDefault="00A25F4A">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0F0FA770" w14:textId="77777777">
        <w:trPr>
          <w:jc w:val="center"/>
        </w:trPr>
        <w:tc>
          <w:tcPr>
            <w:tcW w:w="10347" w:type="dxa"/>
            <w:shd w:val="clear" w:color="auto" w:fill="46437E"/>
          </w:tcPr>
          <w:p w14:paraId="3F6133DE" w14:textId="60919DC5" w:rsidR="0033721B" w:rsidRDefault="005C623E">
            <w:pPr>
              <w:keepNext/>
              <w:spacing w:before="65" w:after="65" w:line="240" w:lineRule="auto"/>
              <w:ind w:left="85" w:right="85"/>
              <w:jc w:val="center"/>
            </w:pPr>
            <w:r w:rsidRPr="00A25F4A">
              <w:rPr>
                <w:rFonts w:cs="Calibri"/>
                <w:b/>
                <w:color w:val="FFFFFF"/>
                <w:sz w:val="40"/>
                <w:szCs w:val="40"/>
                <w:lang w:val="hr-HR"/>
              </w:rPr>
              <w:t>ANTHONY DE MELLO</w:t>
            </w:r>
            <w:r w:rsidR="00A25F4A" w:rsidRPr="00A25F4A">
              <w:rPr>
                <w:rFonts w:cs="Calibri"/>
                <w:bCs/>
                <w:color w:val="FFFFFF"/>
                <w:sz w:val="20"/>
                <w:szCs w:val="20"/>
                <w:lang w:val="hr-HR"/>
              </w:rPr>
              <w:t>, indijski isusovački svećenik i psihoterapeut</w:t>
            </w:r>
          </w:p>
        </w:tc>
      </w:tr>
      <w:tr w:rsidR="0033721B" w14:paraId="52B4862D" w14:textId="77777777">
        <w:trPr>
          <w:jc w:val="center"/>
        </w:trPr>
        <w:tc>
          <w:tcPr>
            <w:tcW w:w="10347" w:type="dxa"/>
            <w:shd w:val="clear" w:color="auto" w:fill="F3F6FA"/>
          </w:tcPr>
          <w:p w14:paraId="66973AB8" w14:textId="2F682606" w:rsidR="00A25F4A" w:rsidRPr="005C623E" w:rsidRDefault="007E2CBA" w:rsidP="005C623E">
            <w:pPr>
              <w:spacing w:before="65" w:after="65" w:line="240" w:lineRule="auto"/>
              <w:ind w:left="85" w:right="85"/>
              <w:jc w:val="both"/>
              <w:rPr>
                <w:rFonts w:cs="Calibri"/>
                <w:color w:val="000000"/>
                <w:sz w:val="40"/>
                <w:szCs w:val="40"/>
                <w:lang w:val="hr-HR"/>
              </w:rPr>
            </w:pPr>
            <w:r>
              <w:rPr>
                <w:rFonts w:cs="Calibri"/>
                <w:color w:val="000000"/>
                <w:sz w:val="40"/>
                <w:szCs w:val="40"/>
                <w:lang w:val="hr-HR"/>
              </w:rPr>
              <w:t>Kao što simfonija treba svaku notu, kao što knjiga treba svaku riječ, tako i čovječanstvo treba tebe.</w:t>
            </w:r>
          </w:p>
        </w:tc>
      </w:tr>
    </w:tbl>
    <w:p w14:paraId="728C4450" w14:textId="77777777" w:rsidR="0033721B" w:rsidRDefault="0033721B">
      <w:pPr>
        <w:keepNext/>
        <w:spacing w:line="20" w:lineRule="exact"/>
        <w:jc w:val="both"/>
        <w:rPr>
          <w:sz w:val="2"/>
        </w:rPr>
      </w:pPr>
    </w:p>
    <w:p w14:paraId="71117DE0" w14:textId="77777777" w:rsidR="00A25F4A" w:rsidRDefault="00A25F4A" w:rsidP="00A25F4A">
      <w:pPr>
        <w:spacing w:after="0"/>
      </w:pPr>
    </w:p>
    <w:p w14:paraId="0A259459" w14:textId="43A391FE" w:rsidR="0033721B" w:rsidRDefault="00A25F4A" w:rsidP="00A25F4A">
      <w:r>
        <w:lastRenderedPageBreak/>
        <w:t>Radni pre</w:t>
      </w:r>
      <w:r w:rsidR="00031E64">
        <w:t>d</w:t>
      </w:r>
      <w:r>
        <w:t>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28"/>
        <w:gridCol w:w="6409"/>
      </w:tblGrid>
      <w:tr w:rsidR="0033721B" w14:paraId="3BA84D8D" w14:textId="77777777" w:rsidTr="00A25F4A">
        <w:trPr>
          <w:jc w:val="center"/>
        </w:trPr>
        <w:tc>
          <w:tcPr>
            <w:tcW w:w="3932" w:type="dxa"/>
            <w:shd w:val="clear" w:color="auto" w:fill="8064A2"/>
          </w:tcPr>
          <w:p w14:paraId="5EB8C15E" w14:textId="77777777" w:rsidR="0033721B" w:rsidRDefault="007E2CBA">
            <w:pPr>
              <w:keepNext/>
              <w:spacing w:before="65" w:after="65" w:line="240" w:lineRule="auto"/>
              <w:ind w:left="85" w:right="85"/>
              <w:jc w:val="center"/>
            </w:pPr>
            <w:r>
              <w:rPr>
                <w:rFonts w:cs="Calibri"/>
                <w:b/>
                <w:color w:val="FFFFFF"/>
                <w:sz w:val="40"/>
                <w:szCs w:val="40"/>
                <w:lang w:val="hr-HR"/>
              </w:rPr>
              <w:t>MOJ DAR</w:t>
            </w:r>
          </w:p>
        </w:tc>
        <w:tc>
          <w:tcPr>
            <w:tcW w:w="6415" w:type="dxa"/>
            <w:shd w:val="clear" w:color="auto" w:fill="4472C4"/>
          </w:tcPr>
          <w:p w14:paraId="70DF2556" w14:textId="77777777" w:rsidR="0033721B" w:rsidRDefault="007E2CBA">
            <w:pPr>
              <w:keepNext/>
              <w:spacing w:before="65" w:after="65" w:line="240" w:lineRule="auto"/>
              <w:ind w:left="85" w:right="85"/>
              <w:jc w:val="center"/>
            </w:pPr>
            <w:r>
              <w:rPr>
                <w:rFonts w:cs="Calibri"/>
                <w:b/>
                <w:color w:val="FFFFFF"/>
                <w:sz w:val="40"/>
                <w:szCs w:val="40"/>
                <w:lang w:val="hr-HR"/>
              </w:rPr>
              <w:t>RAZVIJAM GA ZA DOBRO</w:t>
            </w:r>
          </w:p>
        </w:tc>
      </w:tr>
      <w:tr w:rsidR="0033721B" w14:paraId="333F8910" w14:textId="77777777" w:rsidTr="00A25F4A">
        <w:trPr>
          <w:jc w:val="center"/>
        </w:trPr>
        <w:tc>
          <w:tcPr>
            <w:tcW w:w="3932" w:type="dxa"/>
          </w:tcPr>
          <w:p w14:paraId="42B3F70F" w14:textId="4F86479F" w:rsidR="0033721B" w:rsidRDefault="007E2CBA" w:rsidP="00A25F4A">
            <w:pPr>
              <w:spacing w:before="65" w:after="65" w:line="240" w:lineRule="auto"/>
              <w:ind w:left="85" w:right="85"/>
              <w:jc w:val="center"/>
            </w:pPr>
            <w:r>
              <w:rPr>
                <w:rFonts w:cs="Calibri"/>
                <w:color w:val="000000"/>
                <w:sz w:val="24"/>
                <w:szCs w:val="24"/>
                <w:lang w:val="hr-HR"/>
              </w:rPr>
              <w:t>_______________</w:t>
            </w:r>
            <w:r w:rsidR="00A25F4A">
              <w:rPr>
                <w:rFonts w:cs="Calibri"/>
                <w:color w:val="000000"/>
                <w:sz w:val="24"/>
                <w:szCs w:val="24"/>
                <w:lang w:val="hr-HR"/>
              </w:rPr>
              <w:t>_____________</w:t>
            </w:r>
            <w:r>
              <w:rPr>
                <w:rFonts w:cs="Calibri"/>
                <w:color w:val="000000"/>
                <w:sz w:val="24"/>
                <w:szCs w:val="24"/>
                <w:lang w:val="hr-HR"/>
              </w:rPr>
              <w:t>___</w:t>
            </w:r>
          </w:p>
        </w:tc>
        <w:tc>
          <w:tcPr>
            <w:tcW w:w="6415" w:type="dxa"/>
          </w:tcPr>
          <w:p w14:paraId="0D19D651" w14:textId="6FF02D65" w:rsidR="0033721B" w:rsidRDefault="007E2CBA" w:rsidP="00216DBD">
            <w:pPr>
              <w:spacing w:before="65" w:after="65" w:line="360" w:lineRule="auto"/>
              <w:ind w:left="85" w:right="85"/>
              <w:jc w:val="center"/>
            </w:pPr>
            <w:r>
              <w:rPr>
                <w:rFonts w:cs="Calibri"/>
                <w:color w:val="000000"/>
                <w:sz w:val="24"/>
                <w:szCs w:val="24"/>
                <w:lang w:val="hr-HR"/>
              </w:rPr>
              <w:t>_________________</w:t>
            </w:r>
            <w:r w:rsidR="00A25F4A">
              <w:rPr>
                <w:rFonts w:cs="Calibri"/>
                <w:color w:val="000000"/>
                <w:sz w:val="24"/>
                <w:szCs w:val="24"/>
                <w:lang w:val="hr-HR"/>
              </w:rPr>
              <w:t>____________________________</w:t>
            </w:r>
            <w:r>
              <w:rPr>
                <w:rFonts w:cs="Calibri"/>
                <w:color w:val="000000"/>
                <w:sz w:val="24"/>
                <w:szCs w:val="24"/>
                <w:lang w:val="hr-HR"/>
              </w:rPr>
              <w:t>_______</w:t>
            </w:r>
            <w:r>
              <w:rPr>
                <w:rFonts w:cs="Calibri"/>
                <w:color w:val="000000"/>
                <w:sz w:val="40"/>
                <w:szCs w:val="40"/>
                <w:lang w:val="hr-HR"/>
              </w:rPr>
              <w:br/>
            </w:r>
            <w:r>
              <w:rPr>
                <w:rFonts w:cs="Calibri"/>
                <w:color w:val="000000"/>
                <w:sz w:val="24"/>
                <w:szCs w:val="24"/>
                <w:lang w:val="hr-HR"/>
              </w:rPr>
              <w:t>______</w:t>
            </w:r>
            <w:r w:rsidR="00A25F4A">
              <w:rPr>
                <w:rFonts w:cs="Calibri"/>
                <w:color w:val="000000"/>
                <w:sz w:val="24"/>
                <w:szCs w:val="24"/>
                <w:lang w:val="hr-HR"/>
              </w:rPr>
              <w:t>____________________________</w:t>
            </w:r>
            <w:r>
              <w:rPr>
                <w:rFonts w:cs="Calibri"/>
                <w:color w:val="000000"/>
                <w:sz w:val="24"/>
                <w:szCs w:val="24"/>
                <w:lang w:val="hr-HR"/>
              </w:rPr>
              <w:t>__________________</w:t>
            </w:r>
          </w:p>
        </w:tc>
      </w:tr>
    </w:tbl>
    <w:p w14:paraId="277A0806" w14:textId="77777777" w:rsidR="0033721B" w:rsidRDefault="0033721B">
      <w:pPr>
        <w:keepNext/>
        <w:spacing w:line="20" w:lineRule="exact"/>
        <w:jc w:val="both"/>
        <w:rPr>
          <w:sz w:val="2"/>
        </w:rPr>
      </w:pPr>
    </w:p>
    <w:p w14:paraId="0F92A686" w14:textId="0D516442"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080B1C14" w14:textId="77777777" w:rsidR="0033721B" w:rsidRDefault="007E2CBA">
      <w:pPr>
        <w:numPr>
          <w:ilvl w:val="0"/>
          <w:numId w:val="41"/>
        </w:numPr>
        <w:spacing w:after="40" w:line="240" w:lineRule="auto"/>
        <w:jc w:val="both"/>
      </w:pPr>
      <w:r>
        <w:rPr>
          <w:rFonts w:cs="Calibri"/>
          <w:color w:val="000000"/>
          <w:lang w:val="hr-HR"/>
        </w:rPr>
        <w:t>Znači li ta misao da morate biti najbolji kako biste bili potrebni?</w:t>
      </w:r>
      <w:r>
        <w:rPr>
          <w:rFonts w:cs="Calibri"/>
          <w:color w:val="6B6B6B"/>
          <w:sz w:val="18"/>
          <w:szCs w:val="18"/>
          <w:lang w:val="hr-HR"/>
        </w:rPr>
        <w:t xml:space="preserve"> (Ne. Svaka osoba ima dostojanstvo i može pridonijeti zajedništvu; darovi se razlikuju i razvijaju.)</w:t>
      </w:r>
    </w:p>
    <w:p w14:paraId="2D40E3FD" w14:textId="77777777" w:rsidR="0033721B" w:rsidRDefault="007E2CBA">
      <w:pPr>
        <w:keepNext/>
        <w:spacing w:before="160" w:after="80" w:line="240" w:lineRule="auto"/>
        <w:jc w:val="both"/>
      </w:pPr>
      <w:r>
        <w:rPr>
          <w:rFonts w:cs="Calibri"/>
          <w:b/>
          <w:color w:val="C96A00"/>
          <w:sz w:val="26"/>
          <w:szCs w:val="26"/>
          <w:lang w:val="hr-HR"/>
        </w:rPr>
        <w:t>Aktivnost 4: Teološko sidro – rast u Kristu</w:t>
      </w:r>
      <w:r>
        <w:rPr>
          <w:rFonts w:cs="Calibri"/>
          <w:i/>
          <w:color w:val="6B6B6B"/>
          <w:sz w:val="20"/>
          <w:szCs w:val="20"/>
          <w:lang w:val="hr-HR"/>
        </w:rPr>
        <w:t xml:space="preserve"> (frontalni rad i zajednički razgovor, 3 minute)</w:t>
      </w:r>
    </w:p>
    <w:p w14:paraId="2D7727A5" w14:textId="77777777" w:rsidR="0033721B" w:rsidRDefault="007E2CBA">
      <w:pPr>
        <w:spacing w:after="80" w:line="240" w:lineRule="auto"/>
        <w:jc w:val="both"/>
        <w:rPr>
          <w:rFonts w:cs="Calibri"/>
          <w:color w:val="000000"/>
          <w:lang w:val="hr-HR"/>
        </w:rPr>
      </w:pPr>
      <w:r>
        <w:rPr>
          <w:rFonts w:cs="Calibri"/>
          <w:color w:val="000000"/>
          <w:lang w:val="hr-HR"/>
        </w:rPr>
        <w:t>Zajednički rad. Učenici će saslušati kratko vjeroučiteljevo tumačenje i povezati jednu njegovu poruku s primjerom iz vlastitoga ili zamišljenoga života.</w:t>
      </w:r>
    </w:p>
    <w:p w14:paraId="3F22128A" w14:textId="77777777" w:rsidR="005C623E" w:rsidRDefault="005C623E">
      <w:pPr>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4BEDF381" w14:textId="77777777">
        <w:trPr>
          <w:jc w:val="center"/>
        </w:trPr>
        <w:tc>
          <w:tcPr>
            <w:tcW w:w="10347" w:type="dxa"/>
            <w:shd w:val="clear" w:color="auto" w:fill="F4FBF5"/>
          </w:tcPr>
          <w:p w14:paraId="4F38AA66" w14:textId="77777777" w:rsidR="0033721B" w:rsidRDefault="007E2CBA">
            <w:pPr>
              <w:spacing w:before="65" w:after="65" w:line="240" w:lineRule="auto"/>
              <w:ind w:left="85" w:right="85"/>
              <w:jc w:val="both"/>
            </w:pPr>
            <w:r>
              <w:rPr>
                <w:rFonts w:cs="Calibri"/>
                <w:color w:val="000000"/>
                <w:lang w:val="hr-HR"/>
              </w:rPr>
              <w:t>Isus je pravi Bog i pravi čovjek: njegovo nam odrastanje pokazuje vrijednost ljudskoga rasta. Svaki je čovjek stvoren na Božju sliku i vrijedan ljubavi. Krštenjem postajemo djeca Božja i članovi Crkve te primamo novi život u Kristu. Duhovni rast znači surađivati s Božjom milošću: moliti, živjeti sakramentalno i sve više ljubiti poput Krista. Samostalnost uključuje odgovornost i spremnost primiti pomoć.</w:t>
            </w:r>
          </w:p>
        </w:tc>
      </w:tr>
    </w:tbl>
    <w:p w14:paraId="02A37DA6" w14:textId="77777777" w:rsidR="0033721B" w:rsidRDefault="0033721B">
      <w:pPr>
        <w:keepNext/>
        <w:spacing w:line="20" w:lineRule="exact"/>
        <w:jc w:val="both"/>
        <w:rPr>
          <w:sz w:val="2"/>
        </w:rPr>
      </w:pPr>
    </w:p>
    <w:p w14:paraId="5517FE5A" w14:textId="192E2109" w:rsidR="0033721B" w:rsidRDefault="007E2CBA">
      <w:pPr>
        <w:keepNext/>
        <w:spacing w:after="80" w:line="240" w:lineRule="auto"/>
        <w:jc w:val="both"/>
      </w:pPr>
      <w:r>
        <w:rPr>
          <w:rFonts w:cs="Calibri"/>
          <w:color w:val="000000"/>
          <w:lang w:val="hr-HR"/>
        </w:rPr>
        <w:t>Razgovor</w:t>
      </w:r>
      <w:r w:rsidR="005C623E">
        <w:rPr>
          <w:rFonts w:cs="Calibri"/>
          <w:color w:val="000000"/>
          <w:lang w:val="hr-HR"/>
        </w:rPr>
        <w:t>:</w:t>
      </w:r>
    </w:p>
    <w:p w14:paraId="1485B39E" w14:textId="77777777" w:rsidR="0033721B" w:rsidRDefault="007E2CBA">
      <w:pPr>
        <w:numPr>
          <w:ilvl w:val="0"/>
          <w:numId w:val="41"/>
        </w:numPr>
        <w:spacing w:after="40" w:line="240" w:lineRule="auto"/>
        <w:jc w:val="both"/>
      </w:pPr>
      <w:r>
        <w:rPr>
          <w:rFonts w:cs="Calibri"/>
          <w:color w:val="000000"/>
          <w:lang w:val="hr-HR"/>
        </w:rPr>
        <w:t>Kako biste povezali molitvu i odgovorno djelovanje?</w:t>
      </w:r>
      <w:r>
        <w:rPr>
          <w:rFonts w:cs="Calibri"/>
          <w:color w:val="6B6B6B"/>
          <w:sz w:val="18"/>
          <w:szCs w:val="18"/>
          <w:lang w:val="hr-HR"/>
        </w:rPr>
        <w:t xml:space="preserve"> (Molitva nas otvara Bogu i njegovoj pomoći; ono što vjerujemo pokazujemo istinoljubivošću, opraštanjem i brigom za druge.)</w:t>
      </w:r>
    </w:p>
    <w:p w14:paraId="6848749C" w14:textId="77777777" w:rsidR="0033721B" w:rsidRDefault="007E2CBA">
      <w:pPr>
        <w:keepNext/>
        <w:spacing w:before="160" w:after="80" w:line="240" w:lineRule="auto"/>
        <w:jc w:val="both"/>
      </w:pPr>
      <w:r>
        <w:rPr>
          <w:rFonts w:cs="Calibri"/>
          <w:b/>
          <w:color w:val="C96A00"/>
          <w:sz w:val="26"/>
          <w:szCs w:val="26"/>
          <w:lang w:val="hr-HR"/>
        </w:rPr>
        <w:t>Aktivnost 5: PROSUDI – dokaz zrelosti</w:t>
      </w:r>
      <w:r>
        <w:rPr>
          <w:rFonts w:cs="Calibri"/>
          <w:i/>
          <w:color w:val="6B6B6B"/>
          <w:sz w:val="20"/>
          <w:szCs w:val="20"/>
          <w:lang w:val="hr-HR"/>
        </w:rPr>
        <w:t xml:space="preserve"> (rad u paru i zajednički razgovor, 5 minuta)</w:t>
      </w:r>
    </w:p>
    <w:p w14:paraId="3EAE7810" w14:textId="77777777" w:rsidR="0033721B" w:rsidRDefault="007E2CBA">
      <w:pPr>
        <w:spacing w:after="80" w:line="240" w:lineRule="auto"/>
        <w:jc w:val="both"/>
        <w:rPr>
          <w:rFonts w:cs="Calibri"/>
          <w:color w:val="000000"/>
          <w:lang w:val="hr-HR"/>
        </w:rPr>
      </w:pPr>
      <w:r>
        <w:rPr>
          <w:rFonts w:cs="Calibri"/>
          <w:color w:val="000000"/>
          <w:lang w:val="hr-HR"/>
        </w:rPr>
        <w:t>Rad u paru. Učenici će pročitati zamišljenu situaciju i usmeno oblikovati odgovor koji će sadržavati odluku, razlog i vezu s rastom u Kristu.</w:t>
      </w:r>
    </w:p>
    <w:p w14:paraId="7955A266" w14:textId="77777777" w:rsidR="005C623E" w:rsidRDefault="005C623E">
      <w:pPr>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3F0B8572" w14:textId="77777777">
        <w:trPr>
          <w:jc w:val="center"/>
        </w:trPr>
        <w:tc>
          <w:tcPr>
            <w:tcW w:w="10347" w:type="dxa"/>
            <w:shd w:val="clear" w:color="auto" w:fill="46437E"/>
          </w:tcPr>
          <w:p w14:paraId="4640CD29" w14:textId="77777777" w:rsidR="0033721B" w:rsidRDefault="007E2CBA">
            <w:pPr>
              <w:keepNext/>
              <w:spacing w:before="65" w:after="65" w:line="240" w:lineRule="auto"/>
              <w:ind w:left="85" w:right="85"/>
              <w:jc w:val="center"/>
            </w:pPr>
            <w:r>
              <w:rPr>
                <w:rFonts w:cs="Calibri"/>
                <w:b/>
                <w:color w:val="FFFFFF"/>
                <w:sz w:val="40"/>
                <w:szCs w:val="40"/>
                <w:lang w:val="hr-HR"/>
              </w:rPr>
              <w:t>MORA LI SE SAMOSTALNOST DOKAZIVATI PRKOSOM?</w:t>
            </w:r>
          </w:p>
        </w:tc>
      </w:tr>
      <w:tr w:rsidR="0033721B" w14:paraId="22D50D7A" w14:textId="77777777">
        <w:trPr>
          <w:jc w:val="center"/>
        </w:trPr>
        <w:tc>
          <w:tcPr>
            <w:tcW w:w="10347" w:type="dxa"/>
            <w:shd w:val="clear" w:color="auto" w:fill="F3F6FA"/>
          </w:tcPr>
          <w:p w14:paraId="2C648BD7"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Vršnjaci nagovaraju Luku da ode na dogovoreno druženje bez javljanja roditeljima. Govore mu: „Ako tražiš dopuštenje, još si dijete.“ Luka želi više samostalnosti, ali zna da se dogovorio kada će doći kući.</w:t>
            </w:r>
          </w:p>
          <w:p w14:paraId="380B414E" w14:textId="73AC7C58" w:rsidR="00031E64" w:rsidRDefault="00031E64" w:rsidP="00031E64">
            <w:pPr>
              <w:spacing w:after="100" w:line="240" w:lineRule="auto"/>
              <w:jc w:val="right"/>
            </w:pPr>
            <w:r>
              <w:rPr>
                <w:rFonts w:cs="Calibri"/>
                <w:color w:val="6B6B6B"/>
                <w:sz w:val="20"/>
                <w:szCs w:val="20"/>
                <w:lang w:val="hr-HR"/>
              </w:rPr>
              <w:t>Zamišljena životna situacija.</w:t>
            </w:r>
          </w:p>
        </w:tc>
      </w:tr>
    </w:tbl>
    <w:p w14:paraId="6272C760" w14:textId="77777777" w:rsidR="0033721B" w:rsidRDefault="0033721B">
      <w:pPr>
        <w:keepNext/>
        <w:spacing w:line="20" w:lineRule="exact"/>
        <w:jc w:val="both"/>
        <w:rPr>
          <w:sz w:val="2"/>
        </w:rPr>
      </w:pPr>
    </w:p>
    <w:p w14:paraId="05C9B1EF" w14:textId="067FE90F"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25BBD5DF" w14:textId="77777777" w:rsidR="0033721B" w:rsidRDefault="007E2CBA">
      <w:pPr>
        <w:numPr>
          <w:ilvl w:val="0"/>
          <w:numId w:val="41"/>
        </w:numPr>
        <w:spacing w:after="40" w:line="240" w:lineRule="auto"/>
        <w:jc w:val="both"/>
      </w:pPr>
      <w:r>
        <w:rPr>
          <w:rFonts w:cs="Calibri"/>
          <w:color w:val="000000"/>
          <w:lang w:val="hr-HR"/>
        </w:rPr>
        <w:t>Što se u toj situaciji prikazuje kao dokaz zrelosti?</w:t>
      </w:r>
      <w:r>
        <w:rPr>
          <w:rFonts w:cs="Calibri"/>
          <w:color w:val="6B6B6B"/>
          <w:sz w:val="18"/>
          <w:szCs w:val="18"/>
          <w:lang w:val="hr-HR"/>
        </w:rPr>
        <w:t xml:space="preserve"> (Prekršiti dogovor i zanemariti roditelje kako bi se dobilo odobravanje vršnjaka.)</w:t>
      </w:r>
    </w:p>
    <w:p w14:paraId="3208A0C2" w14:textId="77777777" w:rsidR="0033721B" w:rsidRDefault="007E2CBA">
      <w:pPr>
        <w:numPr>
          <w:ilvl w:val="0"/>
          <w:numId w:val="41"/>
        </w:numPr>
        <w:spacing w:after="40" w:line="240" w:lineRule="auto"/>
        <w:jc w:val="both"/>
      </w:pPr>
      <w:r>
        <w:rPr>
          <w:rFonts w:cs="Calibri"/>
          <w:color w:val="000000"/>
          <w:lang w:val="hr-HR"/>
        </w:rPr>
        <w:t>Koji biste odgovoran postupak predložili i zašto?</w:t>
      </w:r>
      <w:r>
        <w:rPr>
          <w:rFonts w:cs="Calibri"/>
          <w:color w:val="6B6B6B"/>
          <w:sz w:val="18"/>
          <w:szCs w:val="18"/>
          <w:lang w:val="hr-HR"/>
        </w:rPr>
        <w:t xml:space="preserve"> (Luka može odbiti nagovor, javiti se roditeljima i dogovoriti promjenu plana; time povezuje slobodu s povjerenjem i odgovornošću.)</w:t>
      </w:r>
    </w:p>
    <w:p w14:paraId="100BF6AA" w14:textId="77777777" w:rsidR="0033721B" w:rsidRDefault="007E2CBA">
      <w:pPr>
        <w:numPr>
          <w:ilvl w:val="0"/>
          <w:numId w:val="41"/>
        </w:numPr>
        <w:spacing w:after="40" w:line="240" w:lineRule="auto"/>
        <w:jc w:val="both"/>
      </w:pPr>
      <w:r>
        <w:rPr>
          <w:rFonts w:cs="Calibri"/>
          <w:color w:val="000000"/>
          <w:lang w:val="hr-HR"/>
        </w:rPr>
        <w:t>Kako taj izbor povezujete s rastom u Kristu?</w:t>
      </w:r>
      <w:r>
        <w:rPr>
          <w:rFonts w:cs="Calibri"/>
          <w:color w:val="6B6B6B"/>
          <w:sz w:val="18"/>
          <w:szCs w:val="18"/>
          <w:lang w:val="hr-HR"/>
        </w:rPr>
        <w:t xml:space="preserve"> (Uključuje istinoljubivost, poštovanje drugih i vjernost obećanju, a ne podilaženje pritisku.)</w:t>
      </w:r>
    </w:p>
    <w:p w14:paraId="36029679" w14:textId="77777777" w:rsidR="0033721B" w:rsidRDefault="007E2CBA" w:rsidP="00031E64">
      <w:pPr>
        <w:widowControl w:val="0"/>
        <w:spacing w:before="160" w:after="80" w:line="240" w:lineRule="auto"/>
        <w:jc w:val="both"/>
      </w:pPr>
      <w:r>
        <w:rPr>
          <w:rFonts w:cs="Calibri"/>
          <w:b/>
          <w:color w:val="C96A00"/>
          <w:sz w:val="26"/>
          <w:szCs w:val="26"/>
          <w:lang w:val="hr-HR"/>
        </w:rPr>
        <w:t>Aktivnost 6: Narasti dobar</w:t>
      </w:r>
      <w:r>
        <w:rPr>
          <w:rFonts w:cs="Calibri"/>
          <w:i/>
          <w:color w:val="6B6B6B"/>
          <w:sz w:val="20"/>
          <w:szCs w:val="20"/>
          <w:lang w:val="hr-HR"/>
        </w:rPr>
        <w:t xml:space="preserve"> (individualni rad i zajednički razgovor, 7 minuta)</w:t>
      </w:r>
    </w:p>
    <w:p w14:paraId="1C537B13" w14:textId="4F01DE34" w:rsidR="0033721B" w:rsidRDefault="007E2CBA" w:rsidP="00031E64">
      <w:pPr>
        <w:widowControl w:val="0"/>
        <w:spacing w:after="80" w:line="240" w:lineRule="auto"/>
        <w:jc w:val="both"/>
      </w:pPr>
      <w:r>
        <w:rPr>
          <w:rFonts w:cs="Calibri"/>
          <w:color w:val="000000"/>
          <w:lang w:val="hr-HR"/>
        </w:rPr>
        <w:t>Individualni rad. Učenici će pročitati pjesmu Stjepana Lice</w:t>
      </w:r>
      <w:r w:rsidR="00031E64">
        <w:rPr>
          <w:rFonts w:cs="Calibri"/>
          <w:color w:val="000000"/>
          <w:lang w:val="hr-HR"/>
        </w:rPr>
        <w:t>-a</w:t>
      </w:r>
      <w:r>
        <w:rPr>
          <w:rFonts w:cs="Calibri"/>
          <w:color w:val="000000"/>
          <w:lang w:val="hr-HR"/>
        </w:rPr>
        <w:t>, izabrati dva stiha i u radni predložak prevesti njihovu poruku u konkretan postupak. Zajednički će usporediti tjelesni rast i rast u dobroti.</w:t>
      </w:r>
    </w:p>
    <w:p w14:paraId="0414FCB8" w14:textId="2B944E8B" w:rsidR="00031E64" w:rsidRPr="00216DBD" w:rsidRDefault="007E2CBA" w:rsidP="00216DBD">
      <w:pPr>
        <w:widowControl w:val="0"/>
        <w:spacing w:after="80" w:line="240" w:lineRule="auto"/>
        <w:jc w:val="both"/>
        <w:rPr>
          <w:rFonts w:cs="Calibri"/>
          <w:color w:val="6B6B6B"/>
          <w:sz w:val="20"/>
          <w:szCs w:val="20"/>
          <w:lang w:val="hr-HR"/>
        </w:rPr>
      </w:pPr>
      <w:r>
        <w:rPr>
          <w:rFonts w:cs="Calibri"/>
          <w:color w:val="6B6B6B"/>
          <w:sz w:val="20"/>
          <w:szCs w:val="20"/>
          <w:lang w:val="hr-HR"/>
        </w:rPr>
        <w:t>Moguće rješenje: „Budi prijatelj svakom“ – uključiti vršnjaka koji je ostao sam; „Ne daj da ti grubost i suze zamute oči“ – nakon povrede potražiti pomoć i odgovoriti bez osvete. Osjećaje ne treba potiskivati; važno je kako ćemo s njima postupiti.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33721B" w14:paraId="462B5008" w14:textId="77777777" w:rsidTr="00031E64">
        <w:trPr>
          <w:jc w:val="center"/>
        </w:trPr>
        <w:tc>
          <w:tcPr>
            <w:tcW w:w="10347" w:type="dxa"/>
            <w:gridSpan w:val="2"/>
            <w:shd w:val="clear" w:color="auto" w:fill="46437E"/>
          </w:tcPr>
          <w:p w14:paraId="622BD22F" w14:textId="77777777" w:rsidR="0033721B" w:rsidRDefault="007E2CBA">
            <w:pPr>
              <w:keepNext/>
              <w:spacing w:before="65" w:after="65" w:line="240" w:lineRule="auto"/>
              <w:ind w:left="85" w:right="85"/>
              <w:jc w:val="center"/>
            </w:pPr>
            <w:r>
              <w:rPr>
                <w:rFonts w:cs="Calibri"/>
                <w:b/>
                <w:color w:val="FFFFFF"/>
                <w:sz w:val="40"/>
                <w:szCs w:val="40"/>
                <w:lang w:val="hr-HR"/>
              </w:rPr>
              <w:lastRenderedPageBreak/>
              <w:t>NARASTI DOBAR</w:t>
            </w:r>
          </w:p>
        </w:tc>
      </w:tr>
      <w:tr w:rsidR="0033721B" w14:paraId="5765C048" w14:textId="77777777" w:rsidTr="00031E64">
        <w:trPr>
          <w:jc w:val="center"/>
        </w:trPr>
        <w:tc>
          <w:tcPr>
            <w:tcW w:w="5174" w:type="dxa"/>
            <w:shd w:val="clear" w:color="auto" w:fill="F3F6FA"/>
          </w:tcPr>
          <w:p w14:paraId="06AA1F85" w14:textId="77777777" w:rsidR="0033721B" w:rsidRDefault="007E2CBA">
            <w:pPr>
              <w:spacing w:before="65" w:after="65" w:line="240" w:lineRule="auto"/>
              <w:ind w:left="85" w:right="85"/>
              <w:jc w:val="both"/>
            </w:pPr>
            <w:r>
              <w:rPr>
                <w:rFonts w:cs="Calibri"/>
                <w:color w:val="000000"/>
                <w:sz w:val="40"/>
                <w:szCs w:val="40"/>
                <w:lang w:val="hr-HR"/>
              </w:rPr>
              <w:t>Tvoje su srce</w:t>
            </w:r>
            <w:r>
              <w:rPr>
                <w:rFonts w:cs="Calibri"/>
                <w:color w:val="000000"/>
                <w:sz w:val="40"/>
                <w:szCs w:val="40"/>
                <w:lang w:val="hr-HR"/>
              </w:rPr>
              <w:br/>
              <w:t>isprele tople ruke,</w:t>
            </w:r>
            <w:r>
              <w:rPr>
                <w:rFonts w:cs="Calibri"/>
                <w:color w:val="000000"/>
                <w:sz w:val="40"/>
                <w:szCs w:val="40"/>
                <w:lang w:val="hr-HR"/>
              </w:rPr>
              <w:br/>
              <w:t>vedrinu ti utkale</w:t>
            </w:r>
            <w:r>
              <w:rPr>
                <w:rFonts w:cs="Calibri"/>
                <w:color w:val="000000"/>
                <w:sz w:val="40"/>
                <w:szCs w:val="40"/>
                <w:lang w:val="hr-HR"/>
              </w:rPr>
              <w:br/>
              <w:t>u obraze i snove.</w:t>
            </w:r>
            <w:r>
              <w:rPr>
                <w:rFonts w:cs="Calibri"/>
                <w:color w:val="000000"/>
                <w:sz w:val="40"/>
                <w:szCs w:val="40"/>
                <w:lang w:val="hr-HR"/>
              </w:rPr>
              <w:br/>
              <w:t>Tebi preostaje</w:t>
            </w:r>
            <w:r>
              <w:rPr>
                <w:rFonts w:cs="Calibri"/>
                <w:color w:val="000000"/>
                <w:sz w:val="40"/>
                <w:szCs w:val="40"/>
                <w:lang w:val="hr-HR"/>
              </w:rPr>
              <w:br/>
              <w:t>samo jedno – da rasteš.</w:t>
            </w:r>
            <w:r>
              <w:rPr>
                <w:rFonts w:cs="Calibri"/>
                <w:color w:val="000000"/>
                <w:sz w:val="40"/>
                <w:szCs w:val="40"/>
                <w:lang w:val="hr-HR"/>
              </w:rPr>
              <w:br/>
              <w:t>Narasti dobar.</w:t>
            </w:r>
          </w:p>
          <w:p w14:paraId="4787F846" w14:textId="77777777" w:rsidR="0033721B" w:rsidRDefault="007E2CBA">
            <w:pPr>
              <w:spacing w:before="65" w:after="65" w:line="240" w:lineRule="auto"/>
              <w:ind w:left="85" w:right="85"/>
              <w:jc w:val="both"/>
            </w:pPr>
            <w:r>
              <w:rPr>
                <w:rFonts w:cs="Calibri"/>
                <w:color w:val="000000"/>
                <w:sz w:val="40"/>
                <w:szCs w:val="40"/>
                <w:lang w:val="hr-HR"/>
              </w:rPr>
              <w:t>Tvoji su dani</w:t>
            </w:r>
            <w:r>
              <w:rPr>
                <w:rFonts w:cs="Calibri"/>
                <w:color w:val="000000"/>
                <w:sz w:val="40"/>
                <w:szCs w:val="40"/>
                <w:lang w:val="hr-HR"/>
              </w:rPr>
              <w:br/>
              <w:t>vjetrovite ptice</w:t>
            </w:r>
            <w:r>
              <w:rPr>
                <w:rFonts w:cs="Calibri"/>
                <w:color w:val="000000"/>
                <w:sz w:val="40"/>
                <w:szCs w:val="40"/>
                <w:lang w:val="hr-HR"/>
              </w:rPr>
              <w:br/>
              <w:t>i ne znaš</w:t>
            </w:r>
            <w:r>
              <w:rPr>
                <w:rFonts w:cs="Calibri"/>
                <w:color w:val="000000"/>
                <w:sz w:val="40"/>
                <w:szCs w:val="40"/>
                <w:lang w:val="hr-HR"/>
              </w:rPr>
              <w:br/>
              <w:t>što će sutra biti,</w:t>
            </w:r>
            <w:r>
              <w:rPr>
                <w:rFonts w:cs="Calibri"/>
                <w:color w:val="000000"/>
                <w:sz w:val="40"/>
                <w:szCs w:val="40"/>
                <w:lang w:val="hr-HR"/>
              </w:rPr>
              <w:br/>
              <w:t>ali ti možeš jedno,</w:t>
            </w:r>
            <w:r>
              <w:rPr>
                <w:rFonts w:cs="Calibri"/>
                <w:color w:val="000000"/>
                <w:sz w:val="40"/>
                <w:szCs w:val="40"/>
                <w:lang w:val="hr-HR"/>
              </w:rPr>
              <w:br/>
              <w:t>ti možeš ono pravo –</w:t>
            </w:r>
            <w:r>
              <w:rPr>
                <w:rFonts w:cs="Calibri"/>
                <w:color w:val="000000"/>
                <w:sz w:val="40"/>
                <w:szCs w:val="40"/>
                <w:lang w:val="hr-HR"/>
              </w:rPr>
              <w:br/>
              <w:t>narasti dobar.</w:t>
            </w:r>
          </w:p>
        </w:tc>
        <w:tc>
          <w:tcPr>
            <w:tcW w:w="5173" w:type="dxa"/>
            <w:shd w:val="clear" w:color="auto" w:fill="F3F6FA"/>
          </w:tcPr>
          <w:p w14:paraId="464C6FCB" w14:textId="77777777" w:rsidR="0033721B" w:rsidRDefault="007E2CBA">
            <w:pPr>
              <w:spacing w:before="65" w:after="65" w:line="240" w:lineRule="auto"/>
              <w:ind w:left="85" w:right="85"/>
              <w:jc w:val="both"/>
            </w:pPr>
            <w:r>
              <w:rPr>
                <w:rFonts w:cs="Calibri"/>
                <w:color w:val="000000"/>
                <w:sz w:val="40"/>
                <w:szCs w:val="40"/>
                <w:lang w:val="hr-HR"/>
              </w:rPr>
              <w:t>Ne daj</w:t>
            </w:r>
            <w:r>
              <w:rPr>
                <w:rFonts w:cs="Calibri"/>
                <w:color w:val="000000"/>
                <w:sz w:val="40"/>
                <w:szCs w:val="40"/>
                <w:lang w:val="hr-HR"/>
              </w:rPr>
              <w:br/>
              <w:t>da ti grubost i suze</w:t>
            </w:r>
            <w:r>
              <w:rPr>
                <w:rFonts w:cs="Calibri"/>
                <w:color w:val="000000"/>
                <w:sz w:val="40"/>
                <w:szCs w:val="40"/>
                <w:lang w:val="hr-HR"/>
              </w:rPr>
              <w:br/>
              <w:t>zamute oči.</w:t>
            </w:r>
            <w:r>
              <w:rPr>
                <w:rFonts w:cs="Calibri"/>
                <w:color w:val="000000"/>
                <w:sz w:val="40"/>
                <w:szCs w:val="40"/>
                <w:lang w:val="hr-HR"/>
              </w:rPr>
              <w:br/>
              <w:t>Iz njih blagi potok</w:t>
            </w:r>
            <w:r>
              <w:rPr>
                <w:rFonts w:cs="Calibri"/>
                <w:color w:val="000000"/>
                <w:sz w:val="40"/>
                <w:szCs w:val="40"/>
                <w:lang w:val="hr-HR"/>
              </w:rPr>
              <w:br/>
              <w:t>uvijek neka teče.</w:t>
            </w:r>
            <w:r>
              <w:rPr>
                <w:rFonts w:cs="Calibri"/>
                <w:color w:val="000000"/>
                <w:sz w:val="40"/>
                <w:szCs w:val="40"/>
                <w:lang w:val="hr-HR"/>
              </w:rPr>
              <w:br/>
              <w:t>Samo tako ćeš, vjeruj,</w:t>
            </w:r>
            <w:r>
              <w:rPr>
                <w:rFonts w:cs="Calibri"/>
                <w:color w:val="000000"/>
                <w:sz w:val="40"/>
                <w:szCs w:val="40"/>
                <w:lang w:val="hr-HR"/>
              </w:rPr>
              <w:br/>
              <w:t>narasti velik,</w:t>
            </w:r>
            <w:r>
              <w:rPr>
                <w:rFonts w:cs="Calibri"/>
                <w:color w:val="000000"/>
                <w:sz w:val="40"/>
                <w:szCs w:val="40"/>
                <w:lang w:val="hr-HR"/>
              </w:rPr>
              <w:br/>
              <w:t>narasti dobar.</w:t>
            </w:r>
          </w:p>
          <w:p w14:paraId="11B91163"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Budi prijatelj svakom</w:t>
            </w:r>
            <w:r>
              <w:rPr>
                <w:rFonts w:cs="Calibri"/>
                <w:color w:val="000000"/>
                <w:sz w:val="40"/>
                <w:szCs w:val="40"/>
                <w:lang w:val="hr-HR"/>
              </w:rPr>
              <w:br/>
              <w:t>i čuvaj u sebi</w:t>
            </w:r>
            <w:r>
              <w:rPr>
                <w:rFonts w:cs="Calibri"/>
                <w:color w:val="000000"/>
                <w:sz w:val="40"/>
                <w:szCs w:val="40"/>
                <w:lang w:val="hr-HR"/>
              </w:rPr>
              <w:br/>
              <w:t>sve što je bilo lijepo</w:t>
            </w:r>
            <w:r>
              <w:rPr>
                <w:rFonts w:cs="Calibri"/>
                <w:color w:val="000000"/>
                <w:sz w:val="40"/>
                <w:szCs w:val="40"/>
                <w:lang w:val="hr-HR"/>
              </w:rPr>
              <w:br/>
              <w:t>i sve što si htio</w:t>
            </w:r>
            <w:r>
              <w:rPr>
                <w:rFonts w:cs="Calibri"/>
                <w:color w:val="000000"/>
                <w:sz w:val="40"/>
                <w:szCs w:val="40"/>
                <w:lang w:val="hr-HR"/>
              </w:rPr>
              <w:br/>
              <w:t>i sve što si snio.</w:t>
            </w:r>
            <w:r>
              <w:rPr>
                <w:rFonts w:cs="Calibri"/>
                <w:color w:val="000000"/>
                <w:sz w:val="40"/>
                <w:szCs w:val="40"/>
                <w:lang w:val="hr-HR"/>
              </w:rPr>
              <w:br/>
              <w:t>I rasti hrabro.</w:t>
            </w:r>
            <w:r>
              <w:rPr>
                <w:rFonts w:cs="Calibri"/>
                <w:color w:val="000000"/>
                <w:sz w:val="40"/>
                <w:szCs w:val="40"/>
                <w:lang w:val="hr-HR"/>
              </w:rPr>
              <w:br/>
              <w:t>Narasti dobar.</w:t>
            </w:r>
          </w:p>
          <w:p w14:paraId="7D699AD4" w14:textId="03DCAB48" w:rsidR="00031E64" w:rsidRDefault="00031E64" w:rsidP="00031E64">
            <w:pPr>
              <w:spacing w:before="65" w:after="65" w:line="240" w:lineRule="auto"/>
              <w:ind w:left="85" w:right="85"/>
              <w:jc w:val="right"/>
            </w:pPr>
            <w:r>
              <w:rPr>
                <w:rFonts w:cs="Calibri"/>
                <w:color w:val="6B6B6B"/>
                <w:sz w:val="20"/>
                <w:szCs w:val="20"/>
                <w:lang w:val="hr-HR"/>
              </w:rPr>
              <w:t>Stjepan Lice; Ukorak s Isusom, str. 13.</w:t>
            </w:r>
          </w:p>
        </w:tc>
      </w:tr>
    </w:tbl>
    <w:p w14:paraId="758E815D" w14:textId="77777777" w:rsidR="0033721B" w:rsidRDefault="0033721B">
      <w:pPr>
        <w:keepNext/>
        <w:spacing w:line="20" w:lineRule="exact"/>
        <w:jc w:val="both"/>
        <w:rPr>
          <w:sz w:val="2"/>
        </w:rPr>
      </w:pPr>
    </w:p>
    <w:p w14:paraId="00843C29" w14:textId="77777777" w:rsidR="00031E64" w:rsidRDefault="00031E64" w:rsidP="00031E64"/>
    <w:p w14:paraId="57EF5E0C" w14:textId="14F7C66F" w:rsidR="00031E64" w:rsidRDefault="00031E64" w:rsidP="00031E64">
      <w:pPr>
        <w:spacing w:after="0"/>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35"/>
        <w:gridCol w:w="6202"/>
      </w:tblGrid>
      <w:tr w:rsidR="0033721B" w14:paraId="4E09072E" w14:textId="77777777" w:rsidTr="00031E64">
        <w:trPr>
          <w:cantSplit/>
          <w:jc w:val="center"/>
        </w:trPr>
        <w:tc>
          <w:tcPr>
            <w:tcW w:w="4143" w:type="dxa"/>
            <w:shd w:val="clear" w:color="auto" w:fill="8064A2"/>
          </w:tcPr>
          <w:p w14:paraId="34877861" w14:textId="77777777" w:rsidR="0033721B" w:rsidRDefault="007E2CBA" w:rsidP="00031E64">
            <w:pPr>
              <w:keepNext/>
              <w:spacing w:after="65" w:line="240" w:lineRule="auto"/>
              <w:ind w:left="85" w:right="85"/>
              <w:jc w:val="center"/>
            </w:pPr>
            <w:r>
              <w:rPr>
                <w:rFonts w:cs="Calibri"/>
                <w:b/>
                <w:color w:val="FFFFFF"/>
                <w:sz w:val="40"/>
                <w:szCs w:val="40"/>
                <w:lang w:val="hr-HR"/>
              </w:rPr>
              <w:t>STIH</w:t>
            </w:r>
          </w:p>
        </w:tc>
        <w:tc>
          <w:tcPr>
            <w:tcW w:w="6214" w:type="dxa"/>
            <w:shd w:val="clear" w:color="auto" w:fill="4472C4"/>
          </w:tcPr>
          <w:p w14:paraId="4C21F6E2" w14:textId="77777777" w:rsidR="0033721B" w:rsidRDefault="007E2CBA" w:rsidP="00031E64">
            <w:pPr>
              <w:keepNext/>
              <w:spacing w:after="65" w:line="240" w:lineRule="auto"/>
              <w:ind w:left="85" w:right="85"/>
              <w:jc w:val="center"/>
            </w:pPr>
            <w:r>
              <w:rPr>
                <w:rFonts w:cs="Calibri"/>
                <w:b/>
                <w:color w:val="FFFFFF"/>
                <w:sz w:val="40"/>
                <w:szCs w:val="40"/>
                <w:lang w:val="hr-HR"/>
              </w:rPr>
              <w:t>POSTUPAK U SVAKODNEVICI</w:t>
            </w:r>
          </w:p>
        </w:tc>
      </w:tr>
      <w:tr w:rsidR="0033721B" w14:paraId="4D68395D" w14:textId="77777777" w:rsidTr="00031E64">
        <w:trPr>
          <w:cantSplit/>
          <w:jc w:val="center"/>
        </w:trPr>
        <w:tc>
          <w:tcPr>
            <w:tcW w:w="4143" w:type="dxa"/>
          </w:tcPr>
          <w:p w14:paraId="4B6549B3" w14:textId="0F1A9E25" w:rsidR="0033721B" w:rsidRDefault="007E2CBA" w:rsidP="00031E64">
            <w:pPr>
              <w:spacing w:after="65" w:line="240" w:lineRule="auto"/>
              <w:ind w:left="85" w:right="85"/>
              <w:jc w:val="center"/>
            </w:pPr>
            <w:r>
              <w:rPr>
                <w:rFonts w:cs="Calibri"/>
                <w:color w:val="000000"/>
                <w:sz w:val="24"/>
                <w:szCs w:val="24"/>
                <w:lang w:val="hr-HR"/>
              </w:rPr>
              <w:t>________________</w:t>
            </w:r>
            <w:r w:rsidR="00031E64">
              <w:rPr>
                <w:rFonts w:cs="Calibri"/>
                <w:color w:val="000000"/>
                <w:sz w:val="24"/>
                <w:szCs w:val="24"/>
                <w:lang w:val="hr-HR"/>
              </w:rPr>
              <w:t>_____________</w:t>
            </w:r>
            <w:r>
              <w:rPr>
                <w:rFonts w:cs="Calibri"/>
                <w:color w:val="000000"/>
                <w:sz w:val="24"/>
                <w:szCs w:val="24"/>
                <w:lang w:val="hr-HR"/>
              </w:rPr>
              <w:t>____</w:t>
            </w:r>
          </w:p>
        </w:tc>
        <w:tc>
          <w:tcPr>
            <w:tcW w:w="6214" w:type="dxa"/>
          </w:tcPr>
          <w:p w14:paraId="07C937A4" w14:textId="2D91E487" w:rsidR="0033721B" w:rsidRDefault="007E2CBA" w:rsidP="00031E64">
            <w:pPr>
              <w:spacing w:after="65" w:line="240" w:lineRule="auto"/>
              <w:ind w:left="85" w:right="85"/>
              <w:jc w:val="center"/>
            </w:pPr>
            <w:r>
              <w:rPr>
                <w:rFonts w:cs="Calibri"/>
                <w:color w:val="000000"/>
                <w:sz w:val="24"/>
                <w:szCs w:val="24"/>
                <w:lang w:val="hr-HR"/>
              </w:rPr>
              <w:t>_________________</w:t>
            </w:r>
            <w:r w:rsidR="00031E64">
              <w:rPr>
                <w:rFonts w:cs="Calibri"/>
                <w:color w:val="000000"/>
                <w:sz w:val="24"/>
                <w:szCs w:val="24"/>
                <w:lang w:val="hr-HR"/>
              </w:rPr>
              <w:t>__________________________</w:t>
            </w:r>
            <w:r>
              <w:rPr>
                <w:rFonts w:cs="Calibri"/>
                <w:color w:val="000000"/>
                <w:sz w:val="24"/>
                <w:szCs w:val="24"/>
                <w:lang w:val="hr-HR"/>
              </w:rPr>
              <w:t>_______</w:t>
            </w:r>
            <w:r>
              <w:rPr>
                <w:rFonts w:cs="Calibri"/>
                <w:color w:val="000000"/>
                <w:sz w:val="40"/>
                <w:szCs w:val="40"/>
                <w:lang w:val="hr-HR"/>
              </w:rPr>
              <w:br/>
            </w:r>
            <w:r>
              <w:rPr>
                <w:rFonts w:cs="Calibri"/>
                <w:color w:val="000000"/>
                <w:sz w:val="24"/>
                <w:szCs w:val="24"/>
                <w:lang w:val="hr-HR"/>
              </w:rPr>
              <w:t>_________________</w:t>
            </w:r>
            <w:r w:rsidR="00031E64">
              <w:rPr>
                <w:rFonts w:cs="Calibri"/>
                <w:color w:val="000000"/>
                <w:sz w:val="24"/>
                <w:szCs w:val="24"/>
                <w:lang w:val="hr-HR"/>
              </w:rPr>
              <w:t>__________________________</w:t>
            </w:r>
            <w:r>
              <w:rPr>
                <w:rFonts w:cs="Calibri"/>
                <w:color w:val="000000"/>
                <w:sz w:val="24"/>
                <w:szCs w:val="24"/>
                <w:lang w:val="hr-HR"/>
              </w:rPr>
              <w:t>_______</w:t>
            </w:r>
          </w:p>
        </w:tc>
      </w:tr>
      <w:tr w:rsidR="0033721B" w14:paraId="67C71E5A" w14:textId="77777777" w:rsidTr="00031E64">
        <w:trPr>
          <w:cantSplit/>
          <w:jc w:val="center"/>
        </w:trPr>
        <w:tc>
          <w:tcPr>
            <w:tcW w:w="4143" w:type="dxa"/>
            <w:shd w:val="clear" w:color="auto" w:fill="F7FBF7"/>
          </w:tcPr>
          <w:p w14:paraId="326D73C3" w14:textId="170030AF" w:rsidR="0033721B" w:rsidRDefault="007E2CBA" w:rsidP="00031E64">
            <w:pPr>
              <w:spacing w:after="65" w:line="240" w:lineRule="auto"/>
              <w:ind w:left="85" w:right="85"/>
              <w:jc w:val="center"/>
            </w:pPr>
            <w:r>
              <w:rPr>
                <w:rFonts w:cs="Calibri"/>
                <w:color w:val="000000"/>
                <w:sz w:val="24"/>
                <w:szCs w:val="24"/>
                <w:lang w:val="hr-HR"/>
              </w:rPr>
              <w:t>_____________</w:t>
            </w:r>
            <w:r w:rsidR="00031E64">
              <w:rPr>
                <w:rFonts w:cs="Calibri"/>
                <w:color w:val="000000"/>
                <w:sz w:val="24"/>
                <w:szCs w:val="24"/>
                <w:lang w:val="hr-HR"/>
              </w:rPr>
              <w:t>_____________</w:t>
            </w:r>
            <w:r>
              <w:rPr>
                <w:rFonts w:cs="Calibri"/>
                <w:color w:val="000000"/>
                <w:sz w:val="24"/>
                <w:szCs w:val="24"/>
                <w:lang w:val="hr-HR"/>
              </w:rPr>
              <w:t>_______</w:t>
            </w:r>
          </w:p>
        </w:tc>
        <w:tc>
          <w:tcPr>
            <w:tcW w:w="6214" w:type="dxa"/>
            <w:shd w:val="clear" w:color="auto" w:fill="F7FBF7"/>
          </w:tcPr>
          <w:p w14:paraId="2BFEC48D" w14:textId="03F702C2" w:rsidR="0033721B" w:rsidRDefault="00031E64" w:rsidP="00031E64">
            <w:pPr>
              <w:spacing w:after="65" w:line="240" w:lineRule="auto"/>
              <w:ind w:left="85" w:right="85"/>
              <w:jc w:val="center"/>
            </w:pPr>
            <w:r>
              <w:rPr>
                <w:rFonts w:cs="Calibri"/>
                <w:color w:val="000000"/>
                <w:sz w:val="24"/>
                <w:szCs w:val="24"/>
                <w:lang w:val="hr-HR"/>
              </w:rPr>
              <w:t>__________________________________________________</w:t>
            </w:r>
            <w:r>
              <w:rPr>
                <w:rFonts w:cs="Calibri"/>
                <w:color w:val="000000"/>
                <w:sz w:val="40"/>
                <w:szCs w:val="40"/>
                <w:lang w:val="hr-HR"/>
              </w:rPr>
              <w:br/>
            </w:r>
            <w:r>
              <w:rPr>
                <w:rFonts w:cs="Calibri"/>
                <w:color w:val="000000"/>
                <w:sz w:val="24"/>
                <w:szCs w:val="24"/>
                <w:lang w:val="hr-HR"/>
              </w:rPr>
              <w:t>__________________________________________________</w:t>
            </w:r>
          </w:p>
        </w:tc>
      </w:tr>
    </w:tbl>
    <w:p w14:paraId="5CE44753" w14:textId="77777777" w:rsidR="0033721B" w:rsidRDefault="0033721B">
      <w:pPr>
        <w:keepNext/>
        <w:spacing w:line="20" w:lineRule="exact"/>
        <w:jc w:val="both"/>
        <w:rPr>
          <w:sz w:val="2"/>
        </w:rPr>
      </w:pPr>
    </w:p>
    <w:p w14:paraId="3C9112D2" w14:textId="741C96F3"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248BC9B3" w14:textId="77777777" w:rsidR="0033721B" w:rsidRDefault="007E2CBA">
      <w:pPr>
        <w:numPr>
          <w:ilvl w:val="0"/>
          <w:numId w:val="41"/>
        </w:numPr>
        <w:spacing w:after="40" w:line="240" w:lineRule="auto"/>
        <w:jc w:val="both"/>
      </w:pPr>
      <w:r>
        <w:rPr>
          <w:rFonts w:cs="Calibri"/>
          <w:color w:val="000000"/>
          <w:lang w:val="hr-HR"/>
        </w:rPr>
        <w:t>Što možete birati iako ne znate što će biti sutra?</w:t>
      </w:r>
      <w:r>
        <w:rPr>
          <w:rFonts w:cs="Calibri"/>
          <w:color w:val="6B6B6B"/>
          <w:sz w:val="18"/>
          <w:szCs w:val="18"/>
          <w:lang w:val="hr-HR"/>
        </w:rPr>
        <w:t xml:space="preserve"> (Način na koji ćete postupati prema drugima i razvijati dobrotu.)</w:t>
      </w:r>
    </w:p>
    <w:p w14:paraId="21C58F7A" w14:textId="77777777" w:rsidR="0033721B" w:rsidRDefault="007E2CBA">
      <w:pPr>
        <w:numPr>
          <w:ilvl w:val="0"/>
          <w:numId w:val="41"/>
        </w:numPr>
        <w:spacing w:after="40" w:line="240" w:lineRule="auto"/>
        <w:jc w:val="both"/>
      </w:pPr>
      <w:r>
        <w:rPr>
          <w:rFonts w:cs="Calibri"/>
          <w:color w:val="000000"/>
          <w:lang w:val="hr-HR"/>
        </w:rPr>
        <w:t>Kako dobrotu iz pjesme povezujete s Kristovim primjerom?</w:t>
      </w:r>
      <w:r>
        <w:rPr>
          <w:rFonts w:cs="Calibri"/>
          <w:color w:val="6B6B6B"/>
          <w:sz w:val="18"/>
          <w:szCs w:val="18"/>
          <w:lang w:val="hr-HR"/>
        </w:rPr>
        <w:t xml:space="preserve"> (Krist nas uči ljubiti, opraštati i biti blizu drugima; rast u dobroti pokazuje se postupcima.)</w:t>
      </w:r>
    </w:p>
    <w:p w14:paraId="331DFEAF" w14:textId="77777777" w:rsidR="0033721B" w:rsidRDefault="007E2CBA" w:rsidP="00031E64">
      <w:pPr>
        <w:widowControl w:val="0"/>
        <w:spacing w:before="160" w:after="80" w:line="240" w:lineRule="auto"/>
        <w:jc w:val="both"/>
      </w:pPr>
      <w:r>
        <w:rPr>
          <w:rFonts w:cs="Calibri"/>
          <w:b/>
          <w:color w:val="C96A00"/>
          <w:sz w:val="26"/>
          <w:szCs w:val="26"/>
          <w:lang w:val="hr-HR"/>
        </w:rPr>
        <w:t>Aktivnost 7: Koliko prostora dajemo tuđem mišljenju</w:t>
      </w:r>
      <w:r>
        <w:rPr>
          <w:rFonts w:cs="Calibri"/>
          <w:i/>
          <w:color w:val="6B6B6B"/>
          <w:sz w:val="20"/>
          <w:szCs w:val="20"/>
          <w:lang w:val="hr-HR"/>
        </w:rPr>
        <w:t xml:space="preserve"> (rad u paru – razlikovanje savjeta i pritiska, 7 minuta)</w:t>
      </w:r>
    </w:p>
    <w:p w14:paraId="20C03E5E" w14:textId="77777777" w:rsidR="0033721B" w:rsidRDefault="007E2CBA" w:rsidP="00031E64">
      <w:pPr>
        <w:widowControl w:val="0"/>
        <w:spacing w:after="80" w:line="240" w:lineRule="auto"/>
        <w:jc w:val="both"/>
      </w:pPr>
      <w:r>
        <w:rPr>
          <w:rFonts w:cs="Calibri"/>
          <w:color w:val="000000"/>
          <w:lang w:val="hr-HR"/>
        </w:rPr>
        <w:t>Rad u paru. Učenici će pročitati popratni tekst i razlikovati koristan savjet od omalovažavanja. Za jedan primjer objasnit će treba li ga prihvatiti i na čemu temelje procjenu.</w:t>
      </w:r>
    </w:p>
    <w:p w14:paraId="0A2557DF" w14:textId="77777777" w:rsidR="0033721B" w:rsidRDefault="007E2CBA" w:rsidP="00031E64">
      <w:pPr>
        <w:widowControl w:val="0"/>
        <w:spacing w:after="80" w:line="240" w:lineRule="auto"/>
        <w:jc w:val="both"/>
        <w:rPr>
          <w:rFonts w:cs="Calibri"/>
          <w:color w:val="6B6B6B"/>
          <w:sz w:val="20"/>
          <w:szCs w:val="20"/>
          <w:lang w:val="hr-HR"/>
        </w:rPr>
      </w:pPr>
      <w:r>
        <w:rPr>
          <w:rFonts w:cs="Calibri"/>
          <w:color w:val="6B6B6B"/>
          <w:sz w:val="20"/>
          <w:szCs w:val="20"/>
          <w:lang w:val="hr-HR"/>
        </w:rPr>
        <w:t>Moguće rješenje: Savjet „Vježbajte, jer možete napredovati“ može pomoći razvoju dara; poruka „Niste vrijedni ako niste popularni“ ne određuje vrijednost osobe. Koristan savjet procjenjuje postupak i otvara mogućnost napretka, bez ponižavanja osobe.</w:t>
      </w:r>
    </w:p>
    <w:p w14:paraId="4DFA250A" w14:textId="77777777" w:rsidR="00031E64" w:rsidRDefault="00031E64" w:rsidP="00031E64">
      <w:pPr>
        <w:widowControl w:val="0"/>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438AB179" w14:textId="77777777" w:rsidTr="00031E64">
        <w:trPr>
          <w:jc w:val="center"/>
        </w:trPr>
        <w:tc>
          <w:tcPr>
            <w:tcW w:w="10347" w:type="dxa"/>
            <w:shd w:val="clear" w:color="auto" w:fill="46437E"/>
          </w:tcPr>
          <w:p w14:paraId="55A8B092" w14:textId="77777777" w:rsidR="0033721B" w:rsidRDefault="007E2CBA">
            <w:pPr>
              <w:keepNext/>
              <w:spacing w:before="65" w:after="65" w:line="240" w:lineRule="auto"/>
              <w:ind w:left="85" w:right="85"/>
              <w:jc w:val="center"/>
            </w:pPr>
            <w:r>
              <w:rPr>
                <w:rFonts w:cs="Calibri"/>
                <w:b/>
                <w:color w:val="FFFFFF"/>
                <w:sz w:val="40"/>
                <w:szCs w:val="40"/>
                <w:lang w:val="hr-HR"/>
              </w:rPr>
              <w:lastRenderedPageBreak/>
              <w:t>ŠTO DRUGI MISLE O MENI?</w:t>
            </w:r>
          </w:p>
        </w:tc>
      </w:tr>
      <w:tr w:rsidR="0033721B" w14:paraId="08F03AEB" w14:textId="77777777" w:rsidTr="00031E64">
        <w:trPr>
          <w:jc w:val="center"/>
        </w:trPr>
        <w:tc>
          <w:tcPr>
            <w:tcW w:w="10347" w:type="dxa"/>
            <w:shd w:val="clear" w:color="auto" w:fill="F3F6FA"/>
          </w:tcPr>
          <w:p w14:paraId="55BBBE73"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Jednoga su mudrog čovjeka pitali koliko mu je važno što drugi misle o njemu. Nasmiješio se i rekao: »Do moje dvadesete godine nije me bilo briga što drugi misle o meni. Nakon dvadesete stalno sam se brinuo oko toga što ljudi misle o meni! I onda sam jednoga dana, negdje nakon pedesete godine života, shvatio da oni gotovo nikad nisu ni razmišljali o meni. I od tada se ne brinem o tome što drugi misle o meni…«</w:t>
            </w:r>
          </w:p>
          <w:p w14:paraId="3AC74008" w14:textId="1DDDA008" w:rsidR="00031E64" w:rsidRDefault="00031E64" w:rsidP="00031E64">
            <w:pPr>
              <w:spacing w:after="100" w:line="240" w:lineRule="auto"/>
              <w:jc w:val="right"/>
            </w:pPr>
            <w:r>
              <w:rPr>
                <w:rFonts w:cs="Calibri"/>
                <w:color w:val="6B6B6B"/>
                <w:sz w:val="20"/>
                <w:szCs w:val="20"/>
                <w:lang w:val="hr-HR"/>
              </w:rPr>
              <w:t>nepoznati autor; Ukorak s Isusom, str. 13.</w:t>
            </w:r>
          </w:p>
        </w:tc>
      </w:tr>
    </w:tbl>
    <w:p w14:paraId="0310EBD8" w14:textId="77777777" w:rsidR="0033721B" w:rsidRDefault="0033721B">
      <w:pPr>
        <w:keepNext/>
        <w:spacing w:line="20" w:lineRule="exact"/>
        <w:jc w:val="both"/>
        <w:rPr>
          <w:sz w:val="2"/>
        </w:rPr>
      </w:pPr>
    </w:p>
    <w:p w14:paraId="634E6313" w14:textId="07D7D274"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513BACD0" w14:textId="77777777" w:rsidR="0033721B" w:rsidRDefault="007E2CBA">
      <w:pPr>
        <w:numPr>
          <w:ilvl w:val="0"/>
          <w:numId w:val="41"/>
        </w:numPr>
        <w:spacing w:after="40" w:line="240" w:lineRule="auto"/>
        <w:jc w:val="both"/>
      </w:pPr>
      <w:r>
        <w:rPr>
          <w:rFonts w:cs="Calibri"/>
          <w:color w:val="000000"/>
          <w:lang w:val="hr-HR"/>
        </w:rPr>
        <w:t>Što priča preuveličavanjem želi istaknuti?</w:t>
      </w:r>
      <w:r>
        <w:rPr>
          <w:rFonts w:cs="Calibri"/>
          <w:color w:val="6B6B6B"/>
          <w:sz w:val="18"/>
          <w:szCs w:val="18"/>
          <w:lang w:val="hr-HR"/>
        </w:rPr>
        <w:t xml:space="preserve"> (Koliko nas briga o tuđem dojmu može zaokupiti. Navedene godine pripadaju priči i nisu pravilo razvoja.)</w:t>
      </w:r>
    </w:p>
    <w:p w14:paraId="79618A64" w14:textId="77777777" w:rsidR="0033721B" w:rsidRDefault="007E2CBA">
      <w:pPr>
        <w:numPr>
          <w:ilvl w:val="0"/>
          <w:numId w:val="41"/>
        </w:numPr>
        <w:spacing w:after="40" w:line="240" w:lineRule="auto"/>
        <w:jc w:val="both"/>
      </w:pPr>
      <w:r>
        <w:rPr>
          <w:rFonts w:cs="Calibri"/>
          <w:color w:val="000000"/>
          <w:lang w:val="hr-HR"/>
        </w:rPr>
        <w:t>Znači li poruka da ne trebate slušati ničiji savjet?</w:t>
      </w:r>
      <w:r>
        <w:rPr>
          <w:rFonts w:cs="Calibri"/>
          <w:color w:val="6B6B6B"/>
          <w:sz w:val="18"/>
          <w:szCs w:val="18"/>
          <w:lang w:val="hr-HR"/>
        </w:rPr>
        <w:t xml:space="preserve"> (Ne. Vrijedno je slušati odgovorne ljude koji nas poznaju i poštuju, a svoju vrijednost ne vezati uz popularnost.)</w:t>
      </w:r>
    </w:p>
    <w:p w14:paraId="2E070E92" w14:textId="77777777" w:rsidR="0033721B" w:rsidRDefault="007E2CBA">
      <w:pPr>
        <w:numPr>
          <w:ilvl w:val="0"/>
          <w:numId w:val="41"/>
        </w:numPr>
        <w:spacing w:after="40" w:line="240" w:lineRule="auto"/>
        <w:jc w:val="both"/>
      </w:pPr>
      <w:r>
        <w:rPr>
          <w:rFonts w:cs="Calibri"/>
          <w:color w:val="000000"/>
          <w:lang w:val="hr-HR"/>
        </w:rPr>
        <w:t>Kako biste razlikovali kritiku postupka od ponižavanja osobe?</w:t>
      </w:r>
      <w:r>
        <w:rPr>
          <w:rFonts w:cs="Calibri"/>
          <w:color w:val="6B6B6B"/>
          <w:sz w:val="18"/>
          <w:szCs w:val="18"/>
          <w:lang w:val="hr-HR"/>
        </w:rPr>
        <w:t xml:space="preserve"> (Kritika navodi što se može popraviti i poštuje osobu; ponižavanje osobu svodi na pogrešku ili joj osporava vrijednost.)</w:t>
      </w:r>
    </w:p>
    <w:p w14:paraId="5FC6D4C6" w14:textId="77777777" w:rsidR="0033721B" w:rsidRDefault="007E2CBA">
      <w:pPr>
        <w:keepNext/>
        <w:spacing w:before="160" w:after="80" w:line="240" w:lineRule="auto"/>
        <w:jc w:val="both"/>
      </w:pPr>
      <w:r>
        <w:rPr>
          <w:rFonts w:cs="Calibri"/>
          <w:b/>
          <w:color w:val="C96A00"/>
          <w:sz w:val="26"/>
          <w:szCs w:val="26"/>
          <w:lang w:val="hr-HR"/>
        </w:rPr>
        <w:t>Aktivnost 8: Ustani i zauzmi se</w:t>
      </w:r>
      <w:r>
        <w:rPr>
          <w:rFonts w:cs="Calibri"/>
          <w:i/>
          <w:color w:val="6B6B6B"/>
          <w:sz w:val="20"/>
          <w:szCs w:val="20"/>
          <w:lang w:val="hr-HR"/>
        </w:rPr>
        <w:t xml:space="preserve"> (rad u skupinama – rad s porukom i planiranje, 8 minuta)</w:t>
      </w:r>
    </w:p>
    <w:p w14:paraId="69DD92AF" w14:textId="68195305" w:rsidR="0033721B" w:rsidRDefault="007E2CBA">
      <w:pPr>
        <w:keepNext/>
        <w:spacing w:after="80" w:line="240" w:lineRule="auto"/>
        <w:jc w:val="both"/>
        <w:rPr>
          <w:rFonts w:cs="Calibri"/>
          <w:color w:val="000000"/>
          <w:lang w:val="hr-HR"/>
        </w:rPr>
      </w:pPr>
      <w:r>
        <w:rPr>
          <w:rFonts w:cs="Calibri"/>
          <w:color w:val="000000"/>
          <w:lang w:val="hr-HR"/>
        </w:rPr>
        <w:t xml:space="preserve">Rad u skupinama. Učenici će pročitati poruku </w:t>
      </w:r>
      <w:r w:rsidR="00031E64">
        <w:rPr>
          <w:rFonts w:cs="Calibri"/>
          <w:color w:val="000000"/>
          <w:lang w:val="hr-HR"/>
        </w:rPr>
        <w:t xml:space="preserve">pok. </w:t>
      </w:r>
      <w:r>
        <w:rPr>
          <w:rFonts w:cs="Calibri"/>
          <w:color w:val="000000"/>
          <w:lang w:val="hr-HR"/>
        </w:rPr>
        <w:t>pape Franje i pronaći njezin poziv na djelovanje. U radni predložak zapisat će jednu malu inicijativu za školu ili župu: potrebu, izvediv korak i ulogu tehnologije kao sredstva.</w:t>
      </w:r>
    </w:p>
    <w:p w14:paraId="74512CD8"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Moguće rješenje: Potreba: učenik je često isključen iz druženja. Korak: osobno ga pozvati na zajedničku aktivnost i saslušati njegove prijedloge. Tehnologija: porukom dogovoriti vrijeme susreta, a zatim provesti vrijeme zajedno.</w:t>
      </w:r>
    </w:p>
    <w:p w14:paraId="5179A1BC" w14:textId="77777777" w:rsidR="00031E64" w:rsidRDefault="00031E64">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4CFB1C94" w14:textId="77777777" w:rsidTr="00031E64">
        <w:trPr>
          <w:cantSplit/>
          <w:jc w:val="center"/>
        </w:trPr>
        <w:tc>
          <w:tcPr>
            <w:tcW w:w="10357" w:type="dxa"/>
            <w:shd w:val="clear" w:color="auto" w:fill="46437E"/>
          </w:tcPr>
          <w:p w14:paraId="69326289" w14:textId="77777777" w:rsidR="0033721B" w:rsidRDefault="007E2CBA">
            <w:pPr>
              <w:keepNext/>
              <w:spacing w:before="65" w:after="65" w:line="240" w:lineRule="auto"/>
              <w:ind w:left="85" w:right="85"/>
              <w:jc w:val="center"/>
            </w:pPr>
            <w:r>
              <w:rPr>
                <w:rFonts w:cs="Calibri"/>
                <w:b/>
                <w:color w:val="FFFFFF"/>
                <w:sz w:val="40"/>
                <w:szCs w:val="40"/>
                <w:lang w:val="hr-HR"/>
              </w:rPr>
              <w:t>USTANI I ZAUZMI SE</w:t>
            </w:r>
          </w:p>
        </w:tc>
      </w:tr>
      <w:tr w:rsidR="0033721B" w14:paraId="61104640" w14:textId="77777777" w:rsidTr="00031E64">
        <w:trPr>
          <w:cantSplit/>
          <w:trHeight w:val="6129"/>
          <w:jc w:val="center"/>
        </w:trPr>
        <w:tc>
          <w:tcPr>
            <w:tcW w:w="10357" w:type="dxa"/>
            <w:tcBorders>
              <w:bottom w:val="single" w:sz="4" w:space="0" w:color="000000"/>
            </w:tcBorders>
            <w:shd w:val="clear" w:color="auto" w:fill="F3F6FA"/>
          </w:tcPr>
          <w:p w14:paraId="10BC24D8" w14:textId="77777777" w:rsidR="00031E64"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Ustani! To je poziv da se otvorimo stvarnosti koja nadilazi onu virtualnu. To ne znači prezirati tehnologiju, nego koristiti je kao sredstvo, a ne kao cilj. Ustani, znači također sanjajte, riskirajte, zauzmite se kako biste promijenili svijet, zapalite ponovno svoje želje, promatrajte nebo, zvijezde i svijet oko vas.</w:t>
            </w:r>
          </w:p>
          <w:p w14:paraId="3EC80516" w14:textId="77777777" w:rsidR="0033721B" w:rsidRDefault="00031E64" w:rsidP="00031E64">
            <w:pPr>
              <w:spacing w:before="65" w:after="65" w:line="240" w:lineRule="auto"/>
              <w:ind w:left="85" w:right="85"/>
              <w:jc w:val="both"/>
              <w:rPr>
                <w:rFonts w:cs="Calibri"/>
                <w:color w:val="000000"/>
                <w:sz w:val="40"/>
                <w:szCs w:val="40"/>
                <w:lang w:val="hr-HR"/>
              </w:rPr>
            </w:pPr>
            <w:r>
              <w:rPr>
                <w:rFonts w:cs="Calibri"/>
                <w:color w:val="000000"/>
                <w:sz w:val="40"/>
                <w:szCs w:val="40"/>
                <w:lang w:val="hr-HR"/>
              </w:rPr>
              <w:t>Da je Isus bio netko tko se bavi samo svojim poslovima, udovičin sin ne bi uskrsnuo, rekao mi je neki mladić jednom prilikom. Koje su vaše želje i snovi? Pustite ih da iziđu i kroz njih predložite svijetu, Crkvi i drugim mladima nešto lijepo na duhovnom, umjetničkom i društvenom području. Ponavljam vam: Zauzmite se!</w:t>
            </w:r>
          </w:p>
          <w:p w14:paraId="58842870" w14:textId="04B5B88A" w:rsidR="00031E64" w:rsidRDefault="00031E64" w:rsidP="00031E64">
            <w:pPr>
              <w:spacing w:after="100" w:line="240" w:lineRule="auto"/>
              <w:jc w:val="right"/>
            </w:pPr>
            <w:r>
              <w:rPr>
                <w:rFonts w:cs="Calibri"/>
                <w:color w:val="6B6B6B"/>
                <w:sz w:val="20"/>
                <w:szCs w:val="20"/>
                <w:lang w:val="hr-HR"/>
              </w:rPr>
              <w:t>papa Franjo; Ukorak s Isusom, str. 14.</w:t>
            </w:r>
          </w:p>
        </w:tc>
      </w:tr>
    </w:tbl>
    <w:p w14:paraId="02487344" w14:textId="77777777" w:rsidR="0033721B" w:rsidRDefault="0033721B">
      <w:pPr>
        <w:keepNext/>
        <w:spacing w:line="20" w:lineRule="exact"/>
        <w:jc w:val="both"/>
        <w:rPr>
          <w:sz w:val="2"/>
        </w:rPr>
      </w:pPr>
    </w:p>
    <w:p w14:paraId="6B1D2B5E" w14:textId="7DB16E73"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5915AF94" w14:textId="77777777" w:rsidR="0033721B" w:rsidRDefault="007E2CBA">
      <w:pPr>
        <w:numPr>
          <w:ilvl w:val="0"/>
          <w:numId w:val="41"/>
        </w:numPr>
        <w:spacing w:after="40" w:line="240" w:lineRule="auto"/>
        <w:jc w:val="both"/>
      </w:pPr>
      <w:r>
        <w:rPr>
          <w:rFonts w:cs="Calibri"/>
          <w:color w:val="000000"/>
          <w:lang w:val="hr-HR"/>
        </w:rPr>
        <w:t>Na što vas papa Franjo poziva ovom porukom?</w:t>
      </w:r>
      <w:r>
        <w:rPr>
          <w:rFonts w:cs="Calibri"/>
          <w:color w:val="6B6B6B"/>
          <w:sz w:val="18"/>
          <w:szCs w:val="18"/>
          <w:lang w:val="hr-HR"/>
        </w:rPr>
        <w:t xml:space="preserve"> (Na izlazak iz zatvorenosti u sebe, stvarne odnose i zauzimanje za dobro.)</w:t>
      </w:r>
    </w:p>
    <w:p w14:paraId="2FFDB97A" w14:textId="77777777" w:rsidR="0033721B" w:rsidRDefault="007E2CBA">
      <w:pPr>
        <w:numPr>
          <w:ilvl w:val="0"/>
          <w:numId w:val="41"/>
        </w:numPr>
        <w:spacing w:after="40" w:line="240" w:lineRule="auto"/>
        <w:jc w:val="both"/>
      </w:pPr>
      <w:r>
        <w:rPr>
          <w:rFonts w:cs="Calibri"/>
          <w:color w:val="000000"/>
          <w:lang w:val="hr-HR"/>
        </w:rPr>
        <w:t>Znači li riječ „riskirajte“ da trebate ugrožavati sebe ili druge?</w:t>
      </w:r>
      <w:r>
        <w:rPr>
          <w:rFonts w:cs="Calibri"/>
          <w:color w:val="6B6B6B"/>
          <w:sz w:val="18"/>
          <w:szCs w:val="18"/>
          <w:lang w:val="hr-HR"/>
        </w:rPr>
        <w:t xml:space="preserve"> (Ne. U kontekstu poruke znači hrabro zauzeti se za dobro i prihvatiti odgovoran trud, bez nepromišljenoga ugrožavanja.)</w:t>
      </w:r>
    </w:p>
    <w:p w14:paraId="33C148B3" w14:textId="77777777" w:rsidR="0033721B" w:rsidRPr="00216DBD" w:rsidRDefault="007E2CBA">
      <w:pPr>
        <w:numPr>
          <w:ilvl w:val="0"/>
          <w:numId w:val="41"/>
        </w:numPr>
        <w:spacing w:after="40" w:line="240" w:lineRule="auto"/>
        <w:jc w:val="both"/>
      </w:pPr>
      <w:r>
        <w:rPr>
          <w:rFonts w:cs="Calibri"/>
          <w:color w:val="000000"/>
          <w:lang w:val="hr-HR"/>
        </w:rPr>
        <w:t>Kada je tehnologija sredstvo za dobro?</w:t>
      </w:r>
      <w:r>
        <w:rPr>
          <w:rFonts w:cs="Calibri"/>
          <w:color w:val="6B6B6B"/>
          <w:sz w:val="18"/>
          <w:szCs w:val="18"/>
          <w:lang w:val="hr-HR"/>
        </w:rPr>
        <w:t xml:space="preserve"> (Kada pomaže povezivanju, učenju i konkretnoj pomoći, a ne zamjenjuje svu brigu za stvarne ljude.)</w:t>
      </w:r>
    </w:p>
    <w:p w14:paraId="5BBB79BA" w14:textId="77777777" w:rsidR="00216DBD" w:rsidRPr="00F905A7" w:rsidRDefault="00216DBD" w:rsidP="00216DBD">
      <w:pPr>
        <w:spacing w:after="40" w:line="240" w:lineRule="auto"/>
        <w:jc w:val="both"/>
      </w:pPr>
    </w:p>
    <w:p w14:paraId="5129F36B" w14:textId="516C22D1" w:rsidR="00F905A7" w:rsidRDefault="00F905A7" w:rsidP="00F905A7">
      <w:pPr>
        <w:spacing w:after="40" w:line="240" w:lineRule="auto"/>
        <w:jc w:val="both"/>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33721B" w14:paraId="2B4E8045" w14:textId="77777777">
        <w:trPr>
          <w:cantSplit/>
          <w:jc w:val="center"/>
        </w:trPr>
        <w:tc>
          <w:tcPr>
            <w:tcW w:w="5174" w:type="dxa"/>
            <w:shd w:val="clear" w:color="auto" w:fill="0070C0"/>
          </w:tcPr>
          <w:p w14:paraId="190ECA87" w14:textId="77777777" w:rsidR="0033721B" w:rsidRDefault="007E2CBA">
            <w:pPr>
              <w:keepNext/>
              <w:spacing w:before="65" w:after="65" w:line="240" w:lineRule="auto"/>
              <w:ind w:left="85" w:right="85"/>
              <w:jc w:val="center"/>
            </w:pPr>
            <w:r>
              <w:rPr>
                <w:rFonts w:cs="Calibri"/>
                <w:b/>
                <w:color w:val="FFFFFF"/>
                <w:sz w:val="40"/>
                <w:szCs w:val="40"/>
                <w:lang w:val="hr-HR"/>
              </w:rPr>
              <w:t>POTREBA I KORAK</w:t>
            </w:r>
          </w:p>
        </w:tc>
        <w:tc>
          <w:tcPr>
            <w:tcW w:w="5173" w:type="dxa"/>
            <w:shd w:val="clear" w:color="auto" w:fill="00B050"/>
          </w:tcPr>
          <w:p w14:paraId="677C6C2A" w14:textId="77777777" w:rsidR="0033721B" w:rsidRDefault="007E2CBA">
            <w:pPr>
              <w:keepNext/>
              <w:spacing w:before="65" w:after="65" w:line="240" w:lineRule="auto"/>
              <w:ind w:left="85" w:right="85"/>
              <w:jc w:val="center"/>
            </w:pPr>
            <w:r>
              <w:rPr>
                <w:rFonts w:cs="Calibri"/>
                <w:b/>
                <w:color w:val="FFFFFF"/>
                <w:sz w:val="40"/>
                <w:szCs w:val="40"/>
                <w:lang w:val="hr-HR"/>
              </w:rPr>
              <w:t>TEHNOLOGIJA KAO POMOĆ</w:t>
            </w:r>
          </w:p>
        </w:tc>
      </w:tr>
      <w:tr w:rsidR="0033721B" w14:paraId="7A2DFD83" w14:textId="77777777">
        <w:trPr>
          <w:cantSplit/>
          <w:jc w:val="center"/>
        </w:trPr>
        <w:tc>
          <w:tcPr>
            <w:tcW w:w="5174" w:type="dxa"/>
          </w:tcPr>
          <w:p w14:paraId="7D9B97F3" w14:textId="350EA47B" w:rsidR="0033721B" w:rsidRDefault="007E2CBA" w:rsidP="00F905A7">
            <w:pPr>
              <w:spacing w:before="65" w:after="65" w:line="240" w:lineRule="auto"/>
              <w:ind w:left="85" w:right="85"/>
              <w:jc w:val="center"/>
            </w:pPr>
            <w:r>
              <w:rPr>
                <w:rFonts w:cs="Calibri"/>
                <w:color w:val="000000"/>
                <w:sz w:val="24"/>
                <w:szCs w:val="24"/>
                <w:lang w:val="hr-HR"/>
              </w:rPr>
              <w:t>_________________</w:t>
            </w:r>
            <w:r w:rsidR="00F905A7">
              <w:rPr>
                <w:rFonts w:cs="Calibri"/>
                <w:color w:val="000000"/>
                <w:sz w:val="24"/>
                <w:szCs w:val="24"/>
                <w:lang w:val="hr-HR"/>
              </w:rPr>
              <w:t>_________________</w:t>
            </w:r>
            <w:r>
              <w:rPr>
                <w:rFonts w:cs="Calibri"/>
                <w:color w:val="000000"/>
                <w:sz w:val="24"/>
                <w:szCs w:val="24"/>
                <w:lang w:val="hr-HR"/>
              </w:rPr>
              <w:t>_______</w:t>
            </w:r>
            <w:r>
              <w:rPr>
                <w:rFonts w:cs="Calibri"/>
                <w:color w:val="000000"/>
                <w:sz w:val="40"/>
                <w:szCs w:val="40"/>
                <w:lang w:val="hr-HR"/>
              </w:rPr>
              <w:br/>
            </w:r>
            <w:r>
              <w:rPr>
                <w:rFonts w:cs="Calibri"/>
                <w:color w:val="000000"/>
                <w:sz w:val="24"/>
                <w:szCs w:val="24"/>
                <w:lang w:val="hr-HR"/>
              </w:rPr>
              <w:t>______________________</w:t>
            </w:r>
            <w:r w:rsidR="00F905A7">
              <w:rPr>
                <w:rFonts w:cs="Calibri"/>
                <w:color w:val="000000"/>
                <w:sz w:val="24"/>
                <w:szCs w:val="24"/>
                <w:lang w:val="hr-HR"/>
              </w:rPr>
              <w:t>_________________</w:t>
            </w:r>
            <w:r>
              <w:rPr>
                <w:rFonts w:cs="Calibri"/>
                <w:color w:val="000000"/>
                <w:sz w:val="24"/>
                <w:szCs w:val="24"/>
                <w:lang w:val="hr-HR"/>
              </w:rPr>
              <w:t>__</w:t>
            </w:r>
          </w:p>
        </w:tc>
        <w:tc>
          <w:tcPr>
            <w:tcW w:w="5173" w:type="dxa"/>
          </w:tcPr>
          <w:p w14:paraId="55215105" w14:textId="10F7D304" w:rsidR="0033721B" w:rsidRDefault="00F905A7" w:rsidP="00F905A7">
            <w:pPr>
              <w:spacing w:before="65" w:after="65" w:line="240" w:lineRule="auto"/>
              <w:ind w:left="85" w:right="85"/>
              <w:jc w:val="center"/>
            </w:pPr>
            <w:r>
              <w:rPr>
                <w:rFonts w:cs="Calibri"/>
                <w:color w:val="000000"/>
                <w:sz w:val="24"/>
                <w:szCs w:val="24"/>
                <w:lang w:val="hr-HR"/>
              </w:rPr>
              <w:t>_________________________________________</w:t>
            </w:r>
            <w:r>
              <w:rPr>
                <w:rFonts w:cs="Calibri"/>
                <w:color w:val="000000"/>
                <w:sz w:val="40"/>
                <w:szCs w:val="40"/>
                <w:lang w:val="hr-HR"/>
              </w:rPr>
              <w:br/>
            </w:r>
            <w:r>
              <w:rPr>
                <w:rFonts w:cs="Calibri"/>
                <w:color w:val="000000"/>
                <w:sz w:val="24"/>
                <w:szCs w:val="24"/>
                <w:lang w:val="hr-HR"/>
              </w:rPr>
              <w:t>_________________________________________</w:t>
            </w:r>
          </w:p>
        </w:tc>
      </w:tr>
    </w:tbl>
    <w:p w14:paraId="51637C7B" w14:textId="77777777" w:rsidR="0033721B" w:rsidRDefault="0033721B">
      <w:pPr>
        <w:keepNext/>
        <w:spacing w:line="20" w:lineRule="exact"/>
        <w:jc w:val="both"/>
        <w:rPr>
          <w:sz w:val="2"/>
        </w:rPr>
      </w:pPr>
    </w:p>
    <w:p w14:paraId="70AB581E" w14:textId="77777777" w:rsidR="0033721B" w:rsidRDefault="007E2CBA">
      <w:pPr>
        <w:keepNext/>
        <w:spacing w:before="160" w:after="80" w:line="240" w:lineRule="auto"/>
        <w:jc w:val="both"/>
      </w:pPr>
      <w:r>
        <w:rPr>
          <w:rFonts w:cs="Calibri"/>
          <w:b/>
          <w:color w:val="C96A00"/>
          <w:sz w:val="26"/>
          <w:szCs w:val="26"/>
          <w:lang w:val="hr-HR"/>
        </w:rPr>
        <w:t>Aktivnost 9: Sloboda koja gradi povjerenje</w:t>
      </w:r>
      <w:r>
        <w:rPr>
          <w:rFonts w:cs="Calibri"/>
          <w:i/>
          <w:color w:val="6B6B6B"/>
          <w:sz w:val="20"/>
          <w:szCs w:val="20"/>
          <w:lang w:val="hr-HR"/>
        </w:rPr>
        <w:t xml:space="preserve"> (rad u skupinama – rangiranje odluka, 6 minuta)</w:t>
      </w:r>
    </w:p>
    <w:p w14:paraId="78606424" w14:textId="77777777" w:rsidR="0033721B" w:rsidRDefault="007E2CBA">
      <w:pPr>
        <w:keepNext/>
        <w:spacing w:after="80" w:line="240" w:lineRule="auto"/>
        <w:jc w:val="both"/>
      </w:pPr>
      <w:r>
        <w:rPr>
          <w:rFonts w:cs="Calibri"/>
          <w:color w:val="000000"/>
          <w:lang w:val="hr-HR"/>
        </w:rPr>
        <w:t>Rad u skupinama. Učenici će poredati tri ponuđena postupka od najmanje do najviše odgovornoga i obrazložiti poredak. Zatim će navesti što odgovorniji postupak govori o odnosu prema drugima i prema vlastitoj pogrešci.</w:t>
      </w:r>
    </w:p>
    <w:p w14:paraId="24EEB2FD"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Rješenje: B → A → C. Prikrivanje pogreške ruši povjerenje; priznanje bez popravka jest početak; priznanje, popravak i novi dogovor pokazuju preuzimanje odgovornosti.</w:t>
      </w:r>
    </w:p>
    <w:p w14:paraId="27756981" w14:textId="77777777" w:rsidR="00F905A7" w:rsidRDefault="00F905A7" w:rsidP="00216DBD">
      <w:pPr>
        <w:spacing w:after="0"/>
      </w:pPr>
    </w:p>
    <w:p w14:paraId="1EF396C7" w14:textId="2A089CD5" w:rsidR="00F905A7" w:rsidRDefault="00F905A7">
      <w:pPr>
        <w:keepNext/>
        <w:spacing w:after="80" w:line="240" w:lineRule="auto"/>
        <w:jc w:val="both"/>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09AE4F77" w14:textId="77777777">
        <w:trPr>
          <w:cantSplit/>
          <w:jc w:val="center"/>
        </w:trPr>
        <w:tc>
          <w:tcPr>
            <w:tcW w:w="10347" w:type="dxa"/>
            <w:shd w:val="clear" w:color="auto" w:fill="4472C4"/>
          </w:tcPr>
          <w:p w14:paraId="74555BC3" w14:textId="77777777" w:rsidR="0033721B" w:rsidRDefault="007E2CBA">
            <w:pPr>
              <w:keepNext/>
              <w:spacing w:before="65" w:after="65" w:line="240" w:lineRule="auto"/>
              <w:ind w:left="85" w:right="85"/>
              <w:jc w:val="center"/>
            </w:pPr>
            <w:r>
              <w:rPr>
                <w:rFonts w:cs="Calibri"/>
                <w:b/>
                <w:color w:val="FFFFFF"/>
                <w:sz w:val="40"/>
                <w:szCs w:val="40"/>
                <w:lang w:val="hr-HR"/>
              </w:rPr>
              <w:t>ODLUKE NAKON PREKRŠENOGA DOGOVORA</w:t>
            </w:r>
          </w:p>
        </w:tc>
      </w:tr>
      <w:tr w:rsidR="0033721B" w14:paraId="3750EF6E" w14:textId="77777777">
        <w:trPr>
          <w:cantSplit/>
          <w:jc w:val="center"/>
        </w:trPr>
        <w:tc>
          <w:tcPr>
            <w:tcW w:w="10347" w:type="dxa"/>
          </w:tcPr>
          <w:p w14:paraId="7F2B3303" w14:textId="77777777" w:rsidR="0033721B" w:rsidRDefault="007E2CBA">
            <w:pPr>
              <w:spacing w:before="65" w:after="65" w:line="240" w:lineRule="auto"/>
              <w:ind w:left="85" w:right="85"/>
            </w:pPr>
            <w:r>
              <w:rPr>
                <w:rFonts w:cs="Calibri"/>
                <w:color w:val="000000"/>
                <w:sz w:val="40"/>
                <w:szCs w:val="40"/>
                <w:lang w:val="hr-HR"/>
              </w:rPr>
              <w:t>A – Priznat ću pogrešku, ali neću ništa promijeniti.</w:t>
            </w:r>
          </w:p>
        </w:tc>
      </w:tr>
      <w:tr w:rsidR="0033721B" w14:paraId="4C4B365B" w14:textId="77777777">
        <w:trPr>
          <w:cantSplit/>
          <w:jc w:val="center"/>
        </w:trPr>
        <w:tc>
          <w:tcPr>
            <w:tcW w:w="10347" w:type="dxa"/>
            <w:shd w:val="clear" w:color="auto" w:fill="F7FBF7"/>
          </w:tcPr>
          <w:p w14:paraId="36FE13D2" w14:textId="77777777" w:rsidR="0033721B" w:rsidRDefault="007E2CBA">
            <w:pPr>
              <w:spacing w:before="65" w:after="65" w:line="240" w:lineRule="auto"/>
              <w:ind w:left="85" w:right="85"/>
            </w:pPr>
            <w:r>
              <w:rPr>
                <w:rFonts w:cs="Calibri"/>
                <w:color w:val="000000"/>
                <w:sz w:val="40"/>
                <w:szCs w:val="40"/>
                <w:lang w:val="hr-HR"/>
              </w:rPr>
              <w:t>B – Okrivit ću drugoga kako bih izbjegao posljedice.</w:t>
            </w:r>
          </w:p>
        </w:tc>
      </w:tr>
      <w:tr w:rsidR="0033721B" w14:paraId="1A8376D5" w14:textId="77777777">
        <w:trPr>
          <w:cantSplit/>
          <w:jc w:val="center"/>
        </w:trPr>
        <w:tc>
          <w:tcPr>
            <w:tcW w:w="10347" w:type="dxa"/>
          </w:tcPr>
          <w:p w14:paraId="7C711D71" w14:textId="77777777" w:rsidR="0033721B" w:rsidRDefault="007E2CBA">
            <w:pPr>
              <w:spacing w:before="65" w:after="65" w:line="240" w:lineRule="auto"/>
              <w:ind w:left="85" w:right="85"/>
            </w:pPr>
            <w:r>
              <w:rPr>
                <w:rFonts w:cs="Calibri"/>
                <w:color w:val="000000"/>
                <w:sz w:val="40"/>
                <w:szCs w:val="40"/>
                <w:lang w:val="hr-HR"/>
              </w:rPr>
              <w:t>C – Priznat ću pogrešku, pokušati popraviti štetu i dogovoriti sljedeći korak.</w:t>
            </w:r>
          </w:p>
        </w:tc>
      </w:tr>
      <w:tr w:rsidR="0033721B" w14:paraId="051B18FE" w14:textId="77777777">
        <w:trPr>
          <w:cantSplit/>
          <w:jc w:val="center"/>
        </w:trPr>
        <w:tc>
          <w:tcPr>
            <w:tcW w:w="10347" w:type="dxa"/>
            <w:shd w:val="clear" w:color="auto" w:fill="F7FBF7"/>
          </w:tcPr>
          <w:p w14:paraId="407289BE" w14:textId="29D8D626" w:rsidR="0033721B" w:rsidRDefault="007E2CBA">
            <w:pPr>
              <w:spacing w:before="65" w:after="65" w:line="240" w:lineRule="auto"/>
              <w:ind w:left="85" w:right="85"/>
            </w:pPr>
            <w:r>
              <w:rPr>
                <w:rFonts w:cs="Calibri"/>
                <w:color w:val="000000"/>
                <w:sz w:val="40"/>
                <w:szCs w:val="40"/>
                <w:lang w:val="hr-HR"/>
              </w:rPr>
              <w:t xml:space="preserve">Poredak: </w:t>
            </w:r>
            <w:r>
              <w:rPr>
                <w:rFonts w:cs="Calibri"/>
                <w:color w:val="000000"/>
                <w:sz w:val="24"/>
                <w:szCs w:val="24"/>
                <w:lang w:val="hr-HR"/>
              </w:rPr>
              <w:t>______</w:t>
            </w:r>
            <w:r w:rsidR="00F905A7">
              <w:rPr>
                <w:rFonts w:cs="Calibri"/>
                <w:color w:val="000000"/>
                <w:sz w:val="24"/>
                <w:szCs w:val="24"/>
                <w:lang w:val="hr-HR"/>
              </w:rPr>
              <w:t>_____</w:t>
            </w:r>
            <w:r>
              <w:rPr>
                <w:rFonts w:cs="Calibri"/>
                <w:color w:val="000000"/>
                <w:sz w:val="24"/>
                <w:szCs w:val="24"/>
                <w:lang w:val="hr-HR"/>
              </w:rPr>
              <w:t>____</w:t>
            </w:r>
            <w:r>
              <w:rPr>
                <w:rFonts w:cs="Calibri"/>
                <w:color w:val="000000"/>
                <w:sz w:val="40"/>
                <w:szCs w:val="40"/>
                <w:lang w:val="hr-HR"/>
              </w:rPr>
              <w:t xml:space="preserve">   Razlog: </w:t>
            </w:r>
            <w:r>
              <w:rPr>
                <w:rFonts w:cs="Calibri"/>
                <w:color w:val="000000"/>
                <w:sz w:val="24"/>
                <w:szCs w:val="24"/>
                <w:lang w:val="hr-HR"/>
              </w:rPr>
              <w:t>_____________</w:t>
            </w:r>
            <w:r w:rsidR="00F905A7">
              <w:rPr>
                <w:rFonts w:cs="Calibri"/>
                <w:color w:val="000000"/>
                <w:sz w:val="24"/>
                <w:szCs w:val="24"/>
                <w:lang w:val="hr-HR"/>
              </w:rPr>
              <w:t>__________________</w:t>
            </w:r>
            <w:r>
              <w:rPr>
                <w:rFonts w:cs="Calibri"/>
                <w:color w:val="000000"/>
                <w:sz w:val="24"/>
                <w:szCs w:val="24"/>
                <w:lang w:val="hr-HR"/>
              </w:rPr>
              <w:t>_____________</w:t>
            </w:r>
          </w:p>
        </w:tc>
      </w:tr>
    </w:tbl>
    <w:p w14:paraId="7B9A6904" w14:textId="77777777" w:rsidR="0033721B" w:rsidRDefault="0033721B">
      <w:pPr>
        <w:keepNext/>
        <w:spacing w:line="20" w:lineRule="exact"/>
        <w:jc w:val="both"/>
        <w:rPr>
          <w:sz w:val="2"/>
        </w:rPr>
      </w:pPr>
    </w:p>
    <w:p w14:paraId="6DBBA6C0" w14:textId="1AE72877"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52F90DF5" w14:textId="77777777" w:rsidR="0033721B" w:rsidRDefault="007E2CBA">
      <w:pPr>
        <w:numPr>
          <w:ilvl w:val="0"/>
          <w:numId w:val="41"/>
        </w:numPr>
        <w:spacing w:after="40" w:line="240" w:lineRule="auto"/>
        <w:jc w:val="both"/>
      </w:pPr>
      <w:r>
        <w:rPr>
          <w:rFonts w:cs="Calibri"/>
          <w:color w:val="000000"/>
          <w:lang w:val="hr-HR"/>
        </w:rPr>
        <w:t>Kako odgovoran odnos prema pogrešci povezujete s kršćanskim životom?</w:t>
      </w:r>
      <w:r>
        <w:rPr>
          <w:rFonts w:cs="Calibri"/>
          <w:color w:val="6B6B6B"/>
          <w:sz w:val="18"/>
          <w:szCs w:val="18"/>
          <w:lang w:val="hr-HR"/>
        </w:rPr>
        <w:t xml:space="preserve"> (S istinom, kajanjem, oproštenjem i nastojanjem da se šteta popravi; pogreška nije kraj rasta.)</w:t>
      </w:r>
    </w:p>
    <w:tbl>
      <w:tblPr>
        <w:tblpPr w:leftFromText="180" w:rightFromText="180" w:vertAnchor="text" w:horzAnchor="margin" w:tblpY="66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866B4" w14:paraId="0E4333A8" w14:textId="77777777" w:rsidTr="00D866B4">
        <w:tc>
          <w:tcPr>
            <w:tcW w:w="10337" w:type="dxa"/>
            <w:shd w:val="clear" w:color="auto" w:fill="984806"/>
          </w:tcPr>
          <w:p w14:paraId="626D181E" w14:textId="77777777" w:rsidR="00D866B4" w:rsidRDefault="00D866B4" w:rsidP="00D866B4">
            <w:pPr>
              <w:keepNext/>
              <w:widowControl w:val="0"/>
              <w:spacing w:before="65" w:after="65" w:line="240" w:lineRule="auto"/>
              <w:ind w:left="85" w:right="85"/>
              <w:jc w:val="center"/>
            </w:pPr>
            <w:r>
              <w:rPr>
                <w:rFonts w:cs="Calibri"/>
                <w:b/>
                <w:color w:val="FFFFFF"/>
                <w:sz w:val="40"/>
                <w:szCs w:val="40"/>
                <w:lang w:val="hr-HR"/>
              </w:rPr>
              <w:t>PUT ODRASTANJA</w:t>
            </w:r>
          </w:p>
        </w:tc>
      </w:tr>
      <w:tr w:rsidR="00D866B4" w14:paraId="795ECA1E" w14:textId="77777777" w:rsidTr="00D866B4">
        <w:trPr>
          <w:trHeight w:val="3340"/>
        </w:trPr>
        <w:tc>
          <w:tcPr>
            <w:tcW w:w="10337" w:type="dxa"/>
            <w:tcBorders>
              <w:bottom w:val="single" w:sz="4" w:space="0" w:color="000000"/>
            </w:tcBorders>
            <w:shd w:val="clear" w:color="auto" w:fill="EAF6EC"/>
          </w:tcPr>
          <w:p w14:paraId="43217811" w14:textId="77777777" w:rsidR="00D866B4" w:rsidRDefault="00D866B4" w:rsidP="00D866B4">
            <w:pPr>
              <w:keepNext/>
              <w:widowControl w:val="0"/>
              <w:spacing w:before="65" w:after="65" w:line="240" w:lineRule="auto"/>
              <w:ind w:left="85" w:right="85"/>
              <w:rPr>
                <w:rFonts w:cs="Calibri"/>
                <w:color w:val="000000"/>
                <w:sz w:val="40"/>
                <w:szCs w:val="40"/>
                <w:lang w:val="hr-HR"/>
              </w:rPr>
            </w:pPr>
            <w:r w:rsidRPr="00201620">
              <w:rPr>
                <w:rFonts w:cs="Calibri"/>
                <w:b/>
                <w:bCs/>
                <w:color w:val="000000"/>
                <w:sz w:val="40"/>
                <w:szCs w:val="40"/>
                <w:lang w:val="hr-HR"/>
              </w:rPr>
              <w:t xml:space="preserve">Adolescencija </w:t>
            </w:r>
            <w:r>
              <w:rPr>
                <w:rFonts w:cs="Calibri"/>
                <w:color w:val="000000"/>
                <w:sz w:val="40"/>
                <w:szCs w:val="40"/>
                <w:lang w:val="hr-HR"/>
              </w:rPr>
              <w:t>je prijelaz iz djetinjstva u odraslu dob. Rastemo tjelesno, duševno i duhovno.</w:t>
            </w:r>
          </w:p>
          <w:p w14:paraId="7607FB50" w14:textId="77777777" w:rsidR="00D866B4" w:rsidRDefault="00D866B4" w:rsidP="00D866B4">
            <w:pPr>
              <w:keepNext/>
              <w:widowControl w:val="0"/>
              <w:spacing w:before="65" w:after="65" w:line="240" w:lineRule="auto"/>
              <w:ind w:left="85" w:right="85"/>
              <w:rPr>
                <w:rFonts w:cs="Calibri"/>
                <w:color w:val="000000"/>
                <w:sz w:val="40"/>
                <w:szCs w:val="40"/>
                <w:lang w:val="hr-HR"/>
              </w:rPr>
            </w:pPr>
            <w:r>
              <w:rPr>
                <w:rFonts w:cs="Calibri"/>
                <w:color w:val="000000"/>
                <w:sz w:val="40"/>
                <w:szCs w:val="40"/>
                <w:lang w:val="hr-HR"/>
              </w:rPr>
              <w:t>Svoje darove prepoznajemo, razvijamo i koristimo za dobro. Samostalnost uključuje odgovornost i prihvaćanje pomoći.</w:t>
            </w:r>
          </w:p>
          <w:p w14:paraId="2B4135C8" w14:textId="77777777" w:rsidR="00D866B4" w:rsidRDefault="00D866B4" w:rsidP="00D866B4">
            <w:pPr>
              <w:keepNext/>
              <w:widowControl w:val="0"/>
              <w:spacing w:before="65" w:after="65" w:line="240" w:lineRule="auto"/>
              <w:ind w:left="85" w:right="85"/>
              <w:rPr>
                <w:rFonts w:cs="Calibri"/>
                <w:color w:val="000000"/>
                <w:sz w:val="40"/>
                <w:szCs w:val="40"/>
                <w:lang w:val="hr-HR"/>
              </w:rPr>
            </w:pPr>
            <w:r>
              <w:rPr>
                <w:rFonts w:cs="Calibri"/>
                <w:color w:val="000000"/>
                <w:sz w:val="40"/>
                <w:szCs w:val="40"/>
                <w:lang w:val="hr-HR"/>
              </w:rPr>
              <w:t xml:space="preserve">Krštenjem započinje naš život u Kristu. </w:t>
            </w:r>
          </w:p>
          <w:p w14:paraId="7FB90E19" w14:textId="77777777" w:rsidR="00D866B4" w:rsidRDefault="00D866B4" w:rsidP="00D866B4">
            <w:pPr>
              <w:keepNext/>
              <w:widowControl w:val="0"/>
              <w:spacing w:before="65" w:after="65" w:line="240" w:lineRule="auto"/>
              <w:ind w:left="85" w:right="85"/>
            </w:pPr>
            <w:r>
              <w:rPr>
                <w:rFonts w:cs="Calibri"/>
                <w:color w:val="000000"/>
                <w:sz w:val="40"/>
                <w:szCs w:val="40"/>
                <w:lang w:val="hr-HR"/>
              </w:rPr>
              <w:t>Duhovno rasti znači sve više sličiti Kristu u ljubavi.</w:t>
            </w:r>
          </w:p>
        </w:tc>
      </w:tr>
    </w:tbl>
    <w:p w14:paraId="379953BC" w14:textId="77777777" w:rsidR="0033721B" w:rsidRDefault="007E2CBA">
      <w:pPr>
        <w:keepNext/>
        <w:spacing w:before="160" w:after="80" w:line="240" w:lineRule="auto"/>
        <w:jc w:val="both"/>
      </w:pPr>
      <w:r>
        <w:rPr>
          <w:rFonts w:cs="Calibri"/>
          <w:b/>
          <w:color w:val="C96A00"/>
          <w:sz w:val="26"/>
          <w:szCs w:val="26"/>
          <w:lang w:val="hr-HR"/>
        </w:rPr>
        <w:lastRenderedPageBreak/>
        <w:t>Aktivnost 10: Zapišimo!</w:t>
      </w:r>
      <w:r>
        <w:rPr>
          <w:rFonts w:cs="Calibri"/>
          <w:i/>
          <w:color w:val="6B6B6B"/>
          <w:sz w:val="20"/>
          <w:szCs w:val="20"/>
          <w:lang w:val="hr-HR"/>
        </w:rPr>
        <w:t xml:space="preserve"> (individualni rad uz zajedničku provjeru, 3 minute)</w:t>
      </w:r>
    </w:p>
    <w:p w14:paraId="5FD20E8C" w14:textId="5E28807A" w:rsidR="00F905A7" w:rsidRPr="00216DBD" w:rsidRDefault="007E2CBA" w:rsidP="00216DBD">
      <w:pPr>
        <w:spacing w:after="80" w:line="240" w:lineRule="auto"/>
        <w:jc w:val="both"/>
        <w:rPr>
          <w:rFonts w:cs="Calibri"/>
          <w:color w:val="000000"/>
          <w:lang w:val="hr-HR"/>
        </w:rPr>
      </w:pPr>
      <w:r>
        <w:rPr>
          <w:rFonts w:cs="Calibri"/>
          <w:color w:val="000000"/>
          <w:lang w:val="hr-HR"/>
        </w:rPr>
        <w:t>Individualni rad. Učenici će u bilježnicu zapisati kratak sažetak. Vjeroučitelj će provjeriti razumijevanje posljednje rečenice pomoću jednoga primjera.</w:t>
      </w:r>
    </w:p>
    <w:p w14:paraId="3CFC433D" w14:textId="77777777" w:rsidR="00201620" w:rsidRDefault="00201620" w:rsidP="00201620"/>
    <w:p w14:paraId="415FE1D7" w14:textId="77777777" w:rsidR="00F905A7" w:rsidRDefault="00F905A7" w:rsidP="00201620"/>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2985EFB4" w14:textId="77777777">
        <w:trPr>
          <w:cantSplit/>
          <w:jc w:val="center"/>
        </w:trPr>
        <w:tc>
          <w:tcPr>
            <w:tcW w:w="10347" w:type="dxa"/>
            <w:shd w:val="clear" w:color="auto" w:fill="00B050"/>
            <w:vAlign w:val="center"/>
          </w:tcPr>
          <w:p w14:paraId="6E5E0F82" w14:textId="77777777" w:rsidR="0033721B" w:rsidRDefault="007E2CBA" w:rsidP="006070D6">
            <w:pPr>
              <w:spacing w:before="80" w:after="80" w:line="240" w:lineRule="auto"/>
              <w:ind w:left="85" w:right="85"/>
              <w:jc w:val="both"/>
            </w:pPr>
            <w:r>
              <w:rPr>
                <w:rFonts w:cs="Calibri"/>
                <w:b/>
                <w:color w:val="FFFFFF"/>
                <w:sz w:val="32"/>
                <w:szCs w:val="32"/>
                <w:lang w:val="hr-HR"/>
              </w:rPr>
              <w:t>III. ZAVRŠNI DIO – DJELUJ</w:t>
            </w:r>
            <w:r>
              <w:rPr>
                <w:rFonts w:cs="Calibri"/>
                <w:color w:val="FFFFFF"/>
                <w:sz w:val="20"/>
                <w:szCs w:val="20"/>
                <w:lang w:val="hr-HR"/>
              </w:rPr>
              <w:t xml:space="preserve">  (10 min)</w:t>
            </w:r>
          </w:p>
        </w:tc>
      </w:tr>
    </w:tbl>
    <w:p w14:paraId="1249A170" w14:textId="77777777" w:rsidR="0033721B" w:rsidRDefault="0033721B">
      <w:pPr>
        <w:keepNext/>
        <w:spacing w:line="20" w:lineRule="exact"/>
        <w:jc w:val="both"/>
        <w:rPr>
          <w:sz w:val="2"/>
        </w:rPr>
      </w:pPr>
    </w:p>
    <w:p w14:paraId="2DC2FF62" w14:textId="77777777" w:rsidR="0033721B" w:rsidRDefault="007E2CBA">
      <w:pPr>
        <w:keepNext/>
        <w:spacing w:before="160" w:after="80" w:line="240" w:lineRule="auto"/>
        <w:jc w:val="both"/>
      </w:pPr>
      <w:r>
        <w:rPr>
          <w:rFonts w:cs="Calibri"/>
          <w:b/>
          <w:color w:val="C96A00"/>
          <w:sz w:val="26"/>
          <w:szCs w:val="26"/>
          <w:lang w:val="hr-HR"/>
        </w:rPr>
        <w:t>Aktualizacija:</w:t>
      </w:r>
    </w:p>
    <w:p w14:paraId="2CCC2732" w14:textId="77777777" w:rsidR="0033721B" w:rsidRDefault="007E2CBA">
      <w:pPr>
        <w:spacing w:after="80" w:line="240" w:lineRule="auto"/>
        <w:jc w:val="both"/>
      </w:pPr>
      <w:r>
        <w:rPr>
          <w:rFonts w:cs="Calibri"/>
          <w:color w:val="000000"/>
          <w:lang w:val="hr-HR"/>
        </w:rPr>
        <w:t>Vjeroučitelj će odabrati dva ili tri pitanja.</w:t>
      </w:r>
    </w:p>
    <w:p w14:paraId="2F0885C7" w14:textId="31082C48" w:rsidR="0033721B" w:rsidRDefault="007E2CBA">
      <w:pPr>
        <w:keepNext/>
        <w:spacing w:after="80" w:line="240" w:lineRule="auto"/>
        <w:jc w:val="both"/>
      </w:pPr>
      <w:r>
        <w:rPr>
          <w:rFonts w:cs="Calibri"/>
          <w:color w:val="000000"/>
          <w:lang w:val="hr-HR"/>
        </w:rPr>
        <w:t>Razgovor</w:t>
      </w:r>
      <w:r w:rsidR="002E36B6">
        <w:rPr>
          <w:rFonts w:cs="Calibri"/>
          <w:color w:val="000000"/>
          <w:lang w:val="hr-HR"/>
        </w:rPr>
        <w:t>:</w:t>
      </w:r>
    </w:p>
    <w:p w14:paraId="7500EA3F" w14:textId="77777777" w:rsidR="0033721B" w:rsidRDefault="007E2CBA">
      <w:pPr>
        <w:numPr>
          <w:ilvl w:val="0"/>
          <w:numId w:val="41"/>
        </w:numPr>
        <w:spacing w:after="40" w:line="240" w:lineRule="auto"/>
        <w:jc w:val="both"/>
      </w:pPr>
      <w:r>
        <w:rPr>
          <w:rFonts w:cs="Calibri"/>
          <w:color w:val="000000"/>
          <w:lang w:val="hr-HR"/>
        </w:rPr>
        <w:t>Koji biste dar mogli ovaj tjedan upotrijebiti za dobro nekoga iz razreda?</w:t>
      </w:r>
      <w:r>
        <w:rPr>
          <w:rFonts w:cs="Calibri"/>
          <w:color w:val="6B6B6B"/>
          <w:sz w:val="18"/>
          <w:szCs w:val="18"/>
          <w:lang w:val="hr-HR"/>
        </w:rPr>
        <w:t xml:space="preserve"> (Primjerice, strpljivo objasniti zadatak, saslušati vršnjaka ili organizirati zajedničku pomoć.)</w:t>
      </w:r>
    </w:p>
    <w:p w14:paraId="3F27739D" w14:textId="77777777" w:rsidR="0033721B" w:rsidRDefault="007E2CBA">
      <w:pPr>
        <w:numPr>
          <w:ilvl w:val="0"/>
          <w:numId w:val="41"/>
        </w:numPr>
        <w:spacing w:after="40" w:line="240" w:lineRule="auto"/>
        <w:jc w:val="both"/>
      </w:pPr>
      <w:r>
        <w:rPr>
          <w:rFonts w:cs="Calibri"/>
          <w:color w:val="000000"/>
          <w:lang w:val="hr-HR"/>
        </w:rPr>
        <w:t>Kako možete tražiti više samostalnosti uz očuvanje povjerenja roditelja?</w:t>
      </w:r>
      <w:r>
        <w:rPr>
          <w:rFonts w:cs="Calibri"/>
          <w:color w:val="6B6B6B"/>
          <w:sz w:val="18"/>
          <w:szCs w:val="18"/>
          <w:lang w:val="hr-HR"/>
        </w:rPr>
        <w:t xml:space="preserve"> (Mirno iznijeti razloge, prihvatiti razuman dogovor i držati se obećanja.)</w:t>
      </w:r>
    </w:p>
    <w:p w14:paraId="678B2A45" w14:textId="77777777" w:rsidR="0033721B" w:rsidRDefault="007E2CBA">
      <w:pPr>
        <w:numPr>
          <w:ilvl w:val="0"/>
          <w:numId w:val="41"/>
        </w:numPr>
        <w:spacing w:after="40" w:line="240" w:lineRule="auto"/>
        <w:jc w:val="both"/>
      </w:pPr>
      <w:r>
        <w:rPr>
          <w:rFonts w:cs="Calibri"/>
          <w:color w:val="000000"/>
          <w:lang w:val="hr-HR"/>
        </w:rPr>
        <w:t>Što možete poduzeti kada vas uspoređivanje s drugima obeshrabri?</w:t>
      </w:r>
      <w:r>
        <w:rPr>
          <w:rFonts w:cs="Calibri"/>
          <w:color w:val="6B6B6B"/>
          <w:sz w:val="18"/>
          <w:szCs w:val="18"/>
          <w:lang w:val="hr-HR"/>
        </w:rPr>
        <w:t xml:space="preserve"> (Prisjetiti se vlastitoga dostojanstva, uočiti svoj napredak i razgovarati s osobom od povjerenja.)</w:t>
      </w:r>
    </w:p>
    <w:p w14:paraId="60E189E8" w14:textId="77777777" w:rsidR="0033721B" w:rsidRDefault="007E2CBA">
      <w:pPr>
        <w:numPr>
          <w:ilvl w:val="0"/>
          <w:numId w:val="41"/>
        </w:numPr>
        <w:spacing w:after="40" w:line="240" w:lineRule="auto"/>
        <w:jc w:val="both"/>
      </w:pPr>
      <w:r>
        <w:rPr>
          <w:rFonts w:cs="Calibri"/>
          <w:color w:val="000000"/>
          <w:lang w:val="hr-HR"/>
        </w:rPr>
        <w:t>Koji bi mali postupak pokazao da rastete u prijateljstvu s Kristom?</w:t>
      </w:r>
      <w:r>
        <w:rPr>
          <w:rFonts w:cs="Calibri"/>
          <w:color w:val="6B6B6B"/>
          <w:sz w:val="18"/>
          <w:szCs w:val="18"/>
          <w:lang w:val="hr-HR"/>
        </w:rPr>
        <w:t xml:space="preserve"> (Odvojiti vrijeme za molitvu, iskreno se ispričati, pomoći bez isticanja ili oprostiti.)</w:t>
      </w:r>
    </w:p>
    <w:p w14:paraId="47747840" w14:textId="77777777" w:rsidR="0033721B" w:rsidRDefault="007E2CBA">
      <w:pPr>
        <w:keepNext/>
        <w:spacing w:before="160" w:after="80" w:line="240" w:lineRule="auto"/>
        <w:jc w:val="both"/>
      </w:pPr>
      <w:r>
        <w:rPr>
          <w:rFonts w:cs="Calibri"/>
          <w:b/>
          <w:color w:val="C96A00"/>
          <w:sz w:val="26"/>
          <w:szCs w:val="26"/>
          <w:lang w:val="hr-HR"/>
        </w:rPr>
        <w:t>Sinteza:</w:t>
      </w:r>
    </w:p>
    <w:p w14:paraId="5A360976" w14:textId="77777777" w:rsidR="0033721B" w:rsidRDefault="007E2CBA">
      <w:pPr>
        <w:keepNext/>
        <w:spacing w:after="80" w:line="240" w:lineRule="auto"/>
        <w:jc w:val="both"/>
      </w:pPr>
      <w:r>
        <w:rPr>
          <w:rFonts w:cs="Calibri"/>
          <w:color w:val="000000"/>
          <w:lang w:val="hr-HR"/>
        </w:rPr>
        <w:t>Zajednički rad. Učenici će se vratiti početnoj tvrdnji o samostalnosti, po potrebi promijeniti svoj znak i usmeno navesti jedan razlog. Zatim će u jednoj rečenici odgovoriti na središnje pitanje sata, povezujući darove, odgovornost i Krista.</w:t>
      </w:r>
    </w:p>
    <w:p w14:paraId="6615E861"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Moguće rješenje: Svoje darove otkrivamo upoznajući sebe i prihvaćajući pomoć, razvijamo ih trudom i odgovornim odlukama, a s Kristom rastemo molitvom, sakramentima i ljubavlju prema bližnjima.</w:t>
      </w:r>
    </w:p>
    <w:p w14:paraId="5296A545" w14:textId="77777777" w:rsidR="00F905A7" w:rsidRDefault="00F905A7">
      <w:pPr>
        <w:keepNext/>
        <w:spacing w:after="80" w:line="240" w:lineRule="auto"/>
        <w:jc w:val="both"/>
        <w:rPr>
          <w:rFonts w:cs="Calibri"/>
          <w:color w:val="6B6B6B"/>
          <w:sz w:val="20"/>
          <w:szCs w:val="20"/>
          <w:lang w:val="hr-HR"/>
        </w:rPr>
      </w:pPr>
    </w:p>
    <w:p w14:paraId="1005453F" w14:textId="5F2C8237" w:rsidR="00F905A7" w:rsidRPr="00F905A7" w:rsidRDefault="00F905A7" w:rsidP="00F905A7">
      <w:pPr>
        <w:spacing w:after="80" w:line="240" w:lineRule="auto"/>
        <w:jc w:val="both"/>
        <w:rPr>
          <w:color w:val="002060"/>
          <w:sz w:val="40"/>
          <w:szCs w:val="40"/>
        </w:rPr>
      </w:pPr>
      <w:r w:rsidRPr="001A3985">
        <w:rPr>
          <w:rFonts w:cs="Calibri"/>
          <w:color w:val="002060"/>
          <w:sz w:val="40"/>
          <w:szCs w:val="40"/>
          <w:lang w:val="hr-HR"/>
        </w:rPr>
        <w:t xml:space="preserve">Samostalnost znači da mi više ne treba ničija pomoć. </w:t>
      </w:r>
      <w:r w:rsidRPr="001A3985">
        <w:rPr>
          <w:rFonts w:cs="Calibri"/>
          <w:b/>
          <w:bCs/>
          <w:color w:val="C00000"/>
          <w:sz w:val="40"/>
          <w:szCs w:val="40"/>
          <w:lang w:val="hr-HR"/>
        </w:rPr>
        <w:t xml:space="preserve">+ </w:t>
      </w:r>
      <w:r w:rsidRPr="001A3985">
        <w:rPr>
          <w:rFonts w:cs="Calibri"/>
          <w:color w:val="C00000"/>
          <w:sz w:val="40"/>
          <w:szCs w:val="40"/>
          <w:lang w:val="hr-HR"/>
        </w:rPr>
        <w:t>ili</w:t>
      </w:r>
      <w:r w:rsidRPr="001A3985">
        <w:rPr>
          <w:rFonts w:cs="Calibri"/>
          <w:b/>
          <w:bCs/>
          <w:color w:val="C00000"/>
          <w:sz w:val="40"/>
          <w:szCs w:val="40"/>
          <w:lang w:val="hr-HR"/>
        </w:rPr>
        <w:t xml:space="preserve"> - </w:t>
      </w:r>
      <w:r w:rsidRPr="001A3985">
        <w:rPr>
          <w:rFonts w:cs="Calibri"/>
          <w:color w:val="C00000"/>
          <w:sz w:val="40"/>
          <w:szCs w:val="40"/>
          <w:lang w:val="hr-HR"/>
        </w:rPr>
        <w:t>?</w:t>
      </w:r>
    </w:p>
    <w:p w14:paraId="2B396847" w14:textId="77777777" w:rsidR="00F905A7" w:rsidRDefault="00F905A7" w:rsidP="00F905A7">
      <w:pPr>
        <w:keepNext/>
        <w:spacing w:before="100" w:after="0" w:line="240" w:lineRule="auto"/>
        <w:jc w:val="both"/>
        <w:rPr>
          <w:rFonts w:cs="Calibri"/>
          <w:b/>
          <w:color w:val="166534"/>
          <w:sz w:val="40"/>
          <w:szCs w:val="40"/>
          <w:lang w:val="hr-HR"/>
        </w:rPr>
      </w:pPr>
      <w:r>
        <w:rPr>
          <w:rFonts w:cs="Calibri"/>
          <w:b/>
          <w:color w:val="166534"/>
          <w:sz w:val="40"/>
          <w:szCs w:val="40"/>
          <w:lang w:val="hr-HR"/>
        </w:rPr>
        <w:t>Kako na putu odrastanja otkrivati svoje darove i rasti u odgovornosti i prijateljstvu s Kristom?</w:t>
      </w:r>
    </w:p>
    <w:p w14:paraId="299FF2E3" w14:textId="77777777" w:rsidR="00F905A7" w:rsidRDefault="00F905A7">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72C7F20F" w14:textId="77777777">
        <w:trPr>
          <w:jc w:val="center"/>
        </w:trPr>
        <w:tc>
          <w:tcPr>
            <w:tcW w:w="10347" w:type="dxa"/>
            <w:shd w:val="clear" w:color="auto" w:fill="F2F8F3"/>
          </w:tcPr>
          <w:p w14:paraId="7180BC62" w14:textId="77777777" w:rsidR="0033721B" w:rsidRDefault="007E2CBA">
            <w:pPr>
              <w:spacing w:before="65" w:after="65" w:line="240" w:lineRule="auto"/>
              <w:ind w:left="85" w:right="85"/>
              <w:jc w:val="both"/>
            </w:pPr>
            <w:r>
              <w:rPr>
                <w:rFonts w:cs="Calibri"/>
                <w:b/>
                <w:color w:val="166534"/>
                <w:lang w:val="hr-HR"/>
              </w:rPr>
              <w:t xml:space="preserve">Zaključak vjeroučitelja: </w:t>
            </w:r>
            <w:r>
              <w:rPr>
                <w:rFonts w:cs="Calibri"/>
                <w:color w:val="000000"/>
                <w:lang w:val="hr-HR"/>
              </w:rPr>
              <w:t>Na putu odrastanja upoznajemo sebe i darove koje nam je Bog dao. Samostalnost raste zajedno s odgovornošću i spremnošću prihvatiti pomoć. Krštenjem započinjemo život u Kristu, a molitvom, sakramentima i djelima ljubavi sve mu više sličimo. Naša zrelost zato se pokazuje i u načinu na koji ljubimo i postupamo prema drugima.</w:t>
            </w:r>
          </w:p>
        </w:tc>
      </w:tr>
    </w:tbl>
    <w:p w14:paraId="7B9E3064" w14:textId="77777777" w:rsidR="0033721B" w:rsidRDefault="0033721B">
      <w:pPr>
        <w:keepNext/>
        <w:spacing w:line="20" w:lineRule="exact"/>
        <w:jc w:val="both"/>
        <w:rPr>
          <w:sz w:val="2"/>
        </w:rPr>
      </w:pPr>
    </w:p>
    <w:p w14:paraId="7EB371C6" w14:textId="77777777" w:rsidR="0033721B" w:rsidRDefault="007E2CBA" w:rsidP="00F905A7">
      <w:pPr>
        <w:widowControl w:val="0"/>
        <w:spacing w:before="160" w:after="80" w:line="240" w:lineRule="auto"/>
        <w:jc w:val="both"/>
      </w:pPr>
      <w:r>
        <w:rPr>
          <w:rFonts w:cs="Calibri"/>
          <w:b/>
          <w:color w:val="C96A00"/>
          <w:sz w:val="26"/>
          <w:szCs w:val="26"/>
          <w:lang w:val="hr-HR"/>
        </w:rPr>
        <w:t>Formativna provjera:</w:t>
      </w:r>
      <w:r>
        <w:rPr>
          <w:rFonts w:cs="Calibri"/>
          <w:i/>
          <w:color w:val="6B6B6B"/>
          <w:sz w:val="20"/>
          <w:szCs w:val="20"/>
          <w:lang w:val="hr-HR"/>
        </w:rPr>
        <w:t xml:space="preserve"> (individualni rad i zajednička provjera, 3 minute)</w:t>
      </w:r>
    </w:p>
    <w:p w14:paraId="4520A61A" w14:textId="77777777" w:rsidR="0033721B" w:rsidRDefault="007E2CBA" w:rsidP="00F905A7">
      <w:pPr>
        <w:widowControl w:val="0"/>
        <w:spacing w:after="80" w:line="240" w:lineRule="auto"/>
        <w:jc w:val="both"/>
      </w:pPr>
      <w:r>
        <w:rPr>
          <w:rFonts w:cs="Calibri"/>
          <w:color w:val="000000"/>
          <w:lang w:val="hr-HR"/>
        </w:rPr>
        <w:t>Individualni rad. Učenici će u bilježnicu zapisati slovo najboljega odgovora u svakom retku. Uz treći će odgovor dodati jedan razlog. Vjeroučitelj će provjeriti razlikovanje pojmova i povezivanje vjere s postupkom.</w:t>
      </w:r>
    </w:p>
    <w:p w14:paraId="1090FFF3" w14:textId="77777777" w:rsidR="0033721B" w:rsidRDefault="007E2CBA" w:rsidP="00F905A7">
      <w:pPr>
        <w:widowControl w:val="0"/>
        <w:spacing w:after="80" w:line="240" w:lineRule="auto"/>
        <w:jc w:val="both"/>
        <w:rPr>
          <w:rFonts w:cs="Calibri"/>
          <w:color w:val="6B6B6B"/>
          <w:sz w:val="20"/>
          <w:szCs w:val="20"/>
          <w:lang w:val="hr-HR"/>
        </w:rPr>
      </w:pPr>
      <w:r>
        <w:rPr>
          <w:rFonts w:cs="Calibri"/>
          <w:color w:val="6B6B6B"/>
          <w:sz w:val="20"/>
          <w:szCs w:val="20"/>
          <w:lang w:val="hr-HR"/>
        </w:rPr>
        <w:t>Rješenje: 1 – B; 2 – C; 3 – A. Primjer razloga: prihvatiti savjet i popraviti pogrešku znači odgovorno se odnositi prema sebi i drugima, a ne odustati od samostalnosti.</w:t>
      </w:r>
    </w:p>
    <w:p w14:paraId="04C7721A" w14:textId="77777777" w:rsidR="00F905A7" w:rsidRDefault="00F905A7" w:rsidP="00F905A7">
      <w:pPr>
        <w:widowControl w:val="0"/>
        <w:spacing w:after="80" w:line="240" w:lineRule="auto"/>
        <w:jc w:val="both"/>
      </w:pPr>
    </w:p>
    <w:p w14:paraId="09D0D971" w14:textId="4B7C90AF" w:rsidR="00F905A7" w:rsidRDefault="00F905A7" w:rsidP="00F905A7">
      <w:pPr>
        <w:widowControl w:val="0"/>
        <w:spacing w:after="80" w:line="240" w:lineRule="auto"/>
        <w:jc w:val="both"/>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18083FA8" w14:textId="77777777" w:rsidTr="00F905A7">
        <w:trPr>
          <w:jc w:val="center"/>
        </w:trPr>
        <w:tc>
          <w:tcPr>
            <w:tcW w:w="10347" w:type="dxa"/>
            <w:shd w:val="clear" w:color="auto" w:fill="0070C0"/>
          </w:tcPr>
          <w:p w14:paraId="25B7D237" w14:textId="77777777" w:rsidR="0033721B" w:rsidRDefault="007E2CBA" w:rsidP="00F905A7">
            <w:pPr>
              <w:widowControl w:val="0"/>
              <w:spacing w:before="65" w:after="65" w:line="240" w:lineRule="auto"/>
              <w:ind w:left="85" w:right="85"/>
              <w:jc w:val="center"/>
            </w:pPr>
            <w:r>
              <w:rPr>
                <w:rFonts w:cs="Calibri"/>
                <w:b/>
                <w:color w:val="FFFFFF"/>
                <w:sz w:val="40"/>
                <w:szCs w:val="40"/>
                <w:lang w:val="hr-HR"/>
              </w:rPr>
              <w:t>ODABERITE I OBRAZLOŽITE</w:t>
            </w:r>
          </w:p>
        </w:tc>
      </w:tr>
      <w:tr w:rsidR="0033721B" w14:paraId="0CE2C69E" w14:textId="77777777" w:rsidTr="00F905A7">
        <w:trPr>
          <w:jc w:val="center"/>
        </w:trPr>
        <w:tc>
          <w:tcPr>
            <w:tcW w:w="10347" w:type="dxa"/>
          </w:tcPr>
          <w:p w14:paraId="0F7EC1F0" w14:textId="77777777" w:rsidR="0033721B" w:rsidRDefault="007E2CBA" w:rsidP="00F905A7">
            <w:pPr>
              <w:widowControl w:val="0"/>
              <w:spacing w:before="65" w:after="65" w:line="240" w:lineRule="auto"/>
              <w:ind w:left="85" w:right="85"/>
            </w:pPr>
            <w:r>
              <w:rPr>
                <w:rFonts w:cs="Calibri"/>
                <w:color w:val="000000"/>
                <w:sz w:val="40"/>
                <w:szCs w:val="40"/>
                <w:lang w:val="hr-HR"/>
              </w:rPr>
              <w:t>1. Adolescencija je:</w:t>
            </w:r>
            <w:r>
              <w:rPr>
                <w:rFonts w:cs="Calibri"/>
                <w:color w:val="000000"/>
                <w:sz w:val="40"/>
                <w:szCs w:val="40"/>
                <w:lang w:val="hr-HR"/>
              </w:rPr>
              <w:br/>
              <w:t xml:space="preserve">A samo rast tijela; B šire razdoblje odrastanja; C isto što i </w:t>
            </w:r>
            <w:r>
              <w:rPr>
                <w:rFonts w:cs="Calibri"/>
                <w:color w:val="000000"/>
                <w:sz w:val="40"/>
                <w:szCs w:val="40"/>
                <w:lang w:val="hr-HR"/>
              </w:rPr>
              <w:lastRenderedPageBreak/>
              <w:t>odrasla dob.</w:t>
            </w:r>
          </w:p>
        </w:tc>
      </w:tr>
      <w:tr w:rsidR="0033721B" w14:paraId="234808E2" w14:textId="77777777" w:rsidTr="00F905A7">
        <w:trPr>
          <w:jc w:val="center"/>
        </w:trPr>
        <w:tc>
          <w:tcPr>
            <w:tcW w:w="10347" w:type="dxa"/>
            <w:shd w:val="clear" w:color="auto" w:fill="F7FBF7"/>
          </w:tcPr>
          <w:p w14:paraId="72EA583D" w14:textId="77777777" w:rsidR="0033721B" w:rsidRDefault="007E2CBA" w:rsidP="00F905A7">
            <w:pPr>
              <w:widowControl w:val="0"/>
              <w:spacing w:before="65" w:after="65" w:line="240" w:lineRule="auto"/>
              <w:ind w:left="85" w:right="85"/>
            </w:pPr>
            <w:r>
              <w:rPr>
                <w:rFonts w:cs="Calibri"/>
                <w:color w:val="000000"/>
                <w:sz w:val="40"/>
                <w:szCs w:val="40"/>
                <w:lang w:val="hr-HR"/>
              </w:rPr>
              <w:lastRenderedPageBreak/>
              <w:t>2. Život u Kristu započinje sakramentom:</w:t>
            </w:r>
            <w:r>
              <w:rPr>
                <w:rFonts w:cs="Calibri"/>
                <w:color w:val="000000"/>
                <w:sz w:val="40"/>
                <w:szCs w:val="40"/>
                <w:lang w:val="hr-HR"/>
              </w:rPr>
              <w:br/>
              <w:t>A ženidbe; B svetoga reda; C krštenja.</w:t>
            </w:r>
          </w:p>
        </w:tc>
      </w:tr>
      <w:tr w:rsidR="0033721B" w14:paraId="4145CF31" w14:textId="77777777" w:rsidTr="00F905A7">
        <w:trPr>
          <w:jc w:val="center"/>
        </w:trPr>
        <w:tc>
          <w:tcPr>
            <w:tcW w:w="10347" w:type="dxa"/>
          </w:tcPr>
          <w:p w14:paraId="282E7B8F" w14:textId="77777777" w:rsidR="0033721B" w:rsidRDefault="007E2CBA" w:rsidP="00F905A7">
            <w:pPr>
              <w:widowControl w:val="0"/>
              <w:spacing w:before="65" w:after="65" w:line="240" w:lineRule="auto"/>
              <w:ind w:left="85" w:right="85"/>
              <w:rPr>
                <w:rFonts w:cs="Calibri"/>
                <w:color w:val="000000"/>
                <w:sz w:val="40"/>
                <w:szCs w:val="40"/>
                <w:lang w:val="hr-HR"/>
              </w:rPr>
            </w:pPr>
            <w:r>
              <w:rPr>
                <w:rFonts w:cs="Calibri"/>
                <w:color w:val="000000"/>
                <w:sz w:val="40"/>
                <w:szCs w:val="40"/>
                <w:lang w:val="hr-HR"/>
              </w:rPr>
              <w:t>3. Odgovornu samostalnost pokazuje:</w:t>
            </w:r>
            <w:r>
              <w:rPr>
                <w:rFonts w:cs="Calibri"/>
                <w:color w:val="000000"/>
                <w:sz w:val="40"/>
                <w:szCs w:val="40"/>
                <w:lang w:val="hr-HR"/>
              </w:rPr>
              <w:br/>
              <w:t>A prihvaćanje savjeta i popravak pogreške; B odbijanje svake pomoći; C odluka prema pritisku vršnjaka.</w:t>
            </w:r>
          </w:p>
          <w:p w14:paraId="1D898F29" w14:textId="3931896B" w:rsidR="00F905A7" w:rsidRDefault="00F905A7" w:rsidP="00F905A7">
            <w:pPr>
              <w:widowControl w:val="0"/>
              <w:spacing w:before="65" w:after="65" w:line="240" w:lineRule="auto"/>
              <w:ind w:left="85" w:right="85"/>
            </w:pPr>
            <w:r>
              <w:rPr>
                <w:rFonts w:cs="Calibri"/>
                <w:color w:val="000000"/>
                <w:sz w:val="40"/>
                <w:szCs w:val="40"/>
                <w:lang w:val="hr-HR"/>
              </w:rPr>
              <w:t xml:space="preserve">RAZLOG: </w:t>
            </w:r>
            <w:r w:rsidRPr="00F905A7">
              <w:rPr>
                <w:rFonts w:cs="Calibri"/>
                <w:color w:val="000000"/>
                <w:sz w:val="24"/>
                <w:szCs w:val="24"/>
                <w:lang w:val="hr-HR"/>
              </w:rPr>
              <w:t>__________________________________________</w:t>
            </w:r>
            <w:r>
              <w:rPr>
                <w:rFonts w:cs="Calibri"/>
                <w:color w:val="000000"/>
                <w:sz w:val="24"/>
                <w:szCs w:val="24"/>
                <w:lang w:val="hr-HR"/>
              </w:rPr>
              <w:t>_____________________________</w:t>
            </w:r>
            <w:r w:rsidRPr="00F905A7">
              <w:rPr>
                <w:rFonts w:cs="Calibri"/>
                <w:color w:val="000000"/>
                <w:sz w:val="24"/>
                <w:szCs w:val="24"/>
                <w:lang w:val="hr-HR"/>
              </w:rPr>
              <w:t>_</w:t>
            </w:r>
          </w:p>
        </w:tc>
      </w:tr>
    </w:tbl>
    <w:p w14:paraId="2E2A6697" w14:textId="77777777" w:rsidR="0033721B" w:rsidRDefault="0033721B">
      <w:pPr>
        <w:keepNext/>
        <w:spacing w:line="20" w:lineRule="exact"/>
        <w:jc w:val="both"/>
        <w:rPr>
          <w:sz w:val="2"/>
        </w:rPr>
      </w:pPr>
    </w:p>
    <w:p w14:paraId="2BAE75E4" w14:textId="77777777" w:rsidR="0033721B" w:rsidRDefault="007E2CBA">
      <w:pPr>
        <w:keepNext/>
        <w:spacing w:before="160" w:after="80" w:line="240" w:lineRule="auto"/>
        <w:jc w:val="both"/>
      </w:pPr>
      <w:r>
        <w:rPr>
          <w:rFonts w:cs="Calibri"/>
          <w:b/>
          <w:color w:val="C96A00"/>
          <w:sz w:val="26"/>
          <w:szCs w:val="26"/>
          <w:lang w:val="hr-HR"/>
        </w:rPr>
        <w:t>Samovrednovanje:</w:t>
      </w:r>
    </w:p>
    <w:p w14:paraId="5EED66CC" w14:textId="77777777" w:rsidR="0033721B" w:rsidRDefault="007E2CBA">
      <w:pPr>
        <w:spacing w:after="80" w:line="240" w:lineRule="auto"/>
        <w:jc w:val="both"/>
        <w:rPr>
          <w:rFonts w:cs="Calibri"/>
          <w:color w:val="000000"/>
          <w:lang w:val="hr-HR"/>
        </w:rPr>
      </w:pPr>
      <w:r>
        <w:rPr>
          <w:rFonts w:cs="Calibri"/>
          <w:color w:val="000000"/>
          <w:lang w:val="hr-HR"/>
        </w:rPr>
        <w:t>Individualni rad. Učenici će uz svaku od triju kratkih tvrdnji u bilježnici zapisati S (samostalno), P (uz pomoć) ili J (još trebam pojasniti). Uz J će navesti jednu nejasnoću koju će vjeroučitelj uzeti u obzir u nastavku rada.</w:t>
      </w:r>
    </w:p>
    <w:p w14:paraId="0EE29D3D" w14:textId="77777777" w:rsidR="006A1F55" w:rsidRDefault="006A1F55" w:rsidP="006A1F55"/>
    <w:p w14:paraId="22E74FA2" w14:textId="17FAE2FC" w:rsidR="006A1F55" w:rsidRDefault="006A1F55">
      <w:pPr>
        <w:spacing w:after="80" w:line="240" w:lineRule="auto"/>
        <w:jc w:val="both"/>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33721B" w14:paraId="225E5C67" w14:textId="77777777">
        <w:trPr>
          <w:cantSplit/>
          <w:jc w:val="center"/>
        </w:trPr>
        <w:tc>
          <w:tcPr>
            <w:tcW w:w="8278" w:type="dxa"/>
            <w:shd w:val="clear" w:color="auto" w:fill="8064A2"/>
          </w:tcPr>
          <w:p w14:paraId="548D7813" w14:textId="77777777" w:rsidR="0033721B" w:rsidRDefault="007E2CBA">
            <w:pPr>
              <w:keepNext/>
              <w:spacing w:before="65" w:after="65" w:line="240" w:lineRule="auto"/>
              <w:ind w:left="85" w:right="85"/>
              <w:jc w:val="center"/>
            </w:pPr>
            <w:r>
              <w:rPr>
                <w:rFonts w:cs="Calibri"/>
                <w:b/>
                <w:color w:val="FFFFFF"/>
                <w:sz w:val="40"/>
                <w:szCs w:val="40"/>
                <w:lang w:val="hr-HR"/>
              </w:rPr>
              <w:t>DANAS MOGU</w:t>
            </w:r>
          </w:p>
        </w:tc>
        <w:tc>
          <w:tcPr>
            <w:tcW w:w="2069" w:type="dxa"/>
            <w:shd w:val="clear" w:color="auto" w:fill="4472C4"/>
          </w:tcPr>
          <w:p w14:paraId="5244542E" w14:textId="77777777" w:rsidR="0033721B" w:rsidRDefault="007E2CBA">
            <w:pPr>
              <w:keepNext/>
              <w:spacing w:before="65" w:after="65" w:line="240" w:lineRule="auto"/>
              <w:ind w:left="85" w:right="85"/>
              <w:jc w:val="center"/>
            </w:pPr>
            <w:r>
              <w:rPr>
                <w:rFonts w:cs="Calibri"/>
                <w:b/>
                <w:color w:val="FFFFFF"/>
                <w:sz w:val="40"/>
                <w:szCs w:val="40"/>
                <w:lang w:val="hr-HR"/>
              </w:rPr>
              <w:t>S / P / J</w:t>
            </w:r>
          </w:p>
        </w:tc>
      </w:tr>
      <w:tr w:rsidR="0033721B" w14:paraId="0E11C650" w14:textId="77777777">
        <w:trPr>
          <w:cantSplit/>
          <w:jc w:val="center"/>
        </w:trPr>
        <w:tc>
          <w:tcPr>
            <w:tcW w:w="8278" w:type="dxa"/>
          </w:tcPr>
          <w:p w14:paraId="190BA048" w14:textId="77777777" w:rsidR="0033721B" w:rsidRDefault="007E2CBA">
            <w:pPr>
              <w:spacing w:before="65" w:after="65" w:line="240" w:lineRule="auto"/>
              <w:ind w:left="85" w:right="85"/>
            </w:pPr>
            <w:r>
              <w:rPr>
                <w:rFonts w:cs="Calibri"/>
                <w:color w:val="000000"/>
                <w:sz w:val="40"/>
                <w:szCs w:val="40"/>
                <w:lang w:val="hr-HR"/>
              </w:rPr>
              <w:t>Razlikovati adolescenciju i pubertet.</w:t>
            </w:r>
          </w:p>
        </w:tc>
        <w:tc>
          <w:tcPr>
            <w:tcW w:w="2069" w:type="dxa"/>
          </w:tcPr>
          <w:p w14:paraId="6E109ADB" w14:textId="77777777" w:rsidR="0033721B" w:rsidRDefault="007E2CBA" w:rsidP="006A1F55">
            <w:pPr>
              <w:spacing w:before="65" w:after="65" w:line="240" w:lineRule="auto"/>
              <w:ind w:left="85" w:right="85"/>
              <w:jc w:val="center"/>
            </w:pPr>
            <w:r>
              <w:rPr>
                <w:rFonts w:cs="Calibri"/>
                <w:color w:val="000000"/>
                <w:sz w:val="24"/>
                <w:szCs w:val="24"/>
                <w:lang w:val="hr-HR"/>
              </w:rPr>
              <w:t>________</w:t>
            </w:r>
          </w:p>
        </w:tc>
      </w:tr>
      <w:tr w:rsidR="0033721B" w14:paraId="59987731" w14:textId="77777777">
        <w:trPr>
          <w:cantSplit/>
          <w:jc w:val="center"/>
        </w:trPr>
        <w:tc>
          <w:tcPr>
            <w:tcW w:w="8278" w:type="dxa"/>
            <w:shd w:val="clear" w:color="auto" w:fill="F7FBF7"/>
          </w:tcPr>
          <w:p w14:paraId="5AF19D30" w14:textId="77777777" w:rsidR="0033721B" w:rsidRDefault="007E2CBA">
            <w:pPr>
              <w:spacing w:before="65" w:after="65" w:line="240" w:lineRule="auto"/>
              <w:ind w:left="85" w:right="85"/>
            </w:pPr>
            <w:r>
              <w:rPr>
                <w:rFonts w:cs="Calibri"/>
                <w:color w:val="000000"/>
                <w:sz w:val="40"/>
                <w:szCs w:val="40"/>
                <w:lang w:val="hr-HR"/>
              </w:rPr>
              <w:t>Objasniti što znači rasti u Kristu.</w:t>
            </w:r>
          </w:p>
        </w:tc>
        <w:tc>
          <w:tcPr>
            <w:tcW w:w="2069" w:type="dxa"/>
            <w:shd w:val="clear" w:color="auto" w:fill="F7FBF7"/>
          </w:tcPr>
          <w:p w14:paraId="02282823" w14:textId="77777777" w:rsidR="0033721B" w:rsidRDefault="007E2CBA" w:rsidP="006A1F55">
            <w:pPr>
              <w:spacing w:before="65" w:after="65" w:line="240" w:lineRule="auto"/>
              <w:ind w:left="85" w:right="85"/>
              <w:jc w:val="center"/>
            </w:pPr>
            <w:r>
              <w:rPr>
                <w:rFonts w:cs="Calibri"/>
                <w:color w:val="000000"/>
                <w:sz w:val="24"/>
                <w:szCs w:val="24"/>
                <w:lang w:val="hr-HR"/>
              </w:rPr>
              <w:t>________</w:t>
            </w:r>
          </w:p>
        </w:tc>
      </w:tr>
      <w:tr w:rsidR="0033721B" w14:paraId="3786D6BF" w14:textId="77777777">
        <w:trPr>
          <w:cantSplit/>
          <w:jc w:val="center"/>
        </w:trPr>
        <w:tc>
          <w:tcPr>
            <w:tcW w:w="8278" w:type="dxa"/>
          </w:tcPr>
          <w:p w14:paraId="492180A6" w14:textId="77777777" w:rsidR="0033721B" w:rsidRDefault="007E2CBA">
            <w:pPr>
              <w:spacing w:before="65" w:after="65" w:line="240" w:lineRule="auto"/>
              <w:ind w:left="85" w:right="85"/>
            </w:pPr>
            <w:r>
              <w:rPr>
                <w:rFonts w:cs="Calibri"/>
                <w:color w:val="000000"/>
                <w:sz w:val="40"/>
                <w:szCs w:val="40"/>
                <w:lang w:val="hr-HR"/>
              </w:rPr>
              <w:t>Obrazložiti odgovornu odluku.</w:t>
            </w:r>
          </w:p>
        </w:tc>
        <w:tc>
          <w:tcPr>
            <w:tcW w:w="2069" w:type="dxa"/>
          </w:tcPr>
          <w:p w14:paraId="255135BA" w14:textId="77777777" w:rsidR="0033721B" w:rsidRDefault="007E2CBA" w:rsidP="006A1F55">
            <w:pPr>
              <w:spacing w:before="65" w:after="65" w:line="240" w:lineRule="auto"/>
              <w:ind w:left="85" w:right="85"/>
              <w:jc w:val="center"/>
            </w:pPr>
            <w:r>
              <w:rPr>
                <w:rFonts w:cs="Calibri"/>
                <w:color w:val="000000"/>
                <w:sz w:val="24"/>
                <w:szCs w:val="24"/>
                <w:lang w:val="hr-HR"/>
              </w:rPr>
              <w:t>________</w:t>
            </w:r>
          </w:p>
        </w:tc>
      </w:tr>
    </w:tbl>
    <w:p w14:paraId="4AE91D60" w14:textId="77777777" w:rsidR="0033721B" w:rsidRDefault="0033721B">
      <w:pPr>
        <w:keepNext/>
        <w:spacing w:line="20" w:lineRule="exact"/>
        <w:jc w:val="both"/>
        <w:rPr>
          <w:sz w:val="2"/>
        </w:rPr>
      </w:pPr>
    </w:p>
    <w:p w14:paraId="6C18CA5B" w14:textId="77777777" w:rsidR="0033721B" w:rsidRDefault="007E2CBA">
      <w:pPr>
        <w:keepNext/>
        <w:spacing w:before="160" w:after="80" w:line="240" w:lineRule="auto"/>
        <w:jc w:val="both"/>
      </w:pPr>
      <w:r>
        <w:rPr>
          <w:rFonts w:cs="Calibri"/>
          <w:b/>
          <w:color w:val="C96A00"/>
          <w:sz w:val="26"/>
          <w:szCs w:val="26"/>
          <w:lang w:val="hr-HR"/>
        </w:rPr>
        <w:t>Domaća zadaća:</w:t>
      </w:r>
    </w:p>
    <w:p w14:paraId="0E180723" w14:textId="367E33F8" w:rsidR="0033721B" w:rsidRDefault="006A1F55">
      <w:pPr>
        <w:spacing w:after="80" w:line="240" w:lineRule="auto"/>
        <w:jc w:val="both"/>
      </w:pPr>
      <w:r w:rsidRPr="006A1F55">
        <w:rPr>
          <w:rFonts w:cs="Calibri"/>
          <w:color w:val="000000"/>
          <w:lang w:val="hr-HR"/>
        </w:rPr>
        <w:t>Učenici će riješiti, ili dovršiti rješavanje RB</w:t>
      </w:r>
      <w:r w:rsidR="007E2CBA">
        <w:rPr>
          <w:rFonts w:cs="Calibri"/>
          <w:color w:val="000000"/>
          <w:lang w:val="hr-HR"/>
        </w:rPr>
        <w:t>, str. 8–9.</w:t>
      </w:r>
    </w:p>
    <w:p w14:paraId="4AD689C7" w14:textId="77777777" w:rsidR="0033721B" w:rsidRDefault="007E2CBA">
      <w:pPr>
        <w:keepNext/>
        <w:spacing w:after="80" w:line="240" w:lineRule="auto"/>
        <w:jc w:val="both"/>
      </w:pPr>
      <w:r>
        <w:rPr>
          <w:rFonts w:cs="Calibri"/>
          <w:color w:val="000000"/>
          <w:lang w:val="hr-HR"/>
        </w:rPr>
        <w:t>Ili:</w:t>
      </w:r>
    </w:p>
    <w:p w14:paraId="23707CBF" w14:textId="77777777" w:rsidR="0033721B" w:rsidRDefault="007E2CBA">
      <w:pPr>
        <w:spacing w:after="80" w:line="240" w:lineRule="auto"/>
        <w:jc w:val="both"/>
      </w:pPr>
      <w:r>
        <w:rPr>
          <w:rFonts w:cs="Calibri"/>
          <w:color w:val="000000"/>
          <w:lang w:val="hr-HR"/>
        </w:rPr>
        <w:t>Učenici će u bilježnicu napisati 3–4 rečenice pod naslovom „Moj sljedeći korak odrastanja“: navest će jedan dar koji žele razvijati, jedan konkretan odgovoran postupak i način na koji ga povezuju s rastom u Kristu.</w:t>
      </w:r>
    </w:p>
    <w:p w14:paraId="2D6E82FB" w14:textId="77777777" w:rsidR="0033721B" w:rsidRDefault="007E2CBA">
      <w:pPr>
        <w:keepNext/>
        <w:spacing w:before="160" w:after="80" w:line="240" w:lineRule="auto"/>
        <w:jc w:val="both"/>
      </w:pPr>
      <w:r>
        <w:rPr>
          <w:rFonts w:cs="Calibri"/>
          <w:b/>
          <w:color w:val="C96A00"/>
          <w:sz w:val="26"/>
          <w:szCs w:val="26"/>
          <w:lang w:val="hr-HR"/>
        </w:rPr>
        <w:t>Završna molitva: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35FC90B2" w14:textId="77777777">
        <w:trPr>
          <w:jc w:val="center"/>
        </w:trPr>
        <w:tc>
          <w:tcPr>
            <w:tcW w:w="10347" w:type="dxa"/>
            <w:shd w:val="clear" w:color="auto" w:fill="F7FBF7"/>
          </w:tcPr>
          <w:p w14:paraId="03A397A0" w14:textId="77777777" w:rsidR="0033721B" w:rsidRDefault="007E2CBA">
            <w:pPr>
              <w:spacing w:before="65" w:after="65" w:line="240" w:lineRule="auto"/>
              <w:ind w:left="85" w:right="85"/>
              <w:jc w:val="both"/>
            </w:pPr>
            <w:r>
              <w:rPr>
                <w:rFonts w:cs="Calibri"/>
                <w:color w:val="000000"/>
                <w:sz w:val="40"/>
                <w:szCs w:val="40"/>
                <w:lang w:val="hr-HR"/>
              </w:rPr>
              <w:t>Isuse, hvala Ti što nas pratiš na putu odrastanja. Daj nam hrabrosti priznati pogrešku, prihvatiti pomoć i upotrijebiti svoje darove za dobro. Neka naš rast bude vidljiv u ljubavi. Amen.</w:t>
            </w:r>
          </w:p>
        </w:tc>
      </w:tr>
    </w:tbl>
    <w:p w14:paraId="3547BFA7" w14:textId="77777777" w:rsidR="0033721B" w:rsidRDefault="0033721B">
      <w:pPr>
        <w:keepNext/>
        <w:spacing w:line="20" w:lineRule="exact"/>
        <w:jc w:val="both"/>
        <w:rPr>
          <w:sz w:val="2"/>
        </w:rPr>
      </w:pPr>
    </w:p>
    <w:p w14:paraId="1C902BFB" w14:textId="77777777" w:rsidR="0033721B" w:rsidRDefault="007E2CBA">
      <w:pPr>
        <w:keepNext/>
        <w:spacing w:after="80" w:line="240" w:lineRule="auto"/>
        <w:jc w:val="both"/>
      </w:pPr>
      <w:r>
        <w:rPr>
          <w:rFonts w:cs="Calibri"/>
          <w:color w:val="000000"/>
          <w:lang w:val="hr-HR"/>
        </w:rPr>
        <w:t>ili:</w:t>
      </w:r>
    </w:p>
    <w:p w14:paraId="61F40C81" w14:textId="77777777" w:rsidR="0033721B" w:rsidRDefault="007E2CBA">
      <w:pPr>
        <w:spacing w:after="80" w:line="240" w:lineRule="auto"/>
        <w:jc w:val="both"/>
        <w:rPr>
          <w:rFonts w:cs="Calibri"/>
          <w:color w:val="000000"/>
          <w:lang w:val="hr-HR"/>
        </w:rPr>
      </w:pPr>
      <w:r>
        <w:rPr>
          <w:rFonts w:cs="Calibri"/>
          <w:color w:val="000000"/>
          <w:lang w:val="hr-HR"/>
        </w:rPr>
        <w:t>Anđele, čuvaru mili…</w:t>
      </w:r>
    </w:p>
    <w:p w14:paraId="62490CE7" w14:textId="77777777" w:rsidR="006A1F55" w:rsidRDefault="006A1F55" w:rsidP="006A1F55">
      <w:pPr>
        <w:rPr>
          <w:lang w:val="hr-HR"/>
        </w:rPr>
      </w:pPr>
    </w:p>
    <w:p w14:paraId="1598DC05" w14:textId="77777777" w:rsidR="006A1F55" w:rsidRDefault="006A1F55" w:rsidP="006A1F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4A47BD78" w14:textId="77777777">
        <w:trPr>
          <w:cantSplit/>
          <w:jc w:val="center"/>
        </w:trPr>
        <w:tc>
          <w:tcPr>
            <w:tcW w:w="10347" w:type="dxa"/>
            <w:shd w:val="clear" w:color="auto" w:fill="C96A00"/>
            <w:vAlign w:val="center"/>
          </w:tcPr>
          <w:p w14:paraId="6A90A646" w14:textId="77777777" w:rsidR="0033721B" w:rsidRPr="006070D6" w:rsidRDefault="007E2CBA" w:rsidP="006070D6">
            <w:pPr>
              <w:spacing w:before="80" w:after="80" w:line="240" w:lineRule="auto"/>
              <w:ind w:left="85" w:right="85"/>
              <w:jc w:val="center"/>
              <w:rPr>
                <w:sz w:val="32"/>
                <w:szCs w:val="32"/>
              </w:rPr>
            </w:pPr>
            <w:r w:rsidRPr="006070D6">
              <w:rPr>
                <w:rFonts w:cs="Calibri"/>
                <w:b/>
                <w:color w:val="FFFFFF"/>
                <w:sz w:val="32"/>
                <w:szCs w:val="32"/>
                <w:lang w:val="hr-HR"/>
              </w:rPr>
              <w:t>PREPORUČENI ODABIR ZA 45 MINUTA</w:t>
            </w:r>
          </w:p>
        </w:tc>
      </w:tr>
    </w:tbl>
    <w:p w14:paraId="3D3C8FF7" w14:textId="77777777" w:rsidR="0033721B" w:rsidRDefault="0033721B" w:rsidP="006A1F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33721B" w14:paraId="3860BB37" w14:textId="77777777" w:rsidTr="006A1F55">
        <w:trPr>
          <w:jc w:val="center"/>
        </w:trPr>
        <w:tc>
          <w:tcPr>
            <w:tcW w:w="8278" w:type="dxa"/>
            <w:shd w:val="clear" w:color="auto" w:fill="595959"/>
            <w:vAlign w:val="center"/>
          </w:tcPr>
          <w:p w14:paraId="576BDBBC" w14:textId="77777777" w:rsidR="0033721B" w:rsidRDefault="007E2CBA" w:rsidP="006070D6">
            <w:pPr>
              <w:widowControl w:val="0"/>
              <w:spacing w:before="60" w:line="240" w:lineRule="auto"/>
              <w:ind w:left="85" w:right="85"/>
            </w:pPr>
            <w:r>
              <w:rPr>
                <w:rFonts w:cs="Calibri"/>
                <w:b/>
                <w:color w:val="FFFFFF"/>
                <w:lang w:val="hr-HR"/>
              </w:rPr>
              <w:t>Dio sata / odabrana aktivnost</w:t>
            </w:r>
          </w:p>
        </w:tc>
        <w:tc>
          <w:tcPr>
            <w:tcW w:w="2069" w:type="dxa"/>
            <w:shd w:val="clear" w:color="auto" w:fill="595959"/>
            <w:vAlign w:val="center"/>
          </w:tcPr>
          <w:p w14:paraId="5FD98F71" w14:textId="77777777" w:rsidR="0033721B" w:rsidRDefault="007E2CBA" w:rsidP="006070D6">
            <w:pPr>
              <w:widowControl w:val="0"/>
              <w:spacing w:before="60" w:line="240" w:lineRule="auto"/>
              <w:ind w:left="85" w:right="85"/>
              <w:jc w:val="center"/>
            </w:pPr>
            <w:r>
              <w:rPr>
                <w:rFonts w:cs="Calibri"/>
                <w:b/>
                <w:color w:val="FFFFFF"/>
                <w:lang w:val="hr-HR"/>
              </w:rPr>
              <w:t>Vrijeme</w:t>
            </w:r>
          </w:p>
        </w:tc>
      </w:tr>
      <w:tr w:rsidR="0033721B" w14:paraId="7218353A" w14:textId="77777777" w:rsidTr="006A1F55">
        <w:trPr>
          <w:jc w:val="center"/>
        </w:trPr>
        <w:tc>
          <w:tcPr>
            <w:tcW w:w="8278" w:type="dxa"/>
            <w:vAlign w:val="center"/>
          </w:tcPr>
          <w:p w14:paraId="71FB0CA9" w14:textId="77777777" w:rsidR="0033721B" w:rsidRDefault="007E2CBA" w:rsidP="006070D6">
            <w:pPr>
              <w:widowControl w:val="0"/>
              <w:spacing w:before="60" w:line="240" w:lineRule="auto"/>
              <w:ind w:left="85" w:right="85"/>
            </w:pPr>
            <w:r>
              <w:rPr>
                <w:rFonts w:cs="Calibri"/>
                <w:color w:val="000000"/>
                <w:lang w:val="hr-HR"/>
              </w:rPr>
              <w:lastRenderedPageBreak/>
              <w:t>Uvodna molitva, pregled domaće zadaće, motivacija, početni stav i najava teme</w:t>
            </w:r>
          </w:p>
        </w:tc>
        <w:tc>
          <w:tcPr>
            <w:tcW w:w="2069" w:type="dxa"/>
            <w:vAlign w:val="center"/>
          </w:tcPr>
          <w:p w14:paraId="4721ADE0" w14:textId="77777777" w:rsidR="0033721B" w:rsidRDefault="007E2CBA" w:rsidP="006070D6">
            <w:pPr>
              <w:widowControl w:val="0"/>
              <w:spacing w:before="60" w:line="240" w:lineRule="auto"/>
              <w:ind w:left="85" w:right="85"/>
              <w:jc w:val="center"/>
            </w:pPr>
            <w:r>
              <w:rPr>
                <w:rFonts w:cs="Calibri"/>
                <w:color w:val="000000"/>
                <w:lang w:val="hr-HR"/>
              </w:rPr>
              <w:t>9 minuta</w:t>
            </w:r>
          </w:p>
        </w:tc>
      </w:tr>
      <w:tr w:rsidR="0033721B" w14:paraId="3FAD9FDD" w14:textId="77777777" w:rsidTr="006A1F55">
        <w:trPr>
          <w:jc w:val="center"/>
        </w:trPr>
        <w:tc>
          <w:tcPr>
            <w:tcW w:w="8278" w:type="dxa"/>
            <w:shd w:val="clear" w:color="auto" w:fill="F2F2F2"/>
            <w:vAlign w:val="center"/>
          </w:tcPr>
          <w:p w14:paraId="25BEDD85" w14:textId="77777777" w:rsidR="0033721B" w:rsidRDefault="007E2CBA" w:rsidP="006070D6">
            <w:pPr>
              <w:widowControl w:val="0"/>
              <w:spacing w:before="60" w:line="240" w:lineRule="auto"/>
              <w:ind w:left="85" w:right="85"/>
            </w:pPr>
            <w:r>
              <w:rPr>
                <w:rFonts w:cs="Calibri"/>
                <w:color w:val="000000"/>
                <w:lang w:val="hr-HR"/>
              </w:rPr>
              <w:t>Aktivnost 1: Isus je odrastao među ljudima</w:t>
            </w:r>
          </w:p>
        </w:tc>
        <w:tc>
          <w:tcPr>
            <w:tcW w:w="2069" w:type="dxa"/>
            <w:shd w:val="clear" w:color="auto" w:fill="F2F2F2"/>
            <w:vAlign w:val="center"/>
          </w:tcPr>
          <w:p w14:paraId="2644FD14" w14:textId="77777777" w:rsidR="0033721B" w:rsidRDefault="007E2CBA" w:rsidP="006070D6">
            <w:pPr>
              <w:widowControl w:val="0"/>
              <w:spacing w:before="60" w:line="240" w:lineRule="auto"/>
              <w:ind w:left="85" w:right="85"/>
              <w:jc w:val="center"/>
            </w:pPr>
            <w:r>
              <w:rPr>
                <w:rFonts w:cs="Calibri"/>
                <w:color w:val="000000"/>
                <w:lang w:val="hr-HR"/>
              </w:rPr>
              <w:t>4 minute</w:t>
            </w:r>
          </w:p>
        </w:tc>
      </w:tr>
      <w:tr w:rsidR="0033721B" w14:paraId="313CF178" w14:textId="77777777" w:rsidTr="006A1F55">
        <w:trPr>
          <w:jc w:val="center"/>
        </w:trPr>
        <w:tc>
          <w:tcPr>
            <w:tcW w:w="8278" w:type="dxa"/>
            <w:vAlign w:val="center"/>
          </w:tcPr>
          <w:p w14:paraId="02DAB296" w14:textId="77777777" w:rsidR="0033721B" w:rsidRDefault="007E2CBA" w:rsidP="006070D6">
            <w:pPr>
              <w:widowControl w:val="0"/>
              <w:spacing w:before="60" w:line="240" w:lineRule="auto"/>
              <w:ind w:left="85" w:right="85"/>
            </w:pPr>
            <w:r>
              <w:rPr>
                <w:rFonts w:cs="Calibri"/>
                <w:color w:val="000000"/>
                <w:lang w:val="hr-HR"/>
              </w:rPr>
              <w:t>Aktivnost 2: Obrada glavnoga teksta – intervju ILI klasična obrada, sa shemom i naglascima</w:t>
            </w:r>
          </w:p>
        </w:tc>
        <w:tc>
          <w:tcPr>
            <w:tcW w:w="2069" w:type="dxa"/>
            <w:vAlign w:val="center"/>
          </w:tcPr>
          <w:p w14:paraId="1B01DB0B" w14:textId="77777777" w:rsidR="0033721B" w:rsidRDefault="007E2CBA" w:rsidP="006070D6">
            <w:pPr>
              <w:widowControl w:val="0"/>
              <w:spacing w:before="60" w:line="240" w:lineRule="auto"/>
              <w:ind w:left="85" w:right="85"/>
              <w:jc w:val="center"/>
            </w:pPr>
            <w:r>
              <w:rPr>
                <w:rFonts w:cs="Calibri"/>
                <w:color w:val="000000"/>
                <w:lang w:val="hr-HR"/>
              </w:rPr>
              <w:t>11 minuta</w:t>
            </w:r>
          </w:p>
        </w:tc>
      </w:tr>
      <w:tr w:rsidR="0033721B" w14:paraId="73EDE2BA" w14:textId="77777777" w:rsidTr="006A1F55">
        <w:trPr>
          <w:jc w:val="center"/>
        </w:trPr>
        <w:tc>
          <w:tcPr>
            <w:tcW w:w="8278" w:type="dxa"/>
            <w:shd w:val="clear" w:color="auto" w:fill="F2F2F2"/>
            <w:vAlign w:val="center"/>
          </w:tcPr>
          <w:p w14:paraId="0A08431E" w14:textId="77777777" w:rsidR="0033721B" w:rsidRDefault="007E2CBA" w:rsidP="006070D6">
            <w:pPr>
              <w:widowControl w:val="0"/>
              <w:spacing w:before="60" w:line="240" w:lineRule="auto"/>
              <w:ind w:left="85" w:right="85"/>
            </w:pPr>
            <w:r>
              <w:rPr>
                <w:rFonts w:cs="Calibri"/>
                <w:color w:val="000000"/>
                <w:lang w:val="hr-HR"/>
              </w:rPr>
              <w:t>Aktivnost 4: Teološko sidro – rast u Kristu</w:t>
            </w:r>
          </w:p>
        </w:tc>
        <w:tc>
          <w:tcPr>
            <w:tcW w:w="2069" w:type="dxa"/>
            <w:shd w:val="clear" w:color="auto" w:fill="F2F2F2"/>
            <w:vAlign w:val="center"/>
          </w:tcPr>
          <w:p w14:paraId="7A03840D" w14:textId="77777777" w:rsidR="0033721B" w:rsidRDefault="007E2CBA" w:rsidP="006070D6">
            <w:pPr>
              <w:widowControl w:val="0"/>
              <w:spacing w:before="60" w:line="240" w:lineRule="auto"/>
              <w:ind w:left="85" w:right="85"/>
              <w:jc w:val="center"/>
            </w:pPr>
            <w:r>
              <w:rPr>
                <w:rFonts w:cs="Calibri"/>
                <w:color w:val="000000"/>
                <w:lang w:val="hr-HR"/>
              </w:rPr>
              <w:t>3 minute</w:t>
            </w:r>
          </w:p>
        </w:tc>
      </w:tr>
      <w:tr w:rsidR="0033721B" w14:paraId="1D2AA4A3" w14:textId="77777777" w:rsidTr="006A1F55">
        <w:trPr>
          <w:jc w:val="center"/>
        </w:trPr>
        <w:tc>
          <w:tcPr>
            <w:tcW w:w="8278" w:type="dxa"/>
            <w:vAlign w:val="center"/>
          </w:tcPr>
          <w:p w14:paraId="081FEB17" w14:textId="77777777" w:rsidR="0033721B" w:rsidRDefault="007E2CBA" w:rsidP="006070D6">
            <w:pPr>
              <w:widowControl w:val="0"/>
              <w:spacing w:before="60" w:line="240" w:lineRule="auto"/>
              <w:ind w:left="85" w:right="85"/>
            </w:pPr>
            <w:r>
              <w:rPr>
                <w:rFonts w:cs="Calibri"/>
                <w:color w:val="000000"/>
                <w:lang w:val="hr-HR"/>
              </w:rPr>
              <w:t>Aktivnost 5: PROSUDI – dokaz zrelosti</w:t>
            </w:r>
          </w:p>
        </w:tc>
        <w:tc>
          <w:tcPr>
            <w:tcW w:w="2069" w:type="dxa"/>
            <w:vAlign w:val="center"/>
          </w:tcPr>
          <w:p w14:paraId="4B8A8C06" w14:textId="77777777" w:rsidR="0033721B" w:rsidRDefault="007E2CBA" w:rsidP="006070D6">
            <w:pPr>
              <w:widowControl w:val="0"/>
              <w:spacing w:before="60" w:line="240" w:lineRule="auto"/>
              <w:ind w:left="85" w:right="85"/>
              <w:jc w:val="center"/>
            </w:pPr>
            <w:r>
              <w:rPr>
                <w:rFonts w:cs="Calibri"/>
                <w:color w:val="000000"/>
                <w:lang w:val="hr-HR"/>
              </w:rPr>
              <w:t>5 minuta</w:t>
            </w:r>
          </w:p>
        </w:tc>
      </w:tr>
      <w:tr w:rsidR="0033721B" w14:paraId="014D3705" w14:textId="77777777" w:rsidTr="006A1F55">
        <w:trPr>
          <w:jc w:val="center"/>
        </w:trPr>
        <w:tc>
          <w:tcPr>
            <w:tcW w:w="8278" w:type="dxa"/>
            <w:shd w:val="clear" w:color="auto" w:fill="F2F2F2"/>
            <w:vAlign w:val="center"/>
          </w:tcPr>
          <w:p w14:paraId="07FACE9F" w14:textId="77777777" w:rsidR="0033721B" w:rsidRDefault="007E2CBA" w:rsidP="006070D6">
            <w:pPr>
              <w:widowControl w:val="0"/>
              <w:spacing w:before="60" w:line="240" w:lineRule="auto"/>
              <w:ind w:left="85" w:right="85"/>
            </w:pPr>
            <w:r>
              <w:rPr>
                <w:rFonts w:cs="Calibri"/>
                <w:color w:val="000000"/>
                <w:lang w:val="hr-HR"/>
              </w:rPr>
              <w:t>Aktivnost 10: Zapišimo!</w:t>
            </w:r>
          </w:p>
        </w:tc>
        <w:tc>
          <w:tcPr>
            <w:tcW w:w="2069" w:type="dxa"/>
            <w:shd w:val="clear" w:color="auto" w:fill="F2F2F2"/>
            <w:vAlign w:val="center"/>
          </w:tcPr>
          <w:p w14:paraId="3BD54F3A" w14:textId="77777777" w:rsidR="0033721B" w:rsidRDefault="007E2CBA" w:rsidP="006070D6">
            <w:pPr>
              <w:widowControl w:val="0"/>
              <w:spacing w:before="60" w:line="240" w:lineRule="auto"/>
              <w:ind w:left="85" w:right="85"/>
              <w:jc w:val="center"/>
            </w:pPr>
            <w:r>
              <w:rPr>
                <w:rFonts w:cs="Calibri"/>
                <w:color w:val="000000"/>
                <w:lang w:val="hr-HR"/>
              </w:rPr>
              <w:t>3 minute</w:t>
            </w:r>
          </w:p>
        </w:tc>
      </w:tr>
      <w:tr w:rsidR="0033721B" w14:paraId="78ABB1FF" w14:textId="77777777" w:rsidTr="006A1F55">
        <w:trPr>
          <w:jc w:val="center"/>
        </w:trPr>
        <w:tc>
          <w:tcPr>
            <w:tcW w:w="8278" w:type="dxa"/>
            <w:vAlign w:val="center"/>
          </w:tcPr>
          <w:p w14:paraId="0A447138" w14:textId="77777777" w:rsidR="0033721B" w:rsidRDefault="007E2CBA" w:rsidP="006070D6">
            <w:pPr>
              <w:widowControl w:val="0"/>
              <w:spacing w:before="60" w:line="240" w:lineRule="auto"/>
              <w:ind w:left="85" w:right="85"/>
            </w:pPr>
            <w:r>
              <w:rPr>
                <w:rFonts w:cs="Calibri"/>
                <w:color w:val="000000"/>
                <w:lang w:val="hr-HR"/>
              </w:rPr>
              <w:t>Aktualizacija – dva kratka odgovora</w:t>
            </w:r>
          </w:p>
        </w:tc>
        <w:tc>
          <w:tcPr>
            <w:tcW w:w="2069" w:type="dxa"/>
            <w:vAlign w:val="center"/>
          </w:tcPr>
          <w:p w14:paraId="7EB81FDF" w14:textId="77777777" w:rsidR="0033721B" w:rsidRDefault="007E2CBA" w:rsidP="006070D6">
            <w:pPr>
              <w:widowControl w:val="0"/>
              <w:spacing w:before="60" w:line="240" w:lineRule="auto"/>
              <w:ind w:left="85" w:right="85"/>
              <w:jc w:val="center"/>
            </w:pPr>
            <w:r>
              <w:rPr>
                <w:rFonts w:cs="Calibri"/>
                <w:color w:val="000000"/>
                <w:lang w:val="hr-HR"/>
              </w:rPr>
              <w:t>2 minute</w:t>
            </w:r>
          </w:p>
        </w:tc>
      </w:tr>
      <w:tr w:rsidR="0033721B" w14:paraId="1AAB81CF" w14:textId="77777777" w:rsidTr="006A1F55">
        <w:trPr>
          <w:jc w:val="center"/>
        </w:trPr>
        <w:tc>
          <w:tcPr>
            <w:tcW w:w="8278" w:type="dxa"/>
            <w:shd w:val="clear" w:color="auto" w:fill="F2F2F2"/>
            <w:vAlign w:val="center"/>
          </w:tcPr>
          <w:p w14:paraId="6DD86F28" w14:textId="77777777" w:rsidR="0033721B" w:rsidRDefault="007E2CBA" w:rsidP="006070D6">
            <w:pPr>
              <w:widowControl w:val="0"/>
              <w:spacing w:before="60" w:line="240" w:lineRule="auto"/>
              <w:ind w:left="85" w:right="85"/>
            </w:pPr>
            <w:r>
              <w:rPr>
                <w:rFonts w:cs="Calibri"/>
                <w:color w:val="000000"/>
                <w:lang w:val="hr-HR"/>
              </w:rPr>
              <w:t>Sinteza i zaključak vjeroučitelja</w:t>
            </w:r>
          </w:p>
        </w:tc>
        <w:tc>
          <w:tcPr>
            <w:tcW w:w="2069" w:type="dxa"/>
            <w:shd w:val="clear" w:color="auto" w:fill="F2F2F2"/>
            <w:vAlign w:val="center"/>
          </w:tcPr>
          <w:p w14:paraId="232D448C" w14:textId="77777777" w:rsidR="0033721B" w:rsidRDefault="007E2CBA" w:rsidP="006070D6">
            <w:pPr>
              <w:widowControl w:val="0"/>
              <w:spacing w:before="60" w:line="240" w:lineRule="auto"/>
              <w:ind w:left="85" w:right="85"/>
              <w:jc w:val="center"/>
            </w:pPr>
            <w:r>
              <w:rPr>
                <w:rFonts w:cs="Calibri"/>
                <w:color w:val="000000"/>
                <w:lang w:val="hr-HR"/>
              </w:rPr>
              <w:t>2 minute</w:t>
            </w:r>
          </w:p>
        </w:tc>
      </w:tr>
      <w:tr w:rsidR="0033721B" w14:paraId="3E6EEC71" w14:textId="77777777" w:rsidTr="006A1F55">
        <w:trPr>
          <w:jc w:val="center"/>
        </w:trPr>
        <w:tc>
          <w:tcPr>
            <w:tcW w:w="8278" w:type="dxa"/>
            <w:vAlign w:val="center"/>
          </w:tcPr>
          <w:p w14:paraId="409F9899" w14:textId="77777777" w:rsidR="0033721B" w:rsidRDefault="007E2CBA" w:rsidP="006070D6">
            <w:pPr>
              <w:widowControl w:val="0"/>
              <w:spacing w:before="60" w:line="240" w:lineRule="auto"/>
              <w:ind w:left="85" w:right="85"/>
            </w:pPr>
            <w:r>
              <w:rPr>
                <w:rFonts w:cs="Calibri"/>
                <w:color w:val="000000"/>
                <w:lang w:val="hr-HR"/>
              </w:rPr>
              <w:t>Formativna provjera</w:t>
            </w:r>
          </w:p>
        </w:tc>
        <w:tc>
          <w:tcPr>
            <w:tcW w:w="2069" w:type="dxa"/>
            <w:vAlign w:val="center"/>
          </w:tcPr>
          <w:p w14:paraId="45ADFA7A" w14:textId="77777777" w:rsidR="0033721B" w:rsidRDefault="007E2CBA" w:rsidP="006070D6">
            <w:pPr>
              <w:widowControl w:val="0"/>
              <w:spacing w:before="60" w:line="240" w:lineRule="auto"/>
              <w:ind w:left="85" w:right="85"/>
              <w:jc w:val="center"/>
            </w:pPr>
            <w:r>
              <w:rPr>
                <w:rFonts w:cs="Calibri"/>
                <w:color w:val="000000"/>
                <w:lang w:val="hr-HR"/>
              </w:rPr>
              <w:t>3 minute</w:t>
            </w:r>
          </w:p>
        </w:tc>
      </w:tr>
      <w:tr w:rsidR="0033721B" w14:paraId="132EC385" w14:textId="77777777" w:rsidTr="006A1F55">
        <w:trPr>
          <w:jc w:val="center"/>
        </w:trPr>
        <w:tc>
          <w:tcPr>
            <w:tcW w:w="8278" w:type="dxa"/>
            <w:shd w:val="clear" w:color="auto" w:fill="F2F2F2"/>
            <w:vAlign w:val="center"/>
          </w:tcPr>
          <w:p w14:paraId="407187E3" w14:textId="77777777" w:rsidR="0033721B" w:rsidRDefault="007E2CBA" w:rsidP="006070D6">
            <w:pPr>
              <w:widowControl w:val="0"/>
              <w:spacing w:before="60" w:line="240" w:lineRule="auto"/>
              <w:ind w:left="85" w:right="85"/>
            </w:pPr>
            <w:r>
              <w:rPr>
                <w:rFonts w:cs="Calibri"/>
                <w:color w:val="000000"/>
                <w:lang w:val="hr-HR"/>
              </w:rPr>
              <w:t>Samovrednovanje</w:t>
            </w:r>
          </w:p>
        </w:tc>
        <w:tc>
          <w:tcPr>
            <w:tcW w:w="2069" w:type="dxa"/>
            <w:shd w:val="clear" w:color="auto" w:fill="F2F2F2"/>
            <w:vAlign w:val="center"/>
          </w:tcPr>
          <w:p w14:paraId="5E76EB53" w14:textId="77777777" w:rsidR="0033721B" w:rsidRDefault="007E2CBA" w:rsidP="006070D6">
            <w:pPr>
              <w:widowControl w:val="0"/>
              <w:spacing w:before="60" w:line="240" w:lineRule="auto"/>
              <w:ind w:left="85" w:right="85"/>
              <w:jc w:val="center"/>
            </w:pPr>
            <w:r>
              <w:rPr>
                <w:rFonts w:cs="Calibri"/>
                <w:color w:val="000000"/>
                <w:lang w:val="hr-HR"/>
              </w:rPr>
              <w:t>1 minuta</w:t>
            </w:r>
          </w:p>
        </w:tc>
      </w:tr>
      <w:tr w:rsidR="0033721B" w14:paraId="6AFDE057" w14:textId="77777777" w:rsidTr="006A1F55">
        <w:trPr>
          <w:jc w:val="center"/>
        </w:trPr>
        <w:tc>
          <w:tcPr>
            <w:tcW w:w="8278" w:type="dxa"/>
            <w:vAlign w:val="center"/>
          </w:tcPr>
          <w:p w14:paraId="040F7C2B" w14:textId="77777777" w:rsidR="0033721B" w:rsidRDefault="007E2CBA" w:rsidP="006070D6">
            <w:pPr>
              <w:widowControl w:val="0"/>
              <w:spacing w:before="60" w:line="240" w:lineRule="auto"/>
              <w:ind w:left="85" w:right="85"/>
            </w:pPr>
            <w:r>
              <w:rPr>
                <w:rFonts w:cs="Calibri"/>
                <w:color w:val="000000"/>
                <w:lang w:val="hr-HR"/>
              </w:rPr>
              <w:t>Domaća zadaća i završna molitva</w:t>
            </w:r>
          </w:p>
        </w:tc>
        <w:tc>
          <w:tcPr>
            <w:tcW w:w="2069" w:type="dxa"/>
            <w:vAlign w:val="center"/>
          </w:tcPr>
          <w:p w14:paraId="611B2F99" w14:textId="77777777" w:rsidR="0033721B" w:rsidRDefault="007E2CBA" w:rsidP="006070D6">
            <w:pPr>
              <w:widowControl w:val="0"/>
              <w:spacing w:before="60" w:line="240" w:lineRule="auto"/>
              <w:ind w:left="85" w:right="85"/>
              <w:jc w:val="center"/>
            </w:pPr>
            <w:r>
              <w:rPr>
                <w:rFonts w:cs="Calibri"/>
                <w:color w:val="000000"/>
                <w:lang w:val="hr-HR"/>
              </w:rPr>
              <w:t>2 minute</w:t>
            </w:r>
          </w:p>
        </w:tc>
      </w:tr>
    </w:tbl>
    <w:p w14:paraId="289448B1" w14:textId="77777777" w:rsidR="0033721B" w:rsidRDefault="0033721B">
      <w:pPr>
        <w:keepNext/>
        <w:spacing w:line="20" w:lineRule="exact"/>
        <w:jc w:val="both"/>
        <w:rPr>
          <w:sz w:val="2"/>
        </w:rPr>
      </w:pPr>
    </w:p>
    <w:p w14:paraId="5BB5751B" w14:textId="77777777" w:rsidR="0033721B" w:rsidRPr="006A1F55" w:rsidRDefault="007E2CBA">
      <w:pPr>
        <w:spacing w:after="80" w:line="240" w:lineRule="auto"/>
        <w:jc w:val="both"/>
        <w:rPr>
          <w:i/>
          <w:iCs/>
          <w:color w:val="808080" w:themeColor="background1" w:themeShade="80"/>
        </w:rPr>
      </w:pPr>
      <w:r w:rsidRPr="006A1F55">
        <w:rPr>
          <w:rFonts w:cs="Calibri"/>
          <w:i/>
          <w:iCs/>
          <w:color w:val="808080" w:themeColor="background1" w:themeShade="80"/>
          <w:lang w:val="hr-HR"/>
        </w:rPr>
        <w:t>Ukupno: 45 minuta.</w:t>
      </w:r>
    </w:p>
    <w:p w14:paraId="5B5A7F99" w14:textId="77777777" w:rsidR="0033721B" w:rsidRDefault="007E2CBA">
      <w:pPr>
        <w:keepNext/>
        <w:spacing w:before="160" w:after="80" w:line="240" w:lineRule="auto"/>
        <w:jc w:val="both"/>
      </w:pPr>
      <w:r>
        <w:rPr>
          <w:rFonts w:cs="Calibri"/>
          <w:b/>
          <w:color w:val="C96A00"/>
          <w:lang w:val="hr-HR"/>
        </w:rPr>
        <w:t>PRILOZI ZA BRZU UPORABU</w:t>
      </w:r>
    </w:p>
    <w:p w14:paraId="39DDF4E9" w14:textId="77777777" w:rsidR="0033721B" w:rsidRDefault="007E2CBA">
      <w:pPr>
        <w:keepNext/>
        <w:spacing w:after="80" w:line="240" w:lineRule="auto"/>
        <w:jc w:val="both"/>
      </w:pPr>
      <w:r>
        <w:rPr>
          <w:rFonts w:cs="Calibri"/>
          <w:b/>
          <w:color w:val="000000"/>
          <w:lang w:val="hr-HR"/>
        </w:rPr>
        <w:t>Prilog 1: Kratka kontrolna lista za vjeroučitelja</w:t>
      </w:r>
    </w:p>
    <w:p w14:paraId="130970CE" w14:textId="77777777" w:rsidR="0033721B" w:rsidRDefault="007E2CBA">
      <w:pPr>
        <w:spacing w:after="40" w:line="240" w:lineRule="auto"/>
        <w:jc w:val="both"/>
      </w:pPr>
      <w:r>
        <w:rPr>
          <w:rFonts w:cs="Calibri"/>
          <w:color w:val="000000"/>
          <w:lang w:val="hr-HR"/>
        </w:rPr>
        <w:t>□ Mogu li učenici razlikovati adolescenciju i pubertet?</w:t>
      </w:r>
    </w:p>
    <w:p w14:paraId="6C39405C" w14:textId="77777777" w:rsidR="0033721B" w:rsidRDefault="007E2CBA">
      <w:pPr>
        <w:spacing w:after="40" w:line="240" w:lineRule="auto"/>
        <w:jc w:val="both"/>
      </w:pPr>
      <w:r>
        <w:rPr>
          <w:rFonts w:cs="Calibri"/>
          <w:color w:val="000000"/>
          <w:lang w:val="hr-HR"/>
        </w:rPr>
        <w:t>□ Mogu li navesti tjelesno, duševno i duhovno područje rasta?</w:t>
      </w:r>
    </w:p>
    <w:p w14:paraId="6B670C18" w14:textId="77777777" w:rsidR="0033721B" w:rsidRDefault="007E2CBA">
      <w:pPr>
        <w:spacing w:after="40" w:line="240" w:lineRule="auto"/>
        <w:jc w:val="both"/>
      </w:pPr>
      <w:r>
        <w:rPr>
          <w:rFonts w:cs="Calibri"/>
          <w:color w:val="000000"/>
          <w:lang w:val="hr-HR"/>
        </w:rPr>
        <w:t>□ Mogu li objasniti važnost Isusova odrastanja za kršćane?</w:t>
      </w:r>
    </w:p>
    <w:p w14:paraId="6B47EC87" w14:textId="77777777" w:rsidR="0033721B" w:rsidRDefault="007E2CBA">
      <w:pPr>
        <w:spacing w:after="40" w:line="240" w:lineRule="auto"/>
        <w:jc w:val="both"/>
      </w:pPr>
      <w:r>
        <w:rPr>
          <w:rFonts w:cs="Calibri"/>
          <w:color w:val="000000"/>
          <w:lang w:val="hr-HR"/>
        </w:rPr>
        <w:t>□ Prepoznaju li krštenje kao početak života u Kristu?</w:t>
      </w:r>
    </w:p>
    <w:p w14:paraId="4149E1F7" w14:textId="77777777" w:rsidR="0033721B" w:rsidRDefault="007E2CBA">
      <w:pPr>
        <w:spacing w:after="40" w:line="240" w:lineRule="auto"/>
        <w:jc w:val="both"/>
      </w:pPr>
      <w:r>
        <w:rPr>
          <w:rFonts w:cs="Calibri"/>
          <w:color w:val="000000"/>
          <w:lang w:val="hr-HR"/>
        </w:rPr>
        <w:t>□ Povezuju li duhovni rast s molitvom, sakramentima i ljubavlju?</w:t>
      </w:r>
    </w:p>
    <w:p w14:paraId="4A6EA25D" w14:textId="77777777" w:rsidR="0033721B" w:rsidRDefault="007E2CBA">
      <w:pPr>
        <w:spacing w:after="40" w:line="240" w:lineRule="auto"/>
        <w:jc w:val="both"/>
      </w:pPr>
      <w:r>
        <w:rPr>
          <w:rFonts w:cs="Calibri"/>
          <w:color w:val="000000"/>
          <w:lang w:val="hr-HR"/>
        </w:rPr>
        <w:t>□ Mogu li obrazložiti odgovornu odluku u situaciji pritiska vršnjaka?</w:t>
      </w:r>
    </w:p>
    <w:p w14:paraId="11579744" w14:textId="77777777" w:rsidR="0033721B" w:rsidRDefault="007E2CBA">
      <w:pPr>
        <w:spacing w:after="40" w:line="240" w:lineRule="auto"/>
        <w:jc w:val="both"/>
        <w:rPr>
          <w:rFonts w:cs="Calibri"/>
          <w:color w:val="000000"/>
          <w:lang w:val="hr-HR"/>
        </w:rPr>
      </w:pPr>
      <w:r>
        <w:rPr>
          <w:rFonts w:cs="Calibri"/>
          <w:color w:val="000000"/>
          <w:lang w:val="hr-HR"/>
        </w:rPr>
        <w:t>□ Mogu li imenovati dar i konkretan način njegova razvoja?</w:t>
      </w:r>
    </w:p>
    <w:p w14:paraId="255ADF19" w14:textId="77777777" w:rsidR="006A1F55" w:rsidRDefault="006A1F55" w:rsidP="006A1F55">
      <w:pPr>
        <w:rPr>
          <w:lang w:val="hr-HR"/>
        </w:rPr>
      </w:pPr>
    </w:p>
    <w:p w14:paraId="3161EE51" w14:textId="77777777" w:rsidR="006A1F55" w:rsidRDefault="006A1F55" w:rsidP="006A1F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486EE58A" w14:textId="77777777">
        <w:trPr>
          <w:cantSplit/>
          <w:jc w:val="center"/>
        </w:trPr>
        <w:tc>
          <w:tcPr>
            <w:tcW w:w="10347" w:type="dxa"/>
            <w:shd w:val="clear" w:color="auto" w:fill="00B050"/>
            <w:vAlign w:val="center"/>
          </w:tcPr>
          <w:p w14:paraId="6852B822" w14:textId="77777777" w:rsidR="0033721B" w:rsidRDefault="007E2CBA" w:rsidP="006070D6">
            <w:pPr>
              <w:spacing w:before="80" w:after="80" w:line="240" w:lineRule="auto"/>
              <w:ind w:left="85" w:right="85"/>
              <w:jc w:val="both"/>
            </w:pPr>
            <w:r>
              <w:rPr>
                <w:rFonts w:cs="Calibri"/>
                <w:b/>
                <w:color w:val="FFFFFF"/>
                <w:sz w:val="32"/>
                <w:szCs w:val="32"/>
                <w:lang w:val="hr-HR"/>
              </w:rPr>
              <w:t>IV. IZBORNE I DODATNE AKTIVNOSTI</w:t>
            </w:r>
          </w:p>
        </w:tc>
      </w:tr>
    </w:tbl>
    <w:p w14:paraId="6168BC44" w14:textId="77777777" w:rsidR="0033721B" w:rsidRDefault="0033721B">
      <w:pPr>
        <w:keepNext/>
        <w:spacing w:line="20" w:lineRule="exact"/>
        <w:jc w:val="both"/>
        <w:rPr>
          <w:sz w:val="2"/>
        </w:rPr>
      </w:pPr>
    </w:p>
    <w:p w14:paraId="0A0B7471" w14:textId="77777777" w:rsidR="0033721B" w:rsidRDefault="007E2CBA">
      <w:pPr>
        <w:spacing w:after="80" w:line="240" w:lineRule="auto"/>
        <w:jc w:val="both"/>
      </w:pPr>
      <w:r>
        <w:rPr>
          <w:rFonts w:cs="Calibri"/>
          <w:b/>
          <w:color w:val="002060"/>
          <w:lang w:val="hr-HR"/>
        </w:rPr>
        <w:t>Vjeroučitelj će prema potrebama razreda odabrati neku od sljedećih aktivnosti kao zamjenu za ranije ponuđenu aktivnost. Nije predviđeno provesti sve aktivnosti u jednom satu.</w:t>
      </w:r>
    </w:p>
    <w:p w14:paraId="747ED090" w14:textId="77777777" w:rsidR="0033721B" w:rsidRDefault="007E2CBA">
      <w:pPr>
        <w:keepNext/>
        <w:spacing w:before="160" w:after="80" w:line="240" w:lineRule="auto"/>
        <w:jc w:val="both"/>
      </w:pPr>
      <w:r>
        <w:rPr>
          <w:rFonts w:cs="Calibri"/>
          <w:b/>
          <w:color w:val="166534"/>
          <w:sz w:val="26"/>
          <w:szCs w:val="26"/>
          <w:lang w:val="hr-HR"/>
        </w:rPr>
        <w:t>Aktivnost 1: Radna bilježnica</w:t>
      </w:r>
    </w:p>
    <w:p w14:paraId="40142963" w14:textId="77777777" w:rsidR="0033721B" w:rsidRDefault="007E2CBA">
      <w:pPr>
        <w:spacing w:after="80" w:line="240" w:lineRule="auto"/>
        <w:jc w:val="both"/>
      </w:pPr>
      <w:r>
        <w:rPr>
          <w:rFonts w:cs="Calibri"/>
          <w:color w:val="000000"/>
          <w:lang w:val="hr-HR"/>
        </w:rPr>
        <w:t>Učenici će uz pomoć vjeroučitelja rješavati RB, str. 8–9 (mogu biti i odabrani zadatci po želji).</w:t>
      </w:r>
    </w:p>
    <w:p w14:paraId="60848538" w14:textId="77777777" w:rsidR="0033721B" w:rsidRDefault="007E2CBA">
      <w:pPr>
        <w:keepNext/>
        <w:spacing w:before="160" w:after="80" w:line="240" w:lineRule="auto"/>
        <w:jc w:val="both"/>
        <w:rPr>
          <w:rFonts w:cs="Calibri"/>
          <w:b/>
          <w:color w:val="166534"/>
          <w:sz w:val="26"/>
          <w:szCs w:val="26"/>
          <w:lang w:val="hr-HR"/>
        </w:rPr>
      </w:pPr>
      <w:r>
        <w:rPr>
          <w:rFonts w:cs="Calibri"/>
          <w:b/>
          <w:color w:val="166534"/>
          <w:sz w:val="26"/>
          <w:szCs w:val="26"/>
          <w:lang w:val="hr-HR"/>
        </w:rPr>
        <w:t>Aktivnost 2: Digitalni zadatci</w:t>
      </w:r>
    </w:p>
    <w:p w14:paraId="4BF93ED0" w14:textId="33EB9E5C" w:rsidR="00705449" w:rsidRDefault="00705449" w:rsidP="00705449">
      <w:r>
        <w:rPr>
          <w:lang w:val="hr-HR"/>
        </w:rPr>
        <w:t>/</w:t>
      </w:r>
    </w:p>
    <w:p w14:paraId="0545DE31" w14:textId="77777777" w:rsidR="0033721B" w:rsidRDefault="007E2CBA">
      <w:pPr>
        <w:keepNext/>
        <w:spacing w:before="160" w:after="80" w:line="240" w:lineRule="auto"/>
        <w:jc w:val="both"/>
      </w:pPr>
      <w:r>
        <w:rPr>
          <w:rFonts w:cs="Calibri"/>
          <w:b/>
          <w:color w:val="166534"/>
          <w:sz w:val="26"/>
          <w:szCs w:val="26"/>
          <w:lang w:val="hr-HR"/>
        </w:rPr>
        <w:t>Aktivnost 3: Mladić i prsten</w:t>
      </w:r>
      <w:r>
        <w:rPr>
          <w:rFonts w:cs="Calibri"/>
          <w:i/>
          <w:color w:val="6B6B6B"/>
          <w:sz w:val="20"/>
          <w:szCs w:val="20"/>
          <w:lang w:val="hr-HR"/>
        </w:rPr>
        <w:t xml:space="preserve"> (individualni rad i rad u paru – čitanje i prosudba, 10 minuta)</w:t>
      </w:r>
    </w:p>
    <w:p w14:paraId="21289026" w14:textId="77777777" w:rsidR="006C6D72" w:rsidRDefault="007E2CBA">
      <w:pPr>
        <w:keepNext/>
        <w:spacing w:after="80" w:line="240" w:lineRule="auto"/>
        <w:jc w:val="both"/>
        <w:rPr>
          <w:rFonts w:cs="Calibri"/>
          <w:color w:val="000000"/>
          <w:lang w:val="hr-HR"/>
        </w:rPr>
      </w:pPr>
      <w:r>
        <w:rPr>
          <w:rFonts w:cs="Calibri"/>
          <w:color w:val="000000"/>
          <w:lang w:val="hr-HR"/>
        </w:rPr>
        <w:t xml:space="preserve">Individualni rad. Učenici će pročitati duhovnu priču iz digitalnoga udžbenika. </w:t>
      </w:r>
    </w:p>
    <w:p w14:paraId="6469C43B" w14:textId="6EDFF78B" w:rsidR="0033721B" w:rsidRDefault="007E2CBA">
      <w:pPr>
        <w:keepNext/>
        <w:spacing w:after="80" w:line="240" w:lineRule="auto"/>
        <w:jc w:val="both"/>
      </w:pPr>
      <w:r>
        <w:rPr>
          <w:rFonts w:cs="Calibri"/>
          <w:color w:val="000000"/>
          <w:lang w:val="hr-HR"/>
        </w:rPr>
        <w:t>Rad u paru. Učenici će usporediti procjene trgovaca i zlatara te odrediti što priča može reći o samopouzdanju, a što je potrebno dodatno objasniti iz kršćanske perspektive.</w:t>
      </w:r>
    </w:p>
    <w:p w14:paraId="489A01BF"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 xml:space="preserve">Moguće rješenje: Prsten nije postao vrjedniji zato što ga je zlatar prepoznao; procjena trgovaca nije iscrpila njegovu vrijednost. Slično tome, tuđe omalovažavanje ne oduzima osobi dostojanstvo. U kršćanskom tumačenju svaki čovjek ima jednako </w:t>
      </w:r>
      <w:r>
        <w:rPr>
          <w:rFonts w:cs="Calibri"/>
          <w:color w:val="6B6B6B"/>
          <w:sz w:val="20"/>
          <w:szCs w:val="20"/>
          <w:lang w:val="hr-HR"/>
        </w:rPr>
        <w:lastRenderedPageBreak/>
        <w:t>dostojanstvo kao Božja slika; ljude ne rangiramo prema cijeni ni talentu. Vrijedan savjet možemo prihvatiti bez predavanja vlastite vrijednosti tuđoj procjeni.</w:t>
      </w:r>
    </w:p>
    <w:p w14:paraId="47340140" w14:textId="77777777" w:rsidR="006C6D72" w:rsidRDefault="006C6D72">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12AD6D4A" w14:textId="77777777">
        <w:trPr>
          <w:jc w:val="center"/>
        </w:trPr>
        <w:tc>
          <w:tcPr>
            <w:tcW w:w="10347" w:type="dxa"/>
            <w:shd w:val="clear" w:color="auto" w:fill="46437E"/>
          </w:tcPr>
          <w:p w14:paraId="5741CEF5" w14:textId="77777777" w:rsidR="0033721B" w:rsidRDefault="007E2CBA">
            <w:pPr>
              <w:keepNext/>
              <w:spacing w:before="65" w:after="65" w:line="240" w:lineRule="auto"/>
              <w:ind w:left="85" w:right="85"/>
              <w:jc w:val="center"/>
            </w:pPr>
            <w:r>
              <w:rPr>
                <w:rFonts w:cs="Calibri"/>
                <w:b/>
                <w:color w:val="FFFFFF"/>
                <w:sz w:val="40"/>
                <w:szCs w:val="40"/>
                <w:lang w:val="hr-HR"/>
              </w:rPr>
              <w:t>DUHOVNA PRIČA MLADIĆ I PRSTEN</w:t>
            </w:r>
          </w:p>
        </w:tc>
      </w:tr>
      <w:tr w:rsidR="0033721B" w14:paraId="67CE88AA" w14:textId="77777777">
        <w:trPr>
          <w:jc w:val="center"/>
        </w:trPr>
        <w:tc>
          <w:tcPr>
            <w:tcW w:w="10347" w:type="dxa"/>
            <w:shd w:val="clear" w:color="auto" w:fill="F3F6FA"/>
          </w:tcPr>
          <w:p w14:paraId="22467305" w14:textId="77777777" w:rsidR="0033721B" w:rsidRDefault="007E2CBA">
            <w:pPr>
              <w:spacing w:before="65" w:after="65" w:line="240" w:lineRule="auto"/>
              <w:ind w:left="85" w:right="85"/>
              <w:jc w:val="both"/>
            </w:pPr>
            <w:r>
              <w:rPr>
                <w:rFonts w:cs="Calibri"/>
                <w:color w:val="000000"/>
                <w:sz w:val="40"/>
                <w:szCs w:val="40"/>
                <w:lang w:val="hr-HR"/>
              </w:rPr>
              <w:t>Jedna priča govori o mladiću koji se obratio mudracu za pomoć rekavši mu:</w:t>
            </w:r>
          </w:p>
          <w:p w14:paraId="03B75712" w14:textId="77777777" w:rsidR="0033721B" w:rsidRDefault="007E2CBA">
            <w:pPr>
              <w:spacing w:before="65" w:after="65" w:line="240" w:lineRule="auto"/>
              <w:ind w:left="85" w:right="85"/>
              <w:jc w:val="both"/>
            </w:pPr>
            <w:r>
              <w:rPr>
                <w:rFonts w:cs="Calibri"/>
                <w:color w:val="000000"/>
                <w:sz w:val="40"/>
                <w:szCs w:val="40"/>
                <w:lang w:val="hr-HR"/>
              </w:rPr>
              <w:t>“Dolazim, učitelju, jer se osjećam tako bezvrijednim da nemam volje ni za što. Kažu mi da sam ni za što, da ništa ne radim dobro, da sam nespretan i prilično glupav. Kako se mogu popraviti? Šta mogu učiniti da me više cijene?”</w:t>
            </w:r>
          </w:p>
          <w:p w14:paraId="2B93EF42" w14:textId="77777777" w:rsidR="0033721B" w:rsidRDefault="007E2CBA">
            <w:pPr>
              <w:spacing w:before="65" w:after="65" w:line="240" w:lineRule="auto"/>
              <w:ind w:left="85" w:right="85"/>
              <w:jc w:val="both"/>
            </w:pPr>
            <w:r>
              <w:rPr>
                <w:rFonts w:cs="Calibri"/>
                <w:color w:val="000000"/>
                <w:sz w:val="40"/>
                <w:szCs w:val="40"/>
                <w:lang w:val="hr-HR"/>
              </w:rPr>
              <w:t>Učitelj mu je, ne pogledavši ga, rekao:</w:t>
            </w:r>
          </w:p>
          <w:p w14:paraId="654E86C6" w14:textId="77777777" w:rsidR="0033721B" w:rsidRDefault="007E2CBA">
            <w:pPr>
              <w:spacing w:before="65" w:after="65" w:line="240" w:lineRule="auto"/>
              <w:ind w:left="85" w:right="85"/>
              <w:jc w:val="both"/>
            </w:pPr>
            <w:r>
              <w:rPr>
                <w:rFonts w:cs="Calibri"/>
                <w:color w:val="000000"/>
                <w:sz w:val="40"/>
                <w:szCs w:val="40"/>
                <w:lang w:val="hr-HR"/>
              </w:rPr>
              <w:t>“Baš mi je žao, momče. Ne mogu ti pomoći budući da prvo moram riješiti svoj problem. Možda poslije…”</w:t>
            </w:r>
          </w:p>
          <w:p w14:paraId="109544EE" w14:textId="77777777" w:rsidR="0033721B" w:rsidRDefault="007E2CBA">
            <w:pPr>
              <w:spacing w:before="65" w:after="65" w:line="240" w:lineRule="auto"/>
              <w:ind w:left="85" w:right="85"/>
              <w:jc w:val="both"/>
            </w:pPr>
            <w:r>
              <w:rPr>
                <w:rFonts w:cs="Calibri"/>
                <w:color w:val="000000"/>
                <w:sz w:val="40"/>
                <w:szCs w:val="40"/>
                <w:lang w:val="hr-HR"/>
              </w:rPr>
              <w:t>Malo je zastao i dodao:</w:t>
            </w:r>
          </w:p>
          <w:p w14:paraId="4982209F" w14:textId="77777777" w:rsidR="0033721B" w:rsidRDefault="007E2CBA">
            <w:pPr>
              <w:spacing w:before="65" w:after="65" w:line="240" w:lineRule="auto"/>
              <w:ind w:left="85" w:right="85"/>
              <w:jc w:val="both"/>
            </w:pPr>
            <w:r>
              <w:rPr>
                <w:rFonts w:cs="Calibri"/>
                <w:color w:val="000000"/>
                <w:sz w:val="40"/>
                <w:szCs w:val="40"/>
                <w:lang w:val="hr-HR"/>
              </w:rPr>
              <w:t>“Kad bi ti meni pomogao, brže bih to riješio i možda bih ti onda mogao pomoći.”</w:t>
            </w:r>
          </w:p>
          <w:p w14:paraId="202A5C84" w14:textId="77777777" w:rsidR="0033721B" w:rsidRDefault="007E2CBA">
            <w:pPr>
              <w:spacing w:before="65" w:after="65" w:line="240" w:lineRule="auto"/>
              <w:ind w:left="85" w:right="85"/>
              <w:jc w:val="both"/>
            </w:pPr>
            <w:r>
              <w:rPr>
                <w:rFonts w:cs="Calibri"/>
                <w:color w:val="000000"/>
                <w:sz w:val="40"/>
                <w:szCs w:val="40"/>
                <w:lang w:val="hr-HR"/>
              </w:rPr>
              <w:t>“V…vrlo rado, učitelju”, oklijevao je mladić osjećajući da je opet obezvrijeđen i da su njegove potrebe zapostavljene.</w:t>
            </w:r>
          </w:p>
          <w:p w14:paraId="142BE4E2" w14:textId="77777777" w:rsidR="0033721B" w:rsidRDefault="007E2CBA">
            <w:pPr>
              <w:spacing w:before="65" w:after="65" w:line="240" w:lineRule="auto"/>
              <w:ind w:left="85" w:right="85"/>
              <w:jc w:val="both"/>
            </w:pPr>
            <w:r>
              <w:rPr>
                <w:rFonts w:cs="Calibri"/>
                <w:color w:val="000000"/>
                <w:sz w:val="40"/>
                <w:szCs w:val="40"/>
                <w:lang w:val="hr-HR"/>
              </w:rPr>
              <w:t>“Dobro”, nastavio je učitelj. Skinuo je prsten koji je nosio na malom prstu lijeve ruke i, pružajući ga mladiću, dodao: “Uzmi konja koji je vani i odjaši do tržnice. Trebam prodati ovaj prsten jer moram vratiti dug. Moraš za njega dobiti najbolju moguću cijenu i nemoj prihvatiti manje od jednog zlatnika. Idi i što prije se vrati s tim novcem.”</w:t>
            </w:r>
          </w:p>
          <w:p w14:paraId="72F87D07" w14:textId="77777777" w:rsidR="0033721B" w:rsidRDefault="007E2CBA">
            <w:pPr>
              <w:spacing w:before="65" w:after="65" w:line="240" w:lineRule="auto"/>
              <w:ind w:left="85" w:right="85"/>
              <w:jc w:val="both"/>
            </w:pPr>
            <w:r>
              <w:rPr>
                <w:rFonts w:cs="Calibri"/>
                <w:color w:val="000000"/>
                <w:sz w:val="40"/>
                <w:szCs w:val="40"/>
                <w:lang w:val="hr-HR"/>
              </w:rPr>
              <w:t xml:space="preserve">Mladić je uzeo prsten i otišao. Čim je došao na tržnicu, stao je nuditi prsten trgovcima koji su ga promatrali sa zanimanjem dok im mladić nije rekao koliko traži za njega. Kad je mladić spomenuo zlatnik, neki su se smijali, drugi su okretali glavu i samo je jedan starac bio dovoljno ljubazan da mu objasni da je zlatnik prevrijedan da bi ga dobio u zamjenu za prsten. Netko je htio pomoći te mu ponudio srebrnjak i bakrenu posudicu, ali </w:t>
            </w:r>
            <w:r>
              <w:rPr>
                <w:rFonts w:cs="Calibri"/>
                <w:color w:val="000000"/>
                <w:sz w:val="40"/>
                <w:szCs w:val="40"/>
                <w:lang w:val="hr-HR"/>
              </w:rPr>
              <w:lastRenderedPageBreak/>
              <w:t>mladić je dobio upute da ne prihvati ništa manje od zlatnika pa je odbio ponudu.</w:t>
            </w:r>
          </w:p>
          <w:p w14:paraId="41E167F5" w14:textId="77777777" w:rsidR="0033721B" w:rsidRDefault="007E2CBA">
            <w:pPr>
              <w:spacing w:before="65" w:after="65" w:line="240" w:lineRule="auto"/>
              <w:ind w:left="85" w:right="85"/>
              <w:jc w:val="both"/>
            </w:pPr>
            <w:r>
              <w:rPr>
                <w:rFonts w:cs="Calibri"/>
                <w:color w:val="000000"/>
                <w:sz w:val="40"/>
                <w:szCs w:val="40"/>
                <w:lang w:val="hr-HR"/>
              </w:rPr>
              <w:t>Nakon što je ponudio prsten svima koje je sreo na tržnici, a bilo ih je više od stotinu, shrvan zbog neuspjeha popeo se na konja i vratio se. Kako je samo mladić želio zlatnik, da ga može dati učitelju i riješiti ga brige kako bi napokon dobio njegov savjet i pomoć! Ušao je u sobu.</w:t>
            </w:r>
          </w:p>
          <w:p w14:paraId="7F5E09ED" w14:textId="77777777" w:rsidR="0033721B" w:rsidRDefault="007E2CBA">
            <w:pPr>
              <w:spacing w:before="65" w:after="65" w:line="240" w:lineRule="auto"/>
              <w:ind w:left="85" w:right="85"/>
              <w:jc w:val="both"/>
            </w:pPr>
            <w:r>
              <w:rPr>
                <w:rFonts w:cs="Calibri"/>
                <w:color w:val="000000"/>
                <w:sz w:val="40"/>
                <w:szCs w:val="40"/>
                <w:lang w:val="hr-HR"/>
              </w:rPr>
              <w:t>“Učitelju”, rekao je, “žao mi je. Ne mogu dobiti to što tražiš. Možda sam mogao dobiti dva ili tri srebrnjaka, ali sumnjam da ću ikoga moći zavarati u vezi s pravom vrijednošću prstena.”</w:t>
            </w:r>
          </w:p>
          <w:p w14:paraId="55AFC6D4" w14:textId="77777777" w:rsidR="0033721B" w:rsidRDefault="007E2CBA">
            <w:pPr>
              <w:spacing w:before="65" w:after="65" w:line="240" w:lineRule="auto"/>
              <w:ind w:left="85" w:right="85"/>
              <w:jc w:val="both"/>
            </w:pPr>
            <w:r>
              <w:rPr>
                <w:rFonts w:cs="Calibri"/>
                <w:color w:val="000000"/>
                <w:sz w:val="40"/>
                <w:szCs w:val="40"/>
                <w:lang w:val="hr-HR"/>
              </w:rPr>
              <w:t>“To što si rekao, veoma je važno, mladi prijatelju”, odgovorio je učitelj. “Najprije moramo doznati pravu vrijednost prstena. Ponovo uzjaši konja i idi zlataru. Tko to može znati bolje od njega? Reci mu da želiš prodati prsten i pitaj ga koliko ti može dati za njega. Ali ma koliko ti nudio, nemoj mu ga prodati. Vrati se ovamo s prstenom.”</w:t>
            </w:r>
          </w:p>
          <w:p w14:paraId="536B8510" w14:textId="77777777" w:rsidR="0033721B" w:rsidRDefault="007E2CBA">
            <w:pPr>
              <w:spacing w:before="65" w:after="65" w:line="240" w:lineRule="auto"/>
              <w:ind w:left="85" w:right="85"/>
              <w:jc w:val="both"/>
            </w:pPr>
            <w:r>
              <w:rPr>
                <w:rFonts w:cs="Calibri"/>
                <w:color w:val="000000"/>
                <w:sz w:val="40"/>
                <w:szCs w:val="40"/>
                <w:lang w:val="hr-HR"/>
              </w:rPr>
              <w:t>Mladić je opet ujahao konja. Zlatar je pregledao prsten uz svjetlo uljane lampe, pogledao ga kroz povećalo, izvagao i rekao mladiću:</w:t>
            </w:r>
          </w:p>
          <w:p w14:paraId="5EDC8CAE" w14:textId="77777777" w:rsidR="0033721B" w:rsidRDefault="007E2CBA">
            <w:pPr>
              <w:spacing w:before="65" w:after="65" w:line="240" w:lineRule="auto"/>
              <w:ind w:left="85" w:right="85"/>
              <w:jc w:val="both"/>
            </w:pPr>
            <w:r>
              <w:rPr>
                <w:rFonts w:cs="Calibri"/>
                <w:color w:val="000000"/>
                <w:sz w:val="40"/>
                <w:szCs w:val="40"/>
                <w:lang w:val="hr-HR"/>
              </w:rPr>
              <w:t>“Reci, učitelju, momče, da mu, ako ga želi odmah prodati, za prsten ne mogu dati više od pedeset osam zlatnika.”</w:t>
            </w:r>
          </w:p>
          <w:p w14:paraId="4E0DCF32" w14:textId="77777777" w:rsidR="0033721B" w:rsidRDefault="007E2CBA">
            <w:pPr>
              <w:spacing w:before="65" w:after="65" w:line="240" w:lineRule="auto"/>
              <w:ind w:left="85" w:right="85"/>
              <w:jc w:val="both"/>
            </w:pPr>
            <w:r>
              <w:rPr>
                <w:rFonts w:cs="Calibri"/>
                <w:color w:val="000000"/>
                <w:sz w:val="40"/>
                <w:szCs w:val="40"/>
                <w:lang w:val="hr-HR"/>
              </w:rPr>
              <w:t>“Pedeset osam zlatnika?!” uzviknuo je mladić.</w:t>
            </w:r>
          </w:p>
          <w:p w14:paraId="02D27ECB" w14:textId="77777777" w:rsidR="0033721B" w:rsidRDefault="007E2CBA">
            <w:pPr>
              <w:spacing w:before="65" w:after="65" w:line="240" w:lineRule="auto"/>
              <w:ind w:left="85" w:right="85"/>
              <w:jc w:val="both"/>
            </w:pPr>
            <w:r>
              <w:rPr>
                <w:rFonts w:cs="Calibri"/>
                <w:color w:val="000000"/>
                <w:sz w:val="40"/>
                <w:szCs w:val="40"/>
                <w:lang w:val="hr-HR"/>
              </w:rPr>
              <w:t>“Da”, odgovorio je zlatar. “Znam da bismo s vremenom za njega mogli dobiti šezdesetak zlatnika, ali ako ga hitno prodaje…”</w:t>
            </w:r>
          </w:p>
          <w:p w14:paraId="6056EC1D" w14:textId="77777777" w:rsidR="0033721B" w:rsidRDefault="007E2CBA">
            <w:pPr>
              <w:spacing w:before="65" w:after="65" w:line="240" w:lineRule="auto"/>
              <w:ind w:left="85" w:right="85"/>
              <w:jc w:val="both"/>
            </w:pPr>
            <w:r>
              <w:rPr>
                <w:rFonts w:cs="Calibri"/>
                <w:color w:val="000000"/>
                <w:sz w:val="40"/>
                <w:szCs w:val="40"/>
                <w:lang w:val="hr-HR"/>
              </w:rPr>
              <w:t>Mladić je uzbuđen odjurio učiteljevoj kući i rekao mu šta se dogodilo.</w:t>
            </w:r>
          </w:p>
          <w:p w14:paraId="01AD017D" w14:textId="77777777" w:rsidR="0033721B" w:rsidRDefault="007E2CBA">
            <w:pPr>
              <w:spacing w:before="65" w:after="65" w:line="240" w:lineRule="auto"/>
              <w:ind w:left="85" w:right="85"/>
              <w:jc w:val="both"/>
            </w:pPr>
            <w:r>
              <w:rPr>
                <w:rFonts w:cs="Calibri"/>
                <w:color w:val="000000"/>
                <w:sz w:val="40"/>
                <w:szCs w:val="40"/>
                <w:lang w:val="hr-HR"/>
              </w:rPr>
              <w:t>“Sjedni”, rekao mu je učitelj nakon što ga je saslušao. “Ti si poput ovog prstena: pravi biser, vrijedan i jedinstven. I kao takvog te može procijeniti samo pravi stručnjak. Zašto ideš kroz život želeći da netko nebitan otkrije tvoju pravu vrijednost?”</w:t>
            </w:r>
          </w:p>
          <w:p w14:paraId="3FB53824"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lastRenderedPageBreak/>
              <w:t>I, rekavši to, ponovo stavi prsten na mali prst lijeve ruke.</w:t>
            </w:r>
          </w:p>
          <w:p w14:paraId="651EC092" w14:textId="2637A5FB" w:rsidR="006C6D72" w:rsidRDefault="006C6D72" w:rsidP="006C6D72">
            <w:pPr>
              <w:spacing w:before="65" w:after="65" w:line="240" w:lineRule="auto"/>
              <w:ind w:left="85" w:right="85"/>
              <w:jc w:val="right"/>
            </w:pPr>
            <w:r>
              <w:rPr>
                <w:rFonts w:cs="Calibri"/>
                <w:color w:val="6B6B6B"/>
                <w:sz w:val="20"/>
                <w:szCs w:val="20"/>
                <w:lang w:val="hr-HR"/>
              </w:rPr>
              <w:t>Digitalni udžbenik Ukorak s Isusom, prilog uz lekciju Put odrastanja</w:t>
            </w:r>
          </w:p>
        </w:tc>
      </w:tr>
    </w:tbl>
    <w:p w14:paraId="795DDA9D" w14:textId="77777777" w:rsidR="0033721B" w:rsidRDefault="0033721B">
      <w:pPr>
        <w:keepNext/>
        <w:spacing w:line="20" w:lineRule="exact"/>
        <w:jc w:val="both"/>
        <w:rPr>
          <w:sz w:val="2"/>
        </w:rPr>
      </w:pPr>
    </w:p>
    <w:p w14:paraId="1DF30BBD" w14:textId="77777777" w:rsidR="0033721B" w:rsidRDefault="007E2CBA">
      <w:pPr>
        <w:keepNext/>
        <w:spacing w:after="80" w:line="240" w:lineRule="auto"/>
        <w:jc w:val="both"/>
      </w:pPr>
      <w:r>
        <w:rPr>
          <w:rFonts w:cs="Calibri"/>
          <w:color w:val="000000"/>
          <w:lang w:val="hr-HR"/>
        </w:rPr>
        <w:t>Razgovor</w:t>
      </w:r>
    </w:p>
    <w:p w14:paraId="10162189" w14:textId="77777777" w:rsidR="0033721B" w:rsidRDefault="007E2CBA">
      <w:pPr>
        <w:numPr>
          <w:ilvl w:val="0"/>
          <w:numId w:val="41"/>
        </w:numPr>
        <w:spacing w:after="40" w:line="240" w:lineRule="auto"/>
        <w:jc w:val="both"/>
      </w:pPr>
      <w:r>
        <w:rPr>
          <w:rFonts w:cs="Calibri"/>
          <w:color w:val="000000"/>
          <w:lang w:val="hr-HR"/>
        </w:rPr>
        <w:t>Što se promijenilo između tržnice i zlatarske radionice: prsten ili procjena?</w:t>
      </w:r>
      <w:r>
        <w:rPr>
          <w:rFonts w:cs="Calibri"/>
          <w:color w:val="6B6B6B"/>
          <w:sz w:val="18"/>
          <w:szCs w:val="18"/>
          <w:lang w:val="hr-HR"/>
        </w:rPr>
        <w:t xml:space="preserve"> (Promijenila se procjena; prsten je ostao isti.)</w:t>
      </w:r>
    </w:p>
    <w:p w14:paraId="3C11505F" w14:textId="77777777" w:rsidR="0033721B" w:rsidRDefault="007E2CBA">
      <w:pPr>
        <w:numPr>
          <w:ilvl w:val="0"/>
          <w:numId w:val="41"/>
        </w:numPr>
        <w:spacing w:after="40" w:line="240" w:lineRule="auto"/>
        <w:jc w:val="both"/>
      </w:pPr>
      <w:r>
        <w:rPr>
          <w:rFonts w:cs="Calibri"/>
          <w:color w:val="000000"/>
          <w:lang w:val="hr-HR"/>
        </w:rPr>
        <w:t>Zašto sliku prstena ne trebate doslovno prenositi na vrijednost ljudi?</w:t>
      </w:r>
      <w:r>
        <w:rPr>
          <w:rFonts w:cs="Calibri"/>
          <w:color w:val="6B6B6B"/>
          <w:sz w:val="18"/>
          <w:szCs w:val="18"/>
          <w:lang w:val="hr-HR"/>
        </w:rPr>
        <w:t xml:space="preserve"> (Osoba nije predmet s cijenom; svi ljudi imaju jednako dostojanstvo bez obzira na darove, postignuća i tuđe mišljenje.)</w:t>
      </w:r>
    </w:p>
    <w:p w14:paraId="7F4530E9" w14:textId="77777777" w:rsidR="0033721B" w:rsidRDefault="007E2CBA">
      <w:pPr>
        <w:numPr>
          <w:ilvl w:val="0"/>
          <w:numId w:val="41"/>
        </w:numPr>
        <w:spacing w:after="40" w:line="240" w:lineRule="auto"/>
        <w:jc w:val="both"/>
      </w:pPr>
      <w:r>
        <w:rPr>
          <w:rFonts w:cs="Calibri"/>
          <w:color w:val="000000"/>
          <w:lang w:val="hr-HR"/>
        </w:rPr>
        <w:t>Koji dio priče povezujete s odrastanjem i kako biste izbjegli omalovažavanje drugih?</w:t>
      </w:r>
      <w:r>
        <w:rPr>
          <w:rFonts w:cs="Calibri"/>
          <w:color w:val="6B6B6B"/>
          <w:sz w:val="18"/>
          <w:szCs w:val="18"/>
          <w:lang w:val="hr-HR"/>
        </w:rPr>
        <w:t xml:space="preserve"> (Možemo učiti ne vezati vlastitu vrijednost uz svaku tuđu procjenu, ali pritom sve ljude poštovati i prihvatiti dobronamjeran savjet.)</w:t>
      </w:r>
    </w:p>
    <w:p w14:paraId="1C726A22" w14:textId="77777777" w:rsidR="0033721B" w:rsidRDefault="007E2CBA">
      <w:pPr>
        <w:keepNext/>
        <w:spacing w:before="160" w:after="80" w:line="240" w:lineRule="auto"/>
        <w:jc w:val="both"/>
      </w:pPr>
      <w:r>
        <w:rPr>
          <w:rFonts w:cs="Calibri"/>
          <w:b/>
          <w:color w:val="166534"/>
          <w:sz w:val="26"/>
          <w:szCs w:val="26"/>
          <w:lang w:val="hr-HR"/>
        </w:rPr>
        <w:t>Aktivnost 4: Odrasti u junaka</w:t>
      </w:r>
      <w:r>
        <w:rPr>
          <w:rFonts w:cs="Calibri"/>
          <w:i/>
          <w:color w:val="6B6B6B"/>
          <w:sz w:val="20"/>
          <w:szCs w:val="20"/>
          <w:lang w:val="hr-HR"/>
        </w:rPr>
        <w:t xml:space="preserve"> (zajednički rad i individualni osvrt, 9 minuta)</w:t>
      </w:r>
    </w:p>
    <w:p w14:paraId="6C5E6E32" w14:textId="77777777" w:rsidR="0033721B" w:rsidRDefault="007E2CBA">
      <w:pPr>
        <w:keepNext/>
        <w:spacing w:after="80" w:line="240" w:lineRule="auto"/>
        <w:jc w:val="both"/>
      </w:pPr>
      <w:r w:rsidRPr="006C6D72">
        <w:rPr>
          <w:rFonts w:cs="Calibri"/>
          <w:color w:val="000000"/>
          <w:highlight w:val="cyan"/>
          <w:lang w:val="hr-HR"/>
        </w:rPr>
        <w:t>a)</w:t>
      </w:r>
      <w:r>
        <w:rPr>
          <w:rFonts w:cs="Calibri"/>
          <w:color w:val="000000"/>
          <w:lang w:val="hr-HR"/>
        </w:rPr>
        <w:t xml:space="preserve"> Zajednički rad. Učenici će pročitati uvodni tekst iz digitalnoga udžbenika i odabrati jedan primjer služenja koji žele pratiti tijekom gledanja videozapisa. Nakon gledanja napisat će jednu izvedivu odluku u skladu s porukom lekcije.</w:t>
      </w:r>
    </w:p>
    <w:p w14:paraId="7DB657D1"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Moguće rješenje: Primjer odluke: ovaj ću tjedan saslušati vršnjaka koji je često sam i pozvati ga da nam se pridruži. Odluka treba biti konkretna, primjerena dobi i povezana s ljubavlju, vjerom ili mirotvorstvom.</w:t>
      </w:r>
    </w:p>
    <w:p w14:paraId="2783AE69" w14:textId="77777777" w:rsidR="006C6D72" w:rsidRDefault="006C6D72">
      <w:pPr>
        <w:keepNext/>
        <w:spacing w:after="80" w:line="240" w:lineRule="auto"/>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475B7827" w14:textId="77777777">
        <w:trPr>
          <w:jc w:val="center"/>
        </w:trPr>
        <w:tc>
          <w:tcPr>
            <w:tcW w:w="10347" w:type="dxa"/>
            <w:shd w:val="clear" w:color="auto" w:fill="46437E"/>
          </w:tcPr>
          <w:p w14:paraId="5753DD3E" w14:textId="77777777" w:rsidR="0033721B" w:rsidRDefault="007E2CBA">
            <w:pPr>
              <w:keepNext/>
              <w:spacing w:before="65" w:after="65" w:line="240" w:lineRule="auto"/>
              <w:ind w:left="85" w:right="85"/>
              <w:jc w:val="center"/>
            </w:pPr>
            <w:r>
              <w:rPr>
                <w:rFonts w:cs="Calibri"/>
                <w:b/>
                <w:color w:val="FFFFFF"/>
                <w:sz w:val="40"/>
                <w:szCs w:val="40"/>
                <w:lang w:val="hr-HR"/>
              </w:rPr>
              <w:t>ODRASTI U JUNAKA</w:t>
            </w:r>
          </w:p>
        </w:tc>
      </w:tr>
      <w:tr w:rsidR="0033721B" w14:paraId="02FB239E" w14:textId="77777777">
        <w:trPr>
          <w:jc w:val="center"/>
        </w:trPr>
        <w:tc>
          <w:tcPr>
            <w:tcW w:w="10347" w:type="dxa"/>
            <w:shd w:val="clear" w:color="auto" w:fill="F3F6FA"/>
          </w:tcPr>
          <w:p w14:paraId="1B1D47D6" w14:textId="77777777" w:rsidR="0033721B" w:rsidRDefault="007E2CBA">
            <w:pPr>
              <w:spacing w:before="65" w:after="65" w:line="240" w:lineRule="auto"/>
              <w:ind w:left="85" w:right="85"/>
              <w:jc w:val="both"/>
            </w:pPr>
            <w:r>
              <w:rPr>
                <w:rFonts w:cs="Calibri"/>
                <w:color w:val="000000"/>
                <w:sz w:val="40"/>
                <w:szCs w:val="40"/>
                <w:lang w:val="hr-HR"/>
              </w:rPr>
              <w:t>Joel Reali je bio posvećen katoličkoj vjeri, a svoje prijatelje je poticao na sakramentalni život. Zbližavao je razdvojene obitelji.</w:t>
            </w:r>
          </w:p>
          <w:p w14:paraId="2F535186" w14:textId="77777777" w:rsidR="0033721B" w:rsidRDefault="007E2CBA">
            <w:pPr>
              <w:spacing w:before="65" w:after="65" w:line="240" w:lineRule="auto"/>
              <w:ind w:left="85" w:right="85"/>
              <w:jc w:val="both"/>
              <w:rPr>
                <w:rFonts w:cs="Calibri"/>
                <w:color w:val="000000"/>
                <w:sz w:val="40"/>
                <w:szCs w:val="40"/>
                <w:lang w:val="hr-HR"/>
              </w:rPr>
            </w:pPr>
            <w:r>
              <w:rPr>
                <w:rFonts w:cs="Calibri"/>
                <w:color w:val="000000"/>
                <w:sz w:val="40"/>
                <w:szCs w:val="40"/>
                <w:lang w:val="hr-HR"/>
              </w:rPr>
              <w:t>Pogledaj video zapis, razmisli i napiši što moraš poduzeti kako bi „odrastao u junaka”?</w:t>
            </w:r>
          </w:p>
          <w:p w14:paraId="4D59A426" w14:textId="2A6B6004" w:rsidR="006C6D72" w:rsidRDefault="006C6D72" w:rsidP="006C6D72">
            <w:pPr>
              <w:spacing w:before="65" w:after="65" w:line="240" w:lineRule="auto"/>
              <w:ind w:left="85" w:right="85"/>
              <w:jc w:val="right"/>
            </w:pPr>
            <w:r>
              <w:rPr>
                <w:rFonts w:cs="Calibri"/>
                <w:color w:val="6B6B6B"/>
                <w:sz w:val="20"/>
                <w:szCs w:val="20"/>
                <w:lang w:val="hr-HR"/>
              </w:rPr>
              <w:t>Digitalni udžbenik Ukorak s Isusom, str. 13 – drugi smješko</w:t>
            </w:r>
          </w:p>
        </w:tc>
      </w:tr>
    </w:tbl>
    <w:p w14:paraId="779227C2" w14:textId="77777777" w:rsidR="0033721B" w:rsidRDefault="0033721B">
      <w:pPr>
        <w:keepNext/>
        <w:spacing w:line="20" w:lineRule="exact"/>
        <w:jc w:val="both"/>
        <w:rPr>
          <w:sz w:val="2"/>
        </w:rPr>
      </w:pPr>
    </w:p>
    <w:p w14:paraId="159973A6" w14:textId="77777777" w:rsidR="0033721B" w:rsidRDefault="007E2CBA">
      <w:pPr>
        <w:keepNext/>
        <w:spacing w:after="80" w:line="240" w:lineRule="auto"/>
        <w:jc w:val="both"/>
        <w:rPr>
          <w:rFonts w:cs="Calibri"/>
          <w:color w:val="000000"/>
          <w:lang w:val="hr-HR"/>
        </w:rPr>
      </w:pPr>
      <w:r w:rsidRPr="006C6D72">
        <w:rPr>
          <w:rFonts w:cs="Calibri"/>
          <w:color w:val="000000"/>
          <w:highlight w:val="cyan"/>
          <w:lang w:val="hr-HR"/>
        </w:rPr>
        <w:t>b)</w:t>
      </w:r>
      <w:r>
        <w:rPr>
          <w:rFonts w:cs="Calibri"/>
          <w:color w:val="000000"/>
          <w:lang w:val="hr-HR"/>
        </w:rPr>
        <w:t xml:space="preserve"> Učenici će pogledati videozapis „Odrasti u junaka“, 5:20. Izvor: digitalni udžbenik Ukorak s Isusom, Kršćanska sadašnjost, str. 13 – drugi smješko.</w:t>
      </w:r>
    </w:p>
    <w:p w14:paraId="31B19DB9" w14:textId="77777777" w:rsidR="00705449" w:rsidRDefault="00705449">
      <w:pPr>
        <w:keepNext/>
        <w:spacing w:after="80" w:line="240" w:lineRule="auto"/>
        <w:jc w:val="both"/>
      </w:pPr>
    </w:p>
    <w:p w14:paraId="625EB14B" w14:textId="0798324E" w:rsidR="006C6D72" w:rsidRDefault="00B06BB8">
      <w:pPr>
        <w:keepNext/>
        <w:spacing w:after="80" w:line="240" w:lineRule="auto"/>
        <w:jc w:val="both"/>
        <w:rPr>
          <w:rFonts w:cs="Calibri"/>
          <w:color w:val="000000"/>
          <w:lang w:val="hr-HR"/>
        </w:rPr>
      </w:pPr>
      <w:r>
        <w:rPr>
          <w:rFonts w:cs="Calibri"/>
          <w:noProof/>
          <w:color w:val="000000"/>
          <w:lang w:val="hr-HR"/>
        </w:rPr>
        <w:drawing>
          <wp:inline distT="0" distB="0" distL="0" distR="0" wp14:anchorId="74CE8185" wp14:editId="092FC253">
            <wp:extent cx="2401200" cy="1800000"/>
            <wp:effectExtent l="0" t="0" r="0" b="0"/>
            <wp:docPr id="1456029419" name="Videozapis 2" descr="Odrasti u junaka  - Joel Reali">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29419" name="Videozapis 2" descr="Odrasti u junaka  - Joel Reali">
                      <a:hlinkClick r:id="rId10"/>
                    </pic:cNvPr>
                    <pic:cNvPicPr/>
                  </pic:nvPicPr>
                  <pic:blipFill>
                    <a:blip r:embed="rId11">
                      <a:extLst>
                        <a:ext uri="{C809E66F-F1BF-436E-b5F7-EEA9579F0CBA}">
                          <wp15:webVideoPr xmlns:wp15="http://schemas.microsoft.com/office/word/2012/wordprocessingDrawing" embeddedHtml="&lt;iframe width=&quot;200&quot; height=&quot;113&quot; src=&quot;https://www.youtube.com/embed/BNDYxDdWioo?feature=oembed&quot; frameborder=&quot;0&quot; allow=&quot;accelerometer; autoplay; clipboard-write; encrypted-media; gyroscope; picture-in-picture; web-share&quot; referrerpolicy=&quot;strict-origin-when-cross-origin&quot; allowfullscreen=&quot;&quot; title=&quot;Odrasti u junaka  - Joel Reali&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FE475FF" w14:textId="5487373B" w:rsidR="0033721B" w:rsidRDefault="007E2CBA">
      <w:pPr>
        <w:keepNext/>
        <w:spacing w:after="80" w:line="240" w:lineRule="auto"/>
        <w:jc w:val="both"/>
      </w:pPr>
      <w:r>
        <w:rPr>
          <w:rFonts w:cs="Calibri"/>
          <w:color w:val="000000"/>
          <w:lang w:val="hr-HR"/>
        </w:rPr>
        <w:t>Razgovor</w:t>
      </w:r>
    </w:p>
    <w:p w14:paraId="5A8F9B84" w14:textId="77777777" w:rsidR="0033721B" w:rsidRDefault="007E2CBA">
      <w:pPr>
        <w:numPr>
          <w:ilvl w:val="0"/>
          <w:numId w:val="41"/>
        </w:numPr>
        <w:spacing w:after="40" w:line="240" w:lineRule="auto"/>
        <w:jc w:val="both"/>
      </w:pPr>
      <w:r>
        <w:rPr>
          <w:rFonts w:cs="Calibri"/>
          <w:color w:val="000000"/>
          <w:lang w:val="hr-HR"/>
        </w:rPr>
        <w:t>Koja konkretna djela iz uvoda ili videozapisa povezujete s rastom u Kristu?</w:t>
      </w:r>
      <w:r>
        <w:rPr>
          <w:rFonts w:cs="Calibri"/>
          <w:color w:val="6B6B6B"/>
          <w:sz w:val="18"/>
          <w:szCs w:val="18"/>
          <w:lang w:val="hr-HR"/>
        </w:rPr>
        <w:t xml:space="preserve"> (Primjeri iz uvoda jesu poticanje prijatelja na sakramentalni život i zbližavanje razdvojenih obitelji; učenici će navesti i obrazložiti ono što su uočili u videozapisu.)</w:t>
      </w:r>
    </w:p>
    <w:p w14:paraId="524DF5A9" w14:textId="77777777" w:rsidR="0033721B" w:rsidRPr="00625DF4" w:rsidRDefault="007E2CBA">
      <w:pPr>
        <w:numPr>
          <w:ilvl w:val="0"/>
          <w:numId w:val="41"/>
        </w:numPr>
        <w:spacing w:after="40" w:line="240" w:lineRule="auto"/>
        <w:jc w:val="both"/>
      </w:pPr>
      <w:r>
        <w:rPr>
          <w:rFonts w:cs="Calibri"/>
          <w:color w:val="000000"/>
          <w:lang w:val="hr-HR"/>
        </w:rPr>
        <w:t>Mora li kršćansko junaštvo značiti slavu ili izvanredan pothvat?</w:t>
      </w:r>
      <w:r>
        <w:rPr>
          <w:rFonts w:cs="Calibri"/>
          <w:color w:val="6B6B6B"/>
          <w:sz w:val="18"/>
          <w:szCs w:val="18"/>
          <w:lang w:val="hr-HR"/>
        </w:rPr>
        <w:t xml:space="preserve"> (Ne. Vjernost Bogu, briga za druge, mirenje i ustrajnost u dobru mogu se živjeti u običnim danima.)</w:t>
      </w:r>
    </w:p>
    <w:p w14:paraId="657CF962" w14:textId="77777777" w:rsidR="006070D6" w:rsidRDefault="006070D6" w:rsidP="00625DF4">
      <w:pPr>
        <w:spacing w:after="40" w:line="240" w:lineRule="auto"/>
        <w:jc w:val="both"/>
      </w:pPr>
    </w:p>
    <w:p w14:paraId="73032E4A" w14:textId="6E5C4982" w:rsidR="00625DF4" w:rsidRDefault="00625DF4" w:rsidP="00625DF4">
      <w:pPr>
        <w:spacing w:after="40" w:line="240" w:lineRule="auto"/>
        <w:jc w:val="both"/>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33721B" w14:paraId="1E225E28" w14:textId="77777777" w:rsidTr="00705449">
        <w:trPr>
          <w:jc w:val="center"/>
        </w:trPr>
        <w:tc>
          <w:tcPr>
            <w:tcW w:w="10347" w:type="dxa"/>
            <w:shd w:val="clear" w:color="auto" w:fill="00B050"/>
          </w:tcPr>
          <w:p w14:paraId="13D64504" w14:textId="77777777" w:rsidR="0033721B" w:rsidRDefault="007E2CBA" w:rsidP="00705449">
            <w:pPr>
              <w:widowControl w:val="0"/>
              <w:spacing w:before="65" w:after="65" w:line="240" w:lineRule="auto"/>
              <w:ind w:left="85" w:right="85"/>
              <w:jc w:val="center"/>
            </w:pPr>
            <w:r>
              <w:rPr>
                <w:rFonts w:cs="Calibri"/>
                <w:b/>
                <w:color w:val="FFFFFF"/>
                <w:sz w:val="40"/>
                <w:szCs w:val="40"/>
                <w:lang w:val="hr-HR"/>
              </w:rPr>
              <w:t>MOJ MALI KORAK</w:t>
            </w:r>
          </w:p>
        </w:tc>
      </w:tr>
      <w:tr w:rsidR="0033721B" w14:paraId="638E4069" w14:textId="77777777" w:rsidTr="00705449">
        <w:trPr>
          <w:jc w:val="center"/>
        </w:trPr>
        <w:tc>
          <w:tcPr>
            <w:tcW w:w="10347" w:type="dxa"/>
          </w:tcPr>
          <w:p w14:paraId="2782E4BF" w14:textId="2F125663" w:rsidR="0033721B" w:rsidRDefault="007E2CBA" w:rsidP="00705449">
            <w:pPr>
              <w:widowControl w:val="0"/>
              <w:spacing w:before="65" w:after="65" w:line="240" w:lineRule="auto"/>
              <w:ind w:left="85" w:right="85"/>
            </w:pPr>
            <w:r>
              <w:rPr>
                <w:rFonts w:cs="Calibri"/>
                <w:color w:val="000000"/>
                <w:sz w:val="40"/>
                <w:szCs w:val="40"/>
                <w:lang w:val="hr-HR"/>
              </w:rPr>
              <w:t xml:space="preserve">Učinit ću: </w:t>
            </w:r>
            <w:r>
              <w:rPr>
                <w:rFonts w:cs="Calibri"/>
                <w:color w:val="000000"/>
                <w:sz w:val="24"/>
                <w:szCs w:val="24"/>
                <w:lang w:val="hr-HR"/>
              </w:rPr>
              <w:t>________________</w:t>
            </w:r>
            <w:r w:rsidR="00625DF4">
              <w:rPr>
                <w:rFonts w:cs="Calibri"/>
                <w:color w:val="000000"/>
                <w:sz w:val="24"/>
                <w:szCs w:val="24"/>
                <w:lang w:val="hr-HR"/>
              </w:rPr>
              <w:t>_______________________________</w:t>
            </w:r>
            <w:r>
              <w:rPr>
                <w:rFonts w:cs="Calibri"/>
                <w:color w:val="000000"/>
                <w:sz w:val="24"/>
                <w:szCs w:val="24"/>
                <w:lang w:val="hr-HR"/>
              </w:rPr>
              <w:t>________________________</w:t>
            </w:r>
            <w:r>
              <w:rPr>
                <w:rFonts w:cs="Calibri"/>
                <w:color w:val="000000"/>
                <w:sz w:val="40"/>
                <w:szCs w:val="40"/>
                <w:lang w:val="hr-HR"/>
              </w:rPr>
              <w:br/>
            </w:r>
            <w:r>
              <w:rPr>
                <w:rFonts w:cs="Calibri"/>
                <w:color w:val="000000"/>
                <w:sz w:val="40"/>
                <w:szCs w:val="40"/>
                <w:lang w:val="hr-HR"/>
              </w:rPr>
              <w:lastRenderedPageBreak/>
              <w:t xml:space="preserve">Time ću pokazati: </w:t>
            </w:r>
            <w:r>
              <w:rPr>
                <w:rFonts w:cs="Calibri"/>
                <w:color w:val="000000"/>
                <w:sz w:val="24"/>
                <w:szCs w:val="24"/>
                <w:lang w:val="hr-HR"/>
              </w:rPr>
              <w:t>________________________________</w:t>
            </w:r>
            <w:r w:rsidR="00625DF4">
              <w:rPr>
                <w:rFonts w:cs="Calibri"/>
                <w:color w:val="000000"/>
                <w:sz w:val="24"/>
                <w:szCs w:val="24"/>
                <w:lang w:val="hr-HR"/>
              </w:rPr>
              <w:t>___________________________</w:t>
            </w:r>
            <w:r>
              <w:rPr>
                <w:rFonts w:cs="Calibri"/>
                <w:color w:val="000000"/>
                <w:sz w:val="24"/>
                <w:szCs w:val="24"/>
                <w:lang w:val="hr-HR"/>
              </w:rPr>
              <w:t>_</w:t>
            </w:r>
          </w:p>
        </w:tc>
      </w:tr>
    </w:tbl>
    <w:p w14:paraId="6349F1DB" w14:textId="77777777" w:rsidR="0033721B" w:rsidRDefault="0033721B">
      <w:pPr>
        <w:keepNext/>
        <w:spacing w:line="20" w:lineRule="exact"/>
        <w:jc w:val="both"/>
        <w:rPr>
          <w:sz w:val="2"/>
        </w:rPr>
      </w:pPr>
    </w:p>
    <w:p w14:paraId="26D0461D" w14:textId="77777777" w:rsidR="0033721B" w:rsidRDefault="007E2CBA">
      <w:pPr>
        <w:keepNext/>
        <w:spacing w:before="160" w:after="80" w:line="240" w:lineRule="auto"/>
        <w:jc w:val="both"/>
      </w:pPr>
      <w:r>
        <w:rPr>
          <w:rFonts w:cs="Calibri"/>
          <w:b/>
          <w:color w:val="166534"/>
          <w:sz w:val="26"/>
          <w:szCs w:val="26"/>
          <w:lang w:val="hr-HR"/>
        </w:rPr>
        <w:t>Aktivnost 5: Razgovor koji otvara prostor za rast</w:t>
      </w:r>
      <w:r>
        <w:rPr>
          <w:rFonts w:cs="Calibri"/>
          <w:i/>
          <w:color w:val="6B6B6B"/>
          <w:sz w:val="20"/>
          <w:szCs w:val="20"/>
          <w:lang w:val="hr-HR"/>
        </w:rPr>
        <w:t xml:space="preserve"> (rad u trojkama – kratki scenski prikaz, 7 minuta)</w:t>
      </w:r>
    </w:p>
    <w:p w14:paraId="1F1E7B10" w14:textId="77777777" w:rsidR="0033721B" w:rsidRDefault="007E2CBA">
      <w:pPr>
        <w:keepNext/>
        <w:spacing w:after="80" w:line="240" w:lineRule="auto"/>
        <w:jc w:val="both"/>
      </w:pPr>
      <w:r>
        <w:rPr>
          <w:rFonts w:cs="Calibri"/>
          <w:color w:val="000000"/>
          <w:lang w:val="hr-HR"/>
        </w:rPr>
        <w:t>Rad u trojkama. Učenici će podijeliti uloge mlade osobe, roditelja i promatrača. Polazište će biti želja mlade osobe da samostalno organizira učenje i slobodno vrijeme. Pripremit će razgovor od jedne minute: mlada osoba iznijet će potrebu, roditelj zabrinutost, a zajedno će oblikovati dogovor. Promatrači će navesti gdje su čuli poštovanje i preuzimanje odgovornosti. Zatim će zamijeniti uloge.</w:t>
      </w:r>
    </w:p>
    <w:p w14:paraId="6F63D4F3" w14:textId="77777777" w:rsidR="0033721B" w:rsidRDefault="007E2CBA">
      <w:pPr>
        <w:keepNext/>
        <w:spacing w:after="80" w:line="240" w:lineRule="auto"/>
        <w:jc w:val="both"/>
        <w:rPr>
          <w:rFonts w:cs="Calibri"/>
          <w:color w:val="6B6B6B"/>
          <w:sz w:val="20"/>
          <w:szCs w:val="20"/>
          <w:lang w:val="hr-HR"/>
        </w:rPr>
      </w:pPr>
      <w:r>
        <w:rPr>
          <w:rFonts w:cs="Calibri"/>
          <w:color w:val="6B6B6B"/>
          <w:sz w:val="20"/>
          <w:szCs w:val="20"/>
          <w:lang w:val="hr-HR"/>
        </w:rPr>
        <w:t>Moguće rješenje: Mlada osoba: „Želim sam rasporediti učenje, a obveze ću završiti do dogovorenog vremena.“ Roditelj: „Važno mi je da se odmoriš i izvršiš obveze; možemo provjeriti dogovor za tjedan dana.“ Promatrač: oboje su iznijeli potrebe i prihvatili provjerljiv dogovor. Moguć je i drukčiji razuman dogovor.</w:t>
      </w:r>
    </w:p>
    <w:p w14:paraId="2B77257D" w14:textId="77777777" w:rsidR="00625DF4" w:rsidRDefault="00625DF4" w:rsidP="00625DF4">
      <w:pPr>
        <w:spacing w:after="40" w:line="240" w:lineRule="auto"/>
        <w:jc w:val="both"/>
      </w:pPr>
    </w:p>
    <w:p w14:paraId="3CFD45D9" w14:textId="14E608BA" w:rsidR="00625DF4" w:rsidRDefault="00625DF4" w:rsidP="00625DF4">
      <w:pPr>
        <w:spacing w:after="40" w:line="240" w:lineRule="auto"/>
        <w:jc w:val="both"/>
      </w:pPr>
      <w: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33721B" w14:paraId="31FBC72F" w14:textId="77777777">
        <w:trPr>
          <w:cantSplit/>
          <w:jc w:val="center"/>
        </w:trPr>
        <w:tc>
          <w:tcPr>
            <w:tcW w:w="5174" w:type="dxa"/>
            <w:shd w:val="clear" w:color="auto" w:fill="8064A2"/>
          </w:tcPr>
          <w:p w14:paraId="63ED5AB2" w14:textId="77777777" w:rsidR="0033721B" w:rsidRDefault="007E2CBA">
            <w:pPr>
              <w:keepNext/>
              <w:spacing w:before="65" w:after="65" w:line="240" w:lineRule="auto"/>
              <w:ind w:left="85" w:right="85"/>
              <w:jc w:val="center"/>
            </w:pPr>
            <w:r>
              <w:rPr>
                <w:rFonts w:cs="Calibri"/>
                <w:b/>
                <w:color w:val="FFFFFF"/>
                <w:sz w:val="40"/>
                <w:szCs w:val="40"/>
                <w:lang w:val="hr-HR"/>
              </w:rPr>
              <w:t>NAŠ DOGOVOR</w:t>
            </w:r>
          </w:p>
        </w:tc>
        <w:tc>
          <w:tcPr>
            <w:tcW w:w="5173" w:type="dxa"/>
            <w:shd w:val="clear" w:color="auto" w:fill="4472C4"/>
          </w:tcPr>
          <w:p w14:paraId="23BD5893" w14:textId="77777777" w:rsidR="0033721B" w:rsidRDefault="007E2CBA">
            <w:pPr>
              <w:keepNext/>
              <w:spacing w:before="65" w:after="65" w:line="240" w:lineRule="auto"/>
              <w:ind w:left="85" w:right="85"/>
              <w:jc w:val="center"/>
            </w:pPr>
            <w:r>
              <w:rPr>
                <w:rFonts w:cs="Calibri"/>
                <w:b/>
                <w:color w:val="FFFFFF"/>
                <w:sz w:val="40"/>
                <w:szCs w:val="40"/>
                <w:lang w:val="hr-HR"/>
              </w:rPr>
              <w:t>PO ČEMU JE ODGOVORAN</w:t>
            </w:r>
          </w:p>
        </w:tc>
      </w:tr>
      <w:tr w:rsidR="0033721B" w14:paraId="6D1368F1" w14:textId="77777777">
        <w:trPr>
          <w:cantSplit/>
          <w:jc w:val="center"/>
        </w:trPr>
        <w:tc>
          <w:tcPr>
            <w:tcW w:w="5174" w:type="dxa"/>
          </w:tcPr>
          <w:p w14:paraId="2315305D" w14:textId="1FA4D3EB" w:rsidR="0033721B" w:rsidRDefault="007E2CBA" w:rsidP="00625DF4">
            <w:pPr>
              <w:spacing w:before="65" w:after="65" w:line="276" w:lineRule="auto"/>
              <w:ind w:left="85" w:right="85"/>
              <w:jc w:val="center"/>
            </w:pPr>
            <w:r>
              <w:rPr>
                <w:rFonts w:cs="Calibri"/>
                <w:color w:val="000000"/>
                <w:sz w:val="24"/>
                <w:szCs w:val="24"/>
                <w:lang w:val="hr-HR"/>
              </w:rPr>
              <w:t>__________________</w:t>
            </w:r>
            <w:r w:rsidR="00625DF4">
              <w:rPr>
                <w:rFonts w:cs="Calibri"/>
                <w:color w:val="000000"/>
                <w:sz w:val="24"/>
                <w:szCs w:val="24"/>
                <w:lang w:val="hr-HR"/>
              </w:rPr>
              <w:t>_________________</w:t>
            </w:r>
            <w:r>
              <w:rPr>
                <w:rFonts w:cs="Calibri"/>
                <w:color w:val="000000"/>
                <w:sz w:val="24"/>
                <w:szCs w:val="24"/>
                <w:lang w:val="hr-HR"/>
              </w:rPr>
              <w:t>______</w:t>
            </w:r>
            <w:r>
              <w:rPr>
                <w:rFonts w:cs="Calibri"/>
                <w:color w:val="000000"/>
                <w:sz w:val="40"/>
                <w:szCs w:val="40"/>
                <w:lang w:val="hr-HR"/>
              </w:rPr>
              <w:br/>
            </w:r>
            <w:r>
              <w:rPr>
                <w:rFonts w:cs="Calibri"/>
                <w:color w:val="000000"/>
                <w:sz w:val="24"/>
                <w:szCs w:val="24"/>
                <w:lang w:val="hr-HR"/>
              </w:rPr>
              <w:t>_____________________</w:t>
            </w:r>
            <w:r w:rsidR="00625DF4">
              <w:rPr>
                <w:rFonts w:cs="Calibri"/>
                <w:color w:val="000000"/>
                <w:sz w:val="24"/>
                <w:szCs w:val="24"/>
                <w:lang w:val="hr-HR"/>
              </w:rPr>
              <w:t>_________________</w:t>
            </w:r>
            <w:r>
              <w:rPr>
                <w:rFonts w:cs="Calibri"/>
                <w:color w:val="000000"/>
                <w:sz w:val="24"/>
                <w:szCs w:val="24"/>
                <w:lang w:val="hr-HR"/>
              </w:rPr>
              <w:t>___</w:t>
            </w:r>
          </w:p>
        </w:tc>
        <w:tc>
          <w:tcPr>
            <w:tcW w:w="5173" w:type="dxa"/>
          </w:tcPr>
          <w:p w14:paraId="7EED34E6" w14:textId="0C2EA429" w:rsidR="0033721B" w:rsidRDefault="00625DF4" w:rsidP="00625DF4">
            <w:pPr>
              <w:spacing w:before="65" w:after="65" w:line="276" w:lineRule="auto"/>
              <w:ind w:left="85" w:right="85"/>
              <w:jc w:val="center"/>
            </w:pPr>
            <w:r>
              <w:rPr>
                <w:rFonts w:cs="Calibri"/>
                <w:color w:val="000000"/>
                <w:sz w:val="24"/>
                <w:szCs w:val="24"/>
                <w:lang w:val="hr-HR"/>
              </w:rPr>
              <w:t>_________________________________________</w:t>
            </w:r>
            <w:r>
              <w:rPr>
                <w:rFonts w:cs="Calibri"/>
                <w:color w:val="000000"/>
                <w:sz w:val="40"/>
                <w:szCs w:val="40"/>
                <w:lang w:val="hr-HR"/>
              </w:rPr>
              <w:br/>
            </w:r>
            <w:r>
              <w:rPr>
                <w:rFonts w:cs="Calibri"/>
                <w:color w:val="000000"/>
                <w:sz w:val="24"/>
                <w:szCs w:val="24"/>
                <w:lang w:val="hr-HR"/>
              </w:rPr>
              <w:t>_________________________________________</w:t>
            </w:r>
          </w:p>
        </w:tc>
      </w:tr>
    </w:tbl>
    <w:p w14:paraId="1CADDC77" w14:textId="77777777" w:rsidR="0033721B" w:rsidRDefault="0033721B">
      <w:pPr>
        <w:keepNext/>
        <w:spacing w:line="20" w:lineRule="exact"/>
        <w:jc w:val="both"/>
        <w:rPr>
          <w:sz w:val="2"/>
        </w:rPr>
      </w:pPr>
    </w:p>
    <w:sectPr w:rsidR="0033721B" w:rsidSect="006E1B6A">
      <w:pgSz w:w="11906" w:h="16838" w:code="9"/>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3C3EE" w14:textId="77777777" w:rsidR="008637BC" w:rsidRDefault="008637BC">
      <w:pPr>
        <w:spacing w:after="0" w:line="240" w:lineRule="auto"/>
      </w:pPr>
      <w:r>
        <w:separator/>
      </w:r>
    </w:p>
  </w:endnote>
  <w:endnote w:type="continuationSeparator" w:id="0">
    <w:p w14:paraId="0F3B8BC1" w14:textId="77777777" w:rsidR="008637BC" w:rsidRDefault="00863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A3DF" w14:textId="77777777" w:rsidR="008637BC" w:rsidRDefault="008637BC">
      <w:pPr>
        <w:spacing w:after="0" w:line="240" w:lineRule="auto"/>
      </w:pPr>
      <w:r>
        <w:separator/>
      </w:r>
    </w:p>
  </w:footnote>
  <w:footnote w:type="continuationSeparator" w:id="0">
    <w:p w14:paraId="6EB39081" w14:textId="77777777" w:rsidR="008637BC" w:rsidRDefault="008637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6"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BDE1ADF"/>
    <w:multiLevelType w:val="singleLevel"/>
    <w:tmpl w:val="03EE0426"/>
    <w:lvl w:ilvl="0">
      <w:start w:val="1"/>
      <w:numFmt w:val="bullet"/>
      <w:lvlText w:val="•"/>
      <w:lvlJc w:val="left"/>
      <w:pPr>
        <w:tabs>
          <w:tab w:val="num" w:pos="227"/>
        </w:tabs>
        <w:ind w:left="227" w:hanging="227"/>
      </w:pPr>
      <w:rPr>
        <w:rFonts w:ascii="Calibri" w:hAnsi="Calibri"/>
      </w:rPr>
    </w:lvl>
  </w:abstractNum>
  <w:abstractNum w:abstractNumId="18"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0"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1" w15:restartNumberingAfterBreak="0">
    <w:nsid w:val="33027F09"/>
    <w:multiLevelType w:val="hybridMultilevel"/>
    <w:tmpl w:val="995A7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3"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5"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27"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28"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0"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1"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2"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4"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6"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40"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41"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num w:numId="1" w16cid:durableId="930087529">
    <w:abstractNumId w:val="8"/>
  </w:num>
  <w:num w:numId="2" w16cid:durableId="933169373">
    <w:abstractNumId w:val="6"/>
  </w:num>
  <w:num w:numId="3" w16cid:durableId="243801597">
    <w:abstractNumId w:val="5"/>
  </w:num>
  <w:num w:numId="4" w16cid:durableId="759327487">
    <w:abstractNumId w:val="4"/>
  </w:num>
  <w:num w:numId="5" w16cid:durableId="1079524201">
    <w:abstractNumId w:val="7"/>
  </w:num>
  <w:num w:numId="6" w16cid:durableId="1542789644">
    <w:abstractNumId w:val="3"/>
  </w:num>
  <w:num w:numId="7" w16cid:durableId="1766800781">
    <w:abstractNumId w:val="2"/>
  </w:num>
  <w:num w:numId="8" w16cid:durableId="1981568251">
    <w:abstractNumId w:val="1"/>
  </w:num>
  <w:num w:numId="9" w16cid:durableId="1227257552">
    <w:abstractNumId w:val="0"/>
  </w:num>
  <w:num w:numId="10" w16cid:durableId="863786992">
    <w:abstractNumId w:val="30"/>
  </w:num>
  <w:num w:numId="11" w16cid:durableId="25371912">
    <w:abstractNumId w:val="41"/>
  </w:num>
  <w:num w:numId="12" w16cid:durableId="2087217738">
    <w:abstractNumId w:val="38"/>
  </w:num>
  <w:num w:numId="13" w16cid:durableId="1191604359">
    <w:abstractNumId w:val="26"/>
  </w:num>
  <w:num w:numId="14" w16cid:durableId="2009364452">
    <w:abstractNumId w:val="28"/>
  </w:num>
  <w:num w:numId="15" w16cid:durableId="528834486">
    <w:abstractNumId w:val="20"/>
  </w:num>
  <w:num w:numId="16" w16cid:durableId="703410495">
    <w:abstractNumId w:val="12"/>
  </w:num>
  <w:num w:numId="17" w16cid:durableId="1615283557">
    <w:abstractNumId w:val="10"/>
  </w:num>
  <w:num w:numId="18" w16cid:durableId="376468010">
    <w:abstractNumId w:val="11"/>
  </w:num>
  <w:num w:numId="19" w16cid:durableId="959990873">
    <w:abstractNumId w:val="18"/>
  </w:num>
  <w:num w:numId="20" w16cid:durableId="1954708036">
    <w:abstractNumId w:val="33"/>
  </w:num>
  <w:num w:numId="21" w16cid:durableId="1374185499">
    <w:abstractNumId w:val="24"/>
  </w:num>
  <w:num w:numId="22" w16cid:durableId="1559977818">
    <w:abstractNumId w:val="32"/>
  </w:num>
  <w:num w:numId="23" w16cid:durableId="1625187009">
    <w:abstractNumId w:val="31"/>
  </w:num>
  <w:num w:numId="24" w16cid:durableId="192309673">
    <w:abstractNumId w:val="40"/>
  </w:num>
  <w:num w:numId="25" w16cid:durableId="652104687">
    <w:abstractNumId w:val="25"/>
  </w:num>
  <w:num w:numId="26" w16cid:durableId="29578212">
    <w:abstractNumId w:val="15"/>
  </w:num>
  <w:num w:numId="27" w16cid:durableId="228466556">
    <w:abstractNumId w:val="14"/>
  </w:num>
  <w:num w:numId="28" w16cid:durableId="479276709">
    <w:abstractNumId w:val="19"/>
  </w:num>
  <w:num w:numId="29" w16cid:durableId="324432915">
    <w:abstractNumId w:val="36"/>
  </w:num>
  <w:num w:numId="30" w16cid:durableId="2140031606">
    <w:abstractNumId w:val="29"/>
  </w:num>
  <w:num w:numId="31" w16cid:durableId="1183320372">
    <w:abstractNumId w:val="22"/>
  </w:num>
  <w:num w:numId="32" w16cid:durableId="1308433099">
    <w:abstractNumId w:val="9"/>
  </w:num>
  <w:num w:numId="33" w16cid:durableId="1905872261">
    <w:abstractNumId w:val="35"/>
  </w:num>
  <w:num w:numId="34" w16cid:durableId="2127119528">
    <w:abstractNumId w:val="23"/>
  </w:num>
  <w:num w:numId="35" w16cid:durableId="1194414911">
    <w:abstractNumId w:val="39"/>
  </w:num>
  <w:num w:numId="36" w16cid:durableId="418528925">
    <w:abstractNumId w:val="27"/>
  </w:num>
  <w:num w:numId="37" w16cid:durableId="342637096">
    <w:abstractNumId w:val="34"/>
  </w:num>
  <w:num w:numId="38" w16cid:durableId="333262680">
    <w:abstractNumId w:val="13"/>
  </w:num>
  <w:num w:numId="39" w16cid:durableId="1747072296">
    <w:abstractNumId w:val="37"/>
  </w:num>
  <w:num w:numId="40" w16cid:durableId="73472796">
    <w:abstractNumId w:val="16"/>
  </w:num>
  <w:num w:numId="41" w16cid:durableId="1354065771">
    <w:abstractNumId w:val="17"/>
  </w:num>
  <w:num w:numId="42" w16cid:durableId="779912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E64"/>
    <w:rsid w:val="00034616"/>
    <w:rsid w:val="00052B55"/>
    <w:rsid w:val="0006063C"/>
    <w:rsid w:val="000A5AD8"/>
    <w:rsid w:val="000B0319"/>
    <w:rsid w:val="000B241B"/>
    <w:rsid w:val="000D28D1"/>
    <w:rsid w:val="0015074B"/>
    <w:rsid w:val="00152A50"/>
    <w:rsid w:val="001756C5"/>
    <w:rsid w:val="001A3985"/>
    <w:rsid w:val="001C6B38"/>
    <w:rsid w:val="00201620"/>
    <w:rsid w:val="00216DBD"/>
    <w:rsid w:val="00237FAE"/>
    <w:rsid w:val="002822E3"/>
    <w:rsid w:val="0029639D"/>
    <w:rsid w:val="002A3D8B"/>
    <w:rsid w:val="002D6D03"/>
    <w:rsid w:val="002E36B6"/>
    <w:rsid w:val="00326F90"/>
    <w:rsid w:val="0033721B"/>
    <w:rsid w:val="0035043B"/>
    <w:rsid w:val="0039563E"/>
    <w:rsid w:val="003B6ED2"/>
    <w:rsid w:val="004578D2"/>
    <w:rsid w:val="004A025A"/>
    <w:rsid w:val="004C33E1"/>
    <w:rsid w:val="00506A2C"/>
    <w:rsid w:val="00555A25"/>
    <w:rsid w:val="005645B0"/>
    <w:rsid w:val="005829EC"/>
    <w:rsid w:val="005C623E"/>
    <w:rsid w:val="00600EB9"/>
    <w:rsid w:val="006070D6"/>
    <w:rsid w:val="006124FC"/>
    <w:rsid w:val="00625DF4"/>
    <w:rsid w:val="00642C92"/>
    <w:rsid w:val="00655546"/>
    <w:rsid w:val="00684AEC"/>
    <w:rsid w:val="006A1F55"/>
    <w:rsid w:val="006C6D72"/>
    <w:rsid w:val="006E1B6A"/>
    <w:rsid w:val="00705449"/>
    <w:rsid w:val="00747453"/>
    <w:rsid w:val="00755003"/>
    <w:rsid w:val="0076400B"/>
    <w:rsid w:val="007D284A"/>
    <w:rsid w:val="007E2CBA"/>
    <w:rsid w:val="0080024C"/>
    <w:rsid w:val="008637BC"/>
    <w:rsid w:val="008753B2"/>
    <w:rsid w:val="00876AF1"/>
    <w:rsid w:val="00907CFC"/>
    <w:rsid w:val="00945154"/>
    <w:rsid w:val="00972CA8"/>
    <w:rsid w:val="0098631E"/>
    <w:rsid w:val="009B0386"/>
    <w:rsid w:val="009D45D0"/>
    <w:rsid w:val="00A22011"/>
    <w:rsid w:val="00A22BC3"/>
    <w:rsid w:val="00A25F4A"/>
    <w:rsid w:val="00A36FF2"/>
    <w:rsid w:val="00A70038"/>
    <w:rsid w:val="00A7690C"/>
    <w:rsid w:val="00A851E5"/>
    <w:rsid w:val="00AA1D8D"/>
    <w:rsid w:val="00AC258E"/>
    <w:rsid w:val="00B06BB8"/>
    <w:rsid w:val="00B22D96"/>
    <w:rsid w:val="00B25898"/>
    <w:rsid w:val="00B32DD0"/>
    <w:rsid w:val="00B47730"/>
    <w:rsid w:val="00B51FC7"/>
    <w:rsid w:val="00BE12E9"/>
    <w:rsid w:val="00C039CA"/>
    <w:rsid w:val="00C5782A"/>
    <w:rsid w:val="00C65F95"/>
    <w:rsid w:val="00C75960"/>
    <w:rsid w:val="00C767F2"/>
    <w:rsid w:val="00CB0664"/>
    <w:rsid w:val="00D55586"/>
    <w:rsid w:val="00D866B4"/>
    <w:rsid w:val="00DA4B0A"/>
    <w:rsid w:val="00DB110C"/>
    <w:rsid w:val="00DF1BAC"/>
    <w:rsid w:val="00DF28DE"/>
    <w:rsid w:val="00E422F8"/>
    <w:rsid w:val="00E45C9E"/>
    <w:rsid w:val="00E51162"/>
    <w:rsid w:val="00E94F11"/>
    <w:rsid w:val="00EB019D"/>
    <w:rsid w:val="00EB769F"/>
    <w:rsid w:val="00EC4D18"/>
    <w:rsid w:val="00ED76F1"/>
    <w:rsid w:val="00F12166"/>
    <w:rsid w:val="00F25822"/>
    <w:rsid w:val="00F55C61"/>
    <w:rsid w:val="00F60B01"/>
    <w:rsid w:val="00F65FB8"/>
    <w:rsid w:val="00F905A7"/>
    <w:rsid w:val="00FA4DF1"/>
    <w:rsid w:val="00FC693F"/>
    <w:rsid w:val="00FC71EE"/>
    <w:rsid w:val="00FE506F"/>
    <w:rsid w:val="00FE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96AD8"/>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bedarje.com/wp-content/uploads/2025/12/2a.-Ben-i-palma.ppt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hyperlink" Target="https://www.youtube.com/embed/BNDYxDdWioo?feature=oembed"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16</Pages>
  <Words>4733</Words>
  <Characters>26980</Characters>
  <Application>Microsoft Office Word</Application>
  <DocSecurity>0</DocSecurity>
  <Lines>224</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Ocean Hrabren</dc:creator>
  <cp:lastModifiedBy>Josip Kunac</cp:lastModifiedBy>
  <cp:revision>10</cp:revision>
  <cp:lastPrinted>2026-09-15T22:42:00Z</cp:lastPrinted>
  <dcterms:created xsi:type="dcterms:W3CDTF">2026-09-16T21:38:00Z</dcterms:created>
  <dcterms:modified xsi:type="dcterms:W3CDTF">2026-09-20T18:23:00Z</dcterms:modified>
</cp:coreProperties>
</file>