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jc w:val="center"/>
        <w:tblCellMar>
          <w:left w:w="0" w:type="dxa"/>
          <w:right w:w="0" w:type="dxa"/>
        </w:tblCellMar>
        <w:tblLook w:val="04A0" w:firstRow="1" w:lastRow="0" w:firstColumn="1" w:lastColumn="0" w:noHBand="0" w:noVBand="1"/>
      </w:tblPr>
      <w:tblGrid>
        <w:gridCol w:w="3783"/>
        <w:gridCol w:w="6574"/>
      </w:tblGrid>
      <w:tr w:rsidR="00EB769F" w14:paraId="771B9AD4" w14:textId="77777777" w:rsidTr="00E94F11">
        <w:trPr>
          <w:cantSplit/>
          <w:tblHeader/>
          <w:jc w:val="center"/>
        </w:trPr>
        <w:tc>
          <w:tcPr>
            <w:tcW w:w="3779" w:type="dxa"/>
            <w:shd w:val="clear" w:color="auto" w:fill="EAF6EC"/>
            <w:vAlign w:val="center"/>
          </w:tcPr>
          <w:p w14:paraId="08D4C9B9" w14:textId="77777777" w:rsidR="00EB769F" w:rsidRPr="00E94F11" w:rsidRDefault="00E94F11" w:rsidP="0039563E">
            <w:pPr>
              <w:spacing w:before="70" w:after="70"/>
              <w:ind w:left="90" w:right="90"/>
              <w:jc w:val="both"/>
            </w:pPr>
            <w:r w:rsidRPr="00E94F11">
              <w:rPr>
                <w:b/>
                <w:color w:val="166534"/>
              </w:rPr>
              <w:t>Osnovna škola</w:t>
            </w:r>
          </w:p>
        </w:tc>
        <w:tc>
          <w:tcPr>
            <w:tcW w:w="6568" w:type="dxa"/>
            <w:vAlign w:val="center"/>
          </w:tcPr>
          <w:p w14:paraId="664B702F" w14:textId="77777777" w:rsidR="00EB769F" w:rsidRPr="00E94F11" w:rsidRDefault="00E94F11" w:rsidP="0039563E">
            <w:pPr>
              <w:spacing w:before="70" w:after="70"/>
              <w:ind w:left="90" w:right="90"/>
              <w:jc w:val="both"/>
            </w:pPr>
            <w:r w:rsidRPr="00E94F11">
              <w:t>Klinča Sela</w:t>
            </w:r>
          </w:p>
        </w:tc>
      </w:tr>
      <w:tr w:rsidR="00EB769F" w14:paraId="6F7B9422" w14:textId="77777777" w:rsidTr="00E94F11">
        <w:trPr>
          <w:cantSplit/>
          <w:jc w:val="center"/>
        </w:trPr>
        <w:tc>
          <w:tcPr>
            <w:tcW w:w="3779" w:type="dxa"/>
            <w:shd w:val="clear" w:color="auto" w:fill="F1F8F2"/>
            <w:vAlign w:val="center"/>
          </w:tcPr>
          <w:p w14:paraId="790FBC76" w14:textId="77777777" w:rsidR="00EB769F" w:rsidRPr="00E94F11" w:rsidRDefault="00E94F11" w:rsidP="0039563E">
            <w:pPr>
              <w:spacing w:before="70" w:after="70"/>
              <w:ind w:left="90" w:right="90"/>
              <w:jc w:val="both"/>
            </w:pPr>
            <w:r w:rsidRPr="00E94F11">
              <w:rPr>
                <w:b/>
                <w:color w:val="166534"/>
              </w:rPr>
              <w:t>Nastavni predmet</w:t>
            </w:r>
          </w:p>
        </w:tc>
        <w:tc>
          <w:tcPr>
            <w:tcW w:w="6568" w:type="dxa"/>
            <w:vAlign w:val="center"/>
          </w:tcPr>
          <w:p w14:paraId="6BBDE809" w14:textId="77777777" w:rsidR="00EB769F" w:rsidRPr="00E94F11" w:rsidRDefault="00E94F11" w:rsidP="0039563E">
            <w:pPr>
              <w:spacing w:before="70" w:after="70"/>
              <w:ind w:left="90" w:right="90"/>
              <w:jc w:val="both"/>
            </w:pPr>
            <w:r w:rsidRPr="00E94F11">
              <w:t>Katolički vjeronauk</w:t>
            </w:r>
          </w:p>
        </w:tc>
      </w:tr>
      <w:tr w:rsidR="00EB769F" w14:paraId="7FB270B4" w14:textId="77777777" w:rsidTr="00E94F11">
        <w:trPr>
          <w:cantSplit/>
          <w:jc w:val="center"/>
        </w:trPr>
        <w:tc>
          <w:tcPr>
            <w:tcW w:w="3779" w:type="dxa"/>
            <w:shd w:val="clear" w:color="auto" w:fill="EAF6EC"/>
            <w:vAlign w:val="center"/>
          </w:tcPr>
          <w:p w14:paraId="72EEC7B9" w14:textId="77777777" w:rsidR="00EB769F" w:rsidRPr="00E94F11" w:rsidRDefault="00E94F11" w:rsidP="0039563E">
            <w:pPr>
              <w:spacing w:before="70" w:after="70"/>
              <w:ind w:left="90" w:right="90"/>
              <w:jc w:val="both"/>
            </w:pPr>
            <w:r w:rsidRPr="00E94F11">
              <w:rPr>
                <w:b/>
                <w:color w:val="166534"/>
              </w:rPr>
              <w:t>Vjeroučitelj</w:t>
            </w:r>
          </w:p>
        </w:tc>
        <w:tc>
          <w:tcPr>
            <w:tcW w:w="6568" w:type="dxa"/>
            <w:vAlign w:val="center"/>
          </w:tcPr>
          <w:p w14:paraId="4D70E949" w14:textId="77777777" w:rsidR="00EB769F" w:rsidRPr="00E94F11" w:rsidRDefault="00E94F11" w:rsidP="0039563E">
            <w:pPr>
              <w:spacing w:before="70" w:after="70"/>
              <w:ind w:left="90" w:right="90"/>
              <w:jc w:val="both"/>
            </w:pPr>
            <w:r w:rsidRPr="00E94F11">
              <w:t>Josip Kunac</w:t>
            </w:r>
            <w:r w:rsidRPr="00E94F11">
              <w:rPr>
                <w:i/>
                <w:iCs/>
              </w:rPr>
              <w:t>, prof.</w:t>
            </w:r>
          </w:p>
        </w:tc>
      </w:tr>
      <w:tr w:rsidR="00EB769F" w14:paraId="0FDAEC20" w14:textId="77777777" w:rsidTr="00E94F11">
        <w:trPr>
          <w:cantSplit/>
          <w:jc w:val="center"/>
        </w:trPr>
        <w:tc>
          <w:tcPr>
            <w:tcW w:w="3779" w:type="dxa"/>
            <w:shd w:val="clear" w:color="auto" w:fill="F1F8F2"/>
            <w:vAlign w:val="center"/>
          </w:tcPr>
          <w:p w14:paraId="7B9AABC3" w14:textId="77777777" w:rsidR="00EB769F" w:rsidRPr="00E94F11" w:rsidRDefault="00E94F11" w:rsidP="0039563E">
            <w:pPr>
              <w:spacing w:before="70" w:after="70"/>
              <w:ind w:left="90" w:right="90"/>
              <w:jc w:val="both"/>
            </w:pPr>
            <w:r w:rsidRPr="00E94F11">
              <w:rPr>
                <w:b/>
                <w:color w:val="166534"/>
              </w:rPr>
              <w:t>Razredni odjel</w:t>
            </w:r>
          </w:p>
        </w:tc>
        <w:tc>
          <w:tcPr>
            <w:tcW w:w="6568" w:type="dxa"/>
            <w:vAlign w:val="center"/>
          </w:tcPr>
          <w:p w14:paraId="77BC5A23" w14:textId="77777777" w:rsidR="00EB769F" w:rsidRPr="00E94F11" w:rsidRDefault="007D284A" w:rsidP="0039563E">
            <w:pPr>
              <w:spacing w:before="70" w:after="70"/>
              <w:ind w:left="90" w:right="90"/>
              <w:jc w:val="both"/>
            </w:pPr>
            <w:r>
              <w:t>7.</w:t>
            </w:r>
          </w:p>
        </w:tc>
      </w:tr>
      <w:tr w:rsidR="00EB769F" w14:paraId="628EE51A" w14:textId="77777777" w:rsidTr="00E94F11">
        <w:trPr>
          <w:cantSplit/>
          <w:jc w:val="center"/>
        </w:trPr>
        <w:tc>
          <w:tcPr>
            <w:tcW w:w="3779" w:type="dxa"/>
            <w:shd w:val="clear" w:color="auto" w:fill="EAF6EC"/>
            <w:vAlign w:val="center"/>
          </w:tcPr>
          <w:p w14:paraId="5CA14165" w14:textId="77777777" w:rsidR="00EB769F" w:rsidRPr="00E94F11" w:rsidRDefault="00E94F11" w:rsidP="0039563E">
            <w:pPr>
              <w:spacing w:before="70" w:after="70"/>
              <w:ind w:left="90" w:right="90"/>
              <w:jc w:val="both"/>
            </w:pPr>
            <w:r w:rsidRPr="00E94F11">
              <w:rPr>
                <w:b/>
                <w:color w:val="166534"/>
              </w:rPr>
              <w:t>Redni broj pripreme</w:t>
            </w:r>
          </w:p>
        </w:tc>
        <w:tc>
          <w:tcPr>
            <w:tcW w:w="6568" w:type="dxa"/>
            <w:vAlign w:val="center"/>
          </w:tcPr>
          <w:p w14:paraId="31569B41" w14:textId="77777777" w:rsidR="00EB769F" w:rsidRPr="00E94F11" w:rsidRDefault="00052B55" w:rsidP="0039563E">
            <w:pPr>
              <w:spacing w:before="70" w:after="70"/>
              <w:ind w:left="90" w:right="90"/>
              <w:jc w:val="both"/>
            </w:pPr>
            <w:r w:rsidRPr="00E94F11">
              <w:t>2.</w:t>
            </w:r>
          </w:p>
        </w:tc>
      </w:tr>
      <w:tr w:rsidR="00EB769F" w14:paraId="0D40B838" w14:textId="77777777" w:rsidTr="00E94F11">
        <w:trPr>
          <w:cantSplit/>
          <w:jc w:val="center"/>
        </w:trPr>
        <w:tc>
          <w:tcPr>
            <w:tcW w:w="3779" w:type="dxa"/>
            <w:shd w:val="clear" w:color="auto" w:fill="F1F8F2"/>
            <w:vAlign w:val="center"/>
          </w:tcPr>
          <w:p w14:paraId="1EF80425" w14:textId="77777777" w:rsidR="00EB769F" w:rsidRPr="00E94F11" w:rsidRDefault="00E94F11" w:rsidP="0039563E">
            <w:pPr>
              <w:spacing w:before="70" w:after="70"/>
              <w:ind w:left="90" w:right="90"/>
              <w:jc w:val="both"/>
            </w:pPr>
            <w:r w:rsidRPr="00E94F11">
              <w:rPr>
                <w:b/>
                <w:color w:val="166534"/>
              </w:rPr>
              <w:t>Nastavna cjelina / tema</w:t>
            </w:r>
          </w:p>
        </w:tc>
        <w:tc>
          <w:tcPr>
            <w:tcW w:w="6568" w:type="dxa"/>
            <w:vAlign w:val="center"/>
          </w:tcPr>
          <w:p w14:paraId="2BC3AFEC" w14:textId="77777777" w:rsidR="00EB769F" w:rsidRPr="00E94F11" w:rsidRDefault="00E94F11" w:rsidP="0039563E">
            <w:pPr>
              <w:spacing w:before="70" w:after="70"/>
              <w:ind w:left="90" w:right="90"/>
              <w:jc w:val="both"/>
            </w:pPr>
            <w:r w:rsidRPr="00E94F11">
              <w:t>I. RAZVIJAM OSOBNOST, ŽIVIM VREDNOTE</w:t>
            </w:r>
          </w:p>
        </w:tc>
      </w:tr>
      <w:tr w:rsidR="00EB769F" w14:paraId="69D446CB" w14:textId="77777777" w:rsidTr="00E94F11">
        <w:trPr>
          <w:cantSplit/>
          <w:jc w:val="center"/>
        </w:trPr>
        <w:tc>
          <w:tcPr>
            <w:tcW w:w="3779" w:type="dxa"/>
            <w:shd w:val="clear" w:color="auto" w:fill="EAF6EC"/>
            <w:vAlign w:val="center"/>
          </w:tcPr>
          <w:p w14:paraId="06E7FAC3" w14:textId="77777777" w:rsidR="00EB769F" w:rsidRPr="00E94F11" w:rsidRDefault="00E94F11" w:rsidP="0039563E">
            <w:pPr>
              <w:spacing w:before="70" w:after="70"/>
              <w:ind w:left="90" w:right="90"/>
              <w:jc w:val="both"/>
            </w:pPr>
            <w:r w:rsidRPr="00E94F11">
              <w:rPr>
                <w:b/>
                <w:color w:val="166534"/>
              </w:rPr>
              <w:t>Nastavna jedinica / podtema</w:t>
            </w:r>
          </w:p>
        </w:tc>
        <w:tc>
          <w:tcPr>
            <w:tcW w:w="6568" w:type="dxa"/>
            <w:vAlign w:val="center"/>
          </w:tcPr>
          <w:p w14:paraId="0C8BCA15" w14:textId="77777777" w:rsidR="00EB769F" w:rsidRPr="00E94F11" w:rsidRDefault="002822E3" w:rsidP="0039563E">
            <w:pPr>
              <w:spacing w:before="70" w:after="70"/>
              <w:ind w:left="90" w:right="90"/>
              <w:jc w:val="both"/>
            </w:pPr>
            <w:r>
              <w:t xml:space="preserve">2. </w:t>
            </w:r>
            <w:r w:rsidR="00E94F11" w:rsidRPr="00E94F11">
              <w:t>Nisam nešto, nego netko</w:t>
            </w:r>
          </w:p>
        </w:tc>
      </w:tr>
    </w:tbl>
    <w:p w14:paraId="0FACB84F" w14:textId="77777777" w:rsidR="0080024C" w:rsidRDefault="00A7690C" w:rsidP="0039563E">
      <w:pPr>
        <w:spacing w:before="220" w:after="40" w:line="240" w:lineRule="auto"/>
        <w:jc w:val="both"/>
      </w:pPr>
      <w:r>
        <w:rPr>
          <w:b/>
          <w:color w:val="C96A00"/>
          <w:sz w:val="26"/>
        </w:rPr>
        <w:t>Odgojno-obrazovni ishodi učenja:</w:t>
      </w:r>
    </w:p>
    <w:p w14:paraId="70276B04" w14:textId="77777777" w:rsidR="0080024C" w:rsidRDefault="00A7690C" w:rsidP="0039563E">
      <w:pPr>
        <w:spacing w:after="0" w:line="240" w:lineRule="auto"/>
        <w:jc w:val="both"/>
      </w:pPr>
      <w:r>
        <w:rPr>
          <w:color w:val="000000"/>
        </w:rPr>
        <w:t>OŠ KV A.7.1. Učenik izražava stav kako je svaki čovjek jedinstveno i neponovljivo biće kroz konkretne geste poštovanja i uvažavanja drugih u svojoj sredini.</w:t>
      </w:r>
    </w:p>
    <w:p w14:paraId="33415AC3" w14:textId="77777777" w:rsidR="0080024C" w:rsidRDefault="00A7690C" w:rsidP="0039563E">
      <w:pPr>
        <w:spacing w:after="220" w:line="240" w:lineRule="auto"/>
        <w:jc w:val="both"/>
      </w:pPr>
      <w:r>
        <w:rPr>
          <w:color w:val="000000"/>
        </w:rPr>
        <w:t>OŠ KV A.7.2. Učenik u odabranim biblijskim tekstovima pronalazi poruke za svoje životne situacije.</w:t>
      </w:r>
    </w:p>
    <w:tbl>
      <w:tblPr>
        <w:tblStyle w:val="Reetkatablice"/>
        <w:tblW w:w="5000" w:type="pct"/>
        <w:jc w:val="center"/>
        <w:tblCellMar>
          <w:left w:w="0" w:type="dxa"/>
          <w:right w:w="0" w:type="dxa"/>
        </w:tblCellMar>
        <w:tblLook w:val="04A0" w:firstRow="1" w:lastRow="0" w:firstColumn="1" w:lastColumn="0" w:noHBand="0" w:noVBand="1"/>
      </w:tblPr>
      <w:tblGrid>
        <w:gridCol w:w="3783"/>
        <w:gridCol w:w="6574"/>
      </w:tblGrid>
      <w:tr w:rsidR="00EB769F" w14:paraId="2B3ED621" w14:textId="77777777">
        <w:trPr>
          <w:cantSplit/>
          <w:tblHeader/>
          <w:jc w:val="center"/>
        </w:trPr>
        <w:tc>
          <w:tcPr>
            <w:tcW w:w="3779" w:type="dxa"/>
            <w:shd w:val="clear" w:color="auto" w:fill="EAF6EC"/>
            <w:vAlign w:val="center"/>
          </w:tcPr>
          <w:p w14:paraId="6D43AA4D" w14:textId="77777777" w:rsidR="0080024C" w:rsidRDefault="00A7690C" w:rsidP="0039563E">
            <w:pPr>
              <w:spacing w:before="70" w:after="70"/>
              <w:ind w:left="90" w:right="90"/>
              <w:jc w:val="both"/>
            </w:pPr>
            <w:r>
              <w:rPr>
                <w:b/>
                <w:color w:val="1F6D3A"/>
              </w:rPr>
              <w:t>Ključni pojmovi</w:t>
            </w:r>
          </w:p>
        </w:tc>
        <w:tc>
          <w:tcPr>
            <w:tcW w:w="6568" w:type="dxa"/>
            <w:vAlign w:val="center"/>
          </w:tcPr>
          <w:p w14:paraId="57E94668" w14:textId="77777777" w:rsidR="0080024C" w:rsidRDefault="00A7690C" w:rsidP="0039563E">
            <w:pPr>
              <w:spacing w:before="70" w:after="70" w:line="240" w:lineRule="auto"/>
              <w:ind w:left="90" w:right="90"/>
              <w:jc w:val="both"/>
            </w:pPr>
            <w:r>
              <w:rPr>
                <w:color w:val="000000"/>
              </w:rPr>
              <w:t>slika Božja; osoba; razum; slobodna volja; dostojanstvo; jedinstvenost; odgovornost</w:t>
            </w:r>
          </w:p>
        </w:tc>
      </w:tr>
      <w:tr w:rsidR="00EB769F" w14:paraId="27DB5FAB" w14:textId="77777777">
        <w:trPr>
          <w:cantSplit/>
          <w:tblHeader/>
          <w:jc w:val="center"/>
        </w:trPr>
        <w:tc>
          <w:tcPr>
            <w:tcW w:w="3779" w:type="dxa"/>
            <w:shd w:val="clear" w:color="auto" w:fill="EAF6EC"/>
            <w:vAlign w:val="center"/>
          </w:tcPr>
          <w:p w14:paraId="7010BF83" w14:textId="77777777" w:rsidR="0080024C" w:rsidRDefault="00A7690C" w:rsidP="0039563E">
            <w:pPr>
              <w:spacing w:before="70" w:after="70"/>
              <w:ind w:left="90" w:right="90"/>
              <w:jc w:val="both"/>
            </w:pPr>
            <w:r>
              <w:rPr>
                <w:b/>
                <w:color w:val="1F6D3A"/>
              </w:rPr>
              <w:t>Središnje / problemsko pitanje</w:t>
            </w:r>
          </w:p>
        </w:tc>
        <w:tc>
          <w:tcPr>
            <w:tcW w:w="6568" w:type="dxa"/>
            <w:vAlign w:val="center"/>
          </w:tcPr>
          <w:p w14:paraId="4D8FFCA0" w14:textId="77777777" w:rsidR="0080024C" w:rsidRDefault="00A7690C" w:rsidP="0039563E">
            <w:pPr>
              <w:spacing w:before="70" w:after="70" w:line="240" w:lineRule="auto"/>
              <w:ind w:left="90" w:right="90"/>
              <w:jc w:val="both"/>
            </w:pPr>
            <w:r>
              <w:rPr>
                <w:color w:val="000000"/>
              </w:rPr>
              <w:t>Zašto kršćanska vjera tvrdi da je svaki čovjek jedinstven, neponovljiv i dragocjen?</w:t>
            </w:r>
          </w:p>
        </w:tc>
      </w:tr>
      <w:tr w:rsidR="00EB769F" w14:paraId="1FC9736E" w14:textId="77777777">
        <w:trPr>
          <w:cantSplit/>
          <w:jc w:val="center"/>
        </w:trPr>
        <w:tc>
          <w:tcPr>
            <w:tcW w:w="3779" w:type="dxa"/>
            <w:shd w:val="clear" w:color="auto" w:fill="F1F8F2"/>
            <w:vAlign w:val="center"/>
          </w:tcPr>
          <w:p w14:paraId="24A97B5E" w14:textId="77777777" w:rsidR="0080024C" w:rsidRDefault="00A7690C" w:rsidP="0039563E">
            <w:pPr>
              <w:spacing w:before="70" w:after="70"/>
              <w:ind w:left="90" w:right="90"/>
              <w:jc w:val="both"/>
            </w:pPr>
            <w:r>
              <w:rPr>
                <w:b/>
                <w:color w:val="1F6D3A"/>
              </w:rPr>
              <w:t>Oblici rada</w:t>
            </w:r>
          </w:p>
        </w:tc>
        <w:tc>
          <w:tcPr>
            <w:tcW w:w="6568" w:type="dxa"/>
            <w:vAlign w:val="center"/>
          </w:tcPr>
          <w:p w14:paraId="14EE94A6" w14:textId="77777777" w:rsidR="0080024C" w:rsidRDefault="00A7690C" w:rsidP="0039563E">
            <w:pPr>
              <w:spacing w:before="70" w:after="70" w:line="240" w:lineRule="auto"/>
              <w:ind w:left="90" w:right="90"/>
              <w:jc w:val="both"/>
            </w:pPr>
            <w:r>
              <w:rPr>
                <w:color w:val="000000"/>
              </w:rPr>
              <w:t>frontalni rad, individualni rad, rad u paru, rad u skupinama, mješoviti rad</w:t>
            </w:r>
          </w:p>
        </w:tc>
      </w:tr>
      <w:tr w:rsidR="00EB769F" w14:paraId="3C87CD54" w14:textId="77777777">
        <w:trPr>
          <w:cantSplit/>
          <w:jc w:val="center"/>
        </w:trPr>
        <w:tc>
          <w:tcPr>
            <w:tcW w:w="3779" w:type="dxa"/>
            <w:shd w:val="clear" w:color="auto" w:fill="EAF6EC"/>
            <w:vAlign w:val="center"/>
          </w:tcPr>
          <w:p w14:paraId="0E5E159C" w14:textId="77777777" w:rsidR="0080024C" w:rsidRDefault="00A7690C" w:rsidP="0039563E">
            <w:pPr>
              <w:spacing w:before="70" w:after="70"/>
              <w:ind w:left="90" w:right="90"/>
              <w:jc w:val="both"/>
            </w:pPr>
            <w:r>
              <w:rPr>
                <w:b/>
                <w:color w:val="1F6D3A"/>
              </w:rPr>
              <w:t>Nastavne metode</w:t>
            </w:r>
          </w:p>
        </w:tc>
        <w:tc>
          <w:tcPr>
            <w:tcW w:w="6568" w:type="dxa"/>
            <w:vAlign w:val="center"/>
          </w:tcPr>
          <w:p w14:paraId="4A6FC28F" w14:textId="77777777" w:rsidR="0080024C" w:rsidRDefault="00A7690C" w:rsidP="0039563E">
            <w:pPr>
              <w:spacing w:before="70" w:after="70" w:line="240" w:lineRule="auto"/>
              <w:ind w:left="90" w:right="90"/>
              <w:jc w:val="both"/>
            </w:pPr>
            <w:r>
              <w:rPr>
                <w:color w:val="000000"/>
              </w:rPr>
              <w:t>razgovor, čitanje po odlomcima, rad s biblijskim i udžbeničkim tekstom, rad s citatom, problemska metoda, argumentiranje, uspoređivanje, vizualizacija, crtanje, formativna provjera, samovrednovanje</w:t>
            </w:r>
          </w:p>
        </w:tc>
      </w:tr>
      <w:tr w:rsidR="00EB769F" w14:paraId="41A013C6" w14:textId="77777777">
        <w:trPr>
          <w:cantSplit/>
          <w:jc w:val="center"/>
        </w:trPr>
        <w:tc>
          <w:tcPr>
            <w:tcW w:w="3779" w:type="dxa"/>
            <w:shd w:val="clear" w:color="auto" w:fill="F1F8F2"/>
            <w:vAlign w:val="center"/>
          </w:tcPr>
          <w:p w14:paraId="40DCE024" w14:textId="77777777" w:rsidR="0080024C" w:rsidRDefault="00A7690C" w:rsidP="0039563E">
            <w:pPr>
              <w:spacing w:before="70" w:after="70"/>
              <w:ind w:left="90" w:right="90"/>
              <w:jc w:val="both"/>
            </w:pPr>
            <w:r>
              <w:rPr>
                <w:b/>
                <w:color w:val="1F6D3A"/>
              </w:rPr>
              <w:t>Nastavna sredstva i pomagala</w:t>
            </w:r>
          </w:p>
        </w:tc>
        <w:tc>
          <w:tcPr>
            <w:tcW w:w="6568" w:type="dxa"/>
            <w:vAlign w:val="center"/>
          </w:tcPr>
          <w:p w14:paraId="748F89A2" w14:textId="77777777" w:rsidR="0080024C" w:rsidRDefault="00A7690C" w:rsidP="0039563E">
            <w:pPr>
              <w:spacing w:before="70" w:after="70" w:line="240" w:lineRule="auto"/>
              <w:ind w:left="90" w:right="90"/>
              <w:jc w:val="both"/>
            </w:pPr>
            <w:r>
              <w:rPr>
                <w:color w:val="000000"/>
              </w:rPr>
              <w:t>udžbenik, str. 10, radna bilježnica, str. 8–9, Biblija / Post 1,26–27, bilježnica, ploča / projektor, radni predlošci, papir i bojice</w:t>
            </w:r>
          </w:p>
        </w:tc>
      </w:tr>
      <w:tr w:rsidR="00EB769F" w14:paraId="6F83808A" w14:textId="77777777">
        <w:trPr>
          <w:cantSplit/>
          <w:jc w:val="center"/>
        </w:trPr>
        <w:tc>
          <w:tcPr>
            <w:tcW w:w="3779" w:type="dxa"/>
            <w:shd w:val="clear" w:color="auto" w:fill="EAF6EC"/>
            <w:vAlign w:val="center"/>
          </w:tcPr>
          <w:p w14:paraId="35235997" w14:textId="77777777" w:rsidR="0080024C" w:rsidRDefault="00A7690C" w:rsidP="0039563E">
            <w:pPr>
              <w:spacing w:before="70" w:after="70"/>
              <w:ind w:left="90" w:right="90"/>
              <w:jc w:val="both"/>
            </w:pPr>
            <w:r>
              <w:rPr>
                <w:b/>
                <w:color w:val="1F6D3A"/>
              </w:rPr>
              <w:t>Međupredmetne teme</w:t>
            </w:r>
          </w:p>
        </w:tc>
        <w:tc>
          <w:tcPr>
            <w:tcW w:w="6568" w:type="dxa"/>
            <w:vAlign w:val="center"/>
          </w:tcPr>
          <w:p w14:paraId="2830B459" w14:textId="77777777" w:rsidR="0080024C" w:rsidRDefault="00A7690C" w:rsidP="0039563E">
            <w:pPr>
              <w:spacing w:before="70" w:after="70" w:line="240" w:lineRule="auto"/>
              <w:ind w:left="90" w:right="90"/>
              <w:jc w:val="both"/>
            </w:pPr>
            <w:r>
              <w:rPr>
                <w:color w:val="000000"/>
              </w:rPr>
              <w:t>Osobni i socijalni razvoj: osr A.3.1. Razvija sliku o sebi; osr A.3.3. Razvija osobne potencijale. Učiti kako učiti: uku A.3.1. Učenik samostalno traži nove informacije iz različitih izvora, transformira ih u novo znanje i uspješno primjenjuje pri rješavanju problema.</w:t>
            </w:r>
          </w:p>
        </w:tc>
      </w:tr>
      <w:tr w:rsidR="00EB769F" w14:paraId="1FAB6B56" w14:textId="77777777">
        <w:trPr>
          <w:cantSplit/>
          <w:jc w:val="center"/>
        </w:trPr>
        <w:tc>
          <w:tcPr>
            <w:tcW w:w="3779" w:type="dxa"/>
            <w:shd w:val="clear" w:color="auto" w:fill="F1F8F2"/>
            <w:vAlign w:val="center"/>
          </w:tcPr>
          <w:p w14:paraId="22E70F8B" w14:textId="77777777" w:rsidR="0080024C" w:rsidRDefault="002822E3" w:rsidP="0039563E">
            <w:pPr>
              <w:spacing w:before="70" w:after="70"/>
              <w:ind w:left="90" w:right="90"/>
              <w:jc w:val="both"/>
            </w:pPr>
            <w:r>
              <w:rPr>
                <w:b/>
                <w:color w:val="1F6D3A"/>
              </w:rPr>
              <w:t>Korelacija</w:t>
            </w:r>
          </w:p>
        </w:tc>
        <w:tc>
          <w:tcPr>
            <w:tcW w:w="6568" w:type="dxa"/>
            <w:vAlign w:val="center"/>
          </w:tcPr>
          <w:p w14:paraId="154C0012" w14:textId="77777777" w:rsidR="0080024C" w:rsidRDefault="00A7690C" w:rsidP="0039563E">
            <w:pPr>
              <w:spacing w:before="70" w:after="70" w:line="240" w:lineRule="auto"/>
              <w:ind w:left="90" w:right="90"/>
              <w:jc w:val="both"/>
            </w:pPr>
            <w:r>
              <w:rPr>
                <w:color w:val="000000"/>
              </w:rPr>
              <w:t>Hrvatski jezik: OŠ HJ A.7.2., OŠ HJ C.7.2.; Likovna kultura: OŠ LK B.7.1.</w:t>
            </w:r>
          </w:p>
        </w:tc>
      </w:tr>
    </w:tbl>
    <w:p w14:paraId="0E418FF2" w14:textId="77777777" w:rsidR="0080024C" w:rsidRDefault="00A7690C" w:rsidP="0039563E">
      <w:pPr>
        <w:spacing w:before="120" w:after="40"/>
        <w:jc w:val="both"/>
      </w:pPr>
      <w:r>
        <w:rPr>
          <w:b/>
          <w:color w:val="C96A00"/>
          <w:sz w:val="26"/>
        </w:rPr>
        <w:t>Vrednovanje:</w:t>
      </w:r>
    </w:p>
    <w:p w14:paraId="043BF841" w14:textId="77777777" w:rsidR="0080024C" w:rsidRDefault="00A7690C" w:rsidP="0039563E">
      <w:pPr>
        <w:spacing w:line="240" w:lineRule="auto"/>
        <w:jc w:val="both"/>
      </w:pPr>
      <w:r>
        <w:rPr>
          <w:b/>
          <w:color w:val="000000"/>
        </w:rPr>
        <w:t>Vrednovanje za učenje:</w:t>
      </w:r>
      <w:r>
        <w:rPr>
          <w:color w:val="000000"/>
        </w:rPr>
        <w:t xml:space="preserve"> praćenje razumijevanja biblijskog izraza „na sliku Božju“, izdvajanja čovjekovih darova i sposobnosti, razlikovanja osobe od predmeta, argumentiranja u problemskim situacijama te obrazlaganja odgovora dokazom iz biblijskog i udžbeničkog teksta.</w:t>
      </w:r>
    </w:p>
    <w:p w14:paraId="0BAF9814" w14:textId="77777777" w:rsidR="0080024C" w:rsidRDefault="00A7690C" w:rsidP="0039563E">
      <w:pPr>
        <w:spacing w:line="240" w:lineRule="auto"/>
        <w:jc w:val="both"/>
      </w:pPr>
      <w:r>
        <w:rPr>
          <w:b/>
          <w:color w:val="000000"/>
        </w:rPr>
        <w:t>Vrednovanje kao učenje:</w:t>
      </w:r>
      <w:r>
        <w:rPr>
          <w:color w:val="000000"/>
        </w:rPr>
        <w:t xml:space="preserve"> samoprocjena učenika može li objasniti zašto je svaki čovjek jedinstven i neponovljiv, povezati razum i slobodnu volju s odgovornošću te navesti konkretan način poštovanja vlastitoga i tuđega dostojanstva.</w:t>
      </w:r>
    </w:p>
    <w:p w14:paraId="6A69EF29" w14:textId="77777777" w:rsidR="0080024C" w:rsidRDefault="00A7690C" w:rsidP="0039563E">
      <w:pPr>
        <w:spacing w:line="240" w:lineRule="auto"/>
        <w:jc w:val="both"/>
        <w:rPr>
          <w:color w:val="000000"/>
        </w:rPr>
      </w:pPr>
      <w:r>
        <w:rPr>
          <w:b/>
          <w:color w:val="000000"/>
        </w:rPr>
        <w:t>Vrednovanje naučenoga:</w:t>
      </w:r>
      <w:r>
        <w:rPr>
          <w:color w:val="000000"/>
        </w:rPr>
        <w:t xml:space="preserve"> formalno brojčano vrednovanje nije predviđeno; radni predlošci, usmeni odgovori i formativna provjera služe praćenju napretka.</w:t>
      </w:r>
    </w:p>
    <w:p w14:paraId="7D08E510" w14:textId="77777777" w:rsidR="002822E3" w:rsidRDefault="002822E3" w:rsidP="0039563E">
      <w:pPr>
        <w:keepNext/>
        <w:spacing w:line="240" w:lineRule="auto"/>
        <w:jc w:val="both"/>
        <w:rPr>
          <w:color w:val="000000"/>
        </w:rPr>
      </w:pPr>
    </w:p>
    <w:p w14:paraId="5948899A" w14:textId="77777777" w:rsidR="002822E3" w:rsidRDefault="00A7690C" w:rsidP="0039563E">
      <w:pPr>
        <w:pageBreakBefore/>
        <w:spacing w:after="280"/>
        <w:jc w:val="center"/>
      </w:pPr>
      <w:r w:rsidRPr="002822E3">
        <w:rPr>
          <w:b/>
          <w:color w:val="0070C0"/>
          <w:sz w:val="40"/>
        </w:rPr>
        <w:lastRenderedPageBreak/>
        <w:t>TIJEK NASTAVNOGA SATA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CellMar>
          <w:left w:w="0" w:type="dxa"/>
          <w:right w:w="0" w:type="dxa"/>
        </w:tblCellMar>
        <w:tblLook w:val="04A0" w:firstRow="1" w:lastRow="0" w:firstColumn="1" w:lastColumn="0" w:noHBand="0" w:noVBand="1"/>
      </w:tblPr>
      <w:tblGrid>
        <w:gridCol w:w="10357"/>
      </w:tblGrid>
      <w:tr w:rsidR="002822E3" w14:paraId="2C110896" w14:textId="77777777" w:rsidTr="00FA2234">
        <w:trPr>
          <w:cantSplit/>
          <w:jc w:val="center"/>
        </w:trPr>
        <w:tc>
          <w:tcPr>
            <w:tcW w:w="10347" w:type="dxa"/>
            <w:shd w:val="clear" w:color="auto" w:fill="00B050"/>
            <w:vAlign w:val="center"/>
          </w:tcPr>
          <w:p w14:paraId="4ED3BD46" w14:textId="77777777" w:rsidR="002822E3" w:rsidRDefault="002822E3" w:rsidP="0039563E">
            <w:pPr>
              <w:keepNext/>
              <w:spacing w:before="80" w:after="80" w:line="240" w:lineRule="auto"/>
              <w:ind w:left="80" w:right="80"/>
              <w:jc w:val="both"/>
            </w:pPr>
            <w:r w:rsidRPr="002822E3">
              <w:rPr>
                <w:rFonts w:cs="Calibri"/>
                <w:b/>
                <w:color w:val="FFFFFF"/>
                <w:sz w:val="32"/>
              </w:rPr>
              <w:t>I. UVODNI DIO – PITAJ</w:t>
            </w:r>
            <w:r w:rsidR="002D6D03">
              <w:rPr>
                <w:rFonts w:cs="Calibri"/>
                <w:bCs/>
                <w:color w:val="FFFFFF"/>
                <w:sz w:val="20"/>
                <w:szCs w:val="20"/>
              </w:rPr>
              <w:t xml:space="preserve">  </w:t>
            </w:r>
            <w:r w:rsidRPr="002822E3">
              <w:rPr>
                <w:rFonts w:cs="Calibri"/>
                <w:bCs/>
                <w:color w:val="FFFFFF"/>
                <w:sz w:val="20"/>
                <w:szCs w:val="20"/>
              </w:rPr>
              <w:t>(8–10 min)</w:t>
            </w:r>
          </w:p>
        </w:tc>
      </w:tr>
    </w:tbl>
    <w:p w14:paraId="24833A63" w14:textId="77777777" w:rsidR="0039563E" w:rsidRDefault="0039563E" w:rsidP="0039563E">
      <w:pPr>
        <w:keepNext/>
        <w:spacing w:before="60" w:after="40" w:line="240" w:lineRule="auto"/>
        <w:jc w:val="both"/>
        <w:rPr>
          <w:b/>
          <w:color w:val="C96A00"/>
          <w:sz w:val="26"/>
        </w:rPr>
      </w:pPr>
    </w:p>
    <w:p w14:paraId="59639DE9" w14:textId="6425B742" w:rsidR="00EB769F" w:rsidRDefault="00052B55" w:rsidP="0039563E">
      <w:pPr>
        <w:keepNext/>
        <w:spacing w:before="60" w:after="40" w:line="240" w:lineRule="auto"/>
        <w:jc w:val="both"/>
      </w:pPr>
      <w:r>
        <w:rPr>
          <w:b/>
          <w:color w:val="C96A00"/>
          <w:sz w:val="26"/>
        </w:rPr>
        <w:t>Uvodna molitva</w:t>
      </w:r>
      <w:r w:rsidR="00FE506F">
        <w:rPr>
          <w:b/>
          <w:color w:val="C96A00"/>
          <w:sz w:val="26"/>
        </w:rPr>
        <w:t>:</w:t>
      </w:r>
    </w:p>
    <w:p w14:paraId="5DADEB74" w14:textId="77777777" w:rsidR="0080024C" w:rsidRDefault="00A7690C" w:rsidP="0039563E">
      <w:pPr>
        <w:jc w:val="both"/>
      </w:pPr>
      <w:r>
        <w:rPr>
          <w:color w:val="000000"/>
        </w:rPr>
        <w:t>Oče naš…</w:t>
      </w:r>
    </w:p>
    <w:p w14:paraId="742EABFC" w14:textId="77777777" w:rsidR="0080024C" w:rsidRDefault="00A7690C" w:rsidP="0039563E">
      <w:pPr>
        <w:spacing w:before="120"/>
        <w:jc w:val="both"/>
      </w:pPr>
      <w:r>
        <w:rPr>
          <w:color w:val="000000"/>
        </w:rPr>
        <w:t>ili: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EB769F" w14:paraId="478C7034" w14:textId="77777777" w:rsidTr="00555A25">
        <w:trPr>
          <w:cantSplit/>
          <w:jc w:val="center"/>
        </w:trPr>
        <w:tc>
          <w:tcPr>
            <w:tcW w:w="10347" w:type="dxa"/>
            <w:shd w:val="clear" w:color="auto" w:fill="F7FBF7"/>
          </w:tcPr>
          <w:p w14:paraId="3D88E380" w14:textId="77777777" w:rsidR="00EB769F" w:rsidRPr="0039563E" w:rsidRDefault="00052B55" w:rsidP="0039563E">
            <w:pPr>
              <w:spacing w:before="100" w:after="100"/>
              <w:ind w:left="140" w:right="140"/>
              <w:jc w:val="both"/>
              <w:rPr>
                <w:iCs/>
                <w:sz w:val="40"/>
                <w:szCs w:val="40"/>
              </w:rPr>
            </w:pPr>
            <w:r w:rsidRPr="0039563E">
              <w:rPr>
                <w:iCs/>
                <w:sz w:val="40"/>
                <w:szCs w:val="40"/>
              </w:rPr>
              <w:t>Bože, hvala Ti što si svakoga od nas stvorio jedinstvenim. Pomozi nam da u sebi i drugima prepoznamo darove koje si nam dao i da nikoga ne mjerimo izgledom, uspjehom ili tuđim mišljenjem. Nauči nas poštovati dostojanstvo svake osobe. Amen.</w:t>
            </w:r>
          </w:p>
        </w:tc>
      </w:tr>
    </w:tbl>
    <w:p w14:paraId="7F3C9725" w14:textId="77777777" w:rsidR="00555A25" w:rsidRDefault="00555A2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770743" w14:paraId="71061063" w14:textId="77777777" w:rsidTr="00555A25">
        <w:trPr>
          <w:cantSplit/>
          <w:jc w:val="center"/>
        </w:trPr>
        <w:tc>
          <w:tcPr>
            <w:tcW w:w="10347" w:type="dxa"/>
            <w:shd w:val="clear" w:color="auto" w:fill="EAF4E2"/>
            <w:vAlign w:val="center"/>
          </w:tcPr>
          <w:p w14:paraId="339EE00D" w14:textId="64A2B021" w:rsidR="00B22D96" w:rsidRDefault="00B22D96">
            <w:pPr>
              <w:spacing w:before="95" w:after="95"/>
              <w:ind w:left="110" w:right="110"/>
              <w:jc w:val="both"/>
            </w:pPr>
            <w:r>
              <w:rPr>
                <w:b/>
                <w:color w:val="C96A00"/>
                <w:sz w:val="21"/>
              </w:rPr>
              <w:t>Alternativa:</w:t>
            </w:r>
            <w:r>
              <w:rPr>
                <w:sz w:val="21"/>
              </w:rPr>
              <w:t xml:space="preserve"> Vjeroučitelj će pročitati riječi iz Ps 139,14: „</w:t>
            </w:r>
            <w:r w:rsidRPr="00AA10A4">
              <w:rPr>
                <w:sz w:val="21"/>
              </w:rPr>
              <w:t>Hvala ti što sam stvoren tako čudesno</w:t>
            </w:r>
            <w:r>
              <w:rPr>
                <w:sz w:val="21"/>
              </w:rPr>
              <w:t>“. Učenici će u kratkoj tišini razmišljati o jednom daru koji prepoznaju u sebi i o tome kako njime mogu učiniti nešto dobro.</w:t>
            </w:r>
          </w:p>
        </w:tc>
      </w:tr>
    </w:tbl>
    <w:p w14:paraId="71B95866" w14:textId="38E6AF26" w:rsidR="00EB769F" w:rsidRDefault="00052B55" w:rsidP="0039563E">
      <w:pPr>
        <w:pStyle w:val="ActivityTitle"/>
        <w:keepNext/>
        <w:spacing w:before="200" w:after="40" w:line="240" w:lineRule="auto"/>
        <w:jc w:val="both"/>
      </w:pPr>
      <w:r>
        <w:rPr>
          <w:color w:val="C96A00"/>
        </w:rPr>
        <w:t>Povezivanje s prethodnim satom</w:t>
      </w:r>
      <w:r w:rsidR="00FE506F">
        <w:rPr>
          <w:color w:val="C96A00"/>
        </w:rPr>
        <w:t>:</w:t>
      </w:r>
    </w:p>
    <w:p w14:paraId="1CB82F88" w14:textId="77777777" w:rsidR="00C65F95" w:rsidRPr="00C65F95" w:rsidRDefault="00C65F95" w:rsidP="00C65F95">
      <w:pPr>
        <w:pStyle w:val="Question"/>
        <w:spacing w:after="0"/>
        <w:ind w:left="0"/>
        <w:jc w:val="both"/>
        <w:rPr>
          <w:i w:val="0"/>
          <w:iCs/>
        </w:rPr>
      </w:pPr>
      <w:r w:rsidRPr="00C65F95">
        <w:rPr>
          <w:i w:val="0"/>
          <w:iCs/>
        </w:rPr>
        <w:t>Učenici daju vjeroučitelju na uvid domaću zadaću od prošloga susreta:</w:t>
      </w:r>
    </w:p>
    <w:p w14:paraId="610447A6" w14:textId="0674BE9B" w:rsidR="00C65F95" w:rsidRPr="00C65F95" w:rsidRDefault="00C65F95" w:rsidP="00C65F95">
      <w:pPr>
        <w:pStyle w:val="Question"/>
        <w:spacing w:after="0"/>
        <w:ind w:left="0"/>
        <w:jc w:val="both"/>
      </w:pPr>
      <w:r w:rsidRPr="00C65F95">
        <w:t>„Učenici će za sljedeći sat pripremiti udžbenik „Neka je Bog prvi“, radnu bilježnicu ako je vjeroučitelj koristi, bilježnicu i školski pribor te kod kuće još jednom prolistati sadržaj udžbenika.“</w:t>
      </w:r>
    </w:p>
    <w:p w14:paraId="7C3DA3F0" w14:textId="77777777" w:rsidR="00C65F95" w:rsidRPr="00C65F95" w:rsidRDefault="00C65F95" w:rsidP="00C65F95">
      <w:pPr>
        <w:pStyle w:val="Question"/>
        <w:spacing w:after="0"/>
        <w:ind w:left="0"/>
        <w:jc w:val="both"/>
        <w:rPr>
          <w:i w:val="0"/>
          <w:iCs/>
        </w:rPr>
      </w:pPr>
      <w:r w:rsidRPr="00C65F95">
        <w:rPr>
          <w:i w:val="0"/>
          <w:iCs/>
        </w:rPr>
        <w:t>Ili:</w:t>
      </w:r>
    </w:p>
    <w:p w14:paraId="39AC3B49" w14:textId="1B1A724C" w:rsidR="00EB769F" w:rsidRPr="00C65F95" w:rsidRDefault="00C65F95" w:rsidP="00C65F95">
      <w:pPr>
        <w:pStyle w:val="Question"/>
        <w:spacing w:after="0"/>
        <w:ind w:left="0"/>
        <w:jc w:val="both"/>
      </w:pPr>
      <w:r w:rsidRPr="00C65F95">
        <w:t>„Učenici će u bilježnicu zapisati jednu rečenicu o tome što ove godine žele bolje upoznati ili razumjeti na vjeronauku.“</w:t>
      </w:r>
    </w:p>
    <w:p w14:paraId="1F6B2282" w14:textId="2C2BC27C" w:rsidR="00EB769F" w:rsidRDefault="00052B55" w:rsidP="0039563E">
      <w:pPr>
        <w:pStyle w:val="ActivityTitle"/>
        <w:keepNext/>
        <w:spacing w:before="200" w:after="40" w:line="240" w:lineRule="auto"/>
        <w:jc w:val="both"/>
      </w:pPr>
      <w:r>
        <w:rPr>
          <w:color w:val="C96A00"/>
        </w:rPr>
        <w:t>Motivacija</w:t>
      </w:r>
      <w:r w:rsidR="00FE506F">
        <w:rPr>
          <w:color w:val="C96A00"/>
        </w:rPr>
        <w:t>:</w:t>
      </w:r>
    </w:p>
    <w:p w14:paraId="6C179789" w14:textId="4DE8B0AB" w:rsidR="00EB769F" w:rsidRDefault="00052B55" w:rsidP="0039563E">
      <w:pPr>
        <w:jc w:val="both"/>
      </w:pPr>
      <w:r>
        <w:t xml:space="preserve">Učenici će pročitati misao </w:t>
      </w:r>
      <w:r w:rsidR="00555A25">
        <w:t xml:space="preserve">sv. </w:t>
      </w:r>
      <w:r>
        <w:t>Carla Acutisa prikazanu u udžbeniku:</w:t>
      </w:r>
    </w:p>
    <w:p w14:paraId="601D5974" w14:textId="77777777" w:rsidR="0039563E" w:rsidRDefault="0039563E" w:rsidP="0039563E">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5C3E97" w14:paraId="4871E8B6" w14:textId="77777777">
        <w:trPr>
          <w:cantSplit/>
          <w:jc w:val="center"/>
        </w:trPr>
        <w:tc>
          <w:tcPr>
            <w:tcW w:w="10347" w:type="dxa"/>
            <w:shd w:val="clear" w:color="auto" w:fill="F3F6FA"/>
            <w:vAlign w:val="center"/>
          </w:tcPr>
          <w:p w14:paraId="60FDAC8D" w14:textId="77777777" w:rsidR="004A025A" w:rsidRDefault="004A025A">
            <w:pPr>
              <w:keepNext/>
              <w:shd w:val="clear" w:color="auto" w:fill="46437E"/>
              <w:spacing w:before="60" w:after="100"/>
              <w:ind w:left="85" w:right="85"/>
              <w:jc w:val="center"/>
            </w:pPr>
            <w:r>
              <w:rPr>
                <w:b/>
                <w:color w:val="FFFFFF"/>
                <w:sz w:val="40"/>
              </w:rPr>
              <w:t>SV. CARLO ACUTIS</w:t>
            </w:r>
          </w:p>
          <w:p w14:paraId="7ED18F43" w14:textId="77777777" w:rsidR="004A025A" w:rsidRDefault="004A025A">
            <w:pPr>
              <w:spacing w:before="60" w:after="100"/>
              <w:ind w:left="85" w:right="85"/>
              <w:jc w:val="both"/>
            </w:pPr>
            <w:r>
              <w:rPr>
                <w:color w:val="000000"/>
                <w:sz w:val="40"/>
              </w:rPr>
              <w:t>„Svi se ljudi rađaju kao originali, ali mnogi umiru kao kopije.“</w:t>
            </w:r>
          </w:p>
        </w:tc>
      </w:tr>
    </w:tbl>
    <w:p w14:paraId="06C91B6F" w14:textId="77777777" w:rsidR="00FE506F" w:rsidRDefault="00FE506F" w:rsidP="0039563E">
      <w:pPr>
        <w:pStyle w:val="Question"/>
        <w:ind w:left="0"/>
        <w:jc w:val="both"/>
        <w:rPr>
          <w:i w:val="0"/>
          <w:iCs/>
        </w:rPr>
      </w:pPr>
    </w:p>
    <w:p w14:paraId="54F97332" w14:textId="2856034B" w:rsidR="0039563E" w:rsidRPr="0039563E" w:rsidRDefault="0039563E" w:rsidP="0039563E">
      <w:pPr>
        <w:pStyle w:val="Question"/>
        <w:ind w:left="0"/>
        <w:jc w:val="both"/>
        <w:rPr>
          <w:i w:val="0"/>
          <w:iCs/>
        </w:rPr>
      </w:pPr>
      <w:r w:rsidRPr="0039563E">
        <w:rPr>
          <w:i w:val="0"/>
          <w:iCs/>
        </w:rPr>
        <w:t>Razgovor:</w:t>
      </w:r>
    </w:p>
    <w:p w14:paraId="00C52048" w14:textId="77777777" w:rsidR="00EB769F" w:rsidRPr="00FE506F" w:rsidRDefault="00052B55" w:rsidP="00DF1BAC">
      <w:pPr>
        <w:pStyle w:val="Question"/>
        <w:numPr>
          <w:ilvl w:val="0"/>
          <w:numId w:val="19"/>
        </w:numPr>
        <w:spacing w:after="0"/>
        <w:jc w:val="both"/>
        <w:rPr>
          <w:i w:val="0"/>
          <w:iCs/>
        </w:rPr>
      </w:pPr>
      <w:r w:rsidRPr="00FE506F">
        <w:rPr>
          <w:i w:val="0"/>
          <w:iCs/>
          <w:color w:val="000000"/>
        </w:rPr>
        <w:t>Što mislite, kada čovjek počinje živjeti kao „kopija“?</w:t>
      </w:r>
      <w:r>
        <w:rPr>
          <w:color w:val="6B6B6B"/>
          <w:sz w:val="18"/>
        </w:rPr>
        <w:t xml:space="preserve"> </w:t>
      </w:r>
      <w:r w:rsidRPr="00FE506F">
        <w:rPr>
          <w:i w:val="0"/>
          <w:iCs/>
          <w:color w:val="6B6B6B"/>
          <w:sz w:val="18"/>
        </w:rPr>
        <w:t>(Kada nekritički oponaša druge i zanemaruje vlastite darove i vrijednosti.)</w:t>
      </w:r>
    </w:p>
    <w:p w14:paraId="257418D7" w14:textId="77777777" w:rsidR="00EB769F" w:rsidRPr="00FE506F" w:rsidRDefault="00052B55" w:rsidP="00DF1BAC">
      <w:pPr>
        <w:pStyle w:val="Question"/>
        <w:numPr>
          <w:ilvl w:val="0"/>
          <w:numId w:val="19"/>
        </w:numPr>
        <w:spacing w:after="0"/>
        <w:jc w:val="both"/>
        <w:rPr>
          <w:i w:val="0"/>
          <w:iCs/>
        </w:rPr>
      </w:pPr>
      <w:r w:rsidRPr="00FE506F">
        <w:rPr>
          <w:i w:val="0"/>
          <w:iCs/>
          <w:color w:val="000000"/>
        </w:rPr>
        <w:t>Može li želja da budemo prihvaćeni učiniti da zaboravimo tko smo?</w:t>
      </w:r>
      <w:r w:rsidRPr="00FE506F">
        <w:rPr>
          <w:i w:val="0"/>
          <w:iCs/>
          <w:color w:val="6B6B6B"/>
          <w:sz w:val="18"/>
        </w:rPr>
        <w:t xml:space="preserve"> (Može, ako zbog prihvaćanja odustanemo od svojih vrijednosti i odgovornoga izbora.)</w:t>
      </w:r>
    </w:p>
    <w:p w14:paraId="71E9A9CC" w14:textId="77777777" w:rsidR="00EB769F" w:rsidRPr="00FE506F" w:rsidRDefault="00DF1BAC" w:rsidP="00DF1BAC">
      <w:pPr>
        <w:pStyle w:val="Question"/>
        <w:numPr>
          <w:ilvl w:val="0"/>
          <w:numId w:val="19"/>
        </w:numPr>
        <w:spacing w:after="0"/>
        <w:jc w:val="both"/>
        <w:rPr>
          <w:i w:val="0"/>
          <w:iCs/>
        </w:rPr>
      </w:pPr>
      <w:r w:rsidRPr="00FE506F">
        <w:rPr>
          <w:i w:val="0"/>
          <w:iCs/>
          <w:color w:val="000000"/>
        </w:rPr>
        <w:t>O čemu, prema vašemu mišljenju, ovisi vrijednost čovjeka?</w:t>
      </w:r>
      <w:r>
        <w:rPr>
          <w:color w:val="6B6B6B"/>
          <w:sz w:val="18"/>
        </w:rPr>
        <w:t xml:space="preserve"> </w:t>
      </w:r>
      <w:r w:rsidRPr="00FE506F">
        <w:rPr>
          <w:i w:val="0"/>
          <w:iCs/>
          <w:color w:val="6B6B6B"/>
          <w:sz w:val="18"/>
        </w:rPr>
        <w:t>(Mogući početni odgovori učenika; u nastavku će ih usporediti s porukom o dostojanstvu osobe stvorene na Božju sliku.)</w:t>
      </w:r>
    </w:p>
    <w:p w14:paraId="2C23FD92" w14:textId="77777777" w:rsidR="00DF1BAC" w:rsidRDefault="00DF1BAC" w:rsidP="0039563E">
      <w:pPr>
        <w:keepNext/>
        <w:jc w:val="both"/>
        <w:rPr>
          <w:b/>
          <w:color w:val="166534"/>
        </w:rPr>
      </w:pPr>
    </w:p>
    <w:p w14:paraId="7BC38F0B" w14:textId="77777777" w:rsidR="00EB769F" w:rsidRDefault="00052B55" w:rsidP="0039563E">
      <w:pPr>
        <w:jc w:val="both"/>
      </w:pPr>
      <w:r>
        <w:rPr>
          <w:b/>
          <w:color w:val="166534"/>
        </w:rPr>
        <w:t xml:space="preserve">Početni stav: </w:t>
      </w:r>
      <w:r>
        <w:t xml:space="preserve">Učenici će se izjasniti: SLAŽEM SE – NISAM SIGURAN/NA – NE SLAŽEM SE uz tvrdnju: „Vrijednost čovjeka ovisi o tome koliko ga drugi prihvaćaju.“ </w:t>
      </w:r>
    </w:p>
    <w:p w14:paraId="1853A45E" w14:textId="77777777" w:rsidR="00DF1BAC" w:rsidRDefault="00DF1BAC" w:rsidP="0039563E">
      <w:pPr>
        <w:keepNext/>
        <w:jc w:val="both"/>
      </w:pPr>
    </w:p>
    <w:p w14:paraId="5BD557EE" w14:textId="77777777" w:rsidR="00DF1BAC" w:rsidRPr="00DF1BAC" w:rsidRDefault="00DF1BAC" w:rsidP="00DF1BAC">
      <w:pPr>
        <w:jc w:val="center"/>
        <w:rPr>
          <w:color w:val="002060"/>
          <w:sz w:val="40"/>
          <w:szCs w:val="40"/>
        </w:rPr>
      </w:pPr>
      <w:r w:rsidRPr="00DF1BAC">
        <w:rPr>
          <w:color w:val="002060"/>
          <w:sz w:val="40"/>
          <w:szCs w:val="40"/>
        </w:rPr>
        <w:t>Vrijednost čovjeka ovisi o tome koliko ga drugi prihvaćaju.</w:t>
      </w:r>
    </w:p>
    <w:p w14:paraId="229B1EA1" w14:textId="77777777" w:rsidR="00DF1BAC" w:rsidRDefault="00DF1BAC" w:rsidP="0039563E">
      <w:pPr>
        <w:keepNext/>
        <w:jc w:val="both"/>
      </w:pPr>
    </w:p>
    <w:p w14:paraId="33F2BFCF" w14:textId="5AAA28DD" w:rsidR="00EB769F" w:rsidRDefault="00052B55" w:rsidP="0039563E">
      <w:pPr>
        <w:pStyle w:val="ActivityTitle"/>
        <w:keepNext/>
        <w:spacing w:before="200" w:after="40" w:line="240" w:lineRule="auto"/>
        <w:jc w:val="both"/>
      </w:pPr>
      <w:r>
        <w:rPr>
          <w:color w:val="C96A00"/>
        </w:rPr>
        <w:t>Najava teme i središnjega pitanja</w:t>
      </w:r>
      <w:r w:rsidR="00FE506F">
        <w:rPr>
          <w:color w:val="C96A00"/>
        </w:rPr>
        <w:t>:</w:t>
      </w:r>
    </w:p>
    <w:p w14:paraId="02B54052" w14:textId="77777777" w:rsidR="00DF1BAC" w:rsidRDefault="00052B55" w:rsidP="0039563E">
      <w:pPr>
        <w:jc w:val="both"/>
      </w:pPr>
      <w:r>
        <w:t xml:space="preserve">Učenici će zapisati naslov: „Božji sam original – Nisam nešto, nego netko.“ </w:t>
      </w:r>
    </w:p>
    <w:p w14:paraId="7E712E47" w14:textId="77777777" w:rsidR="00EB769F" w:rsidRDefault="00DF1BAC" w:rsidP="0039563E">
      <w:pPr>
        <w:jc w:val="both"/>
      </w:pPr>
      <w:r>
        <w:t>Danas ćemo istražiti odgovor na središnje pitanje:</w:t>
      </w:r>
    </w:p>
    <w:p w14:paraId="5709453E" w14:textId="77777777" w:rsidR="002D6D03" w:rsidRDefault="002D6D03" w:rsidP="0039563E">
      <w:pPr>
        <w:keepNext/>
        <w:jc w:val="both"/>
      </w:pPr>
    </w:p>
    <w:p w14:paraId="19B23836" w14:textId="77777777" w:rsidR="00EB769F" w:rsidRPr="00DF1BAC" w:rsidRDefault="00052B55" w:rsidP="002D6D03">
      <w:pPr>
        <w:spacing w:after="0"/>
        <w:jc w:val="both"/>
        <w:rPr>
          <w:b/>
          <w:color w:val="166534"/>
          <w:sz w:val="40"/>
          <w:szCs w:val="40"/>
        </w:rPr>
      </w:pPr>
      <w:r w:rsidRPr="00DF1BAC">
        <w:rPr>
          <w:b/>
          <w:color w:val="166534"/>
          <w:sz w:val="40"/>
          <w:szCs w:val="40"/>
        </w:rPr>
        <w:t>ZAŠTO KRŠĆANSKA VJERA TVRDI DA JE SVAKI ČOVJEK JEDINSTVEN, NEPONOVLJIV I DRAGOCJEN?</w:t>
      </w:r>
    </w:p>
    <w:p w14:paraId="65233D8A" w14:textId="77777777" w:rsidR="007D284A" w:rsidRDefault="007D284A" w:rsidP="002D6D03">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CellMar>
          <w:left w:w="0" w:type="dxa"/>
          <w:right w:w="0" w:type="dxa"/>
        </w:tblCellMar>
        <w:tblLook w:val="04A0" w:firstRow="1" w:lastRow="0" w:firstColumn="1" w:lastColumn="0" w:noHBand="0" w:noVBand="1"/>
      </w:tblPr>
      <w:tblGrid>
        <w:gridCol w:w="10357"/>
      </w:tblGrid>
      <w:tr w:rsidR="002D6D03" w14:paraId="6553D61F" w14:textId="77777777" w:rsidTr="00FA2234">
        <w:trPr>
          <w:cantSplit/>
          <w:jc w:val="center"/>
        </w:trPr>
        <w:tc>
          <w:tcPr>
            <w:tcW w:w="10347" w:type="dxa"/>
            <w:shd w:val="clear" w:color="auto" w:fill="00B050"/>
            <w:vAlign w:val="center"/>
          </w:tcPr>
          <w:p w14:paraId="13FCD3BE" w14:textId="77777777" w:rsidR="002D6D03" w:rsidRDefault="002D6D03" w:rsidP="00FA2234">
            <w:pPr>
              <w:keepNext/>
              <w:spacing w:before="80" w:after="80" w:line="240" w:lineRule="auto"/>
              <w:ind w:left="80" w:right="80"/>
            </w:pPr>
            <w:r>
              <w:rPr>
                <w:rFonts w:cs="Calibri"/>
                <w:b/>
                <w:color w:val="FFFFFF"/>
                <w:sz w:val="32"/>
              </w:rPr>
              <w:t>II. SREDIŠNJI DIO – ISTRAŽI I PROSUDI</w:t>
            </w:r>
            <w:r w:rsidRPr="00FE506F">
              <w:rPr>
                <w:rFonts w:cs="Calibri"/>
                <w:bCs/>
                <w:color w:val="FFFFFF"/>
                <w:sz w:val="20"/>
                <w:szCs w:val="20"/>
              </w:rPr>
              <w:t xml:space="preserve">  (26–28 min)</w:t>
            </w:r>
          </w:p>
        </w:tc>
      </w:tr>
    </w:tbl>
    <w:p w14:paraId="2756009B" w14:textId="77777777" w:rsidR="00FE506F" w:rsidRDefault="00FE506F"/>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2D6D03" w14:paraId="27EB968D" w14:textId="77777777" w:rsidTr="000A5AD8">
        <w:trPr>
          <w:cantSplit/>
          <w:jc w:val="center"/>
        </w:trPr>
        <w:tc>
          <w:tcPr>
            <w:tcW w:w="10347" w:type="dxa"/>
            <w:shd w:val="clear" w:color="auto" w:fill="F2F8F3"/>
          </w:tcPr>
          <w:p w14:paraId="5C4A42A5" w14:textId="77777777" w:rsidR="002D6D03" w:rsidRPr="00FE506F" w:rsidRDefault="002D6D03" w:rsidP="00FA2234">
            <w:pPr>
              <w:spacing w:after="0"/>
              <w:ind w:left="108" w:right="108"/>
              <w:jc w:val="both"/>
            </w:pPr>
            <w:r w:rsidRPr="000A5AD8">
              <w:rPr>
                <w:b/>
                <w:color w:val="166534"/>
              </w:rPr>
              <w:t>Napomena o izboru aktivnosti:</w:t>
            </w:r>
            <w:r w:rsidRPr="000A5AD8">
              <w:rPr>
                <w:color w:val="166534"/>
              </w:rPr>
              <w:t xml:space="preserve"> </w:t>
            </w:r>
            <w:r w:rsidRPr="00FE506F">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13FB5433" w14:textId="77777777" w:rsidR="00EB769F" w:rsidRDefault="00052B55" w:rsidP="0039563E">
      <w:pPr>
        <w:pStyle w:val="ActivityTitle"/>
        <w:keepNext/>
        <w:spacing w:before="200" w:after="40" w:line="240" w:lineRule="auto"/>
        <w:jc w:val="both"/>
      </w:pPr>
      <w:r>
        <w:rPr>
          <w:color w:val="C96A00"/>
        </w:rPr>
        <w:t xml:space="preserve">Aktivnost </w:t>
      </w:r>
      <w:r w:rsidR="002D6D03">
        <w:rPr>
          <w:color w:val="C96A00"/>
        </w:rPr>
        <w:t>1</w:t>
      </w:r>
      <w:r>
        <w:rPr>
          <w:color w:val="C96A00"/>
        </w:rPr>
        <w:t>: Biblijski trag – „Na svoju sliku“</w:t>
      </w:r>
      <w:r>
        <w:rPr>
          <w:b w:val="0"/>
          <w:i/>
          <w:color w:val="6B6B6B"/>
          <w:sz w:val="20"/>
        </w:rPr>
        <w:t xml:space="preserve"> (individualni rad i zajednički razgovor, 6 minuta)</w:t>
      </w:r>
    </w:p>
    <w:p w14:paraId="2BD9EC1D" w14:textId="77777777" w:rsidR="00EB769F" w:rsidRDefault="00052B55" w:rsidP="0039563E">
      <w:pPr>
        <w:jc w:val="both"/>
        <w:rPr>
          <w:color w:val="000000"/>
        </w:rPr>
      </w:pPr>
      <w:r>
        <w:rPr>
          <w:color w:val="000000"/>
        </w:rPr>
        <w:t xml:space="preserve">Učenici će pročitati biblijski tekst iz udžbenika, u njemu </w:t>
      </w:r>
      <w:r w:rsidR="002D6D03">
        <w:rPr>
          <w:color w:val="000000"/>
        </w:rPr>
        <w:t>uoči</w:t>
      </w:r>
      <w:r>
        <w:rPr>
          <w:color w:val="000000"/>
        </w:rPr>
        <w:t>ti izraz koji se ponavlja i izdvojiti što Bog povjerava čovjeku.</w:t>
      </w:r>
    </w:p>
    <w:p w14:paraId="6243E83A" w14:textId="77777777" w:rsidR="002D6D03" w:rsidRDefault="002D6D03" w:rsidP="0039563E">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5C3E97" w14:paraId="3E6A32D9" w14:textId="77777777">
        <w:trPr>
          <w:cantSplit/>
          <w:jc w:val="center"/>
        </w:trPr>
        <w:tc>
          <w:tcPr>
            <w:tcW w:w="10347" w:type="dxa"/>
            <w:shd w:val="clear" w:color="auto" w:fill="F3F6FA"/>
            <w:vAlign w:val="center"/>
          </w:tcPr>
          <w:p w14:paraId="6230F526" w14:textId="77777777" w:rsidR="004A025A" w:rsidRDefault="004A025A">
            <w:pPr>
              <w:keepNext/>
              <w:shd w:val="clear" w:color="auto" w:fill="46437E"/>
              <w:spacing w:before="60" w:after="100"/>
              <w:ind w:left="85" w:right="85"/>
              <w:jc w:val="center"/>
            </w:pPr>
            <w:r>
              <w:rPr>
                <w:b/>
                <w:color w:val="FFFFFF"/>
                <w:sz w:val="40"/>
              </w:rPr>
              <w:t>ČOVJEK NA SLIKU BOŽJU</w:t>
            </w:r>
          </w:p>
          <w:p w14:paraId="0B39AB38" w14:textId="77777777" w:rsidR="004A025A" w:rsidRDefault="004A025A">
            <w:pPr>
              <w:spacing w:before="60" w:after="100"/>
              <w:ind w:left="85" w:right="85"/>
              <w:jc w:val="both"/>
            </w:pPr>
            <w:r>
              <w:rPr>
                <w:color w:val="000000"/>
                <w:sz w:val="40"/>
              </w:rPr>
              <w:t>I reče Bog: »Načinimo čovjeka na svoju sliku, sebi slična, da bude gospodar ribama morskim, pticama nebeskim i stoci – svoj zemlji – i svim gmizavcima što puze po zemlji!« Na svoju sliku stvori Bog čovjeka, na sliku Božju on ga stvori, muško i žensko stvori ih. (Post 1,26–27)</w:t>
            </w:r>
          </w:p>
        </w:tc>
      </w:tr>
    </w:tbl>
    <w:p w14:paraId="0EFE751B" w14:textId="77777777" w:rsidR="00FE506F" w:rsidRDefault="00FE506F" w:rsidP="002D6D03">
      <w:pPr>
        <w:pStyle w:val="Question"/>
        <w:ind w:left="0"/>
        <w:jc w:val="both"/>
        <w:rPr>
          <w:i w:val="0"/>
          <w:iCs/>
        </w:rPr>
      </w:pPr>
    </w:p>
    <w:p w14:paraId="0B2D8ED2" w14:textId="149E10FD" w:rsidR="002D6D03" w:rsidRPr="002D6D03" w:rsidRDefault="002D6D03" w:rsidP="002D6D03">
      <w:pPr>
        <w:pStyle w:val="Question"/>
        <w:ind w:left="0"/>
        <w:jc w:val="both"/>
        <w:rPr>
          <w:i w:val="0"/>
          <w:iCs/>
        </w:rPr>
      </w:pPr>
      <w:r>
        <w:rPr>
          <w:i w:val="0"/>
          <w:iCs/>
        </w:rPr>
        <w:t>Razgovor:</w:t>
      </w:r>
    </w:p>
    <w:p w14:paraId="6DCCB58D" w14:textId="77777777" w:rsidR="00EB769F" w:rsidRPr="002D6D03" w:rsidRDefault="00052B55" w:rsidP="00A851E5">
      <w:pPr>
        <w:pStyle w:val="Question"/>
        <w:numPr>
          <w:ilvl w:val="0"/>
          <w:numId w:val="22"/>
        </w:numPr>
        <w:spacing w:after="0" w:line="240" w:lineRule="auto"/>
        <w:jc w:val="both"/>
        <w:rPr>
          <w:i w:val="0"/>
          <w:iCs/>
        </w:rPr>
      </w:pPr>
      <w:r w:rsidRPr="00FE506F">
        <w:rPr>
          <w:i w:val="0"/>
          <w:iCs/>
          <w:color w:val="000000"/>
        </w:rPr>
        <w:t>Koji se izraz o čovjeku u ovom tekstu ponavlja?</w:t>
      </w:r>
      <w:r w:rsidRPr="00FE506F">
        <w:rPr>
          <w:i w:val="0"/>
          <w:iCs/>
          <w:color w:val="6B6B6B"/>
          <w:sz w:val="18"/>
        </w:rPr>
        <w:t xml:space="preserve"> (Na svoju sliku, odnosno na sliku Božju.)</w:t>
      </w:r>
    </w:p>
    <w:p w14:paraId="615DC2F4" w14:textId="77777777" w:rsidR="00EB769F" w:rsidRPr="00FE506F" w:rsidRDefault="00052B55" w:rsidP="00A851E5">
      <w:pPr>
        <w:pStyle w:val="Question"/>
        <w:numPr>
          <w:ilvl w:val="0"/>
          <w:numId w:val="22"/>
        </w:numPr>
        <w:spacing w:after="0" w:line="240" w:lineRule="auto"/>
        <w:jc w:val="both"/>
        <w:rPr>
          <w:i w:val="0"/>
          <w:iCs/>
        </w:rPr>
      </w:pPr>
      <w:r w:rsidRPr="00FE506F">
        <w:rPr>
          <w:i w:val="0"/>
          <w:iCs/>
          <w:color w:val="000000"/>
        </w:rPr>
        <w:t>Mislite li da „na sliku Božju“ znači da Bog tjelesno izgleda kao čovjek? Obrazložite.</w:t>
      </w:r>
      <w:r w:rsidRPr="00FE506F">
        <w:rPr>
          <w:i w:val="0"/>
          <w:iCs/>
          <w:color w:val="6B6B6B"/>
          <w:sz w:val="18"/>
        </w:rPr>
        <w:t xml:space="preserve"> (Ne. Izraz govori o dostojanstvu osobe i sposobnosti spoznavanja, slobodnoga odlučivanja i ljubavi.)</w:t>
      </w:r>
    </w:p>
    <w:p w14:paraId="650CF7A9" w14:textId="77777777" w:rsidR="00EB769F" w:rsidRDefault="00052B55" w:rsidP="00A851E5">
      <w:pPr>
        <w:pStyle w:val="Question"/>
        <w:numPr>
          <w:ilvl w:val="0"/>
          <w:numId w:val="22"/>
        </w:numPr>
        <w:spacing w:after="0" w:line="240" w:lineRule="auto"/>
        <w:jc w:val="both"/>
        <w:rPr>
          <w:i w:val="0"/>
          <w:iCs/>
        </w:rPr>
      </w:pPr>
      <w:r w:rsidRPr="00FE506F">
        <w:rPr>
          <w:i w:val="0"/>
          <w:iCs/>
          <w:color w:val="000000"/>
        </w:rPr>
        <w:t>Koju odgovornost prema stvorenome svijetu čovjek dobiva?</w:t>
      </w:r>
      <w:r w:rsidRPr="00FE506F">
        <w:rPr>
          <w:i w:val="0"/>
          <w:iCs/>
          <w:color w:val="6B6B6B"/>
          <w:sz w:val="18"/>
        </w:rPr>
        <w:t xml:space="preserve"> (Odgovorno se brinuti o stvorenjima i čuvati povjereni svijet.)</w:t>
      </w:r>
    </w:p>
    <w:p w14:paraId="3D85F340" w14:textId="77777777" w:rsidR="00EB769F" w:rsidRDefault="00052B55" w:rsidP="0039563E">
      <w:pPr>
        <w:pStyle w:val="ActivityTitle"/>
        <w:keepNext/>
        <w:spacing w:before="200" w:after="40" w:line="240" w:lineRule="auto"/>
        <w:jc w:val="both"/>
      </w:pPr>
      <w:r>
        <w:rPr>
          <w:color w:val="C96A00"/>
        </w:rPr>
        <w:t xml:space="preserve">Aktivnost </w:t>
      </w:r>
      <w:r w:rsidR="002D6D03">
        <w:rPr>
          <w:color w:val="C96A00"/>
        </w:rPr>
        <w:t>2</w:t>
      </w:r>
      <w:r>
        <w:rPr>
          <w:color w:val="C96A00"/>
        </w:rPr>
        <w:t>: Obrada glavnog teksta / sadržaja</w:t>
      </w:r>
      <w:r>
        <w:rPr>
          <w:b w:val="0"/>
          <w:i/>
          <w:color w:val="6B6B6B"/>
          <w:sz w:val="20"/>
        </w:rPr>
        <w:t xml:space="preserve"> (rad u skupinama i zajednička provjera, 10 minuta)</w:t>
      </w:r>
    </w:p>
    <w:p w14:paraId="439EFDE9" w14:textId="15DEFEC6" w:rsidR="00C75960" w:rsidRPr="00FE506F" w:rsidRDefault="00052B55" w:rsidP="00FE506F">
      <w:pPr>
        <w:jc w:val="both"/>
        <w:rPr>
          <w:color w:val="000000"/>
        </w:rPr>
      </w:pPr>
      <w:r>
        <w:rPr>
          <w:color w:val="000000"/>
        </w:rPr>
        <w:t>Učenici će u tri manje skupine pročitati glavni tekst lekcije na str. 10. Svaka će skupina tražiti drukčiji „trag“ i pripremiti dvije rečenice za razred.</w:t>
      </w:r>
    </w:p>
    <w:tbl>
      <w:tblPr>
        <w:tblStyle w:val="Reetkatablice"/>
        <w:tblW w:w="5000" w:type="pct"/>
        <w:jc w:val="center"/>
        <w:tblCellMar>
          <w:left w:w="0" w:type="dxa"/>
          <w:right w:w="0" w:type="dxa"/>
        </w:tblCellMar>
        <w:tblLook w:val="04A0" w:firstRow="1" w:lastRow="0" w:firstColumn="1" w:lastColumn="0" w:noHBand="0" w:noVBand="1"/>
      </w:tblPr>
      <w:tblGrid>
        <w:gridCol w:w="3453"/>
        <w:gridCol w:w="3453"/>
        <w:gridCol w:w="3451"/>
      </w:tblGrid>
      <w:tr w:rsidR="00EB769F" w:rsidRPr="002D6D03" w14:paraId="1EADCCD0" w14:textId="77777777" w:rsidTr="00A851E5">
        <w:trPr>
          <w:cantSplit/>
          <w:jc w:val="center"/>
        </w:trPr>
        <w:tc>
          <w:tcPr>
            <w:tcW w:w="3449" w:type="dxa"/>
            <w:shd w:val="clear" w:color="auto" w:fill="0070C0"/>
            <w:vAlign w:val="center"/>
          </w:tcPr>
          <w:p w14:paraId="457FB294" w14:textId="77777777" w:rsidR="00EB769F" w:rsidRPr="002D6D03" w:rsidRDefault="002D6D03" w:rsidP="002D6D03">
            <w:pPr>
              <w:spacing w:before="70" w:after="70"/>
              <w:ind w:left="80" w:right="80"/>
              <w:jc w:val="center"/>
              <w:rPr>
                <w:sz w:val="40"/>
                <w:szCs w:val="40"/>
              </w:rPr>
            </w:pPr>
            <w:r w:rsidRPr="002D6D03">
              <w:rPr>
                <w:b/>
                <w:color w:val="FFFFFF"/>
                <w:sz w:val="40"/>
                <w:szCs w:val="40"/>
              </w:rPr>
              <w:t>SKUPINA</w:t>
            </w:r>
          </w:p>
        </w:tc>
        <w:tc>
          <w:tcPr>
            <w:tcW w:w="3450" w:type="dxa"/>
            <w:shd w:val="clear" w:color="auto" w:fill="00B050"/>
            <w:vAlign w:val="center"/>
          </w:tcPr>
          <w:p w14:paraId="4EF2B6ED" w14:textId="77777777" w:rsidR="00EB769F" w:rsidRPr="002D6D03" w:rsidRDefault="002D6D03" w:rsidP="002D6D03">
            <w:pPr>
              <w:spacing w:before="70" w:after="70"/>
              <w:ind w:left="80" w:right="80"/>
              <w:jc w:val="center"/>
              <w:rPr>
                <w:sz w:val="40"/>
                <w:szCs w:val="40"/>
              </w:rPr>
            </w:pPr>
            <w:r w:rsidRPr="002D6D03">
              <w:rPr>
                <w:b/>
                <w:color w:val="FFFFFF"/>
                <w:sz w:val="40"/>
                <w:szCs w:val="40"/>
              </w:rPr>
              <w:t>ŠTO ĆE UČENICI TRAŽITI?</w:t>
            </w:r>
          </w:p>
        </w:tc>
        <w:tc>
          <w:tcPr>
            <w:tcW w:w="3448" w:type="dxa"/>
            <w:shd w:val="clear" w:color="auto" w:fill="C00000"/>
            <w:vAlign w:val="center"/>
          </w:tcPr>
          <w:p w14:paraId="50606FCC" w14:textId="77777777" w:rsidR="00EB769F" w:rsidRPr="002D6D03" w:rsidRDefault="002D6D03" w:rsidP="002D6D03">
            <w:pPr>
              <w:spacing w:before="70" w:after="70"/>
              <w:ind w:left="80" w:right="80"/>
              <w:jc w:val="center"/>
              <w:rPr>
                <w:sz w:val="40"/>
                <w:szCs w:val="40"/>
              </w:rPr>
            </w:pPr>
            <w:r w:rsidRPr="002D6D03">
              <w:rPr>
                <w:b/>
                <w:color w:val="FFFFFF"/>
                <w:sz w:val="40"/>
                <w:szCs w:val="40"/>
              </w:rPr>
              <w:t>ŠTO ĆE IZDVOJITI?</w:t>
            </w:r>
          </w:p>
        </w:tc>
      </w:tr>
      <w:tr w:rsidR="00EB769F" w:rsidRPr="002D6D03" w14:paraId="7E1C9B58" w14:textId="77777777" w:rsidTr="00A851E5">
        <w:trPr>
          <w:cantSplit/>
          <w:jc w:val="center"/>
        </w:trPr>
        <w:tc>
          <w:tcPr>
            <w:tcW w:w="3449" w:type="dxa"/>
            <w:vAlign w:val="center"/>
          </w:tcPr>
          <w:p w14:paraId="0C970A07" w14:textId="77777777" w:rsidR="00EB769F" w:rsidRPr="00C75960" w:rsidRDefault="00052B55" w:rsidP="00C75960">
            <w:pPr>
              <w:spacing w:before="70" w:after="70"/>
              <w:ind w:left="80" w:right="80"/>
              <w:rPr>
                <w:sz w:val="40"/>
                <w:szCs w:val="40"/>
              </w:rPr>
            </w:pPr>
            <w:r w:rsidRPr="00C75960">
              <w:rPr>
                <w:sz w:val="40"/>
                <w:szCs w:val="40"/>
              </w:rPr>
              <w:lastRenderedPageBreak/>
              <w:t>A – SLIKA BOŽJA</w:t>
            </w:r>
          </w:p>
        </w:tc>
        <w:tc>
          <w:tcPr>
            <w:tcW w:w="3450" w:type="dxa"/>
          </w:tcPr>
          <w:p w14:paraId="19686671" w14:textId="77777777" w:rsidR="00EB769F" w:rsidRPr="00C75960" w:rsidRDefault="00052B55" w:rsidP="00C75960">
            <w:pPr>
              <w:spacing w:before="70" w:after="70"/>
              <w:ind w:left="80" w:right="80"/>
              <w:rPr>
                <w:sz w:val="40"/>
                <w:szCs w:val="40"/>
              </w:rPr>
            </w:pPr>
            <w:r w:rsidRPr="00C75960">
              <w:rPr>
                <w:sz w:val="40"/>
                <w:szCs w:val="40"/>
              </w:rPr>
              <w:t>rečenice koje opisuju po čemu je čovjek Bogu sličan</w:t>
            </w:r>
          </w:p>
        </w:tc>
        <w:tc>
          <w:tcPr>
            <w:tcW w:w="3448" w:type="dxa"/>
          </w:tcPr>
          <w:p w14:paraId="552EC3DB" w14:textId="77777777" w:rsidR="00EB769F" w:rsidRPr="00C75960" w:rsidRDefault="00052B55" w:rsidP="00C75960">
            <w:pPr>
              <w:spacing w:before="70" w:after="70"/>
              <w:ind w:left="80" w:right="80"/>
              <w:rPr>
                <w:sz w:val="40"/>
                <w:szCs w:val="40"/>
              </w:rPr>
            </w:pPr>
            <w:r w:rsidRPr="00C75960">
              <w:rPr>
                <w:sz w:val="40"/>
                <w:szCs w:val="40"/>
              </w:rPr>
              <w:t>duhovna/besmrtna duša, razum, slobodna volja; sposobnost spoznavanja, stvaranja i ljubavi</w:t>
            </w:r>
          </w:p>
        </w:tc>
      </w:tr>
      <w:tr w:rsidR="00EB769F" w:rsidRPr="002D6D03" w14:paraId="2B505DBD" w14:textId="77777777" w:rsidTr="00A851E5">
        <w:trPr>
          <w:cantSplit/>
          <w:jc w:val="center"/>
        </w:trPr>
        <w:tc>
          <w:tcPr>
            <w:tcW w:w="3449" w:type="dxa"/>
            <w:shd w:val="clear" w:color="auto" w:fill="F7FBF7"/>
            <w:vAlign w:val="center"/>
          </w:tcPr>
          <w:p w14:paraId="2A8089AA" w14:textId="77777777" w:rsidR="00EB769F" w:rsidRPr="00C75960" w:rsidRDefault="00052B55" w:rsidP="00C75960">
            <w:pPr>
              <w:spacing w:before="70" w:after="70"/>
              <w:ind w:left="80" w:right="80"/>
              <w:rPr>
                <w:sz w:val="40"/>
                <w:szCs w:val="40"/>
              </w:rPr>
            </w:pPr>
            <w:r w:rsidRPr="00C75960">
              <w:rPr>
                <w:sz w:val="40"/>
                <w:szCs w:val="40"/>
              </w:rPr>
              <w:t>B – ODGOVORNOST</w:t>
            </w:r>
          </w:p>
        </w:tc>
        <w:tc>
          <w:tcPr>
            <w:tcW w:w="3450" w:type="dxa"/>
            <w:shd w:val="clear" w:color="auto" w:fill="F7FBF7"/>
          </w:tcPr>
          <w:p w14:paraId="202DFAA1" w14:textId="77777777" w:rsidR="00EB769F" w:rsidRPr="00C75960" w:rsidRDefault="00052B55" w:rsidP="00C75960">
            <w:pPr>
              <w:spacing w:before="70" w:after="70"/>
              <w:ind w:left="80" w:right="80"/>
              <w:rPr>
                <w:sz w:val="40"/>
                <w:szCs w:val="40"/>
              </w:rPr>
            </w:pPr>
            <w:r w:rsidRPr="00C75960">
              <w:rPr>
                <w:sz w:val="40"/>
                <w:szCs w:val="40"/>
              </w:rPr>
              <w:t>rečenice koje govore o čovjekovu odnosu prema svijetu</w:t>
            </w:r>
          </w:p>
        </w:tc>
        <w:tc>
          <w:tcPr>
            <w:tcW w:w="3448" w:type="dxa"/>
            <w:shd w:val="clear" w:color="auto" w:fill="F7FBF7"/>
          </w:tcPr>
          <w:p w14:paraId="1EF4AAFD" w14:textId="77777777" w:rsidR="00EB769F" w:rsidRPr="00C75960" w:rsidRDefault="00052B55" w:rsidP="00C75960">
            <w:pPr>
              <w:spacing w:before="70" w:after="70"/>
              <w:ind w:left="80" w:right="80"/>
              <w:rPr>
                <w:sz w:val="40"/>
                <w:szCs w:val="40"/>
              </w:rPr>
            </w:pPr>
            <w:r w:rsidRPr="00C75960">
              <w:rPr>
                <w:sz w:val="40"/>
                <w:szCs w:val="40"/>
              </w:rPr>
              <w:t>čuvati i unapređivati ljepotu i sklad svijeta; nastavljati Božje djelo stvaranja</w:t>
            </w:r>
          </w:p>
        </w:tc>
      </w:tr>
      <w:tr w:rsidR="00EB769F" w:rsidRPr="002D6D03" w14:paraId="27608168" w14:textId="77777777" w:rsidTr="00A851E5">
        <w:trPr>
          <w:cantSplit/>
          <w:jc w:val="center"/>
        </w:trPr>
        <w:tc>
          <w:tcPr>
            <w:tcW w:w="3449" w:type="dxa"/>
            <w:vAlign w:val="center"/>
          </w:tcPr>
          <w:p w14:paraId="4528ED7B" w14:textId="77777777" w:rsidR="00EB769F" w:rsidRPr="00C75960" w:rsidRDefault="00052B55" w:rsidP="00C75960">
            <w:pPr>
              <w:spacing w:before="70" w:after="70"/>
              <w:ind w:left="80" w:right="80"/>
              <w:rPr>
                <w:sz w:val="40"/>
                <w:szCs w:val="40"/>
              </w:rPr>
            </w:pPr>
            <w:r w:rsidRPr="00C75960">
              <w:rPr>
                <w:sz w:val="40"/>
                <w:szCs w:val="40"/>
              </w:rPr>
              <w:t>C – OSOBA / ORIGINAL</w:t>
            </w:r>
          </w:p>
        </w:tc>
        <w:tc>
          <w:tcPr>
            <w:tcW w:w="3450" w:type="dxa"/>
          </w:tcPr>
          <w:p w14:paraId="4E2B6F02" w14:textId="77777777" w:rsidR="00EB769F" w:rsidRPr="00C75960" w:rsidRDefault="00052B55" w:rsidP="00C75960">
            <w:pPr>
              <w:spacing w:before="70" w:after="70"/>
              <w:ind w:left="80" w:right="80"/>
              <w:rPr>
                <w:sz w:val="40"/>
                <w:szCs w:val="40"/>
              </w:rPr>
            </w:pPr>
            <w:r w:rsidRPr="00C75960">
              <w:rPr>
                <w:sz w:val="40"/>
                <w:szCs w:val="40"/>
              </w:rPr>
              <w:t>rečenice koje govore o čovjekovoj vrijednosti i jedinstvenosti</w:t>
            </w:r>
          </w:p>
        </w:tc>
        <w:tc>
          <w:tcPr>
            <w:tcW w:w="3448" w:type="dxa"/>
          </w:tcPr>
          <w:p w14:paraId="734E8C12" w14:textId="77777777" w:rsidR="00EB769F" w:rsidRPr="00C75960" w:rsidRDefault="00052B55" w:rsidP="00C75960">
            <w:pPr>
              <w:spacing w:before="70" w:after="70"/>
              <w:ind w:left="80" w:right="80"/>
              <w:rPr>
                <w:sz w:val="40"/>
                <w:szCs w:val="40"/>
              </w:rPr>
            </w:pPr>
            <w:r w:rsidRPr="00C75960">
              <w:rPr>
                <w:sz w:val="40"/>
                <w:szCs w:val="40"/>
              </w:rPr>
              <w:t>čovjek je netko, ne nešto; jedinstven, neponovljiv i dragocjen; Bog ga poznaje i poziva na prijateljstvo</w:t>
            </w:r>
          </w:p>
        </w:tc>
      </w:tr>
    </w:tbl>
    <w:p w14:paraId="5C3BC1C2" w14:textId="77777777" w:rsidR="00684AEC" w:rsidRDefault="00684AEC" w:rsidP="0039563E">
      <w:pPr>
        <w:jc w:val="both"/>
      </w:pPr>
    </w:p>
    <w:p w14:paraId="065892EC" w14:textId="77777777" w:rsidR="00684AEC" w:rsidRDefault="00684AEC" w:rsidP="0039563E">
      <w:pPr>
        <w:jc w:val="both"/>
      </w:pPr>
      <w:r>
        <w:t>Razgovor:</w:t>
      </w:r>
    </w:p>
    <w:p w14:paraId="12D62564" w14:textId="06A14320" w:rsidR="00C75960" w:rsidRPr="00C039CA" w:rsidRDefault="00052B55" w:rsidP="00C039CA">
      <w:pPr>
        <w:pStyle w:val="Odlomakpopisa"/>
        <w:numPr>
          <w:ilvl w:val="0"/>
          <w:numId w:val="38"/>
        </w:numPr>
        <w:jc w:val="both"/>
        <w:rPr>
          <w:color w:val="808080" w:themeColor="background1" w:themeShade="80"/>
          <w:sz w:val="18"/>
          <w:szCs w:val="18"/>
        </w:rPr>
      </w:pPr>
      <w:r>
        <w:t xml:space="preserve">Kako biste svojim riječima objasnili rečenicu: </w:t>
      </w:r>
      <w:r w:rsidR="00684AEC">
        <w:t>“</w:t>
      </w:r>
      <w:r>
        <w:t>Čovjek nije nešto, nego netko?“</w:t>
      </w:r>
      <w:r w:rsidR="00684AEC">
        <w:t xml:space="preserve"> </w:t>
      </w:r>
      <w:r w:rsidR="00684AEC" w:rsidRPr="00C039CA">
        <w:rPr>
          <w:b/>
          <w:iCs/>
          <w:color w:val="808080" w:themeColor="background1" w:themeShade="80"/>
          <w:sz w:val="18"/>
          <w:szCs w:val="18"/>
        </w:rPr>
        <w:t>(</w:t>
      </w:r>
      <w:r w:rsidR="00C75960" w:rsidRPr="00C039CA">
        <w:rPr>
          <w:iCs/>
          <w:color w:val="808080" w:themeColor="background1" w:themeShade="80"/>
          <w:sz w:val="18"/>
          <w:szCs w:val="18"/>
        </w:rPr>
        <w:t>„Nešto“ označava predmet kojim se može raspolagati, dok je „netko“ osoba koja ima vlastitu vrijednost i dostojanstvo. Čovjek se ne smije svesti na izgled, ocjene, uspjeh, korisnost ili popularnost.</w:t>
      </w:r>
      <w:r w:rsidR="00684AEC" w:rsidRPr="00C039CA">
        <w:rPr>
          <w:iCs/>
          <w:color w:val="808080" w:themeColor="background1" w:themeShade="80"/>
          <w:sz w:val="18"/>
          <w:szCs w:val="18"/>
        </w:rPr>
        <w:t xml:space="preserve"> </w:t>
      </w:r>
      <w:r w:rsidR="00684AEC" w:rsidRPr="00C039CA">
        <w:rPr>
          <w:color w:val="808080" w:themeColor="background1" w:themeShade="80"/>
          <w:sz w:val="18"/>
          <w:szCs w:val="18"/>
        </w:rPr>
        <w:t>Čovjek je jedinstvena i neprocjenjiva osoba koju Bog poznaje po imenu</w:t>
      </w:r>
      <w:r w:rsidR="00684AEC" w:rsidRPr="00C039CA">
        <w:rPr>
          <w:iCs/>
          <w:color w:val="808080" w:themeColor="background1" w:themeShade="80"/>
          <w:sz w:val="18"/>
          <w:szCs w:val="18"/>
        </w:rPr>
        <w:t>)</w:t>
      </w:r>
    </w:p>
    <w:p w14:paraId="0B5FB874" w14:textId="77777777" w:rsidR="00684AEC" w:rsidRDefault="00684AEC" w:rsidP="0039563E">
      <w:pPr>
        <w:spacing w:before="160" w:after="40"/>
        <w:jc w:val="both"/>
        <w:rPr>
          <w:b/>
          <w:i/>
          <w:color w:val="6B6B6B"/>
          <w:sz w:val="20"/>
        </w:rPr>
      </w:pPr>
    </w:p>
    <w:p w14:paraId="6B071736" w14:textId="2482C684" w:rsidR="00684AEC" w:rsidRPr="00972CA8" w:rsidRDefault="00A7690C" w:rsidP="00684AEC">
      <w:pPr>
        <w:rPr>
          <w:i/>
          <w:iCs/>
          <w:color w:val="808080" w:themeColor="background1" w:themeShade="80"/>
          <w:sz w:val="20"/>
          <w:szCs w:val="20"/>
        </w:rPr>
      </w:pPr>
      <w:r w:rsidRPr="00FE506F">
        <w:rPr>
          <w:b/>
          <w:bCs/>
        </w:rPr>
        <w:t>Ili: klasična obrada</w:t>
      </w:r>
      <w:r>
        <w:t xml:space="preserve"> </w:t>
      </w:r>
      <w:r w:rsidRPr="00684AEC">
        <w:rPr>
          <w:i/>
          <w:iCs/>
          <w:color w:val="808080" w:themeColor="background1" w:themeShade="80"/>
          <w:sz w:val="20"/>
          <w:szCs w:val="20"/>
        </w:rPr>
        <w:t>(individualni rad i zajednički razgovor, 10 minuta)</w:t>
      </w:r>
    </w:p>
    <w:p w14:paraId="3CEA0037" w14:textId="2FEC434F" w:rsidR="0080024C" w:rsidRDefault="00A7690C" w:rsidP="0039563E">
      <w:pPr>
        <w:jc w:val="both"/>
      </w:pPr>
      <w:r>
        <w:rPr>
          <w:color w:val="000000"/>
        </w:rPr>
        <w:t xml:space="preserve">Učenici će pročitati </w:t>
      </w:r>
      <w:r w:rsidR="00684AEC">
        <w:rPr>
          <w:color w:val="000000"/>
        </w:rPr>
        <w:t xml:space="preserve">po odlomcima </w:t>
      </w:r>
      <w:r>
        <w:rPr>
          <w:color w:val="000000"/>
        </w:rPr>
        <w:t xml:space="preserve">tekst </w:t>
      </w:r>
      <w:r w:rsidR="00684AEC">
        <w:rPr>
          <w:color w:val="000000"/>
        </w:rPr>
        <w:t>“Nisam nešto, nego netko”, udžbenik, str. 10</w:t>
      </w:r>
      <w:r>
        <w:rPr>
          <w:color w:val="000000"/>
        </w:rPr>
        <w:t>.</w:t>
      </w:r>
      <w:r w:rsidR="00FE506F">
        <w:rPr>
          <w:color w:val="000000"/>
        </w:rPr>
        <w:t xml:space="preserve"> </w:t>
      </w:r>
      <w:r w:rsidR="00FE506F" w:rsidRPr="00FE506F">
        <w:rPr>
          <w:color w:val="000000"/>
        </w:rPr>
        <w:t>Nakon svakoga odlomka vjeroučitelj će voditi razgovor pitanjima koja učenike vode od sadržaja prema značenju i životnoj primjeni.</w:t>
      </w:r>
    </w:p>
    <w:p w14:paraId="781708D5" w14:textId="77777777" w:rsidR="0080024C" w:rsidRDefault="00A7690C" w:rsidP="0039563E">
      <w:pPr>
        <w:spacing w:before="120"/>
        <w:jc w:val="both"/>
      </w:pPr>
      <w:r>
        <w:rPr>
          <w:color w:val="000000"/>
        </w:rPr>
        <w:t>Razgovor:</w:t>
      </w:r>
    </w:p>
    <w:p w14:paraId="26BABED4" w14:textId="77777777" w:rsidR="0080024C" w:rsidRDefault="00A7690C" w:rsidP="00A851E5">
      <w:pPr>
        <w:pStyle w:val="Odlomakpopisa"/>
        <w:numPr>
          <w:ilvl w:val="0"/>
          <w:numId w:val="25"/>
        </w:numPr>
        <w:spacing w:after="0" w:line="240" w:lineRule="auto"/>
        <w:jc w:val="both"/>
      </w:pPr>
      <w:r w:rsidRPr="00C75960">
        <w:rPr>
          <w:color w:val="000000"/>
        </w:rPr>
        <w:t>Kako starozavjetni pisac opisuje čovjekov odnos prema drugim zemaljskim stvorenjima?</w:t>
      </w:r>
      <w:r w:rsidRPr="00C75960">
        <w:rPr>
          <w:color w:val="6B6B6B"/>
          <w:sz w:val="18"/>
        </w:rPr>
        <w:t xml:space="preserve"> (Čovjek je stvoren na Božju sliku i po tome nadvisuje druga zemaljska stvorenja.)</w:t>
      </w:r>
    </w:p>
    <w:p w14:paraId="653790C6" w14:textId="77777777" w:rsidR="0080024C" w:rsidRDefault="00A7690C" w:rsidP="00A851E5">
      <w:pPr>
        <w:pStyle w:val="Odlomakpopisa"/>
        <w:numPr>
          <w:ilvl w:val="0"/>
          <w:numId w:val="25"/>
        </w:numPr>
        <w:spacing w:after="0" w:line="240" w:lineRule="auto"/>
        <w:jc w:val="both"/>
      </w:pPr>
      <w:r w:rsidRPr="00C75960">
        <w:rPr>
          <w:color w:val="000000"/>
        </w:rPr>
        <w:t>Što je čovjek, prema tekstu, dobio kao nešto „božansko“?</w:t>
      </w:r>
      <w:r w:rsidRPr="00C75960">
        <w:rPr>
          <w:color w:val="6B6B6B"/>
          <w:sz w:val="18"/>
        </w:rPr>
        <w:t xml:space="preserve"> (Besmrtnu dušu, razum i slobodnu volju.)</w:t>
      </w:r>
    </w:p>
    <w:p w14:paraId="1FB9D9E4" w14:textId="77777777" w:rsidR="0080024C" w:rsidRDefault="00A7690C" w:rsidP="00A851E5">
      <w:pPr>
        <w:pStyle w:val="Odlomakpopisa"/>
        <w:numPr>
          <w:ilvl w:val="0"/>
          <w:numId w:val="25"/>
        </w:numPr>
        <w:spacing w:after="0" w:line="240" w:lineRule="auto"/>
        <w:jc w:val="both"/>
      </w:pPr>
      <w:r w:rsidRPr="00C75960">
        <w:rPr>
          <w:color w:val="000000"/>
        </w:rPr>
        <w:t>Što čovjek može zahvaljujući tim darovima?</w:t>
      </w:r>
      <w:r w:rsidRPr="00C75960">
        <w:rPr>
          <w:color w:val="6B6B6B"/>
          <w:sz w:val="18"/>
        </w:rPr>
        <w:t xml:space="preserve"> (Može spoznavati, stvarati i ljubiti.)</w:t>
      </w:r>
    </w:p>
    <w:p w14:paraId="37E8D120" w14:textId="77777777" w:rsidR="0080024C" w:rsidRDefault="00A7690C" w:rsidP="00A851E5">
      <w:pPr>
        <w:pStyle w:val="Odlomakpopisa"/>
        <w:numPr>
          <w:ilvl w:val="0"/>
          <w:numId w:val="25"/>
        </w:numPr>
        <w:spacing w:after="0" w:line="240" w:lineRule="auto"/>
        <w:jc w:val="both"/>
      </w:pPr>
      <w:r>
        <w:rPr>
          <w:color w:val="000000"/>
        </w:rPr>
        <w:t xml:space="preserve">Koju zadaću Bog povjerava čovjeku u odnosu prema svijetu? </w:t>
      </w:r>
      <w:r>
        <w:rPr>
          <w:color w:val="6B6B6B"/>
          <w:sz w:val="18"/>
        </w:rPr>
        <w:t>(Održati i unaprijediti ljepotu i sklad svijeta, nastavljajući Božje djelo stvaranja.)</w:t>
      </w:r>
    </w:p>
    <w:p w14:paraId="79AB9588" w14:textId="77777777" w:rsidR="0080024C" w:rsidRDefault="00A7690C" w:rsidP="00A851E5">
      <w:pPr>
        <w:pStyle w:val="Odlomakpopisa"/>
        <w:numPr>
          <w:ilvl w:val="0"/>
          <w:numId w:val="25"/>
        </w:numPr>
        <w:spacing w:after="0" w:line="240" w:lineRule="auto"/>
        <w:jc w:val="both"/>
      </w:pPr>
      <w:r>
        <w:rPr>
          <w:color w:val="000000"/>
        </w:rPr>
        <w:t xml:space="preserve">Zašto tekst kaže da čovjek nije nešto, nego netko? </w:t>
      </w:r>
      <w:r>
        <w:rPr>
          <w:color w:val="6B6B6B"/>
          <w:sz w:val="18"/>
        </w:rPr>
        <w:t>(Čovjek je jedinstvena osoba, muškarac i žena; neponovljiv je i neprocjenjiv, dragocjeni original kojega Bog poznaje po imenu.)</w:t>
      </w:r>
    </w:p>
    <w:p w14:paraId="46948B9A" w14:textId="77777777" w:rsidR="00C75960" w:rsidRPr="00C75960" w:rsidRDefault="00A7690C" w:rsidP="00A851E5">
      <w:pPr>
        <w:pStyle w:val="Odlomakpopisa"/>
        <w:numPr>
          <w:ilvl w:val="0"/>
          <w:numId w:val="25"/>
        </w:numPr>
        <w:spacing w:after="0" w:line="240" w:lineRule="auto"/>
        <w:jc w:val="both"/>
      </w:pPr>
      <w:r>
        <w:rPr>
          <w:color w:val="000000"/>
        </w:rPr>
        <w:lastRenderedPageBreak/>
        <w:t xml:space="preserve">Kako tekst opisuje Božji odnos prema svakom čovjeku? </w:t>
      </w:r>
      <w:r>
        <w:rPr>
          <w:color w:val="6B6B6B"/>
          <w:sz w:val="18"/>
        </w:rPr>
        <w:t>(Za Boga je svaki čovjek poseban i jedinstven sa svojim slabostima, manama, nesavršenostima i ograničenjima. Bog ga izabire za prijatelja i daruje mu svoju ljubav.)</w:t>
      </w:r>
    </w:p>
    <w:p w14:paraId="4BBC5CE6" w14:textId="77777777" w:rsidR="00C75960" w:rsidRPr="00C75960" w:rsidRDefault="00A7690C" w:rsidP="00A851E5">
      <w:pPr>
        <w:pStyle w:val="Odlomakpopisa"/>
        <w:numPr>
          <w:ilvl w:val="0"/>
          <w:numId w:val="25"/>
        </w:numPr>
        <w:spacing w:after="0" w:line="240" w:lineRule="auto"/>
        <w:jc w:val="both"/>
      </w:pPr>
      <w:r>
        <w:rPr>
          <w:color w:val="000000"/>
        </w:rPr>
        <w:t xml:space="preserve">Kako nam je Bog pokazao koliko je veliko biti čovjek? </w:t>
      </w:r>
      <w:r>
        <w:rPr>
          <w:color w:val="6B6B6B"/>
          <w:sz w:val="18"/>
        </w:rPr>
        <w:t>(Tako što je sâm postao čovjekom.)</w:t>
      </w:r>
    </w:p>
    <w:p w14:paraId="1444C81D" w14:textId="77777777" w:rsidR="00C75960" w:rsidRPr="00C75960" w:rsidRDefault="00A7690C" w:rsidP="00A851E5">
      <w:pPr>
        <w:pStyle w:val="Odlomakpopisa"/>
        <w:numPr>
          <w:ilvl w:val="0"/>
          <w:numId w:val="25"/>
        </w:numPr>
        <w:spacing w:after="0" w:line="240" w:lineRule="auto"/>
        <w:jc w:val="both"/>
      </w:pPr>
      <w:r>
        <w:rPr>
          <w:color w:val="000000"/>
        </w:rPr>
        <w:t xml:space="preserve">Što, prema tekstu, znači biti Božji prijatelj? </w:t>
      </w:r>
      <w:r>
        <w:rPr>
          <w:color w:val="6B6B6B"/>
          <w:sz w:val="18"/>
        </w:rPr>
        <w:t>(Čuvati Božje zapovijedi i stupiti u iskren odnos prijateljstva i blizine s Bogom.)</w:t>
      </w:r>
    </w:p>
    <w:p w14:paraId="2DBDAADF" w14:textId="77777777" w:rsidR="00C75960" w:rsidRDefault="00C75960" w:rsidP="00C75960">
      <w:pPr>
        <w:keepNext/>
        <w:spacing w:after="20"/>
        <w:ind w:left="360"/>
        <w:jc w:val="both"/>
        <w:rPr>
          <w:b/>
          <w:color w:val="000000"/>
        </w:rPr>
      </w:pPr>
    </w:p>
    <w:p w14:paraId="6050F88A" w14:textId="77777777" w:rsidR="0080024C" w:rsidRPr="00C75960" w:rsidRDefault="00A7690C" w:rsidP="00684AEC">
      <w:pPr>
        <w:keepNext/>
        <w:spacing w:after="20"/>
        <w:jc w:val="both"/>
        <w:rPr>
          <w:bCs/>
          <w:color w:val="000000"/>
        </w:rPr>
      </w:pPr>
      <w:r w:rsidRPr="00C75960">
        <w:rPr>
          <w:bCs/>
          <w:color w:val="000000"/>
        </w:rPr>
        <w:t>Shematski prikaz i ključni naglasci:</w:t>
      </w:r>
    </w:p>
    <w:p w14:paraId="1D5BA392" w14:textId="77777777" w:rsidR="00C75960" w:rsidRDefault="00C75960" w:rsidP="00C75960">
      <w:pPr>
        <w:keepNext/>
        <w:spacing w:after="20"/>
        <w:ind w:left="360"/>
        <w:jc w:val="both"/>
      </w:pPr>
    </w:p>
    <w:tbl>
      <w:tblPr>
        <w:tblStyle w:val="Reetkatablice"/>
        <w:tblW w:w="5000" w:type="pct"/>
        <w:jc w:val="center"/>
        <w:tblCellMar>
          <w:left w:w="0" w:type="dxa"/>
          <w:right w:w="0" w:type="dxa"/>
        </w:tblCellMar>
        <w:tblLook w:val="04A0" w:firstRow="1" w:lastRow="0" w:firstColumn="1" w:lastColumn="0" w:noHBand="0" w:noVBand="1"/>
      </w:tblPr>
      <w:tblGrid>
        <w:gridCol w:w="1937"/>
        <w:gridCol w:w="1998"/>
        <w:gridCol w:w="1933"/>
        <w:gridCol w:w="1974"/>
        <w:gridCol w:w="2515"/>
      </w:tblGrid>
      <w:tr w:rsidR="00CC4DB8" w14:paraId="1800FEFB" w14:textId="77777777" w:rsidTr="00C75960">
        <w:trPr>
          <w:cantSplit/>
          <w:tblHeader/>
          <w:jc w:val="center"/>
        </w:trPr>
        <w:tc>
          <w:tcPr>
            <w:tcW w:w="1935" w:type="dxa"/>
            <w:shd w:val="clear" w:color="auto" w:fill="5B9BD5"/>
            <w:vAlign w:val="center"/>
          </w:tcPr>
          <w:p w14:paraId="5F9EDEEB" w14:textId="77777777" w:rsidR="0080024C" w:rsidRDefault="00A7690C" w:rsidP="00C75960">
            <w:pPr>
              <w:keepNext/>
              <w:spacing w:after="0"/>
              <w:ind w:left="108" w:right="108"/>
              <w:jc w:val="center"/>
            </w:pPr>
            <w:r>
              <w:rPr>
                <w:b/>
                <w:color w:val="FFFFFF"/>
                <w:sz w:val="32"/>
              </w:rPr>
              <w:t>BOG STVARA</w:t>
            </w:r>
          </w:p>
        </w:tc>
        <w:tc>
          <w:tcPr>
            <w:tcW w:w="1996" w:type="dxa"/>
            <w:shd w:val="clear" w:color="auto" w:fill="ED7D31"/>
            <w:vAlign w:val="center"/>
          </w:tcPr>
          <w:p w14:paraId="6CDAD721" w14:textId="77777777" w:rsidR="0080024C" w:rsidRDefault="00A7690C" w:rsidP="00C75960">
            <w:pPr>
              <w:keepNext/>
              <w:spacing w:after="0"/>
              <w:ind w:left="108" w:right="108"/>
              <w:jc w:val="center"/>
            </w:pPr>
            <w:r>
              <w:rPr>
                <w:b/>
                <w:color w:val="FFFFFF"/>
                <w:sz w:val="32"/>
              </w:rPr>
              <w:t>NA SVOJU SLIKU</w:t>
            </w:r>
          </w:p>
        </w:tc>
        <w:tc>
          <w:tcPr>
            <w:tcW w:w="1931" w:type="dxa"/>
            <w:shd w:val="clear" w:color="auto" w:fill="70AD47"/>
            <w:vAlign w:val="center"/>
          </w:tcPr>
          <w:p w14:paraId="227BED33" w14:textId="77777777" w:rsidR="0080024C" w:rsidRDefault="00A7690C" w:rsidP="00C75960">
            <w:pPr>
              <w:keepNext/>
              <w:spacing w:after="0"/>
              <w:ind w:left="108" w:right="108"/>
              <w:jc w:val="center"/>
            </w:pPr>
            <w:r>
              <w:rPr>
                <w:b/>
                <w:color w:val="FFFFFF"/>
                <w:sz w:val="32"/>
              </w:rPr>
              <w:t>DAROVI</w:t>
            </w:r>
          </w:p>
        </w:tc>
        <w:tc>
          <w:tcPr>
            <w:tcW w:w="1972" w:type="dxa"/>
            <w:shd w:val="clear" w:color="auto" w:fill="8064A2"/>
            <w:vAlign w:val="center"/>
          </w:tcPr>
          <w:p w14:paraId="074779B3" w14:textId="77777777" w:rsidR="0080024C" w:rsidRDefault="00A7690C" w:rsidP="00C75960">
            <w:pPr>
              <w:keepNext/>
              <w:spacing w:after="0"/>
              <w:ind w:left="108" w:right="108"/>
              <w:jc w:val="center"/>
            </w:pPr>
            <w:r>
              <w:rPr>
                <w:b/>
                <w:color w:val="FFFFFF"/>
                <w:sz w:val="32"/>
              </w:rPr>
              <w:t>OSOBA</w:t>
            </w:r>
          </w:p>
        </w:tc>
        <w:tc>
          <w:tcPr>
            <w:tcW w:w="2513" w:type="dxa"/>
            <w:shd w:val="clear" w:color="auto" w:fill="C0504D"/>
            <w:vAlign w:val="center"/>
          </w:tcPr>
          <w:p w14:paraId="5C147608" w14:textId="77777777" w:rsidR="0080024C" w:rsidRDefault="00A7690C" w:rsidP="00C75960">
            <w:pPr>
              <w:keepNext/>
              <w:spacing w:after="0"/>
              <w:ind w:left="108" w:right="108"/>
              <w:jc w:val="center"/>
            </w:pPr>
            <w:r>
              <w:rPr>
                <w:b/>
                <w:color w:val="FFFFFF"/>
                <w:sz w:val="32"/>
              </w:rPr>
              <w:t>ODGOVORNOST</w:t>
            </w:r>
          </w:p>
        </w:tc>
      </w:tr>
      <w:tr w:rsidR="00CC4DB8" w14:paraId="3F14DE8C" w14:textId="77777777" w:rsidTr="00C75960">
        <w:trPr>
          <w:cantSplit/>
          <w:jc w:val="center"/>
        </w:trPr>
        <w:tc>
          <w:tcPr>
            <w:tcW w:w="1935" w:type="dxa"/>
          </w:tcPr>
          <w:p w14:paraId="79429023" w14:textId="77777777" w:rsidR="0080024C" w:rsidRDefault="00A7690C" w:rsidP="00C75960">
            <w:pPr>
              <w:spacing w:after="0"/>
              <w:ind w:left="108" w:right="108"/>
            </w:pPr>
            <w:r>
              <w:rPr>
                <w:color w:val="000000"/>
                <w:sz w:val="32"/>
              </w:rPr>
              <w:t>čovjeka</w:t>
            </w:r>
          </w:p>
        </w:tc>
        <w:tc>
          <w:tcPr>
            <w:tcW w:w="1996" w:type="dxa"/>
          </w:tcPr>
          <w:p w14:paraId="09A08E52" w14:textId="77777777" w:rsidR="0080024C" w:rsidRDefault="00A7690C" w:rsidP="00C75960">
            <w:pPr>
              <w:spacing w:after="0"/>
              <w:ind w:left="108" w:right="108"/>
            </w:pPr>
            <w:r>
              <w:rPr>
                <w:color w:val="000000"/>
                <w:sz w:val="32"/>
              </w:rPr>
              <w:t>posebno dostojanstvo</w:t>
            </w:r>
          </w:p>
        </w:tc>
        <w:tc>
          <w:tcPr>
            <w:tcW w:w="1931" w:type="dxa"/>
          </w:tcPr>
          <w:p w14:paraId="6F80A026" w14:textId="77777777" w:rsidR="0080024C" w:rsidRDefault="00A7690C" w:rsidP="00C75960">
            <w:pPr>
              <w:spacing w:after="0"/>
              <w:ind w:left="108" w:right="108"/>
            </w:pPr>
            <w:r>
              <w:rPr>
                <w:color w:val="000000"/>
                <w:sz w:val="32"/>
              </w:rPr>
              <w:t>duša • razum • sloboda</w:t>
            </w:r>
          </w:p>
        </w:tc>
        <w:tc>
          <w:tcPr>
            <w:tcW w:w="1972" w:type="dxa"/>
          </w:tcPr>
          <w:p w14:paraId="348CD322" w14:textId="77777777" w:rsidR="0080024C" w:rsidRDefault="00A7690C" w:rsidP="00C75960">
            <w:pPr>
              <w:spacing w:after="0"/>
              <w:ind w:left="108" w:right="108"/>
            </w:pPr>
            <w:r>
              <w:rPr>
                <w:color w:val="000000"/>
                <w:sz w:val="32"/>
              </w:rPr>
              <w:t>jedinstven i neponovljiv</w:t>
            </w:r>
          </w:p>
        </w:tc>
        <w:tc>
          <w:tcPr>
            <w:tcW w:w="2513" w:type="dxa"/>
          </w:tcPr>
          <w:p w14:paraId="198C869C" w14:textId="77777777" w:rsidR="0080024C" w:rsidRDefault="00A7690C" w:rsidP="00C75960">
            <w:pPr>
              <w:spacing w:after="0"/>
              <w:ind w:left="108" w:right="108"/>
            </w:pPr>
            <w:r>
              <w:rPr>
                <w:color w:val="000000"/>
                <w:sz w:val="32"/>
              </w:rPr>
              <w:t>čuvati svijet i birati dobro</w:t>
            </w:r>
          </w:p>
        </w:tc>
      </w:tr>
    </w:tbl>
    <w:p w14:paraId="07FEE3BD" w14:textId="371164D8" w:rsidR="00684AEC" w:rsidRDefault="00A7690C" w:rsidP="0039563E">
      <w:pPr>
        <w:spacing w:before="100" w:after="100"/>
        <w:jc w:val="both"/>
        <w:rPr>
          <w:color w:val="000000"/>
          <w:sz w:val="40"/>
          <w:szCs w:val="40"/>
        </w:rPr>
      </w:pPr>
      <w:r w:rsidRPr="00C75960">
        <w:rPr>
          <w:b/>
          <w:color w:val="1F6D3A"/>
          <w:sz w:val="40"/>
          <w:szCs w:val="40"/>
        </w:rPr>
        <w:t xml:space="preserve">Kršćanski naglasak: </w:t>
      </w:r>
      <w:r w:rsidRPr="00C75960">
        <w:rPr>
          <w:color w:val="000000"/>
          <w:sz w:val="40"/>
          <w:szCs w:val="40"/>
        </w:rPr>
        <w:t>čovjek nije vrijedan zato što je uspješan, popularan ili koristan. Njegovo dostojanstvo proizlazi iz toga što je osoba stvorena na Božju sliku, sposobna za slobodu, ljubav i odnos s Bogom i ljudima.</w:t>
      </w:r>
    </w:p>
    <w:p w14:paraId="0AFF952F" w14:textId="77777777" w:rsidR="00D0792B" w:rsidRPr="000B0319" w:rsidRDefault="00D0792B" w:rsidP="0039563E">
      <w:pPr>
        <w:spacing w:before="100" w:after="100"/>
        <w:jc w:val="both"/>
        <w:rPr>
          <w:color w:val="000000"/>
          <w:sz w:val="40"/>
          <w:szCs w:val="40"/>
        </w:rPr>
      </w:pPr>
    </w:p>
    <w:tbl>
      <w:tblPr>
        <w:tblStyle w:val="Reetkatablice"/>
        <w:tblW w:w="5000" w:type="pct"/>
        <w:jc w:val="center"/>
        <w:tblCellMar>
          <w:left w:w="0" w:type="dxa"/>
          <w:right w:w="0" w:type="dxa"/>
        </w:tblCellMar>
        <w:tblLook w:val="04A0" w:firstRow="1" w:lastRow="0" w:firstColumn="1" w:lastColumn="0" w:noHBand="0" w:noVBand="1"/>
      </w:tblPr>
      <w:tblGrid>
        <w:gridCol w:w="3453"/>
        <w:gridCol w:w="3452"/>
        <w:gridCol w:w="3452"/>
      </w:tblGrid>
      <w:tr w:rsidR="00747453" w14:paraId="4D60A7E0" w14:textId="77777777" w:rsidTr="00972CA8">
        <w:trPr>
          <w:tblHeader/>
          <w:jc w:val="center"/>
        </w:trPr>
        <w:tc>
          <w:tcPr>
            <w:tcW w:w="3449" w:type="dxa"/>
            <w:shd w:val="clear" w:color="auto" w:fill="00B050"/>
          </w:tcPr>
          <w:p w14:paraId="0B0FCF46" w14:textId="77777777" w:rsidR="00747453" w:rsidRPr="000B0319" w:rsidRDefault="004A025A" w:rsidP="00972CA8">
            <w:pPr>
              <w:spacing w:before="100" w:after="100"/>
              <w:ind w:left="108" w:right="108"/>
              <w:jc w:val="center"/>
              <w:rPr>
                <w:color w:val="FFFFFF" w:themeColor="background1"/>
                <w:sz w:val="40"/>
                <w:szCs w:val="40"/>
              </w:rPr>
            </w:pPr>
            <w:r w:rsidRPr="000B0319">
              <w:rPr>
                <w:b/>
                <w:color w:val="FFFFFF" w:themeColor="background1"/>
                <w:sz w:val="40"/>
                <w:szCs w:val="40"/>
              </w:rPr>
              <w:t>DOSTOJANSTVO</w:t>
            </w:r>
          </w:p>
        </w:tc>
        <w:tc>
          <w:tcPr>
            <w:tcW w:w="3449" w:type="dxa"/>
            <w:shd w:val="clear" w:color="auto" w:fill="0070C0"/>
          </w:tcPr>
          <w:p w14:paraId="788F7330" w14:textId="77777777" w:rsidR="00747453" w:rsidRPr="000B0319" w:rsidRDefault="004A025A" w:rsidP="00972CA8">
            <w:pPr>
              <w:spacing w:before="100" w:after="100"/>
              <w:ind w:left="108" w:right="108"/>
              <w:jc w:val="center"/>
              <w:rPr>
                <w:color w:val="FFFFFF" w:themeColor="background1"/>
                <w:sz w:val="40"/>
                <w:szCs w:val="40"/>
              </w:rPr>
            </w:pPr>
            <w:r w:rsidRPr="000B0319">
              <w:rPr>
                <w:b/>
                <w:color w:val="FFFFFF" w:themeColor="background1"/>
                <w:sz w:val="40"/>
                <w:szCs w:val="40"/>
              </w:rPr>
              <w:t>DAROVI</w:t>
            </w:r>
          </w:p>
        </w:tc>
        <w:tc>
          <w:tcPr>
            <w:tcW w:w="3449" w:type="dxa"/>
            <w:shd w:val="clear" w:color="auto" w:fill="00B050"/>
          </w:tcPr>
          <w:p w14:paraId="3242F292" w14:textId="77777777" w:rsidR="00747453" w:rsidRPr="000B0319" w:rsidRDefault="004A025A" w:rsidP="00972CA8">
            <w:pPr>
              <w:spacing w:before="100" w:after="100"/>
              <w:ind w:left="108" w:right="108"/>
              <w:jc w:val="center"/>
              <w:rPr>
                <w:color w:val="FFFFFF" w:themeColor="background1"/>
                <w:sz w:val="40"/>
                <w:szCs w:val="40"/>
              </w:rPr>
            </w:pPr>
            <w:r w:rsidRPr="000B0319">
              <w:rPr>
                <w:b/>
                <w:color w:val="FFFFFF" w:themeColor="background1"/>
                <w:sz w:val="40"/>
                <w:szCs w:val="40"/>
              </w:rPr>
              <w:t>ODGOVORNOST</w:t>
            </w:r>
          </w:p>
        </w:tc>
      </w:tr>
      <w:tr w:rsidR="00747453" w14:paraId="5C531826" w14:textId="77777777">
        <w:trPr>
          <w:jc w:val="center"/>
        </w:trPr>
        <w:tc>
          <w:tcPr>
            <w:tcW w:w="3449" w:type="dxa"/>
            <w:shd w:val="clear" w:color="auto" w:fill="F2F8F3"/>
          </w:tcPr>
          <w:p w14:paraId="1015183E" w14:textId="77777777" w:rsidR="00747453" w:rsidRPr="000B0319" w:rsidRDefault="004A025A">
            <w:pPr>
              <w:spacing w:before="100" w:after="100"/>
              <w:ind w:left="108" w:right="108"/>
              <w:rPr>
                <w:sz w:val="40"/>
                <w:szCs w:val="40"/>
              </w:rPr>
            </w:pPr>
            <w:r w:rsidRPr="000B0319">
              <w:rPr>
                <w:sz w:val="40"/>
                <w:szCs w:val="40"/>
              </w:rPr>
              <w:t>Vrijedim jer sam osoba.</w:t>
            </w:r>
            <w:r w:rsidRPr="000B0319">
              <w:rPr>
                <w:sz w:val="40"/>
                <w:szCs w:val="40"/>
              </w:rPr>
              <w:br/>
              <w:t>Svaki čovjek zaslužuje poštovanje.</w:t>
            </w:r>
          </w:p>
        </w:tc>
        <w:tc>
          <w:tcPr>
            <w:tcW w:w="3449" w:type="dxa"/>
            <w:shd w:val="clear" w:color="auto" w:fill="F2F8F3"/>
          </w:tcPr>
          <w:p w14:paraId="144FAA2A" w14:textId="77777777" w:rsidR="00747453" w:rsidRPr="000B0319" w:rsidRDefault="004A025A">
            <w:pPr>
              <w:spacing w:before="100" w:after="100"/>
              <w:ind w:left="108" w:right="108"/>
              <w:rPr>
                <w:sz w:val="40"/>
                <w:szCs w:val="40"/>
              </w:rPr>
            </w:pPr>
            <w:r w:rsidRPr="000B0319">
              <w:rPr>
                <w:sz w:val="40"/>
                <w:szCs w:val="40"/>
              </w:rPr>
              <w:t>Razumijem, biram, stvaram i ljubim.</w:t>
            </w:r>
            <w:r w:rsidRPr="000B0319">
              <w:rPr>
                <w:sz w:val="40"/>
                <w:szCs w:val="40"/>
              </w:rPr>
              <w:br/>
              <w:t>Svoje darove razvijam.</w:t>
            </w:r>
          </w:p>
        </w:tc>
        <w:tc>
          <w:tcPr>
            <w:tcW w:w="3449" w:type="dxa"/>
            <w:shd w:val="clear" w:color="auto" w:fill="F2F8F3"/>
          </w:tcPr>
          <w:p w14:paraId="4F3FC41B" w14:textId="77777777" w:rsidR="00747453" w:rsidRPr="000B0319" w:rsidRDefault="004A025A">
            <w:pPr>
              <w:spacing w:before="100" w:after="100"/>
              <w:ind w:left="108" w:right="108"/>
              <w:rPr>
                <w:sz w:val="40"/>
                <w:szCs w:val="40"/>
              </w:rPr>
            </w:pPr>
            <w:r w:rsidRPr="000B0319">
              <w:rPr>
                <w:sz w:val="40"/>
                <w:szCs w:val="40"/>
              </w:rPr>
              <w:t>Birat ću dobro.</w:t>
            </w:r>
            <w:r w:rsidRPr="000B0319">
              <w:rPr>
                <w:sz w:val="40"/>
                <w:szCs w:val="40"/>
              </w:rPr>
              <w:br/>
              <w:t>Čuvat ću ljude i stvoreni svijet.</w:t>
            </w:r>
          </w:p>
        </w:tc>
      </w:tr>
    </w:tbl>
    <w:p w14:paraId="7AD2498F" w14:textId="77777777" w:rsidR="00EB769F" w:rsidRDefault="00052B55" w:rsidP="0039563E">
      <w:pPr>
        <w:pStyle w:val="ActivityTitle"/>
        <w:keepNext/>
        <w:spacing w:before="200" w:after="40" w:line="240" w:lineRule="auto"/>
        <w:jc w:val="both"/>
      </w:pPr>
      <w:r>
        <w:rPr>
          <w:color w:val="C96A00"/>
        </w:rPr>
        <w:t xml:space="preserve">Aktivnost </w:t>
      </w:r>
      <w:r w:rsidR="00C75960">
        <w:rPr>
          <w:color w:val="C96A00"/>
        </w:rPr>
        <w:t>3</w:t>
      </w:r>
      <w:r>
        <w:rPr>
          <w:color w:val="C96A00"/>
        </w:rPr>
        <w:t>: PROSUDI – Vrijedim li onoliko koliko me drugi „lajkaju“?</w:t>
      </w:r>
      <w:r>
        <w:rPr>
          <w:b w:val="0"/>
          <w:i/>
          <w:color w:val="6B6B6B"/>
          <w:sz w:val="20"/>
        </w:rPr>
        <w:t xml:space="preserve"> (rad u paru i zajednički razgovor, 6 minuta)</w:t>
      </w:r>
    </w:p>
    <w:p w14:paraId="705CF865" w14:textId="77777777" w:rsidR="00EB769F" w:rsidRDefault="00052B55" w:rsidP="0039563E">
      <w:pPr>
        <w:jc w:val="both"/>
      </w:pPr>
      <w:r>
        <w:t>Učenici će u parovima pročitati zamišljenu situaciju i oblikovati argumentirani odgovor.</w:t>
      </w:r>
    </w:p>
    <w:p w14:paraId="39B227DD" w14:textId="77777777" w:rsidR="00C75960" w:rsidRDefault="00C75960" w:rsidP="0039563E">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C75960" w14:paraId="3840AB51" w14:textId="77777777" w:rsidTr="00FA2234">
        <w:trPr>
          <w:cantSplit/>
          <w:jc w:val="center"/>
        </w:trPr>
        <w:tc>
          <w:tcPr>
            <w:tcW w:w="10347" w:type="dxa"/>
            <w:shd w:val="clear" w:color="auto" w:fill="F3F6FA"/>
            <w:vAlign w:val="center"/>
          </w:tcPr>
          <w:p w14:paraId="02B015CA" w14:textId="77777777" w:rsidR="00C75960" w:rsidRDefault="00C75960" w:rsidP="00FA2234">
            <w:pPr>
              <w:spacing w:before="120" w:after="100"/>
              <w:ind w:left="85" w:right="85"/>
              <w:jc w:val="both"/>
            </w:pPr>
            <w:r w:rsidRPr="00C75960">
              <w:rPr>
                <w:b/>
                <w:bCs/>
                <w:color w:val="000000"/>
                <w:sz w:val="40"/>
              </w:rPr>
              <w:t xml:space="preserve">Situacija: </w:t>
            </w:r>
            <w:r w:rsidRPr="00C75960">
              <w:rPr>
                <w:color w:val="000000"/>
                <w:sz w:val="40"/>
              </w:rPr>
              <w:t>Učenica objavi fotografiju. Nekoliko vršnjaka napiše ružne komentare. Ona fotografiju izbriše i kaže: „Očito ne vrijedim dovoljno.“</w:t>
            </w:r>
          </w:p>
        </w:tc>
      </w:tr>
    </w:tbl>
    <w:p w14:paraId="159A17B3" w14:textId="77777777" w:rsidR="00600EB9" w:rsidRDefault="00600EB9" w:rsidP="00C75960"/>
    <w:p w14:paraId="23F92077" w14:textId="336DC7E3" w:rsidR="00C75960" w:rsidRPr="00C75960" w:rsidRDefault="00C75960" w:rsidP="00C75960">
      <w:r>
        <w:t>Razgovor:</w:t>
      </w:r>
    </w:p>
    <w:p w14:paraId="275F3E23" w14:textId="77777777" w:rsidR="00EB769F" w:rsidRPr="00C75960" w:rsidRDefault="00052B55" w:rsidP="00A851E5">
      <w:pPr>
        <w:pStyle w:val="Question"/>
        <w:numPr>
          <w:ilvl w:val="0"/>
          <w:numId w:val="27"/>
        </w:numPr>
        <w:spacing w:after="0"/>
        <w:jc w:val="both"/>
        <w:rPr>
          <w:i w:val="0"/>
          <w:iCs/>
        </w:rPr>
      </w:pPr>
      <w:r w:rsidRPr="00A851E5">
        <w:rPr>
          <w:i w:val="0"/>
          <w:iCs/>
          <w:color w:val="000000"/>
        </w:rPr>
        <w:t>Što je u toj rečenici pogrešno?</w:t>
      </w:r>
      <w:r w:rsidRPr="000B0319">
        <w:rPr>
          <w:i w:val="0"/>
          <w:iCs/>
          <w:color w:val="6B6B6B"/>
          <w:sz w:val="18"/>
        </w:rPr>
        <w:t xml:space="preserve"> (Vrijednost osobe ne određuju tuđi komentari ni broj oznaka sviđanja.)</w:t>
      </w:r>
    </w:p>
    <w:p w14:paraId="0BDF9471" w14:textId="77777777" w:rsidR="00EB769F" w:rsidRPr="000B0319" w:rsidRDefault="00052B55" w:rsidP="00A851E5">
      <w:pPr>
        <w:pStyle w:val="Question"/>
        <w:numPr>
          <w:ilvl w:val="0"/>
          <w:numId w:val="27"/>
        </w:numPr>
        <w:spacing w:after="0"/>
        <w:jc w:val="both"/>
        <w:rPr>
          <w:i w:val="0"/>
          <w:iCs/>
        </w:rPr>
      </w:pPr>
      <w:r w:rsidRPr="00A851E5">
        <w:rPr>
          <w:i w:val="0"/>
          <w:iCs/>
          <w:color w:val="000000"/>
        </w:rPr>
        <w:t>Na čemu bi, prema današnjemu tekstu i biblijskoj poruci, trebala temeljiti svoju vrijednost?</w:t>
      </w:r>
      <w:r w:rsidRPr="000B0319">
        <w:rPr>
          <w:i w:val="0"/>
          <w:iCs/>
          <w:color w:val="6B6B6B"/>
          <w:sz w:val="18"/>
        </w:rPr>
        <w:t xml:space="preserve"> (Na dostojanstvu osobe stvorene na Božju sliku, jedinstvene i neponovljive.)</w:t>
      </w:r>
    </w:p>
    <w:p w14:paraId="1B4E70B8" w14:textId="77777777" w:rsidR="00EB769F" w:rsidRPr="00C75960" w:rsidRDefault="00052B55" w:rsidP="00A851E5">
      <w:pPr>
        <w:pStyle w:val="Question"/>
        <w:numPr>
          <w:ilvl w:val="0"/>
          <w:numId w:val="27"/>
        </w:numPr>
        <w:spacing w:after="0"/>
        <w:jc w:val="both"/>
        <w:rPr>
          <w:i w:val="0"/>
          <w:iCs/>
        </w:rPr>
      </w:pPr>
      <w:r w:rsidRPr="00A851E5">
        <w:rPr>
          <w:i w:val="0"/>
          <w:iCs/>
          <w:color w:val="000000"/>
        </w:rPr>
        <w:lastRenderedPageBreak/>
        <w:t>Što biste joj odgovorili u dvije rečenice?</w:t>
      </w:r>
      <w:r w:rsidRPr="00A851E5">
        <w:rPr>
          <w:i w:val="0"/>
          <w:iCs/>
          <w:color w:val="6B6B6B"/>
          <w:sz w:val="18"/>
        </w:rPr>
        <w:t xml:space="preserve"> </w:t>
      </w:r>
      <w:r w:rsidRPr="000B0319">
        <w:rPr>
          <w:i w:val="0"/>
          <w:iCs/>
          <w:color w:val="6B6B6B"/>
          <w:sz w:val="18"/>
        </w:rPr>
        <w:t>(Moguće: Tvoja vrijednost ne ovisi o tim komentarima. Važna si i zaslužuješ poštovanje.)</w:t>
      </w:r>
    </w:p>
    <w:p w14:paraId="2B470921" w14:textId="77777777" w:rsidR="00C75960" w:rsidRPr="000B0319" w:rsidRDefault="00052B55" w:rsidP="00A851E5">
      <w:pPr>
        <w:pStyle w:val="Question"/>
        <w:numPr>
          <w:ilvl w:val="0"/>
          <w:numId w:val="27"/>
        </w:numPr>
        <w:spacing w:after="0"/>
        <w:jc w:val="both"/>
        <w:rPr>
          <w:i w:val="0"/>
          <w:iCs/>
        </w:rPr>
      </w:pPr>
      <w:r w:rsidRPr="00A851E5">
        <w:rPr>
          <w:i w:val="0"/>
          <w:iCs/>
          <w:color w:val="000000"/>
        </w:rPr>
        <w:t>Kako biste postupili kada biste vidjeli da netko u razrednoj grupi ponižava drugu osobu?</w:t>
      </w:r>
      <w:r w:rsidRPr="00A851E5">
        <w:rPr>
          <w:i w:val="0"/>
          <w:iCs/>
          <w:color w:val="6B6B6B"/>
          <w:sz w:val="18"/>
        </w:rPr>
        <w:t xml:space="preserve"> </w:t>
      </w:r>
      <w:r w:rsidRPr="000B0319">
        <w:rPr>
          <w:i w:val="0"/>
          <w:iCs/>
          <w:color w:val="6B6B6B"/>
          <w:sz w:val="18"/>
        </w:rPr>
        <w:t>(Ne bismo podržali ni širili ponižavanje; pružili bismo podršku osobi i po potrebi zatražili pomoć odrasle osobe.)</w:t>
      </w:r>
    </w:p>
    <w:p w14:paraId="5F35F900" w14:textId="77777777" w:rsidR="00EB769F" w:rsidRDefault="00052B55" w:rsidP="00C75960">
      <w:pPr>
        <w:pStyle w:val="Question"/>
        <w:keepNext/>
        <w:ind w:left="0"/>
        <w:jc w:val="both"/>
      </w:pPr>
      <w:r w:rsidRPr="00C75960">
        <w:rPr>
          <w:b/>
          <w:i w:val="0"/>
          <w:color w:val="C96A00"/>
          <w:sz w:val="26"/>
        </w:rPr>
        <w:t xml:space="preserve">Aktivnost </w:t>
      </w:r>
      <w:r w:rsidR="00C75960">
        <w:rPr>
          <w:b/>
          <w:i w:val="0"/>
          <w:color w:val="C96A00"/>
          <w:sz w:val="26"/>
        </w:rPr>
        <w:t>4</w:t>
      </w:r>
      <w:r w:rsidRPr="00C75960">
        <w:rPr>
          <w:b/>
          <w:i w:val="0"/>
          <w:color w:val="C96A00"/>
          <w:sz w:val="26"/>
        </w:rPr>
        <w:t>: Teološko sidro</w:t>
      </w:r>
      <w:r w:rsidRPr="00C75960">
        <w:rPr>
          <w:color w:val="6B6B6B"/>
          <w:sz w:val="20"/>
        </w:rPr>
        <w:t xml:space="preserve"> (frontalni rad i razgovor, 3 minute)</w:t>
      </w:r>
    </w:p>
    <w:p w14:paraId="349E4FD0" w14:textId="77777777" w:rsidR="00EB769F" w:rsidRDefault="00052B55" w:rsidP="0039563E">
      <w:pPr>
        <w:jc w:val="both"/>
      </w:pPr>
      <w:r>
        <w:t>Učenici će saslušati kratko vjeroučiteljevo pojašnjenje i povezati ga s prethodnim odgovorima:</w:t>
      </w:r>
    </w:p>
    <w:p w14:paraId="3868BE19" w14:textId="77777777" w:rsidR="00ED76F1" w:rsidRDefault="00ED76F1" w:rsidP="00ED76F1">
      <w:pPr>
        <w:pStyle w:val="Question"/>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ED76F1" w14:paraId="79182D3F" w14:textId="77777777" w:rsidTr="00ED76F1">
        <w:trPr>
          <w:cantSplit/>
          <w:jc w:val="center"/>
        </w:trPr>
        <w:tc>
          <w:tcPr>
            <w:tcW w:w="10347" w:type="dxa"/>
            <w:shd w:val="clear" w:color="auto" w:fill="F4FBF5"/>
          </w:tcPr>
          <w:p w14:paraId="25518F43" w14:textId="77777777" w:rsidR="00ED76F1" w:rsidRPr="00C75960" w:rsidRDefault="00ED76F1" w:rsidP="00ED76F1">
            <w:pPr>
              <w:pStyle w:val="Odlomakpopisa"/>
              <w:numPr>
                <w:ilvl w:val="0"/>
                <w:numId w:val="29"/>
              </w:numPr>
              <w:spacing w:before="75" w:after="40"/>
              <w:ind w:left="277" w:right="110" w:hanging="167"/>
              <w:jc w:val="both"/>
            </w:pPr>
            <w:r w:rsidRPr="00C75960">
              <w:t>Biti stvoren „na sliku Božju“ ne znači tjelesno nalikovati Bogu, nego imati posebno dostojanstvo i biti sposoban za spoznaju, slobodu, stvaranje, ljubav i odnos s Bogom i ljudima.</w:t>
            </w:r>
          </w:p>
          <w:p w14:paraId="44F1D06F" w14:textId="77777777" w:rsidR="00ED76F1" w:rsidRPr="00C75960" w:rsidRDefault="00ED76F1" w:rsidP="00ED76F1">
            <w:pPr>
              <w:pStyle w:val="Odlomakpopisa"/>
              <w:numPr>
                <w:ilvl w:val="0"/>
                <w:numId w:val="29"/>
              </w:numPr>
              <w:spacing w:after="40"/>
              <w:ind w:left="277" w:right="110" w:hanging="167"/>
              <w:jc w:val="both"/>
            </w:pPr>
            <w:r w:rsidRPr="00C75960">
              <w:t>Sloboda nije „mogu činiti što god želim“, nego mogućnost odgovornoga izbora dobra.</w:t>
            </w:r>
          </w:p>
          <w:p w14:paraId="0BD61D07" w14:textId="77777777" w:rsidR="00ED76F1" w:rsidRPr="00C75960" w:rsidRDefault="00ED76F1" w:rsidP="00ED76F1">
            <w:pPr>
              <w:pStyle w:val="Odlomakpopisa"/>
              <w:numPr>
                <w:ilvl w:val="0"/>
                <w:numId w:val="29"/>
              </w:numPr>
              <w:spacing w:after="40"/>
              <w:ind w:left="277" w:right="110" w:hanging="167"/>
              <w:jc w:val="both"/>
            </w:pPr>
            <w:r w:rsidRPr="00C75960">
              <w:t>Svaki je čovjek osoba – jedinstven i neponovljiv. Njegovo dostojanstvo ne ovisi o tome koliko je uspješan, popularan, zdrav ili koristan.</w:t>
            </w:r>
          </w:p>
          <w:p w14:paraId="30243BD5" w14:textId="77777777" w:rsidR="00ED76F1" w:rsidRDefault="00ED76F1" w:rsidP="00ED76F1">
            <w:pPr>
              <w:pStyle w:val="Odlomakpopisa"/>
              <w:numPr>
                <w:ilvl w:val="0"/>
                <w:numId w:val="29"/>
              </w:numPr>
              <w:spacing w:after="115"/>
              <w:ind w:left="277" w:right="110" w:hanging="167"/>
              <w:jc w:val="both"/>
            </w:pPr>
            <w:r w:rsidRPr="00C75960">
              <w:t>Kršćanska vjera veličinu čovjeka posebno vidi i u tome što je Bog u Isusu Kristu postao čovjekom.</w:t>
            </w:r>
          </w:p>
        </w:tc>
      </w:tr>
    </w:tbl>
    <w:p w14:paraId="2F8CC60B" w14:textId="77777777" w:rsidR="0080024C" w:rsidRDefault="00A7690C" w:rsidP="0039563E">
      <w:pPr>
        <w:keepNext/>
        <w:spacing w:before="200" w:after="40" w:line="240" w:lineRule="auto"/>
        <w:jc w:val="both"/>
      </w:pPr>
      <w:r>
        <w:rPr>
          <w:b/>
          <w:color w:val="C96A00"/>
          <w:sz w:val="26"/>
        </w:rPr>
        <w:t xml:space="preserve">Aktivnost </w:t>
      </w:r>
      <w:r w:rsidR="00E422F8">
        <w:rPr>
          <w:b/>
          <w:color w:val="C96A00"/>
          <w:sz w:val="26"/>
        </w:rPr>
        <w:t>5</w:t>
      </w:r>
      <w:r>
        <w:rPr>
          <w:b/>
          <w:color w:val="C96A00"/>
          <w:sz w:val="26"/>
        </w:rPr>
        <w:t>: „Tko sam uopće ja?“ – pitanja jedne učenice</w:t>
      </w:r>
      <w:r>
        <w:rPr>
          <w:i/>
          <w:color w:val="6B6B6B"/>
          <w:sz w:val="20"/>
        </w:rPr>
        <w:t xml:space="preserve"> (individualni rad i zajednički razgovor, 8 minuta)</w:t>
      </w:r>
    </w:p>
    <w:p w14:paraId="46966D16" w14:textId="77777777" w:rsidR="0080024C" w:rsidRDefault="00A7690C" w:rsidP="0039563E">
      <w:pPr>
        <w:jc w:val="both"/>
        <w:rPr>
          <w:color w:val="000000"/>
        </w:rPr>
      </w:pPr>
      <w:r>
        <w:rPr>
          <w:color w:val="000000"/>
        </w:rPr>
        <w:t>Učenici će pročitati tekst iz udžbenika, izdvojiti tri pitanja koja učenica postavlja te na njih odgovoriti koristeći ono što su naučili u nastavnoj jedinici.</w:t>
      </w:r>
    </w:p>
    <w:p w14:paraId="13E3BDB6" w14:textId="77777777" w:rsidR="00E422F8" w:rsidRDefault="00E422F8" w:rsidP="0039563E">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5C3E97" w14:paraId="3ACCAAB8" w14:textId="77777777">
        <w:trPr>
          <w:cantSplit/>
          <w:jc w:val="center"/>
        </w:trPr>
        <w:tc>
          <w:tcPr>
            <w:tcW w:w="10347" w:type="dxa"/>
            <w:shd w:val="clear" w:color="auto" w:fill="F3F6FA"/>
            <w:vAlign w:val="center"/>
          </w:tcPr>
          <w:p w14:paraId="22F1A4FE" w14:textId="77777777" w:rsidR="004A025A" w:rsidRDefault="004A025A">
            <w:pPr>
              <w:keepNext/>
              <w:shd w:val="clear" w:color="auto" w:fill="46437E"/>
              <w:spacing w:before="60" w:after="100"/>
              <w:ind w:left="85" w:right="85"/>
              <w:jc w:val="center"/>
            </w:pPr>
            <w:r>
              <w:rPr>
                <w:b/>
                <w:color w:val="FFFFFF"/>
                <w:sz w:val="40"/>
              </w:rPr>
              <w:t>TKO SAM UOPĆE JA?</w:t>
            </w:r>
          </w:p>
          <w:p w14:paraId="2B536EC1" w14:textId="77777777" w:rsidR="004A025A" w:rsidRDefault="004A025A">
            <w:pPr>
              <w:spacing w:before="60" w:after="100"/>
              <w:ind w:left="85" w:right="85"/>
              <w:jc w:val="both"/>
            </w:pPr>
            <w:r>
              <w:rPr>
                <w:color w:val="000000"/>
                <w:sz w:val="40"/>
              </w:rPr>
              <w:t>Moja je majka donijela fotografiju bake i rekla: »Pogledaj! Ista si baka! Iste crte lica! Njezina si slika i prilika!« Nekoliko dana poslije vjeroučiteljica mi je rekla da sam stvorena na sliku Božju. Zbunjena sam. Zar Bog izgleda kao ja?! Kada netko vidi mene, znači li to da je vidio Boga? Tko sam uopće ja?</w:t>
            </w:r>
          </w:p>
        </w:tc>
      </w:tr>
    </w:tbl>
    <w:p w14:paraId="1DA3E22D" w14:textId="77777777" w:rsidR="000B0319" w:rsidRDefault="000B0319" w:rsidP="0039563E">
      <w:pPr>
        <w:jc w:val="both"/>
        <w:rPr>
          <w:color w:val="000000"/>
        </w:rPr>
      </w:pPr>
    </w:p>
    <w:p w14:paraId="58BE2F0E" w14:textId="4509A24B" w:rsidR="0080024C" w:rsidRDefault="00A7690C" w:rsidP="0039563E">
      <w:pPr>
        <w:jc w:val="both"/>
      </w:pPr>
      <w:r>
        <w:rPr>
          <w:color w:val="000000"/>
        </w:rPr>
        <w:t>Razgovor:</w:t>
      </w:r>
    </w:p>
    <w:p w14:paraId="1320209A" w14:textId="2C26AAC2" w:rsidR="0080024C" w:rsidRDefault="00A7690C" w:rsidP="000B0319">
      <w:pPr>
        <w:pStyle w:val="Odlomakpopisa"/>
        <w:numPr>
          <w:ilvl w:val="0"/>
          <w:numId w:val="34"/>
        </w:numPr>
        <w:spacing w:after="20"/>
        <w:jc w:val="both"/>
      </w:pPr>
      <w:r w:rsidRPr="000B0319">
        <w:rPr>
          <w:color w:val="000000"/>
        </w:rPr>
        <w:t>Što u priči znači biti „slika i prilika“ bake?</w:t>
      </w:r>
      <w:r w:rsidRPr="000B0319">
        <w:rPr>
          <w:color w:val="6B6B6B"/>
          <w:sz w:val="18"/>
        </w:rPr>
        <w:t xml:space="preserve"> (Sličnost u tjelesnim crtama i izgledu.)</w:t>
      </w:r>
    </w:p>
    <w:p w14:paraId="528F78BB" w14:textId="28015140" w:rsidR="0080024C" w:rsidRDefault="00A7690C" w:rsidP="000B0319">
      <w:pPr>
        <w:pStyle w:val="Odlomakpopisa"/>
        <w:numPr>
          <w:ilvl w:val="0"/>
          <w:numId w:val="34"/>
        </w:numPr>
        <w:spacing w:after="20"/>
        <w:jc w:val="both"/>
      </w:pPr>
      <w:r w:rsidRPr="000B0319">
        <w:rPr>
          <w:color w:val="000000"/>
        </w:rPr>
        <w:t>Znači li „slika Božja“ da Bog izgleda poput čovjeka?</w:t>
      </w:r>
      <w:r w:rsidRPr="000B0319">
        <w:rPr>
          <w:color w:val="6B6B6B"/>
          <w:sz w:val="18"/>
        </w:rPr>
        <w:t xml:space="preserve"> (Ne. Izraz govori o čovjekovu dostojanstvu i duhovnim sposobnostima, a ne o tjelesnom izgledu.)</w:t>
      </w:r>
    </w:p>
    <w:p w14:paraId="65176E08" w14:textId="208F25C6" w:rsidR="0080024C" w:rsidRDefault="00A7690C" w:rsidP="000B0319">
      <w:pPr>
        <w:pStyle w:val="Odlomakpopisa"/>
        <w:numPr>
          <w:ilvl w:val="0"/>
          <w:numId w:val="34"/>
        </w:numPr>
        <w:spacing w:after="20"/>
        <w:jc w:val="both"/>
      </w:pPr>
      <w:r w:rsidRPr="000B0319">
        <w:rPr>
          <w:color w:val="000000"/>
        </w:rPr>
        <w:t>Kako biste nakon ove lekcije odgovorili na pitanje „Tko sam uopće ja?“</w:t>
      </w:r>
      <w:r w:rsidRPr="000B0319">
        <w:rPr>
          <w:color w:val="6B6B6B"/>
          <w:sz w:val="18"/>
        </w:rPr>
        <w:t xml:space="preserve"> (Osoba sam, jedinstvena i neponovljiva, stvorena na Božju sliku i pozvana živjeti odgovorno i u odnosu s Bogom i ljudima.)</w:t>
      </w:r>
    </w:p>
    <w:p w14:paraId="4EE5096A" w14:textId="77777777" w:rsidR="0080024C" w:rsidRDefault="00A7690C" w:rsidP="0039563E">
      <w:pPr>
        <w:keepNext/>
        <w:spacing w:before="200" w:after="40" w:line="240" w:lineRule="auto"/>
        <w:jc w:val="both"/>
      </w:pPr>
      <w:r>
        <w:rPr>
          <w:b/>
          <w:color w:val="C96A00"/>
          <w:sz w:val="26"/>
        </w:rPr>
        <w:t xml:space="preserve">Aktivnost </w:t>
      </w:r>
      <w:r w:rsidR="00E422F8">
        <w:rPr>
          <w:b/>
          <w:color w:val="C96A00"/>
          <w:sz w:val="26"/>
        </w:rPr>
        <w:t>6</w:t>
      </w:r>
      <w:r>
        <w:rPr>
          <w:b/>
          <w:color w:val="C96A00"/>
          <w:sz w:val="26"/>
        </w:rPr>
        <w:t>: Put do samoga sebe – Lubor Jan Zink</w:t>
      </w:r>
      <w:r>
        <w:rPr>
          <w:i/>
          <w:color w:val="6B6B6B"/>
          <w:sz w:val="20"/>
        </w:rPr>
        <w:t xml:space="preserve"> (individualni rad i rad u paru, 8 minuta)</w:t>
      </w:r>
    </w:p>
    <w:p w14:paraId="78A6881B" w14:textId="6E752846" w:rsidR="00ED76F1" w:rsidRDefault="00EB019D" w:rsidP="00600EB9">
      <w:pPr>
        <w:jc w:val="both"/>
        <w:rPr>
          <w:color w:val="000000"/>
        </w:rPr>
      </w:pPr>
      <w:r w:rsidRPr="00EB019D">
        <w:rPr>
          <w:color w:val="000000"/>
          <w:highlight w:val="cyan"/>
        </w:rPr>
        <w:t>a)</w:t>
      </w:r>
      <w:r>
        <w:rPr>
          <w:color w:val="000000"/>
        </w:rPr>
        <w:t xml:space="preserve"> </w:t>
      </w:r>
      <w:r w:rsidR="00A7690C">
        <w:rPr>
          <w:color w:val="000000"/>
        </w:rPr>
        <w:t xml:space="preserve">Učenici će pročitati misao iz udžbenika. Najprije će samostalno </w:t>
      </w:r>
      <w:r w:rsidR="000B0319">
        <w:rPr>
          <w:color w:val="000000"/>
        </w:rPr>
        <w:t>uočiti</w:t>
      </w:r>
      <w:r w:rsidR="00A7690C">
        <w:rPr>
          <w:color w:val="000000"/>
        </w:rPr>
        <w:t xml:space="preserve"> jednu rečenicu koja im se čini najvažnijom, a zatim će u paru objasniti zašto su je odabrali</w:t>
      </w:r>
      <w:r w:rsidR="00600EB9">
        <w:rPr>
          <w:color w:val="000000"/>
        </w:rPr>
        <w:t>.</w:t>
      </w:r>
    </w:p>
    <w:p w14:paraId="2A62F9BF" w14:textId="2AC55EE0" w:rsidR="00EB019D" w:rsidRDefault="00EB019D" w:rsidP="00600EB9">
      <w:pPr>
        <w:jc w:val="both"/>
        <w:rPr>
          <w:color w:val="000000"/>
        </w:rPr>
      </w:pPr>
      <w:r w:rsidRPr="00EB019D">
        <w:rPr>
          <w:color w:val="000000"/>
          <w:highlight w:val="cyan"/>
        </w:rPr>
        <w:t>b)</w:t>
      </w:r>
      <w:r>
        <w:rPr>
          <w:color w:val="000000"/>
        </w:rPr>
        <w:t xml:space="preserve"> Učenici će potom zamijeniti bilježnice jedni s drugima i u bilježnicu zapisati onome drugome jednu rečenicu: </w:t>
      </w:r>
      <w:r w:rsidRPr="00EB019D">
        <w:rPr>
          <w:color w:val="000000"/>
        </w:rPr>
        <w:t>„Znaš li da si poseban/posebna po….“</w:t>
      </w:r>
    </w:p>
    <w:p w14:paraId="71BA5BFB" w14:textId="77777777" w:rsidR="00600EB9" w:rsidRPr="00600EB9" w:rsidRDefault="00600EB9" w:rsidP="00600EB9">
      <w:pPr>
        <w:jc w:val="both"/>
        <w:rPr>
          <w:color w:val="00000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5C3E97" w14:paraId="1DC5E660" w14:textId="77777777" w:rsidTr="00E422F8">
        <w:trPr>
          <w:jc w:val="center"/>
        </w:trPr>
        <w:tc>
          <w:tcPr>
            <w:tcW w:w="10347" w:type="dxa"/>
            <w:shd w:val="clear" w:color="auto" w:fill="F3F6FA"/>
            <w:vAlign w:val="center"/>
          </w:tcPr>
          <w:p w14:paraId="27C06361" w14:textId="77777777" w:rsidR="004A025A" w:rsidRPr="00A22BC3" w:rsidRDefault="004A025A" w:rsidP="00600EB9">
            <w:pPr>
              <w:widowControl w:val="0"/>
              <w:shd w:val="clear" w:color="auto" w:fill="46437E"/>
              <w:spacing w:before="60" w:after="100"/>
              <w:ind w:left="85" w:right="85"/>
              <w:jc w:val="center"/>
              <w:rPr>
                <w:sz w:val="20"/>
                <w:szCs w:val="20"/>
              </w:rPr>
            </w:pPr>
            <w:r>
              <w:rPr>
                <w:b/>
                <w:color w:val="FFFFFF"/>
                <w:sz w:val="40"/>
              </w:rPr>
              <w:t>PUT DO SAMOGA SEBE – LUBOR JAN ZINK</w:t>
            </w:r>
            <w:r w:rsidRPr="00A22BC3">
              <w:rPr>
                <w:b/>
                <w:color w:val="FFFFFF"/>
                <w:sz w:val="20"/>
                <w:szCs w:val="20"/>
              </w:rPr>
              <w:t>, češko-kanadski novinar</w:t>
            </w:r>
          </w:p>
          <w:p w14:paraId="1AB1458D" w14:textId="77777777" w:rsidR="004A025A" w:rsidRDefault="004A025A" w:rsidP="00600EB9">
            <w:pPr>
              <w:widowControl w:val="0"/>
              <w:spacing w:before="60" w:after="100"/>
              <w:ind w:left="85" w:right="85"/>
              <w:jc w:val="both"/>
            </w:pPr>
            <w:r>
              <w:rPr>
                <w:color w:val="000000"/>
                <w:sz w:val="40"/>
              </w:rPr>
              <w:t xml:space="preserve">Više vrijedi upoznati sebe kakav uistinu jesi nego sve znanosti svijeta. Pred Bogom si bolji ako upoznaš sebe nego ako ne poznavajući sebe shvatiš sva nebeska kretanja, sve planete i </w:t>
            </w:r>
            <w:r>
              <w:rPr>
                <w:color w:val="000000"/>
                <w:sz w:val="40"/>
              </w:rPr>
              <w:lastRenderedPageBreak/>
              <w:t>sve zvijezde, snagu svih biljaka, narav ljudi i životinja. Nema tako dobra puta u svijet da ne bi od njega bio bolji put do samoga sebe.</w:t>
            </w:r>
          </w:p>
        </w:tc>
      </w:tr>
    </w:tbl>
    <w:p w14:paraId="430E3D94" w14:textId="77777777" w:rsidR="00600EB9" w:rsidRDefault="00600EB9" w:rsidP="0039563E">
      <w:pPr>
        <w:jc w:val="both"/>
        <w:rPr>
          <w:color w:val="000000"/>
        </w:rPr>
      </w:pPr>
    </w:p>
    <w:p w14:paraId="4C23B489" w14:textId="15679D67" w:rsidR="0080024C" w:rsidRPr="00E422F8" w:rsidRDefault="00A7690C" w:rsidP="0039563E">
      <w:pPr>
        <w:jc w:val="both"/>
      </w:pPr>
      <w:r w:rsidRPr="00E422F8">
        <w:rPr>
          <w:color w:val="000000"/>
        </w:rPr>
        <w:t>Razgovor:</w:t>
      </w:r>
    </w:p>
    <w:p w14:paraId="10D1C670" w14:textId="2A5C904C" w:rsidR="0080024C" w:rsidRDefault="00A7690C" w:rsidP="00B51FC7">
      <w:pPr>
        <w:pStyle w:val="Odlomakpopisa"/>
        <w:numPr>
          <w:ilvl w:val="0"/>
          <w:numId w:val="37"/>
        </w:numPr>
        <w:spacing w:after="20"/>
        <w:jc w:val="both"/>
      </w:pPr>
      <w:r>
        <w:t xml:space="preserve">Zašto je, prema citatu, važno upoznati sebe? </w:t>
      </w:r>
      <w:r w:rsidRPr="00B51FC7">
        <w:rPr>
          <w:color w:val="6B6B6B"/>
          <w:sz w:val="18"/>
        </w:rPr>
        <w:t>(Prema citatu, više vrijedi upoznati sebe kakav uistinu jesi nego sve znanosti svijeta; pred Bogom si bolji ako upoznaš sebe.)</w:t>
      </w:r>
    </w:p>
    <w:p w14:paraId="5AB661EB" w14:textId="46674F7E" w:rsidR="0080024C" w:rsidRDefault="00A7690C" w:rsidP="00B51FC7">
      <w:pPr>
        <w:pStyle w:val="Odlomakpopisa"/>
        <w:numPr>
          <w:ilvl w:val="0"/>
          <w:numId w:val="37"/>
        </w:numPr>
        <w:spacing w:after="20"/>
        <w:jc w:val="both"/>
      </w:pPr>
      <w:r w:rsidRPr="00B51FC7">
        <w:rPr>
          <w:color w:val="000000"/>
        </w:rPr>
        <w:t>Što bi za učenike sedmoga razreda mogao značiti „put do samoga sebe“?</w:t>
      </w:r>
      <w:r w:rsidRPr="00B51FC7">
        <w:rPr>
          <w:color w:val="6B6B6B"/>
          <w:sz w:val="18"/>
        </w:rPr>
        <w:t xml:space="preserve"> (Otkrivati svoje sposobnosti, vrijednosti, slabosti, odnose i ono što žele postati.)</w:t>
      </w:r>
    </w:p>
    <w:p w14:paraId="21D76D28" w14:textId="2B8BACCE" w:rsidR="0080024C" w:rsidRPr="00EB019D" w:rsidRDefault="00A7690C" w:rsidP="00B51FC7">
      <w:pPr>
        <w:pStyle w:val="Odlomakpopisa"/>
        <w:numPr>
          <w:ilvl w:val="0"/>
          <w:numId w:val="37"/>
        </w:numPr>
        <w:spacing w:after="20"/>
        <w:jc w:val="both"/>
      </w:pPr>
      <w:r w:rsidRPr="00B51FC7">
        <w:rPr>
          <w:color w:val="000000"/>
        </w:rPr>
        <w:t>Kako se ovaj citat povezuje s naslovom „Božji sam original“?</w:t>
      </w:r>
      <w:r w:rsidRPr="00B51FC7">
        <w:rPr>
          <w:color w:val="6B6B6B"/>
          <w:sz w:val="18"/>
        </w:rPr>
        <w:t xml:space="preserve"> (Poznavanje sebe pomaže prihvatiti vlastitu jedinstvenost bez potrebe da budemo kopija drugih.)</w:t>
      </w:r>
    </w:p>
    <w:p w14:paraId="47E3CE2F" w14:textId="77777777" w:rsidR="00EB019D" w:rsidRDefault="00EB019D" w:rsidP="00EB019D">
      <w:pPr>
        <w:spacing w:after="20"/>
        <w:jc w:val="both"/>
      </w:pPr>
    </w:p>
    <w:p w14:paraId="0BD9FF9C" w14:textId="462419DE" w:rsidR="00EB019D" w:rsidRPr="00EB019D" w:rsidRDefault="00EB019D" w:rsidP="00EB019D">
      <w:pPr>
        <w:spacing w:after="20"/>
        <w:jc w:val="both"/>
        <w:rPr>
          <w:rFonts w:asciiTheme="majorHAnsi" w:hAnsiTheme="majorHAnsi" w:cstheme="majorHAnsi"/>
          <w:color w:val="002060"/>
          <w:sz w:val="40"/>
          <w:szCs w:val="40"/>
        </w:rPr>
      </w:pPr>
      <w:r w:rsidRPr="00EB019D">
        <w:rPr>
          <w:rFonts w:asciiTheme="majorHAnsi" w:eastAsia="Times New Roman" w:hAnsiTheme="majorHAnsi" w:cstheme="majorHAnsi"/>
          <w:color w:val="002060"/>
          <w:sz w:val="40"/>
          <w:szCs w:val="40"/>
          <w:lang w:eastAsia="hr-HR"/>
        </w:rPr>
        <w:t xml:space="preserve">Znaš li da si poseban/posebna po </w:t>
      </w:r>
      <w:r w:rsidRPr="00EB019D">
        <w:rPr>
          <w:rFonts w:asciiTheme="majorHAnsi" w:eastAsia="Times New Roman" w:hAnsiTheme="majorHAnsi" w:cstheme="majorHAnsi"/>
          <w:color w:val="002060"/>
          <w:sz w:val="24"/>
          <w:szCs w:val="24"/>
          <w:lang w:eastAsia="hr-HR"/>
        </w:rPr>
        <w:t>_______________________________________</w:t>
      </w:r>
      <w:r w:rsidRPr="00EB019D">
        <w:rPr>
          <w:rFonts w:asciiTheme="majorHAnsi" w:eastAsia="Times New Roman" w:hAnsiTheme="majorHAnsi" w:cstheme="majorHAnsi"/>
          <w:color w:val="002060"/>
          <w:sz w:val="40"/>
          <w:szCs w:val="40"/>
          <w:lang w:eastAsia="hr-HR"/>
        </w:rPr>
        <w:t>.</w:t>
      </w:r>
    </w:p>
    <w:p w14:paraId="608369E0" w14:textId="1E2C7EEE" w:rsidR="00E422F8" w:rsidRDefault="00E422F8" w:rsidP="00E422F8">
      <w:pPr>
        <w:pStyle w:val="ActivityTitle"/>
        <w:keepNext/>
        <w:spacing w:before="200" w:after="40" w:line="240" w:lineRule="auto"/>
        <w:jc w:val="both"/>
      </w:pPr>
      <w:r>
        <w:rPr>
          <w:color w:val="C96A00"/>
        </w:rPr>
        <w:t xml:space="preserve">Aktivnost 7: </w:t>
      </w:r>
      <w:r w:rsidR="00B51FC7">
        <w:rPr>
          <w:color w:val="C96A00"/>
        </w:rPr>
        <w:t>Likovna</w:t>
      </w:r>
      <w:r>
        <w:rPr>
          <w:color w:val="C96A00"/>
        </w:rPr>
        <w:t xml:space="preserve"> aktivnost – „Moj znak originala“</w:t>
      </w:r>
      <w:r>
        <w:rPr>
          <w:b w:val="0"/>
          <w:i/>
          <w:color w:val="6B6B6B"/>
          <w:sz w:val="20"/>
        </w:rPr>
        <w:t xml:space="preserve"> (individualni rad – crtanje, 7 minuta)</w:t>
      </w:r>
    </w:p>
    <w:p w14:paraId="2C81A81E" w14:textId="77777777" w:rsidR="00E422F8" w:rsidRDefault="00E422F8" w:rsidP="00E422F8">
      <w:pPr>
        <w:jc w:val="both"/>
      </w:pPr>
      <w:r>
        <w:t>Učenici će u četiri polja nacrtati po jedan jednostavan simbol kojim će prikazati četiri čovjekove sposobnosti navedene u lekciji. Crtež neće biti vrednovan prema likovnoj vještini, nego prema povezanosti simbola sa sadržajem. U sredinu će napisati: „JA – OSOBA, BOŽJI ORIGINAL“ i ispod dovršiti rečenicu: „Moja vrijednost ne ovisi o ____________.“</w:t>
      </w:r>
    </w:p>
    <w:p w14:paraId="051B5667" w14:textId="77777777" w:rsidR="00E422F8" w:rsidRDefault="00E422F8" w:rsidP="00E422F8">
      <w:pPr>
        <w:keepNext/>
        <w:jc w:val="both"/>
      </w:pPr>
    </w:p>
    <w:p w14:paraId="04CE562F" w14:textId="77777777" w:rsidR="00E422F8" w:rsidRDefault="00E422F8" w:rsidP="00E422F8">
      <w:pPr>
        <w:jc w:val="both"/>
      </w:pPr>
      <w:r>
        <w:t>Radni predložak:</w:t>
      </w:r>
    </w:p>
    <w:tbl>
      <w:tblPr>
        <w:tblStyle w:val="Reetkatablice"/>
        <w:tblW w:w="5000" w:type="pct"/>
        <w:jc w:val="center"/>
        <w:tblCellMar>
          <w:left w:w="0" w:type="dxa"/>
          <w:right w:w="0" w:type="dxa"/>
        </w:tblCellMar>
        <w:tblLook w:val="04A0" w:firstRow="1" w:lastRow="0" w:firstColumn="1" w:lastColumn="0" w:noHBand="0" w:noVBand="1"/>
      </w:tblPr>
      <w:tblGrid>
        <w:gridCol w:w="5178"/>
        <w:gridCol w:w="5179"/>
      </w:tblGrid>
      <w:tr w:rsidR="00E422F8" w14:paraId="4BA74951" w14:textId="77777777" w:rsidTr="00FA2234">
        <w:trPr>
          <w:cantSplit/>
          <w:tblHeader/>
          <w:jc w:val="center"/>
        </w:trPr>
        <w:tc>
          <w:tcPr>
            <w:tcW w:w="5173" w:type="dxa"/>
            <w:shd w:val="clear" w:color="auto" w:fill="FBFEFB"/>
          </w:tcPr>
          <w:p w14:paraId="7ACCF55B" w14:textId="77777777" w:rsidR="00E422F8" w:rsidRPr="00907CFC" w:rsidRDefault="00E422F8" w:rsidP="00FA2234">
            <w:pPr>
              <w:spacing w:before="80"/>
              <w:ind w:left="110" w:right="110"/>
              <w:jc w:val="both"/>
              <w:rPr>
                <w:sz w:val="40"/>
                <w:szCs w:val="40"/>
              </w:rPr>
            </w:pPr>
            <w:r w:rsidRPr="00907CFC">
              <w:rPr>
                <w:b/>
                <w:color w:val="166534"/>
                <w:sz w:val="40"/>
                <w:szCs w:val="40"/>
              </w:rPr>
              <w:t>RAZUM</w:t>
            </w:r>
          </w:p>
          <w:p w14:paraId="23ED8B50" w14:textId="77777777" w:rsidR="00E422F8" w:rsidRPr="00907CFC" w:rsidRDefault="00E422F8" w:rsidP="00FA2234">
            <w:pPr>
              <w:spacing w:after="80"/>
              <w:ind w:left="110" w:right="110"/>
              <w:jc w:val="both"/>
              <w:rPr>
                <w:sz w:val="40"/>
                <w:szCs w:val="40"/>
              </w:rPr>
            </w:pPr>
            <w:r w:rsidRPr="00907CFC">
              <w:rPr>
                <w:i/>
                <w:color w:val="777777"/>
                <w:sz w:val="40"/>
                <w:szCs w:val="40"/>
              </w:rPr>
              <w:br/>
            </w:r>
            <w:r w:rsidRPr="00907CFC">
              <w:rPr>
                <w:i/>
                <w:color w:val="777777"/>
                <w:sz w:val="40"/>
                <w:szCs w:val="40"/>
              </w:rPr>
              <w:br/>
              <w:t>Nacrtati simbol koji predstavlja razmišljanje / spoznaju.</w:t>
            </w:r>
          </w:p>
        </w:tc>
        <w:tc>
          <w:tcPr>
            <w:tcW w:w="5174" w:type="dxa"/>
            <w:shd w:val="clear" w:color="auto" w:fill="FBFEFB"/>
          </w:tcPr>
          <w:p w14:paraId="6B063B3A" w14:textId="77777777" w:rsidR="00E422F8" w:rsidRPr="00907CFC" w:rsidRDefault="00E422F8" w:rsidP="00FA2234">
            <w:pPr>
              <w:spacing w:before="80"/>
              <w:ind w:left="110" w:right="110"/>
              <w:jc w:val="both"/>
              <w:rPr>
                <w:sz w:val="40"/>
                <w:szCs w:val="40"/>
              </w:rPr>
            </w:pPr>
            <w:r w:rsidRPr="00907CFC">
              <w:rPr>
                <w:b/>
                <w:color w:val="166534"/>
                <w:sz w:val="40"/>
                <w:szCs w:val="40"/>
              </w:rPr>
              <w:t>SLOBODNA VOLJA</w:t>
            </w:r>
          </w:p>
          <w:p w14:paraId="691AFEA1" w14:textId="77777777" w:rsidR="00E422F8" w:rsidRPr="00907CFC" w:rsidRDefault="00E422F8" w:rsidP="00FA2234">
            <w:pPr>
              <w:spacing w:after="80"/>
              <w:ind w:left="110" w:right="110"/>
              <w:jc w:val="both"/>
              <w:rPr>
                <w:sz w:val="40"/>
                <w:szCs w:val="40"/>
              </w:rPr>
            </w:pPr>
            <w:r w:rsidRPr="00907CFC">
              <w:rPr>
                <w:i/>
                <w:color w:val="777777"/>
                <w:sz w:val="40"/>
                <w:szCs w:val="40"/>
              </w:rPr>
              <w:br/>
            </w:r>
            <w:r w:rsidRPr="00907CFC">
              <w:rPr>
                <w:i/>
                <w:color w:val="777777"/>
                <w:sz w:val="40"/>
                <w:szCs w:val="40"/>
              </w:rPr>
              <w:br/>
              <w:t>Nacrtati simbol odgovornoga izbora.</w:t>
            </w:r>
          </w:p>
        </w:tc>
      </w:tr>
      <w:tr w:rsidR="00E422F8" w14:paraId="25BDF970" w14:textId="77777777" w:rsidTr="00FA2234">
        <w:trPr>
          <w:cantSplit/>
          <w:jc w:val="center"/>
        </w:trPr>
        <w:tc>
          <w:tcPr>
            <w:tcW w:w="5173" w:type="dxa"/>
            <w:shd w:val="clear" w:color="auto" w:fill="FBFEFB"/>
          </w:tcPr>
          <w:p w14:paraId="6BB498AB" w14:textId="77777777" w:rsidR="00E422F8" w:rsidRPr="00907CFC" w:rsidRDefault="00E422F8" w:rsidP="00FA2234">
            <w:pPr>
              <w:spacing w:before="80"/>
              <w:ind w:left="110" w:right="110"/>
              <w:jc w:val="both"/>
              <w:rPr>
                <w:sz w:val="40"/>
                <w:szCs w:val="40"/>
              </w:rPr>
            </w:pPr>
            <w:r w:rsidRPr="00907CFC">
              <w:rPr>
                <w:b/>
                <w:color w:val="166534"/>
                <w:sz w:val="40"/>
                <w:szCs w:val="40"/>
              </w:rPr>
              <w:t>STVARALAŠTVO</w:t>
            </w:r>
          </w:p>
          <w:p w14:paraId="0A51B5B6" w14:textId="77777777" w:rsidR="00E422F8" w:rsidRPr="00907CFC" w:rsidRDefault="00E422F8" w:rsidP="00FA2234">
            <w:pPr>
              <w:spacing w:after="80"/>
              <w:ind w:left="110" w:right="110"/>
              <w:jc w:val="both"/>
              <w:rPr>
                <w:sz w:val="40"/>
                <w:szCs w:val="40"/>
              </w:rPr>
            </w:pPr>
            <w:r w:rsidRPr="00907CFC">
              <w:rPr>
                <w:i/>
                <w:color w:val="777777"/>
                <w:sz w:val="40"/>
                <w:szCs w:val="40"/>
              </w:rPr>
              <w:br/>
            </w:r>
            <w:r w:rsidRPr="00907CFC">
              <w:rPr>
                <w:i/>
                <w:color w:val="777777"/>
                <w:sz w:val="40"/>
                <w:szCs w:val="40"/>
              </w:rPr>
              <w:br/>
              <w:t>Nacrtati simbol stvaranja i razvijanja darova.</w:t>
            </w:r>
          </w:p>
        </w:tc>
        <w:tc>
          <w:tcPr>
            <w:tcW w:w="5174" w:type="dxa"/>
            <w:shd w:val="clear" w:color="auto" w:fill="FBFEFB"/>
          </w:tcPr>
          <w:p w14:paraId="7BB4B5A5" w14:textId="77777777" w:rsidR="00E422F8" w:rsidRPr="00907CFC" w:rsidRDefault="00E422F8" w:rsidP="00FA2234">
            <w:pPr>
              <w:spacing w:before="80"/>
              <w:ind w:left="110" w:right="110"/>
              <w:jc w:val="both"/>
              <w:rPr>
                <w:sz w:val="40"/>
                <w:szCs w:val="40"/>
              </w:rPr>
            </w:pPr>
            <w:r w:rsidRPr="00907CFC">
              <w:rPr>
                <w:b/>
                <w:color w:val="166534"/>
                <w:sz w:val="40"/>
                <w:szCs w:val="40"/>
              </w:rPr>
              <w:t>LJUBAV</w:t>
            </w:r>
          </w:p>
          <w:p w14:paraId="5EA9736D" w14:textId="77777777" w:rsidR="00E422F8" w:rsidRPr="00907CFC" w:rsidRDefault="00E422F8" w:rsidP="00FA2234">
            <w:pPr>
              <w:spacing w:after="80"/>
              <w:ind w:left="110" w:right="110"/>
              <w:jc w:val="both"/>
              <w:rPr>
                <w:sz w:val="40"/>
                <w:szCs w:val="40"/>
              </w:rPr>
            </w:pPr>
            <w:r w:rsidRPr="00907CFC">
              <w:rPr>
                <w:i/>
                <w:color w:val="777777"/>
                <w:sz w:val="40"/>
                <w:szCs w:val="40"/>
              </w:rPr>
              <w:br/>
            </w:r>
            <w:r w:rsidRPr="00907CFC">
              <w:rPr>
                <w:i/>
                <w:color w:val="777777"/>
                <w:sz w:val="40"/>
                <w:szCs w:val="40"/>
              </w:rPr>
              <w:br/>
              <w:t>Nacrtati simbol odnosa, brige i darivanja.</w:t>
            </w:r>
          </w:p>
        </w:tc>
      </w:tr>
    </w:tbl>
    <w:p w14:paraId="54521F9D" w14:textId="77777777" w:rsidR="00907CFC" w:rsidRDefault="00907CFC" w:rsidP="00E51162"/>
    <w:p w14:paraId="0416F331" w14:textId="741492D6" w:rsidR="00E422F8" w:rsidRPr="00E51162" w:rsidRDefault="00E422F8" w:rsidP="00907CFC">
      <w:pPr>
        <w:jc w:val="center"/>
        <w:rPr>
          <w:color w:val="002060"/>
          <w:sz w:val="40"/>
          <w:szCs w:val="40"/>
        </w:rPr>
      </w:pPr>
      <w:r w:rsidRPr="00E51162">
        <w:rPr>
          <w:b/>
          <w:color w:val="002060"/>
          <w:sz w:val="40"/>
          <w:szCs w:val="40"/>
        </w:rPr>
        <w:t>JA – OSOBA, BOŽJI ORIGINAL</w:t>
      </w:r>
    </w:p>
    <w:p w14:paraId="7F7C466F" w14:textId="77777777" w:rsidR="00E422F8" w:rsidRPr="00907CFC" w:rsidRDefault="00E422F8" w:rsidP="00E422F8">
      <w:pPr>
        <w:jc w:val="both"/>
        <w:rPr>
          <w:color w:val="002060"/>
        </w:rPr>
      </w:pPr>
      <w:r w:rsidRPr="00907CFC">
        <w:rPr>
          <w:color w:val="002060"/>
          <w:sz w:val="40"/>
          <w:szCs w:val="40"/>
        </w:rPr>
        <w:t>Moja vrijednost ne ovisi o</w:t>
      </w:r>
      <w:r w:rsidRPr="00907CFC">
        <w:rPr>
          <w:color w:val="002060"/>
          <w:sz w:val="24"/>
          <w:szCs w:val="24"/>
        </w:rPr>
        <w:t xml:space="preserve"> ________________________________________________</w:t>
      </w:r>
      <w:r w:rsidRPr="00907CFC">
        <w:rPr>
          <w:color w:val="002060"/>
          <w:sz w:val="21"/>
        </w:rPr>
        <w:t>.</w:t>
      </w:r>
    </w:p>
    <w:p w14:paraId="5421B2DF" w14:textId="77777777" w:rsidR="00600EB9" w:rsidRDefault="00600EB9" w:rsidP="00E422F8"/>
    <w:p w14:paraId="6135D0A3" w14:textId="77777777" w:rsidR="006124FC" w:rsidRDefault="006124FC" w:rsidP="00E422F8">
      <w:pPr>
        <w:rPr>
          <w:i/>
          <w:iCs/>
          <w:color w:val="808080" w:themeColor="background1" w:themeShade="80"/>
        </w:rPr>
      </w:pPr>
    </w:p>
    <w:p w14:paraId="6DB336E5" w14:textId="6891D900" w:rsidR="00E422F8" w:rsidRDefault="00E422F8" w:rsidP="00E422F8">
      <w:pPr>
        <w:rPr>
          <w:color w:val="6B6B6B"/>
          <w:sz w:val="18"/>
        </w:rPr>
      </w:pPr>
      <w:r w:rsidRPr="00E422F8">
        <w:rPr>
          <w:i/>
          <w:iCs/>
          <w:color w:val="808080" w:themeColor="background1" w:themeShade="80"/>
        </w:rPr>
        <w:lastRenderedPageBreak/>
        <w:t>Mogući primjer rješenja:</w:t>
      </w:r>
      <w:r>
        <w:rPr>
          <w:color w:val="6B6B6B"/>
          <w:sz w:val="18"/>
        </w:rPr>
        <w:t xml:space="preserve"> </w:t>
      </w:r>
    </w:p>
    <w:p w14:paraId="0C08CE1E" w14:textId="6268744E" w:rsidR="00907CFC" w:rsidRPr="00E422F8" w:rsidRDefault="00907CFC" w:rsidP="00907CFC">
      <w:pPr>
        <w:jc w:val="center"/>
        <w:rPr>
          <w:i/>
          <w:iCs/>
          <w:color w:val="808080" w:themeColor="background1" w:themeShade="80"/>
        </w:rPr>
      </w:pPr>
      <w:r w:rsidRPr="00907CFC">
        <w:rPr>
          <w:i/>
          <w:iCs/>
          <w:noProof/>
          <w:color w:val="808080" w:themeColor="background1" w:themeShade="80"/>
        </w:rPr>
        <w:drawing>
          <wp:inline distT="0" distB="0" distL="0" distR="0" wp14:anchorId="5C42C002" wp14:editId="793C2CBB">
            <wp:extent cx="3236400" cy="3600000"/>
            <wp:effectExtent l="0" t="0" r="2540" b="635"/>
            <wp:docPr id="14725053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05374" name=""/>
                    <pic:cNvPicPr/>
                  </pic:nvPicPr>
                  <pic:blipFill rotWithShape="1">
                    <a:blip r:embed="rId8"/>
                    <a:srcRect t="16849" b="4520"/>
                    <a:stretch>
                      <a:fillRect/>
                    </a:stretch>
                  </pic:blipFill>
                  <pic:spPr bwMode="auto">
                    <a:xfrm>
                      <a:off x="0" y="0"/>
                      <a:ext cx="3236400" cy="3600000"/>
                    </a:xfrm>
                    <a:prstGeom prst="rect">
                      <a:avLst/>
                    </a:prstGeom>
                    <a:ln>
                      <a:noFill/>
                    </a:ln>
                    <a:extLst>
                      <a:ext uri="{53640926-AAD7-44D8-BBD7-CCE9431645EC}">
                        <a14:shadowObscured xmlns:a14="http://schemas.microsoft.com/office/drawing/2010/main"/>
                      </a:ext>
                    </a:extLst>
                  </pic:spPr>
                </pic:pic>
              </a:graphicData>
            </a:graphic>
          </wp:inline>
        </w:drawing>
      </w:r>
    </w:p>
    <w:p w14:paraId="0F4DCEF4" w14:textId="77777777" w:rsidR="00E422F8" w:rsidRDefault="00E422F8" w:rsidP="00E422F8">
      <w:pPr>
        <w:keepNext/>
        <w:spacing w:before="200" w:after="40" w:line="240" w:lineRule="auto"/>
        <w:jc w:val="both"/>
      </w:pPr>
      <w:r>
        <w:rPr>
          <w:b/>
          <w:color w:val="C96A00"/>
          <w:sz w:val="26"/>
        </w:rPr>
        <w:t>Aktivnost 8: Moj portret bez lica</w:t>
      </w:r>
      <w:r>
        <w:rPr>
          <w:i/>
          <w:color w:val="6B6B6B"/>
          <w:sz w:val="20"/>
        </w:rPr>
        <w:t xml:space="preserve"> (individualni rad – crtanje bojicama, 10 minuta)</w:t>
      </w:r>
    </w:p>
    <w:p w14:paraId="37091F83" w14:textId="77777777" w:rsidR="00E422F8" w:rsidRDefault="00E422F8" w:rsidP="00E422F8">
      <w:pPr>
        <w:jc w:val="both"/>
        <w:rPr>
          <w:color w:val="000000"/>
        </w:rPr>
      </w:pPr>
      <w:r>
        <w:rPr>
          <w:color w:val="000000"/>
        </w:rPr>
        <w:t>Učenici će izraditi „portret bez lica“: umjesto svojega fizičkog izgleda prikazat će sebe simbolima. U četiri polja nacrtat će ili zapisati po jedan simbol za dar koji imaju, vrijednost koju žele živjeti, odnos koji im je važan i cilj kojemu teže. U sredinu će napisati: „JA – BOŽJI ORIGINAL“. Crtež se neće vrednovati prema likovnoj vještini, nego prema povezanosti sa sadržajem.</w:t>
      </w:r>
    </w:p>
    <w:p w14:paraId="740AB942" w14:textId="77777777" w:rsidR="00E422F8" w:rsidRDefault="00E422F8" w:rsidP="00E422F8">
      <w:pPr>
        <w:keepNext/>
        <w:jc w:val="both"/>
        <w:rPr>
          <w:color w:val="000000"/>
        </w:rPr>
      </w:pPr>
    </w:p>
    <w:p w14:paraId="2C5252CB" w14:textId="72CE5FB1" w:rsidR="00E51162" w:rsidRPr="00555A25" w:rsidRDefault="00E422F8" w:rsidP="00E422F8">
      <w:pPr>
        <w:jc w:val="both"/>
        <w:rPr>
          <w:color w:val="000000"/>
        </w:rPr>
      </w:pPr>
      <w:r>
        <w:rPr>
          <w:color w:val="000000"/>
        </w:rPr>
        <w:t>Radni predložak:</w:t>
      </w:r>
    </w:p>
    <w:tbl>
      <w:tblPr>
        <w:tblStyle w:val="Reetkatablice"/>
        <w:tblW w:w="5000" w:type="pct"/>
        <w:jc w:val="center"/>
        <w:tblCellMar>
          <w:left w:w="0" w:type="dxa"/>
          <w:right w:w="0" w:type="dxa"/>
        </w:tblCellMar>
        <w:tblLook w:val="04A0" w:firstRow="1" w:lastRow="0" w:firstColumn="1" w:lastColumn="0" w:noHBand="0" w:noVBand="1"/>
      </w:tblPr>
      <w:tblGrid>
        <w:gridCol w:w="5178"/>
        <w:gridCol w:w="5179"/>
      </w:tblGrid>
      <w:tr w:rsidR="00E422F8" w14:paraId="2CC80DB3" w14:textId="77777777" w:rsidTr="00FA2234">
        <w:trPr>
          <w:tblHeader/>
          <w:jc w:val="center"/>
        </w:trPr>
        <w:tc>
          <w:tcPr>
            <w:tcW w:w="5173" w:type="dxa"/>
            <w:shd w:val="clear" w:color="auto" w:fill="DDEBF7"/>
          </w:tcPr>
          <w:p w14:paraId="61F2BCDC" w14:textId="77777777" w:rsidR="00E422F8" w:rsidRPr="00EB019D" w:rsidRDefault="00E422F8" w:rsidP="00E422F8">
            <w:pPr>
              <w:ind w:left="108" w:right="108"/>
              <w:jc w:val="center"/>
              <w:rPr>
                <w:sz w:val="34"/>
                <w:szCs w:val="34"/>
              </w:rPr>
            </w:pPr>
            <w:r w:rsidRPr="00EB019D">
              <w:rPr>
                <w:b/>
                <w:color w:val="1F4E78"/>
                <w:sz w:val="34"/>
                <w:szCs w:val="34"/>
              </w:rPr>
              <w:t>MOJ DAR</w:t>
            </w:r>
          </w:p>
          <w:p w14:paraId="384425A1" w14:textId="326B51B6" w:rsidR="00E422F8" w:rsidRPr="00EB019D" w:rsidRDefault="00E422F8" w:rsidP="00E422F8">
            <w:pPr>
              <w:spacing w:after="0"/>
              <w:ind w:left="108" w:right="108"/>
              <w:jc w:val="center"/>
              <w:rPr>
                <w:sz w:val="34"/>
                <w:szCs w:val="34"/>
              </w:rPr>
            </w:pPr>
            <w:r w:rsidRPr="00EB019D">
              <w:rPr>
                <w:i/>
                <w:color w:val="6B6B6B"/>
                <w:sz w:val="34"/>
                <w:szCs w:val="34"/>
              </w:rPr>
              <w:br/>
              <w:t>simbol sposobnosti ili talenta</w:t>
            </w:r>
            <w:r w:rsidRPr="00EB019D">
              <w:rPr>
                <w:i/>
                <w:color w:val="6B6B6B"/>
                <w:sz w:val="34"/>
                <w:szCs w:val="34"/>
              </w:rPr>
              <w:br/>
            </w:r>
            <w:r w:rsidRPr="00EB019D">
              <w:rPr>
                <w:i/>
                <w:color w:val="6B6B6B"/>
                <w:sz w:val="34"/>
                <w:szCs w:val="34"/>
              </w:rPr>
              <w:br/>
            </w:r>
          </w:p>
        </w:tc>
        <w:tc>
          <w:tcPr>
            <w:tcW w:w="5174" w:type="dxa"/>
            <w:shd w:val="clear" w:color="auto" w:fill="E2F0D9"/>
          </w:tcPr>
          <w:p w14:paraId="296465EF" w14:textId="77777777" w:rsidR="00E422F8" w:rsidRPr="00EB019D" w:rsidRDefault="00E422F8" w:rsidP="00E422F8">
            <w:pPr>
              <w:ind w:left="108" w:right="108"/>
              <w:jc w:val="center"/>
              <w:rPr>
                <w:sz w:val="34"/>
                <w:szCs w:val="34"/>
              </w:rPr>
            </w:pPr>
            <w:r w:rsidRPr="00EB019D">
              <w:rPr>
                <w:b/>
                <w:color w:val="1F4E78"/>
                <w:sz w:val="34"/>
                <w:szCs w:val="34"/>
              </w:rPr>
              <w:t>MOJA VRIJEDNOST</w:t>
            </w:r>
          </w:p>
          <w:p w14:paraId="0BA75081" w14:textId="5A2A79A0" w:rsidR="00E422F8" w:rsidRPr="00EB019D" w:rsidRDefault="00E422F8" w:rsidP="00E422F8">
            <w:pPr>
              <w:spacing w:after="0"/>
              <w:ind w:left="108" w:right="108"/>
              <w:jc w:val="center"/>
              <w:rPr>
                <w:sz w:val="34"/>
                <w:szCs w:val="34"/>
              </w:rPr>
            </w:pPr>
            <w:r w:rsidRPr="00EB019D">
              <w:rPr>
                <w:i/>
                <w:color w:val="6B6B6B"/>
                <w:sz w:val="34"/>
                <w:szCs w:val="34"/>
              </w:rPr>
              <w:br/>
              <w:t>simbol dobra koje želim živjeti</w:t>
            </w:r>
            <w:r w:rsidRPr="00EB019D">
              <w:rPr>
                <w:i/>
                <w:color w:val="6B6B6B"/>
                <w:sz w:val="34"/>
                <w:szCs w:val="34"/>
              </w:rPr>
              <w:br/>
            </w:r>
            <w:r w:rsidRPr="00EB019D">
              <w:rPr>
                <w:i/>
                <w:color w:val="6B6B6B"/>
                <w:sz w:val="34"/>
                <w:szCs w:val="34"/>
              </w:rPr>
              <w:br/>
            </w:r>
          </w:p>
        </w:tc>
      </w:tr>
      <w:tr w:rsidR="00E422F8" w14:paraId="3DE344D5" w14:textId="77777777" w:rsidTr="00FA2234">
        <w:trPr>
          <w:jc w:val="center"/>
        </w:trPr>
        <w:tc>
          <w:tcPr>
            <w:tcW w:w="5173" w:type="dxa"/>
            <w:shd w:val="clear" w:color="auto" w:fill="FFF2CC"/>
          </w:tcPr>
          <w:p w14:paraId="11C265A5" w14:textId="77777777" w:rsidR="00E422F8" w:rsidRPr="00EB019D" w:rsidRDefault="00E422F8" w:rsidP="00E422F8">
            <w:pPr>
              <w:ind w:left="108" w:right="108"/>
              <w:jc w:val="center"/>
              <w:rPr>
                <w:sz w:val="34"/>
                <w:szCs w:val="34"/>
              </w:rPr>
            </w:pPr>
            <w:r w:rsidRPr="00EB019D">
              <w:rPr>
                <w:b/>
                <w:color w:val="1F4E78"/>
                <w:sz w:val="34"/>
                <w:szCs w:val="34"/>
              </w:rPr>
              <w:t>VAŽAN ODNOS</w:t>
            </w:r>
          </w:p>
          <w:p w14:paraId="69C227B5" w14:textId="3002D91E" w:rsidR="00E422F8" w:rsidRPr="00EB019D" w:rsidRDefault="00E422F8" w:rsidP="00E422F8">
            <w:pPr>
              <w:spacing w:after="0"/>
              <w:ind w:left="108" w:right="108"/>
              <w:jc w:val="center"/>
              <w:rPr>
                <w:sz w:val="34"/>
                <w:szCs w:val="34"/>
              </w:rPr>
            </w:pPr>
            <w:r w:rsidRPr="00EB019D">
              <w:rPr>
                <w:i/>
                <w:color w:val="6B6B6B"/>
                <w:sz w:val="34"/>
                <w:szCs w:val="34"/>
              </w:rPr>
              <w:br/>
              <w:t>simbol osobe ili zajednice koja me gradi</w:t>
            </w:r>
          </w:p>
        </w:tc>
        <w:tc>
          <w:tcPr>
            <w:tcW w:w="5174" w:type="dxa"/>
            <w:shd w:val="clear" w:color="auto" w:fill="E4DFEC"/>
          </w:tcPr>
          <w:p w14:paraId="587A3081" w14:textId="77777777" w:rsidR="00E422F8" w:rsidRPr="00EB019D" w:rsidRDefault="00E422F8" w:rsidP="00E422F8">
            <w:pPr>
              <w:ind w:left="108" w:right="108"/>
              <w:jc w:val="center"/>
              <w:rPr>
                <w:sz w:val="34"/>
                <w:szCs w:val="34"/>
              </w:rPr>
            </w:pPr>
            <w:r w:rsidRPr="00EB019D">
              <w:rPr>
                <w:b/>
                <w:color w:val="1F4E78"/>
                <w:sz w:val="34"/>
                <w:szCs w:val="34"/>
              </w:rPr>
              <w:t>MOJ CILJ</w:t>
            </w:r>
          </w:p>
          <w:p w14:paraId="62A3B853" w14:textId="78500F63" w:rsidR="00E422F8" w:rsidRPr="00EB019D" w:rsidRDefault="00E422F8" w:rsidP="00E422F8">
            <w:pPr>
              <w:spacing w:after="0"/>
              <w:ind w:left="108" w:right="108"/>
              <w:jc w:val="center"/>
              <w:rPr>
                <w:sz w:val="34"/>
                <w:szCs w:val="34"/>
              </w:rPr>
            </w:pPr>
            <w:r w:rsidRPr="00EB019D">
              <w:rPr>
                <w:i/>
                <w:color w:val="6B6B6B"/>
                <w:sz w:val="34"/>
                <w:szCs w:val="34"/>
              </w:rPr>
              <w:br/>
              <w:t>simbol onoga čemu želim težiti</w:t>
            </w:r>
            <w:r w:rsidRPr="00EB019D">
              <w:rPr>
                <w:i/>
                <w:color w:val="6B6B6B"/>
                <w:sz w:val="34"/>
                <w:szCs w:val="34"/>
              </w:rPr>
              <w:br/>
            </w:r>
            <w:r w:rsidRPr="00EB019D">
              <w:rPr>
                <w:i/>
                <w:color w:val="6B6B6B"/>
                <w:sz w:val="34"/>
                <w:szCs w:val="34"/>
              </w:rPr>
              <w:br/>
            </w:r>
          </w:p>
        </w:tc>
      </w:tr>
    </w:tbl>
    <w:p w14:paraId="4BD3E752" w14:textId="77777777" w:rsidR="00E51162" w:rsidRDefault="00E51162" w:rsidP="00E51162"/>
    <w:p w14:paraId="52D482CF" w14:textId="0E116171" w:rsidR="00E422F8" w:rsidRPr="00E51162" w:rsidRDefault="00E422F8" w:rsidP="00E51162">
      <w:pPr>
        <w:jc w:val="center"/>
        <w:rPr>
          <w:b/>
          <w:color w:val="002060"/>
          <w:sz w:val="40"/>
          <w:szCs w:val="40"/>
        </w:rPr>
      </w:pPr>
      <w:r w:rsidRPr="00E51162">
        <w:rPr>
          <w:b/>
          <w:color w:val="002060"/>
          <w:sz w:val="40"/>
          <w:szCs w:val="40"/>
        </w:rPr>
        <w:t>JA – BOŽJI ORIGINAL</w:t>
      </w:r>
    </w:p>
    <w:p w14:paraId="0F538426" w14:textId="77777777" w:rsidR="006124FC" w:rsidRDefault="006124FC" w:rsidP="00E422F8">
      <w:pPr>
        <w:rPr>
          <w:i/>
          <w:iCs/>
          <w:color w:val="808080" w:themeColor="background1" w:themeShade="80"/>
        </w:rPr>
      </w:pPr>
    </w:p>
    <w:p w14:paraId="5A352088" w14:textId="77777777" w:rsidR="006124FC" w:rsidRDefault="006124FC" w:rsidP="00E422F8">
      <w:pPr>
        <w:rPr>
          <w:i/>
          <w:iCs/>
          <w:color w:val="808080" w:themeColor="background1" w:themeShade="80"/>
        </w:rPr>
      </w:pPr>
    </w:p>
    <w:p w14:paraId="53DBB38E" w14:textId="77777777" w:rsidR="006124FC" w:rsidRDefault="006124FC" w:rsidP="00E422F8">
      <w:pPr>
        <w:rPr>
          <w:i/>
          <w:iCs/>
          <w:color w:val="808080" w:themeColor="background1" w:themeShade="80"/>
        </w:rPr>
      </w:pPr>
    </w:p>
    <w:p w14:paraId="1F716AE0" w14:textId="77777777" w:rsidR="006124FC" w:rsidRDefault="006124FC" w:rsidP="00E422F8">
      <w:pPr>
        <w:rPr>
          <w:i/>
          <w:iCs/>
          <w:color w:val="808080" w:themeColor="background1" w:themeShade="80"/>
        </w:rPr>
      </w:pPr>
    </w:p>
    <w:p w14:paraId="682303D8" w14:textId="2E842AF9" w:rsidR="00E422F8" w:rsidRDefault="00E422F8" w:rsidP="00E422F8">
      <w:pPr>
        <w:rPr>
          <w:i/>
          <w:iCs/>
          <w:color w:val="808080" w:themeColor="background1" w:themeShade="80"/>
        </w:rPr>
      </w:pPr>
      <w:r w:rsidRPr="00E422F8">
        <w:rPr>
          <w:i/>
          <w:iCs/>
          <w:color w:val="808080" w:themeColor="background1" w:themeShade="80"/>
        </w:rPr>
        <w:lastRenderedPageBreak/>
        <w:t>Mogući primjer rješenja:</w:t>
      </w:r>
    </w:p>
    <w:p w14:paraId="412E7792" w14:textId="006C24CB" w:rsidR="00E51162" w:rsidRDefault="00E51162" w:rsidP="00E51162">
      <w:pPr>
        <w:jc w:val="center"/>
        <w:rPr>
          <w:color w:val="6B6B6B"/>
          <w:sz w:val="18"/>
        </w:rPr>
      </w:pPr>
      <w:r w:rsidRPr="00E51162">
        <w:rPr>
          <w:noProof/>
          <w:color w:val="6B6B6B"/>
          <w:sz w:val="18"/>
        </w:rPr>
        <w:drawing>
          <wp:inline distT="0" distB="0" distL="0" distR="0" wp14:anchorId="4FCC28F5" wp14:editId="45FAB1AB">
            <wp:extent cx="3178800" cy="3240000"/>
            <wp:effectExtent l="0" t="0" r="3175" b="0"/>
            <wp:docPr id="11859828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82846" name=""/>
                    <pic:cNvPicPr/>
                  </pic:nvPicPr>
                  <pic:blipFill rotWithShape="1">
                    <a:blip r:embed="rId9"/>
                    <a:srcRect t="13187" b="5215"/>
                    <a:stretch>
                      <a:fillRect/>
                    </a:stretch>
                  </pic:blipFill>
                  <pic:spPr bwMode="auto">
                    <a:xfrm>
                      <a:off x="0" y="0"/>
                      <a:ext cx="3178800" cy="3240000"/>
                    </a:xfrm>
                    <a:prstGeom prst="rect">
                      <a:avLst/>
                    </a:prstGeom>
                    <a:ln>
                      <a:noFill/>
                    </a:ln>
                    <a:extLst>
                      <a:ext uri="{53640926-AAD7-44D8-BBD7-CCE9431645EC}">
                        <a14:shadowObscured xmlns:a14="http://schemas.microsoft.com/office/drawing/2010/main"/>
                      </a:ext>
                    </a:extLst>
                  </pic:spPr>
                </pic:pic>
              </a:graphicData>
            </a:graphic>
          </wp:inline>
        </w:drawing>
      </w:r>
    </w:p>
    <w:p w14:paraId="3C62DE15" w14:textId="77777777" w:rsidR="00E51162" w:rsidRPr="00E422F8" w:rsidRDefault="00E51162" w:rsidP="00E422F8">
      <w:pPr>
        <w:rPr>
          <w:i/>
          <w:iCs/>
          <w:color w:val="808080" w:themeColor="background1" w:themeShade="80"/>
        </w:rPr>
      </w:pPr>
    </w:p>
    <w:p w14:paraId="225773A6" w14:textId="77777777" w:rsidR="00E422F8" w:rsidRDefault="00E422F8" w:rsidP="00E422F8">
      <w:pPr>
        <w:keepNext/>
        <w:spacing w:before="200" w:after="40" w:line="240" w:lineRule="auto"/>
        <w:jc w:val="both"/>
      </w:pPr>
      <w:r>
        <w:rPr>
          <w:b/>
          <w:color w:val="C96A00"/>
          <w:sz w:val="26"/>
        </w:rPr>
        <w:t>Aktivnost 9: Etikete nisu identitet</w:t>
      </w:r>
      <w:r>
        <w:rPr>
          <w:i/>
          <w:color w:val="6B6B6B"/>
          <w:sz w:val="20"/>
        </w:rPr>
        <w:t xml:space="preserve"> (rad u skupinama, 9 minuta)</w:t>
      </w:r>
    </w:p>
    <w:p w14:paraId="0FFC7CA7" w14:textId="77777777" w:rsidR="00E422F8" w:rsidRDefault="00E422F8" w:rsidP="00E422F8">
      <w:pPr>
        <w:jc w:val="both"/>
        <w:rPr>
          <w:color w:val="000000"/>
        </w:rPr>
      </w:pPr>
      <w:r>
        <w:rPr>
          <w:color w:val="000000"/>
        </w:rPr>
        <w:t>Učenici će u skupinama dobiti četiri rečenice koje osobu svode na jednu „etiketu“. Svaku će preoblikovati tako da poštuje dostojanstvo osobe i razlikuje osobu od njezina uspjeha, ponašanja ili dojma drugih.</w:t>
      </w:r>
    </w:p>
    <w:p w14:paraId="6446C1DF" w14:textId="369E5B42" w:rsidR="00EC4D18" w:rsidRPr="00E51162" w:rsidRDefault="00EC4D18" w:rsidP="00EC4D18">
      <w:pPr>
        <w:pStyle w:val="ActivityTitle"/>
        <w:keepNext/>
        <w:spacing w:before="0" w:after="40" w:line="240" w:lineRule="auto"/>
        <w:jc w:val="both"/>
        <w:rPr>
          <w:b w:val="0"/>
          <w:bCs/>
          <w:color w:val="C96A00"/>
        </w:rPr>
      </w:pPr>
      <w:r w:rsidRPr="00E51162">
        <w:rPr>
          <w:b w:val="0"/>
          <w:bCs/>
          <w:i/>
          <w:color w:val="6B6B6B"/>
          <w:sz w:val="20"/>
        </w:rPr>
        <w:t>Moguće</w:t>
      </w:r>
      <w:r w:rsidR="00E51162" w:rsidRPr="00E51162">
        <w:rPr>
          <w:b w:val="0"/>
          <w:bCs/>
          <w:i/>
          <w:color w:val="6B6B6B"/>
          <w:sz w:val="20"/>
        </w:rPr>
        <w:t xml:space="preserve"> rješenje</w:t>
      </w:r>
      <w:r w:rsidRPr="00E51162">
        <w:rPr>
          <w:b w:val="0"/>
          <w:bCs/>
          <w:i/>
          <w:color w:val="6B6B6B"/>
          <w:sz w:val="20"/>
        </w:rPr>
        <w:t>: osoba nije jednaka ocjeni, popularnosti, nečijem dojmu ni trenutačnoj pogrešci; svaki čovjek ima dostojanstvo koje se ne može svesti na jednu etiketu.</w:t>
      </w:r>
    </w:p>
    <w:p w14:paraId="0988727D" w14:textId="77777777" w:rsidR="00E422F8" w:rsidRDefault="00E422F8" w:rsidP="00E422F8">
      <w:pPr>
        <w:keepNext/>
        <w:jc w:val="both"/>
      </w:pPr>
    </w:p>
    <w:p w14:paraId="529CDD28" w14:textId="77777777" w:rsidR="00EC4D18" w:rsidRDefault="00EC4D18" w:rsidP="00E422F8">
      <w:pPr>
        <w:jc w:val="both"/>
      </w:pPr>
      <w:r>
        <w:t>Radni predložak:</w:t>
      </w:r>
    </w:p>
    <w:tbl>
      <w:tblPr>
        <w:tblStyle w:val="Reetkatablice"/>
        <w:tblW w:w="5000" w:type="pct"/>
        <w:jc w:val="center"/>
        <w:tblCellMar>
          <w:left w:w="0" w:type="dxa"/>
          <w:right w:w="0" w:type="dxa"/>
        </w:tblCellMar>
        <w:tblLook w:val="04A0" w:firstRow="1" w:lastRow="0" w:firstColumn="1" w:lastColumn="0" w:noHBand="0" w:noVBand="1"/>
      </w:tblPr>
      <w:tblGrid>
        <w:gridCol w:w="3329"/>
        <w:gridCol w:w="3514"/>
        <w:gridCol w:w="3514"/>
      </w:tblGrid>
      <w:tr w:rsidR="00E422F8" w14:paraId="7D54A90D" w14:textId="77777777" w:rsidTr="00EC4D18">
        <w:trPr>
          <w:cantSplit/>
          <w:tblHeader/>
          <w:jc w:val="center"/>
        </w:trPr>
        <w:tc>
          <w:tcPr>
            <w:tcW w:w="3449" w:type="dxa"/>
            <w:shd w:val="clear" w:color="auto" w:fill="5B9BD5"/>
          </w:tcPr>
          <w:p w14:paraId="66DD26C3" w14:textId="77777777" w:rsidR="00E422F8" w:rsidRPr="00E422F8" w:rsidRDefault="00E422F8" w:rsidP="00E422F8">
            <w:pPr>
              <w:spacing w:after="0"/>
              <w:ind w:left="108" w:right="108"/>
              <w:jc w:val="center"/>
              <w:rPr>
                <w:sz w:val="40"/>
                <w:szCs w:val="40"/>
              </w:rPr>
            </w:pPr>
            <w:r w:rsidRPr="00E422F8">
              <w:rPr>
                <w:b/>
                <w:color w:val="FFFFFF"/>
                <w:sz w:val="40"/>
                <w:szCs w:val="40"/>
              </w:rPr>
              <w:t>ETIKETA</w:t>
            </w:r>
          </w:p>
        </w:tc>
        <w:tc>
          <w:tcPr>
            <w:tcW w:w="3449" w:type="dxa"/>
            <w:shd w:val="clear" w:color="auto" w:fill="70AD47"/>
          </w:tcPr>
          <w:p w14:paraId="4D2501DF" w14:textId="77777777" w:rsidR="00E422F8" w:rsidRPr="00E422F8" w:rsidRDefault="00E422F8" w:rsidP="00E422F8">
            <w:pPr>
              <w:spacing w:after="0"/>
              <w:ind w:left="108" w:right="108"/>
              <w:jc w:val="center"/>
              <w:rPr>
                <w:sz w:val="40"/>
                <w:szCs w:val="40"/>
              </w:rPr>
            </w:pPr>
            <w:r w:rsidRPr="00E422F8">
              <w:rPr>
                <w:b/>
                <w:color w:val="FFFFFF"/>
                <w:sz w:val="40"/>
                <w:szCs w:val="40"/>
              </w:rPr>
              <w:t>ŠTO JE POGREŠNO?</w:t>
            </w:r>
          </w:p>
        </w:tc>
        <w:tc>
          <w:tcPr>
            <w:tcW w:w="3449" w:type="dxa"/>
            <w:shd w:val="clear" w:color="auto" w:fill="8064A2"/>
          </w:tcPr>
          <w:p w14:paraId="1FC5AB98" w14:textId="77777777" w:rsidR="00E422F8" w:rsidRPr="00E422F8" w:rsidRDefault="00E422F8" w:rsidP="00E422F8">
            <w:pPr>
              <w:spacing w:after="0"/>
              <w:ind w:left="108" w:right="108"/>
              <w:jc w:val="center"/>
              <w:rPr>
                <w:sz w:val="40"/>
                <w:szCs w:val="40"/>
              </w:rPr>
            </w:pPr>
            <w:r w:rsidRPr="00E422F8">
              <w:rPr>
                <w:b/>
                <w:color w:val="FFFFFF"/>
                <w:sz w:val="40"/>
                <w:szCs w:val="40"/>
              </w:rPr>
              <w:t>PREOBLIKUJMO</w:t>
            </w:r>
          </w:p>
        </w:tc>
      </w:tr>
      <w:tr w:rsidR="00EC4D18" w14:paraId="788F478D" w14:textId="77777777" w:rsidTr="00EC4D18">
        <w:trPr>
          <w:cantSplit/>
          <w:jc w:val="center"/>
        </w:trPr>
        <w:tc>
          <w:tcPr>
            <w:tcW w:w="3449" w:type="dxa"/>
          </w:tcPr>
          <w:p w14:paraId="33E658D3" w14:textId="77777777" w:rsidR="00EC4D18" w:rsidRPr="00E422F8" w:rsidRDefault="00EC4D18" w:rsidP="00EC4D18">
            <w:pPr>
              <w:spacing w:after="0"/>
              <w:ind w:left="108" w:right="108"/>
              <w:rPr>
                <w:sz w:val="40"/>
                <w:szCs w:val="40"/>
              </w:rPr>
            </w:pPr>
            <w:r w:rsidRPr="00E422F8">
              <w:rPr>
                <w:sz w:val="40"/>
                <w:szCs w:val="40"/>
              </w:rPr>
              <w:t>On je samo loš učenik.</w:t>
            </w:r>
          </w:p>
        </w:tc>
        <w:tc>
          <w:tcPr>
            <w:tcW w:w="3449" w:type="dxa"/>
            <w:vAlign w:val="center"/>
          </w:tcPr>
          <w:p w14:paraId="26EA6F4B" w14:textId="77777777" w:rsidR="00EC4D18" w:rsidRDefault="00EC4D18" w:rsidP="00EC4D18">
            <w:pPr>
              <w:spacing w:after="0"/>
              <w:ind w:left="108" w:right="108"/>
              <w:jc w:val="center"/>
            </w:pPr>
            <w:r w:rsidRPr="006E3AE2">
              <w:t>______________________________</w:t>
            </w:r>
          </w:p>
        </w:tc>
        <w:tc>
          <w:tcPr>
            <w:tcW w:w="3449" w:type="dxa"/>
            <w:vAlign w:val="center"/>
          </w:tcPr>
          <w:p w14:paraId="0ABC6585" w14:textId="77777777" w:rsidR="00EC4D18" w:rsidRDefault="00EC4D18" w:rsidP="00EC4D18">
            <w:pPr>
              <w:spacing w:after="0"/>
              <w:ind w:left="108" w:right="108"/>
              <w:jc w:val="center"/>
            </w:pPr>
            <w:r w:rsidRPr="006E3AE2">
              <w:t>______________________________</w:t>
            </w:r>
          </w:p>
        </w:tc>
      </w:tr>
      <w:tr w:rsidR="00EC4D18" w14:paraId="1C48623B" w14:textId="77777777" w:rsidTr="00EC4D18">
        <w:trPr>
          <w:cantSplit/>
          <w:jc w:val="center"/>
        </w:trPr>
        <w:tc>
          <w:tcPr>
            <w:tcW w:w="3449" w:type="dxa"/>
            <w:shd w:val="clear" w:color="auto" w:fill="F7FBF7"/>
          </w:tcPr>
          <w:p w14:paraId="2BB8DAD2" w14:textId="77777777" w:rsidR="00EC4D18" w:rsidRPr="00E422F8" w:rsidRDefault="00EC4D18" w:rsidP="00EC4D18">
            <w:pPr>
              <w:spacing w:after="0"/>
              <w:ind w:left="108" w:right="108"/>
              <w:rPr>
                <w:sz w:val="40"/>
                <w:szCs w:val="40"/>
              </w:rPr>
            </w:pPr>
            <w:r w:rsidRPr="00E422F8">
              <w:rPr>
                <w:sz w:val="40"/>
                <w:szCs w:val="40"/>
              </w:rPr>
              <w:t>Ona vrijedi jer je popularna.</w:t>
            </w:r>
          </w:p>
        </w:tc>
        <w:tc>
          <w:tcPr>
            <w:tcW w:w="3449" w:type="dxa"/>
            <w:shd w:val="clear" w:color="auto" w:fill="F7FBF7"/>
            <w:vAlign w:val="center"/>
          </w:tcPr>
          <w:p w14:paraId="6DAF61A9" w14:textId="77777777" w:rsidR="00EC4D18" w:rsidRDefault="00EC4D18" w:rsidP="00EC4D18">
            <w:pPr>
              <w:spacing w:after="0"/>
              <w:ind w:left="108" w:right="108"/>
              <w:jc w:val="center"/>
            </w:pPr>
            <w:r w:rsidRPr="006E3AE2">
              <w:t>______________________________</w:t>
            </w:r>
          </w:p>
        </w:tc>
        <w:tc>
          <w:tcPr>
            <w:tcW w:w="3449" w:type="dxa"/>
            <w:shd w:val="clear" w:color="auto" w:fill="F7FBF7"/>
            <w:vAlign w:val="center"/>
          </w:tcPr>
          <w:p w14:paraId="7C427326" w14:textId="77777777" w:rsidR="00EC4D18" w:rsidRDefault="00EC4D18" w:rsidP="00EC4D18">
            <w:pPr>
              <w:spacing w:after="0"/>
              <w:ind w:left="108" w:right="108"/>
              <w:jc w:val="center"/>
            </w:pPr>
            <w:r w:rsidRPr="006E3AE2">
              <w:t>______________________________</w:t>
            </w:r>
          </w:p>
        </w:tc>
      </w:tr>
      <w:tr w:rsidR="00EC4D18" w14:paraId="55BB776F" w14:textId="77777777" w:rsidTr="00EC4D18">
        <w:trPr>
          <w:cantSplit/>
          <w:jc w:val="center"/>
        </w:trPr>
        <w:tc>
          <w:tcPr>
            <w:tcW w:w="3449" w:type="dxa"/>
          </w:tcPr>
          <w:p w14:paraId="1FED3ACA" w14:textId="77777777" w:rsidR="00EC4D18" w:rsidRPr="00E422F8" w:rsidRDefault="00EC4D18" w:rsidP="00EC4D18">
            <w:pPr>
              <w:spacing w:after="0"/>
              <w:ind w:left="108" w:right="108"/>
              <w:rPr>
                <w:sz w:val="40"/>
                <w:szCs w:val="40"/>
              </w:rPr>
            </w:pPr>
            <w:r w:rsidRPr="00E422F8">
              <w:rPr>
                <w:sz w:val="40"/>
                <w:szCs w:val="40"/>
              </w:rPr>
              <w:t>On je čudan.</w:t>
            </w:r>
          </w:p>
        </w:tc>
        <w:tc>
          <w:tcPr>
            <w:tcW w:w="3449" w:type="dxa"/>
            <w:vAlign w:val="center"/>
          </w:tcPr>
          <w:p w14:paraId="6AF52A8D" w14:textId="77777777" w:rsidR="00EC4D18" w:rsidRDefault="00EC4D18" w:rsidP="00EC4D18">
            <w:pPr>
              <w:spacing w:after="0"/>
              <w:ind w:left="108" w:right="108"/>
              <w:jc w:val="center"/>
            </w:pPr>
            <w:r w:rsidRPr="006E3AE2">
              <w:t>______________________________</w:t>
            </w:r>
          </w:p>
        </w:tc>
        <w:tc>
          <w:tcPr>
            <w:tcW w:w="3449" w:type="dxa"/>
            <w:vAlign w:val="center"/>
          </w:tcPr>
          <w:p w14:paraId="5A6E54E3" w14:textId="77777777" w:rsidR="00EC4D18" w:rsidRDefault="00EC4D18" w:rsidP="00EC4D18">
            <w:pPr>
              <w:spacing w:after="0"/>
              <w:ind w:left="108" w:right="108"/>
              <w:jc w:val="center"/>
            </w:pPr>
            <w:r w:rsidRPr="006E3AE2">
              <w:t>______________________________</w:t>
            </w:r>
          </w:p>
        </w:tc>
      </w:tr>
      <w:tr w:rsidR="00EC4D18" w14:paraId="10CA3070" w14:textId="77777777" w:rsidTr="00EC4D18">
        <w:trPr>
          <w:cantSplit/>
          <w:jc w:val="center"/>
        </w:trPr>
        <w:tc>
          <w:tcPr>
            <w:tcW w:w="3449" w:type="dxa"/>
          </w:tcPr>
          <w:p w14:paraId="13E1B78A" w14:textId="77777777" w:rsidR="00EC4D18" w:rsidRPr="00E422F8" w:rsidRDefault="00EC4D18" w:rsidP="00EC4D18">
            <w:pPr>
              <w:spacing w:after="0"/>
              <w:ind w:left="108" w:right="108"/>
              <w:rPr>
                <w:sz w:val="40"/>
                <w:szCs w:val="40"/>
              </w:rPr>
            </w:pPr>
            <w:r w:rsidRPr="00E422F8">
              <w:rPr>
                <w:sz w:val="40"/>
                <w:szCs w:val="40"/>
              </w:rPr>
              <w:t>Ona ništa ne može.</w:t>
            </w:r>
          </w:p>
        </w:tc>
        <w:tc>
          <w:tcPr>
            <w:tcW w:w="3449" w:type="dxa"/>
            <w:vAlign w:val="center"/>
          </w:tcPr>
          <w:p w14:paraId="554AF748" w14:textId="77777777" w:rsidR="00EC4D18" w:rsidRDefault="00EC4D18" w:rsidP="00EC4D18">
            <w:pPr>
              <w:spacing w:after="0"/>
              <w:ind w:left="108" w:right="108"/>
              <w:jc w:val="center"/>
            </w:pPr>
            <w:r w:rsidRPr="006E3AE2">
              <w:t>______________________________</w:t>
            </w:r>
          </w:p>
        </w:tc>
        <w:tc>
          <w:tcPr>
            <w:tcW w:w="3449" w:type="dxa"/>
            <w:vAlign w:val="center"/>
          </w:tcPr>
          <w:p w14:paraId="37FD704E" w14:textId="77777777" w:rsidR="00EC4D18" w:rsidRDefault="00EC4D18" w:rsidP="00EC4D18">
            <w:pPr>
              <w:spacing w:after="0"/>
              <w:ind w:left="108" w:right="108"/>
              <w:jc w:val="center"/>
            </w:pPr>
            <w:r w:rsidRPr="006E3AE2">
              <w:t>______________________________</w:t>
            </w:r>
          </w:p>
        </w:tc>
      </w:tr>
    </w:tbl>
    <w:p w14:paraId="37B0F2D5" w14:textId="77777777" w:rsidR="00E422F8" w:rsidRDefault="00E422F8" w:rsidP="00E422F8">
      <w:pPr>
        <w:pStyle w:val="ActivityTitle"/>
        <w:keepNext/>
        <w:spacing w:before="200" w:after="40" w:line="240" w:lineRule="auto"/>
        <w:jc w:val="both"/>
      </w:pPr>
      <w:r>
        <w:rPr>
          <w:color w:val="C96A00"/>
        </w:rPr>
        <w:t>Aktivnost 10: Zapišimo!</w:t>
      </w:r>
      <w:r>
        <w:rPr>
          <w:b w:val="0"/>
          <w:i/>
          <w:color w:val="6B6B6B"/>
          <w:sz w:val="20"/>
        </w:rPr>
        <w:t xml:space="preserve"> (individualni rad uz zajedničku provjeru, 3 minute)</w:t>
      </w:r>
    </w:p>
    <w:p w14:paraId="15188FA9" w14:textId="29753BE9" w:rsidR="00EB019D" w:rsidRDefault="00E422F8" w:rsidP="00EB019D">
      <w:pPr>
        <w:jc w:val="both"/>
      </w:pPr>
      <w:r>
        <w:t>Učenici će u bilježnicu prepisati sažetak ili će ga vjeroučitelj prikazati za projekciju.</w:t>
      </w:r>
    </w:p>
    <w:p w14:paraId="02C8AEA4" w14:textId="77777777" w:rsidR="00EB019D" w:rsidRDefault="00EB019D" w:rsidP="00E422F8">
      <w:pPr>
        <w:keepNext/>
        <w:jc w:val="both"/>
      </w:pPr>
    </w:p>
    <w:p w14:paraId="2D775866" w14:textId="77777777" w:rsidR="00EB019D" w:rsidRDefault="00EB019D" w:rsidP="00E422F8">
      <w:pPr>
        <w:keepNext/>
        <w:jc w:val="both"/>
      </w:pPr>
    </w:p>
    <w:p w14:paraId="14E3BA1D" w14:textId="77777777" w:rsidR="00EB019D" w:rsidRDefault="00EB019D" w:rsidP="00EB019D">
      <w:pPr>
        <w:widowControl w:val="0"/>
        <w:jc w:val="both"/>
      </w:pPr>
    </w:p>
    <w:p w14:paraId="5C50D49F" w14:textId="77777777" w:rsidR="006124FC" w:rsidRDefault="006124FC" w:rsidP="00EB019D">
      <w:pPr>
        <w:widowControl w:val="0"/>
        <w:jc w:val="both"/>
      </w:pPr>
    </w:p>
    <w:p w14:paraId="0472DDCC" w14:textId="77777777" w:rsidR="00A36FF2" w:rsidRDefault="00A36FF2" w:rsidP="00EB019D">
      <w:pPr>
        <w:widowControl w:val="0"/>
        <w:jc w:val="both"/>
      </w:pPr>
    </w:p>
    <w:tbl>
      <w:tblPr>
        <w:tblStyle w:val="Reetkatablice"/>
        <w:tblW w:w="5000" w:type="pct"/>
        <w:jc w:val="center"/>
        <w:tblCellMar>
          <w:left w:w="0" w:type="dxa"/>
          <w:right w:w="0" w:type="dxa"/>
        </w:tblCellMar>
        <w:tblLook w:val="04A0" w:firstRow="1" w:lastRow="0" w:firstColumn="1" w:lastColumn="0" w:noHBand="0" w:noVBand="1"/>
      </w:tblPr>
      <w:tblGrid>
        <w:gridCol w:w="10357"/>
      </w:tblGrid>
      <w:tr w:rsidR="00E422F8" w:rsidRPr="00EC4D18" w14:paraId="1EF4E2D4" w14:textId="77777777" w:rsidTr="002767E3">
        <w:trPr>
          <w:cantSplit/>
          <w:tblHeader/>
          <w:jc w:val="center"/>
        </w:trPr>
        <w:tc>
          <w:tcPr>
            <w:tcW w:w="10357" w:type="dxa"/>
            <w:tcBorders>
              <w:bottom w:val="nil"/>
            </w:tcBorders>
            <w:shd w:val="clear" w:color="auto" w:fill="984806" w:themeFill="accent6" w:themeFillShade="80"/>
          </w:tcPr>
          <w:p w14:paraId="69488A77" w14:textId="77777777" w:rsidR="00E422F8" w:rsidRPr="00EC4D18" w:rsidRDefault="00E422F8" w:rsidP="00FA2234">
            <w:pPr>
              <w:spacing w:before="90" w:after="90"/>
              <w:ind w:left="130" w:right="130"/>
              <w:jc w:val="center"/>
              <w:rPr>
                <w:sz w:val="40"/>
                <w:szCs w:val="40"/>
              </w:rPr>
            </w:pPr>
            <w:r w:rsidRPr="00EC4D18">
              <w:rPr>
                <w:b/>
                <w:color w:val="FFFFFF"/>
                <w:sz w:val="40"/>
                <w:szCs w:val="40"/>
              </w:rPr>
              <w:lastRenderedPageBreak/>
              <w:t>NISAM NEŠTO, NEGO NETKO</w:t>
            </w:r>
          </w:p>
        </w:tc>
      </w:tr>
      <w:tr w:rsidR="00E422F8" w:rsidRPr="00EC4D18" w14:paraId="50050618" w14:textId="77777777" w:rsidTr="002767E3">
        <w:trPr>
          <w:cantSplit/>
          <w:trHeight w:val="3969"/>
          <w:tblHeader/>
          <w:jc w:val="center"/>
        </w:trPr>
        <w:tc>
          <w:tcPr>
            <w:tcW w:w="10357" w:type="dxa"/>
            <w:tcBorders>
              <w:top w:val="nil"/>
              <w:bottom w:val="single" w:sz="4" w:space="0" w:color="auto"/>
            </w:tcBorders>
            <w:shd w:val="clear" w:color="auto" w:fill="EAF6EC"/>
          </w:tcPr>
          <w:p w14:paraId="00C97F5C" w14:textId="77777777" w:rsidR="002767E3" w:rsidRPr="00EC4D18" w:rsidRDefault="00E422F8" w:rsidP="00FA2234">
            <w:pPr>
              <w:spacing w:before="90" w:after="90"/>
              <w:ind w:left="130" w:right="130"/>
              <w:jc w:val="both"/>
              <w:rPr>
                <w:color w:val="333333"/>
                <w:sz w:val="40"/>
                <w:szCs w:val="40"/>
              </w:rPr>
            </w:pPr>
            <w:r w:rsidRPr="00EC4D18">
              <w:rPr>
                <w:color w:val="333333"/>
                <w:sz w:val="40"/>
                <w:szCs w:val="40"/>
              </w:rPr>
              <w:t>Bog stvara čovjeka na svoju sliku. Čovjek je OSOBA – nije nešto, nego netko.</w:t>
            </w:r>
          </w:p>
          <w:p w14:paraId="26ED6EB3" w14:textId="77777777" w:rsidR="002767E3" w:rsidRDefault="002767E3" w:rsidP="00FA2234">
            <w:pPr>
              <w:spacing w:before="90" w:after="90"/>
              <w:ind w:left="130" w:right="130"/>
              <w:jc w:val="both"/>
              <w:rPr>
                <w:color w:val="333333"/>
                <w:sz w:val="40"/>
                <w:szCs w:val="40"/>
              </w:rPr>
            </w:pPr>
            <w:r w:rsidRPr="00EC4D18">
              <w:rPr>
                <w:color w:val="333333"/>
                <w:sz w:val="40"/>
                <w:szCs w:val="40"/>
              </w:rPr>
              <w:t xml:space="preserve">BOŽJI DAROVI ČOVJEKU: </w:t>
            </w:r>
          </w:p>
          <w:p w14:paraId="4742A185" w14:textId="77777777" w:rsidR="002767E3" w:rsidRDefault="002767E3" w:rsidP="00FA2234">
            <w:pPr>
              <w:spacing w:before="90" w:after="90"/>
              <w:ind w:left="130" w:right="130"/>
              <w:jc w:val="both"/>
              <w:rPr>
                <w:color w:val="333333"/>
                <w:sz w:val="40"/>
                <w:szCs w:val="40"/>
              </w:rPr>
            </w:pPr>
            <w:r w:rsidRPr="00EC4D18">
              <w:rPr>
                <w:color w:val="333333"/>
                <w:sz w:val="40"/>
                <w:szCs w:val="40"/>
              </w:rPr>
              <w:t>•</w:t>
            </w:r>
            <w:r>
              <w:rPr>
                <w:color w:val="333333"/>
                <w:sz w:val="40"/>
                <w:szCs w:val="40"/>
              </w:rPr>
              <w:t xml:space="preserve"> </w:t>
            </w:r>
            <w:r w:rsidRPr="00EC4D18">
              <w:rPr>
                <w:color w:val="333333"/>
                <w:sz w:val="40"/>
                <w:szCs w:val="40"/>
              </w:rPr>
              <w:t xml:space="preserve">duhovna/besmrtna duša </w:t>
            </w:r>
          </w:p>
          <w:p w14:paraId="18710ED7" w14:textId="77777777" w:rsidR="002767E3" w:rsidRDefault="002767E3" w:rsidP="00FA2234">
            <w:pPr>
              <w:spacing w:before="90" w:after="90"/>
              <w:ind w:left="130" w:right="130"/>
              <w:jc w:val="both"/>
              <w:rPr>
                <w:color w:val="333333"/>
                <w:sz w:val="40"/>
                <w:szCs w:val="40"/>
              </w:rPr>
            </w:pPr>
            <w:r w:rsidRPr="00EC4D18">
              <w:rPr>
                <w:color w:val="333333"/>
                <w:sz w:val="40"/>
                <w:szCs w:val="40"/>
              </w:rPr>
              <w:t xml:space="preserve">• razum </w:t>
            </w:r>
          </w:p>
          <w:p w14:paraId="43A9522D" w14:textId="77777777" w:rsidR="002767E3" w:rsidRDefault="002767E3" w:rsidP="00FA2234">
            <w:pPr>
              <w:spacing w:before="90" w:after="90"/>
              <w:ind w:left="130" w:right="130"/>
              <w:jc w:val="both"/>
              <w:rPr>
                <w:color w:val="333333"/>
                <w:sz w:val="40"/>
                <w:szCs w:val="40"/>
              </w:rPr>
            </w:pPr>
            <w:r w:rsidRPr="00EC4D18">
              <w:rPr>
                <w:color w:val="333333"/>
                <w:sz w:val="40"/>
                <w:szCs w:val="40"/>
              </w:rPr>
              <w:t xml:space="preserve">• slobodna volja </w:t>
            </w:r>
          </w:p>
          <w:p w14:paraId="41F96E91" w14:textId="44531DC1" w:rsidR="002767E3" w:rsidRPr="00EC4D18" w:rsidRDefault="002767E3" w:rsidP="00FA2234">
            <w:pPr>
              <w:spacing w:before="90" w:after="90"/>
              <w:ind w:left="130" w:right="130"/>
              <w:jc w:val="both"/>
              <w:rPr>
                <w:color w:val="333333"/>
                <w:sz w:val="40"/>
                <w:szCs w:val="40"/>
              </w:rPr>
            </w:pPr>
            <w:r w:rsidRPr="00EC4D18">
              <w:rPr>
                <w:color w:val="333333"/>
                <w:sz w:val="40"/>
                <w:szCs w:val="40"/>
              </w:rPr>
              <w:t>• sposobnost spoznavanja, stvaranja i ljubavi</w:t>
            </w:r>
          </w:p>
          <w:p w14:paraId="33AEB290" w14:textId="48B424ED" w:rsidR="00E422F8" w:rsidRPr="00EC4D18" w:rsidRDefault="002767E3" w:rsidP="00FA2234">
            <w:pPr>
              <w:spacing w:before="90" w:after="90"/>
              <w:ind w:left="130" w:right="130"/>
              <w:jc w:val="both"/>
              <w:rPr>
                <w:sz w:val="40"/>
                <w:szCs w:val="40"/>
              </w:rPr>
            </w:pPr>
            <w:r w:rsidRPr="00EC4D18">
              <w:rPr>
                <w:color w:val="333333"/>
                <w:sz w:val="40"/>
                <w:szCs w:val="40"/>
              </w:rPr>
              <w:t>Svaki je čovjek jedinstven, neponovljiv i dragocjen. Dostojanstvo osobe ne ovisi o izgledu, uspjehu ni popularnosti. Sloboda uključuje odgovornost.</w:t>
            </w:r>
          </w:p>
        </w:tc>
      </w:tr>
    </w:tbl>
    <w:p w14:paraId="4CB0B22C" w14:textId="48A6B03A" w:rsidR="00747453" w:rsidRDefault="00747453" w:rsidP="002767E3"/>
    <w:p w14:paraId="2F7F3E16" w14:textId="77777777" w:rsidR="002767E3" w:rsidRDefault="002767E3" w:rsidP="002767E3"/>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CellMar>
          <w:left w:w="0" w:type="dxa"/>
          <w:right w:w="0" w:type="dxa"/>
        </w:tblCellMar>
        <w:tblLook w:val="04A0" w:firstRow="1" w:lastRow="0" w:firstColumn="1" w:lastColumn="0" w:noHBand="0" w:noVBand="1"/>
      </w:tblPr>
      <w:tblGrid>
        <w:gridCol w:w="10357"/>
      </w:tblGrid>
      <w:tr w:rsidR="00EC4D18" w14:paraId="4C08A0BF" w14:textId="77777777" w:rsidTr="00FA2234">
        <w:trPr>
          <w:cantSplit/>
          <w:jc w:val="center"/>
        </w:trPr>
        <w:tc>
          <w:tcPr>
            <w:tcW w:w="10347" w:type="dxa"/>
            <w:shd w:val="clear" w:color="auto" w:fill="00B050"/>
            <w:vAlign w:val="center"/>
          </w:tcPr>
          <w:p w14:paraId="31B01B00" w14:textId="77777777" w:rsidR="00EC4D18" w:rsidRDefault="00EC4D18" w:rsidP="00FA2234">
            <w:pPr>
              <w:keepNext/>
              <w:spacing w:before="80" w:after="80" w:line="240" w:lineRule="auto"/>
              <w:ind w:left="80" w:right="80"/>
            </w:pPr>
            <w:r w:rsidRPr="00EC4D18">
              <w:rPr>
                <w:rFonts w:cs="Calibri"/>
                <w:b/>
                <w:color w:val="FFFFFF"/>
                <w:sz w:val="32"/>
              </w:rPr>
              <w:t>III. ZAVRŠNI DIO – DJELUJ</w:t>
            </w:r>
            <w:r w:rsidRPr="00EC4D18">
              <w:rPr>
                <w:rFonts w:cs="Calibri"/>
                <w:bCs/>
                <w:color w:val="FFFFFF"/>
                <w:sz w:val="20"/>
                <w:szCs w:val="20"/>
              </w:rPr>
              <w:t xml:space="preserve">  (7–9 min)</w:t>
            </w:r>
          </w:p>
        </w:tc>
      </w:tr>
    </w:tbl>
    <w:p w14:paraId="185184A1" w14:textId="77777777" w:rsidR="00E45C9E" w:rsidRDefault="00E45C9E" w:rsidP="00E45C9E">
      <w:pPr>
        <w:keepNext/>
        <w:spacing w:before="60" w:after="40" w:line="240" w:lineRule="auto"/>
        <w:rPr>
          <w:b/>
          <w:color w:val="C96A00"/>
          <w:sz w:val="26"/>
        </w:rPr>
      </w:pPr>
      <w:r>
        <w:rPr>
          <w:b/>
          <w:color w:val="C96A00"/>
          <w:sz w:val="26"/>
        </w:rPr>
        <w:t>Aktualizacija:</w:t>
      </w:r>
    </w:p>
    <w:p w14:paraId="0A59CA5E" w14:textId="77777777" w:rsidR="00E45C9E" w:rsidRDefault="00E45C9E" w:rsidP="00E45C9E">
      <w:pPr>
        <w:keepNext/>
        <w:jc w:val="both"/>
      </w:pPr>
      <w:r>
        <w:t>Vjeroučitelj će odabrati dva ili tri pitanja.</w:t>
      </w:r>
    </w:p>
    <w:p w14:paraId="31B51C44" w14:textId="77777777" w:rsidR="00E45C9E" w:rsidRDefault="00E45C9E" w:rsidP="00E45C9E">
      <w:pPr>
        <w:pStyle w:val="Odlomakpopisa"/>
        <w:numPr>
          <w:ilvl w:val="0"/>
          <w:numId w:val="40"/>
        </w:numPr>
        <w:jc w:val="both"/>
      </w:pPr>
      <w:r>
        <w:t xml:space="preserve">Kako se spoznaja da je svaki čovjek Božji original može prevesti u ponašanje učenika danas? </w:t>
      </w:r>
      <w:r w:rsidRPr="00C039CA">
        <w:rPr>
          <w:color w:val="6B6B6B"/>
          <w:sz w:val="18"/>
        </w:rPr>
        <w:t>(Poštovati različitosti, uključiti učenika kojega drugi izbjegavaju i ne svoditi nikoga na izgled, ocjenu ili popularnost.)</w:t>
      </w:r>
    </w:p>
    <w:p w14:paraId="0C0A2550" w14:textId="77777777" w:rsidR="00E45C9E" w:rsidRDefault="00E45C9E" w:rsidP="00E45C9E">
      <w:pPr>
        <w:pStyle w:val="Odlomakpopisa"/>
        <w:numPr>
          <w:ilvl w:val="0"/>
          <w:numId w:val="40"/>
        </w:numPr>
        <w:jc w:val="both"/>
      </w:pPr>
      <w:r>
        <w:t xml:space="preserve">Kako možete ostati svoji kada vas vršnjaci nagovaraju na nešto loše? </w:t>
      </w:r>
      <w:r w:rsidRPr="00C039CA">
        <w:rPr>
          <w:color w:val="6B6B6B"/>
          <w:sz w:val="18"/>
        </w:rPr>
        <w:t>(Razmisliti, slobodno izabrati dobro i odbiti sudjelovati u ruganju ili drugom štetnom ponašanju.)</w:t>
      </w:r>
    </w:p>
    <w:p w14:paraId="7C4621E9" w14:textId="77777777" w:rsidR="00E45C9E" w:rsidRDefault="00E45C9E" w:rsidP="00E45C9E">
      <w:pPr>
        <w:pStyle w:val="Odlomakpopisa"/>
        <w:numPr>
          <w:ilvl w:val="0"/>
          <w:numId w:val="40"/>
        </w:numPr>
        <w:jc w:val="both"/>
      </w:pPr>
      <w:r>
        <w:t xml:space="preserve">Kako možete svoje darove upotrijebiti za dobro drugih i stvorenoga svijeta? </w:t>
      </w:r>
      <w:r w:rsidRPr="00C039CA">
        <w:rPr>
          <w:color w:val="6B6B6B"/>
          <w:sz w:val="18"/>
        </w:rPr>
        <w:t>(Pomoći nekome razumjeti zadatak, osmisliti koristan predmet, saslušati prijatelja i brinuti se za prirodu.)</w:t>
      </w:r>
    </w:p>
    <w:p w14:paraId="298FDC29" w14:textId="77777777" w:rsidR="00E45C9E" w:rsidRDefault="00E45C9E" w:rsidP="00E45C9E">
      <w:pPr>
        <w:pStyle w:val="Odlomakpopisa"/>
        <w:numPr>
          <w:ilvl w:val="0"/>
          <w:numId w:val="40"/>
        </w:numPr>
        <w:jc w:val="both"/>
      </w:pPr>
      <w:r>
        <w:t xml:space="preserve">Kako se prijateljstvo s Bogom može vidjeti u vašoj svakodnevici? </w:t>
      </w:r>
      <w:r w:rsidRPr="00C039CA">
        <w:rPr>
          <w:color w:val="6B6B6B"/>
          <w:sz w:val="18"/>
        </w:rPr>
        <w:t>(Molitvom, čuvanjem Božjih zapovijedi, iskrenošću, opraštanjem i pomaganjem drugima.)</w:t>
      </w:r>
    </w:p>
    <w:p w14:paraId="020B9FC0" w14:textId="360F22E2" w:rsidR="00EB769F" w:rsidRDefault="00052B55" w:rsidP="0039563E">
      <w:pPr>
        <w:pStyle w:val="ActivityTitle"/>
        <w:keepNext/>
        <w:spacing w:before="200" w:after="40" w:line="240" w:lineRule="auto"/>
        <w:jc w:val="both"/>
      </w:pPr>
      <w:r>
        <w:rPr>
          <w:color w:val="C96A00"/>
        </w:rPr>
        <w:t>Sinteza</w:t>
      </w:r>
      <w:r w:rsidR="0035043B">
        <w:rPr>
          <w:color w:val="C96A00"/>
        </w:rPr>
        <w:t>:</w:t>
      </w:r>
      <w:r>
        <w:rPr>
          <w:color w:val="C96A00"/>
        </w:rPr>
        <w:t xml:space="preserve"> </w:t>
      </w:r>
    </w:p>
    <w:p w14:paraId="12FC2C7E" w14:textId="77777777" w:rsidR="00EB769F" w:rsidRDefault="00052B55" w:rsidP="0039563E">
      <w:pPr>
        <w:jc w:val="both"/>
      </w:pPr>
      <w:r>
        <w:t>Učenici će ponuđene izmiješane pojmove poredati u smisleni lanac i ukratko objasniti veze među njima.</w:t>
      </w:r>
    </w:p>
    <w:p w14:paraId="6F43A9E6" w14:textId="77777777" w:rsidR="00EB769F" w:rsidRPr="00E51162" w:rsidRDefault="00052B55" w:rsidP="0039563E">
      <w:pPr>
        <w:keepNext/>
        <w:jc w:val="both"/>
        <w:rPr>
          <w:i/>
          <w:iCs/>
          <w:color w:val="6B6B6B"/>
          <w:sz w:val="20"/>
          <w:szCs w:val="20"/>
        </w:rPr>
      </w:pPr>
      <w:r w:rsidRPr="00E51162">
        <w:rPr>
          <w:i/>
          <w:iCs/>
          <w:color w:val="6B6B6B"/>
          <w:sz w:val="20"/>
          <w:szCs w:val="20"/>
        </w:rPr>
        <w:t>Rješenje: BOG STVARA → NA SVOJU SLIKU → OSOBA → DOSTOJANSTVO → ODGOVORNOST.</w:t>
      </w:r>
    </w:p>
    <w:p w14:paraId="63E2AC4C" w14:textId="77777777" w:rsidR="00E51162" w:rsidRDefault="00E51162" w:rsidP="0039563E">
      <w:pPr>
        <w:keepNext/>
        <w:jc w:val="both"/>
      </w:pPr>
    </w:p>
    <w:tbl>
      <w:tblPr>
        <w:tblStyle w:val="Reetkatablice"/>
        <w:tblW w:w="5000" w:type="pct"/>
        <w:jc w:val="center"/>
        <w:tblCellMar>
          <w:left w:w="0" w:type="dxa"/>
          <w:right w:w="0" w:type="dxa"/>
        </w:tblCellMar>
        <w:tblLook w:val="04A0" w:firstRow="1" w:lastRow="0" w:firstColumn="1" w:lastColumn="0" w:noHBand="0" w:noVBand="1"/>
      </w:tblPr>
      <w:tblGrid>
        <w:gridCol w:w="2532"/>
        <w:gridCol w:w="416"/>
        <w:gridCol w:w="1320"/>
        <w:gridCol w:w="416"/>
        <w:gridCol w:w="2522"/>
        <w:gridCol w:w="416"/>
        <w:gridCol w:w="1176"/>
        <w:gridCol w:w="416"/>
        <w:gridCol w:w="1143"/>
      </w:tblGrid>
      <w:tr w:rsidR="00EB769F" w14:paraId="77AF6646" w14:textId="77777777" w:rsidTr="00555A25">
        <w:trPr>
          <w:cantSplit/>
          <w:jc w:val="center"/>
        </w:trPr>
        <w:tc>
          <w:tcPr>
            <w:tcW w:w="2455" w:type="dxa"/>
            <w:shd w:val="clear" w:color="auto" w:fill="EAF6EC"/>
            <w:vAlign w:val="center"/>
          </w:tcPr>
          <w:p w14:paraId="11D9E261" w14:textId="77777777" w:rsidR="00EB769F" w:rsidRPr="00EC4D18" w:rsidRDefault="00052B55" w:rsidP="00EC4D18">
            <w:pPr>
              <w:spacing w:before="55" w:after="55"/>
              <w:ind w:left="40" w:right="40"/>
              <w:jc w:val="center"/>
              <w:rPr>
                <w:sz w:val="36"/>
                <w:szCs w:val="36"/>
              </w:rPr>
            </w:pPr>
            <w:r w:rsidRPr="00EC4D18">
              <w:rPr>
                <w:b/>
                <w:color w:val="166534"/>
                <w:sz w:val="36"/>
                <w:szCs w:val="36"/>
              </w:rPr>
              <w:t>DOSTOJANSTVO</w:t>
            </w:r>
          </w:p>
        </w:tc>
        <w:tc>
          <w:tcPr>
            <w:tcW w:w="414" w:type="dxa"/>
            <w:vAlign w:val="center"/>
          </w:tcPr>
          <w:p w14:paraId="6ECE6699" w14:textId="77777777" w:rsidR="00EB769F" w:rsidRPr="00EC4D18" w:rsidRDefault="00052B55" w:rsidP="00EC4D18">
            <w:pPr>
              <w:spacing w:before="55" w:after="55"/>
              <w:ind w:left="40" w:right="40"/>
              <w:jc w:val="center"/>
              <w:rPr>
                <w:sz w:val="36"/>
                <w:szCs w:val="36"/>
              </w:rPr>
            </w:pPr>
            <w:r w:rsidRPr="00EC4D18">
              <w:rPr>
                <w:b/>
                <w:color w:val="C86600"/>
                <w:sz w:val="36"/>
                <w:szCs w:val="36"/>
              </w:rPr>
              <w:t>→</w:t>
            </w:r>
          </w:p>
        </w:tc>
        <w:tc>
          <w:tcPr>
            <w:tcW w:w="1361" w:type="dxa"/>
            <w:shd w:val="clear" w:color="auto" w:fill="EAF6EC"/>
            <w:vAlign w:val="center"/>
          </w:tcPr>
          <w:p w14:paraId="7F42E0BB" w14:textId="77777777" w:rsidR="00EB769F" w:rsidRPr="00EC4D18" w:rsidRDefault="00052B55" w:rsidP="00EC4D18">
            <w:pPr>
              <w:spacing w:before="55" w:after="55"/>
              <w:ind w:left="40" w:right="40"/>
              <w:jc w:val="center"/>
              <w:rPr>
                <w:sz w:val="36"/>
                <w:szCs w:val="36"/>
              </w:rPr>
            </w:pPr>
            <w:r w:rsidRPr="00EC4D18">
              <w:rPr>
                <w:b/>
                <w:color w:val="166534"/>
                <w:sz w:val="36"/>
                <w:szCs w:val="36"/>
              </w:rPr>
              <w:t>BOG STVARA</w:t>
            </w:r>
          </w:p>
        </w:tc>
        <w:tc>
          <w:tcPr>
            <w:tcW w:w="410" w:type="dxa"/>
            <w:vAlign w:val="center"/>
          </w:tcPr>
          <w:p w14:paraId="43B46E87" w14:textId="77777777" w:rsidR="00EB769F" w:rsidRPr="00EC4D18" w:rsidRDefault="00052B55" w:rsidP="00EC4D18">
            <w:pPr>
              <w:spacing w:before="55" w:after="55"/>
              <w:ind w:left="40" w:right="40"/>
              <w:jc w:val="center"/>
              <w:rPr>
                <w:sz w:val="36"/>
                <w:szCs w:val="36"/>
              </w:rPr>
            </w:pPr>
            <w:r w:rsidRPr="00EC4D18">
              <w:rPr>
                <w:b/>
                <w:color w:val="C86600"/>
                <w:sz w:val="36"/>
                <w:szCs w:val="36"/>
              </w:rPr>
              <w:t>→</w:t>
            </w:r>
          </w:p>
        </w:tc>
        <w:tc>
          <w:tcPr>
            <w:tcW w:w="2455" w:type="dxa"/>
            <w:shd w:val="clear" w:color="auto" w:fill="EAF6EC"/>
            <w:vAlign w:val="center"/>
          </w:tcPr>
          <w:p w14:paraId="7C010FF9" w14:textId="77777777" w:rsidR="00EB769F" w:rsidRPr="00EC4D18" w:rsidRDefault="00052B55" w:rsidP="00EC4D18">
            <w:pPr>
              <w:spacing w:before="55" w:after="55"/>
              <w:ind w:left="40" w:right="40"/>
              <w:jc w:val="center"/>
              <w:rPr>
                <w:sz w:val="36"/>
                <w:szCs w:val="36"/>
              </w:rPr>
            </w:pPr>
            <w:r w:rsidRPr="00EC4D18">
              <w:rPr>
                <w:b/>
                <w:color w:val="166534"/>
                <w:sz w:val="36"/>
                <w:szCs w:val="36"/>
              </w:rPr>
              <w:t>ODGOVORNOST</w:t>
            </w:r>
          </w:p>
        </w:tc>
        <w:tc>
          <w:tcPr>
            <w:tcW w:w="411" w:type="dxa"/>
            <w:vAlign w:val="center"/>
          </w:tcPr>
          <w:p w14:paraId="4FCEC8FB" w14:textId="77777777" w:rsidR="00EB769F" w:rsidRPr="00EC4D18" w:rsidRDefault="00052B55" w:rsidP="00EC4D18">
            <w:pPr>
              <w:spacing w:before="55" w:after="55"/>
              <w:ind w:left="40" w:right="40"/>
              <w:jc w:val="center"/>
              <w:rPr>
                <w:sz w:val="36"/>
                <w:szCs w:val="36"/>
              </w:rPr>
            </w:pPr>
            <w:r w:rsidRPr="00EC4D18">
              <w:rPr>
                <w:b/>
                <w:color w:val="C86600"/>
                <w:sz w:val="36"/>
                <w:szCs w:val="36"/>
              </w:rPr>
              <w:t>→</w:t>
            </w:r>
          </w:p>
        </w:tc>
        <w:tc>
          <w:tcPr>
            <w:tcW w:w="1188" w:type="dxa"/>
            <w:shd w:val="clear" w:color="auto" w:fill="EAF6EC"/>
            <w:vAlign w:val="center"/>
          </w:tcPr>
          <w:p w14:paraId="4B011309" w14:textId="77777777" w:rsidR="00EB769F" w:rsidRPr="00EC4D18" w:rsidRDefault="00052B55" w:rsidP="00EC4D18">
            <w:pPr>
              <w:spacing w:before="55" w:after="55"/>
              <w:ind w:left="40" w:right="40"/>
              <w:jc w:val="center"/>
              <w:rPr>
                <w:sz w:val="36"/>
                <w:szCs w:val="36"/>
              </w:rPr>
            </w:pPr>
            <w:r w:rsidRPr="00EC4D18">
              <w:rPr>
                <w:b/>
                <w:color w:val="166534"/>
                <w:sz w:val="36"/>
                <w:szCs w:val="36"/>
              </w:rPr>
              <w:t>OSOBA</w:t>
            </w:r>
          </w:p>
        </w:tc>
        <w:tc>
          <w:tcPr>
            <w:tcW w:w="410" w:type="dxa"/>
            <w:vAlign w:val="center"/>
          </w:tcPr>
          <w:p w14:paraId="03440F8C" w14:textId="77777777" w:rsidR="00EB769F" w:rsidRPr="00EC4D18" w:rsidRDefault="00052B55" w:rsidP="00EC4D18">
            <w:pPr>
              <w:spacing w:before="55" w:after="55"/>
              <w:ind w:left="40" w:right="40"/>
              <w:jc w:val="center"/>
              <w:rPr>
                <w:sz w:val="36"/>
                <w:szCs w:val="36"/>
              </w:rPr>
            </w:pPr>
            <w:r w:rsidRPr="00EC4D18">
              <w:rPr>
                <w:b/>
                <w:color w:val="C86600"/>
                <w:sz w:val="36"/>
                <w:szCs w:val="36"/>
              </w:rPr>
              <w:t>→</w:t>
            </w:r>
          </w:p>
        </w:tc>
        <w:tc>
          <w:tcPr>
            <w:tcW w:w="1243" w:type="dxa"/>
            <w:shd w:val="clear" w:color="auto" w:fill="EAF6EC"/>
            <w:vAlign w:val="center"/>
          </w:tcPr>
          <w:p w14:paraId="65152814" w14:textId="77777777" w:rsidR="00EB769F" w:rsidRPr="00EC4D18" w:rsidRDefault="00052B55" w:rsidP="00EC4D18">
            <w:pPr>
              <w:spacing w:before="55" w:after="55"/>
              <w:ind w:left="40" w:right="40"/>
              <w:jc w:val="center"/>
              <w:rPr>
                <w:sz w:val="36"/>
                <w:szCs w:val="36"/>
              </w:rPr>
            </w:pPr>
            <w:r w:rsidRPr="00EC4D18">
              <w:rPr>
                <w:b/>
                <w:color w:val="166534"/>
                <w:sz w:val="36"/>
                <w:szCs w:val="36"/>
              </w:rPr>
              <w:t>NA SVOJU SLIKU</w:t>
            </w:r>
          </w:p>
        </w:tc>
      </w:tr>
    </w:tbl>
    <w:p w14:paraId="723A05C1" w14:textId="77777777" w:rsidR="00555A25" w:rsidRDefault="00555A2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A67A52" w14:paraId="792DB46F" w14:textId="77777777" w:rsidTr="000A5AD8">
        <w:trPr>
          <w:cantSplit/>
          <w:jc w:val="center"/>
        </w:trPr>
        <w:tc>
          <w:tcPr>
            <w:tcW w:w="10347" w:type="dxa"/>
            <w:shd w:val="clear" w:color="auto" w:fill="F2F8F3"/>
          </w:tcPr>
          <w:p w14:paraId="4B00CFB8" w14:textId="77777777" w:rsidR="00B22D96" w:rsidRPr="00555A25" w:rsidRDefault="00B22D96">
            <w:pPr>
              <w:spacing w:after="0"/>
              <w:ind w:left="108" w:right="108"/>
              <w:jc w:val="both"/>
            </w:pPr>
            <w:r w:rsidRPr="000A5AD8">
              <w:rPr>
                <w:b/>
                <w:color w:val="166534"/>
              </w:rPr>
              <w:lastRenderedPageBreak/>
              <w:t>Zaključak vjeroučitelja:</w:t>
            </w:r>
            <w:r w:rsidRPr="000A5AD8">
              <w:rPr>
                <w:color w:val="166534"/>
              </w:rPr>
              <w:t xml:space="preserve"> </w:t>
            </w:r>
            <w:r w:rsidRPr="00555A25">
              <w:t>Svaki je čovjek stvoren na Božju sliku: jedinstvena je, neponovljiva i dragocjena osoba koju Bog poznaje po imenu. Razumom, slobodnom voljom, stvaranjem i ljubavlju pozvan je odgovorno živjeti i brinuti se za svijet. Bog je i sâm postao čovjekom te nas poziva na prijateljstvo s njim. Zato vlastitu vrijednost i dostojanstvo drugih ne mjerimo izgledom, uspjehom ili popularnošću, nego ih potvrđujemo poštovanjem i djelima dobra.</w:t>
            </w:r>
          </w:p>
        </w:tc>
      </w:tr>
    </w:tbl>
    <w:p w14:paraId="174BAAF4" w14:textId="73B98CBE" w:rsidR="00EB769F" w:rsidRDefault="00052B55" w:rsidP="0039563E">
      <w:pPr>
        <w:pStyle w:val="ActivityTitle"/>
        <w:keepNext/>
        <w:spacing w:before="200" w:after="40" w:line="240" w:lineRule="auto"/>
        <w:jc w:val="both"/>
      </w:pPr>
      <w:r>
        <w:rPr>
          <w:color w:val="C96A00"/>
        </w:rPr>
        <w:t>Formativna provjera</w:t>
      </w:r>
      <w:r w:rsidR="0035043B">
        <w:rPr>
          <w:color w:val="C96A00"/>
        </w:rPr>
        <w:t>:</w:t>
      </w:r>
      <w:r>
        <w:rPr>
          <w:color w:val="C96A00"/>
        </w:rPr>
        <w:t xml:space="preserve"> </w:t>
      </w:r>
      <w:r>
        <w:rPr>
          <w:b w:val="0"/>
          <w:i/>
          <w:color w:val="6B6B6B"/>
          <w:sz w:val="20"/>
        </w:rPr>
        <w:t xml:space="preserve"> (individualni rad i zajednička provjera, 3 minute)</w:t>
      </w:r>
    </w:p>
    <w:p w14:paraId="4CEA1CE5" w14:textId="77777777" w:rsidR="00EB769F" w:rsidRDefault="00052B55" w:rsidP="0039563E">
      <w:pPr>
        <w:jc w:val="both"/>
      </w:pPr>
      <w:r>
        <w:t>Učenici će za svaku tvrdnju odrediti je li točna. Netočne će tvrdnje usmeno preoblikovati tako da postanu točne.</w:t>
      </w:r>
    </w:p>
    <w:p w14:paraId="4C635741" w14:textId="77777777" w:rsidR="00EC4D18" w:rsidRPr="00C039CA" w:rsidRDefault="00EC4D18" w:rsidP="0039563E">
      <w:pPr>
        <w:jc w:val="both"/>
        <w:rPr>
          <w:bCs/>
          <w:i/>
          <w:color w:val="6B6B6B"/>
          <w:sz w:val="20"/>
        </w:rPr>
      </w:pPr>
      <w:r w:rsidRPr="00C039CA">
        <w:rPr>
          <w:bCs/>
          <w:i/>
          <w:color w:val="6B6B6B"/>
          <w:sz w:val="20"/>
        </w:rPr>
        <w:t>Predloženi odgovori / smjernice: 1. Netočno – „slika Božja“ ne znači tjelesnu sličnost. 2. Točno. 3. Netočno – ljudsko dostojanstvo ne ovisi o popularnosti ni uspjehu. 4. Točno.</w:t>
      </w:r>
    </w:p>
    <w:p w14:paraId="1A173F31" w14:textId="77777777" w:rsidR="00EC4D18" w:rsidRDefault="00EC4D18" w:rsidP="0039563E">
      <w:pPr>
        <w:keepNext/>
        <w:jc w:val="both"/>
      </w:pPr>
    </w:p>
    <w:p w14:paraId="08E007D5" w14:textId="77777777" w:rsidR="00EB769F" w:rsidRPr="00EC4D18" w:rsidRDefault="00052B55" w:rsidP="00EC4D18">
      <w:pPr>
        <w:spacing w:after="40"/>
        <w:jc w:val="both"/>
      </w:pPr>
      <w:r w:rsidRPr="00EC4D18">
        <w:t>1. Čovjek je stvoren na Božju sliku zato što Bog tjelesno izgleda poput čovjeka.</w:t>
      </w:r>
    </w:p>
    <w:p w14:paraId="15991F5E" w14:textId="77777777" w:rsidR="00EB769F" w:rsidRPr="00EC4D18" w:rsidRDefault="00052B55" w:rsidP="00EC4D18">
      <w:pPr>
        <w:spacing w:after="40"/>
        <w:jc w:val="both"/>
      </w:pPr>
      <w:r w:rsidRPr="00EC4D18">
        <w:t>2. Razum i slobodna volja povezani su s čovjekovom odgovornošću.</w:t>
      </w:r>
    </w:p>
    <w:p w14:paraId="2E551A56" w14:textId="77777777" w:rsidR="00EB769F" w:rsidRPr="00EC4D18" w:rsidRDefault="00052B55" w:rsidP="00EC4D18">
      <w:pPr>
        <w:spacing w:after="40"/>
        <w:jc w:val="both"/>
      </w:pPr>
      <w:r w:rsidRPr="00EC4D18">
        <w:t>3. Čovjekova vrijednost raste ako postane popularniji i uspješniji.</w:t>
      </w:r>
    </w:p>
    <w:p w14:paraId="11E03022" w14:textId="77777777" w:rsidR="00EC4D18" w:rsidRPr="00EC4D18" w:rsidRDefault="00052B55" w:rsidP="00EC4D18">
      <w:pPr>
        <w:spacing w:after="40"/>
        <w:jc w:val="both"/>
      </w:pPr>
      <w:r w:rsidRPr="00EC4D18">
        <w:t>4. Čovjek je pozvan brinuti se za stvoreni svijet i nastavljati Božje djelo stvaranja.</w:t>
      </w:r>
    </w:p>
    <w:p w14:paraId="3AFE242E" w14:textId="77777777" w:rsidR="00E45C9E" w:rsidRDefault="00E45C9E" w:rsidP="00EC4D18">
      <w:pPr>
        <w:spacing w:after="40"/>
        <w:jc w:val="both"/>
        <w:rPr>
          <w:sz w:val="21"/>
        </w:rPr>
      </w:pPr>
    </w:p>
    <w:p w14:paraId="7320CFD4" w14:textId="0EFDD5C2" w:rsidR="00EB769F" w:rsidRDefault="00052B55" w:rsidP="00EC4D18">
      <w:pPr>
        <w:spacing w:after="40"/>
        <w:jc w:val="both"/>
      </w:pPr>
      <w:r>
        <w:rPr>
          <w:b/>
          <w:color w:val="C96A00"/>
          <w:sz w:val="26"/>
        </w:rPr>
        <w:t>Samovrednovanje</w:t>
      </w:r>
      <w:r w:rsidR="0035043B">
        <w:rPr>
          <w:b/>
          <w:color w:val="C96A00"/>
          <w:sz w:val="26"/>
        </w:rPr>
        <w:t>:</w:t>
      </w:r>
    </w:p>
    <w:p w14:paraId="4CD1F1D9" w14:textId="77777777" w:rsidR="00EB769F" w:rsidRDefault="00052B55" w:rsidP="0039563E">
      <w:pPr>
        <w:jc w:val="both"/>
      </w:pPr>
      <w:r>
        <w:t>Učenici će u bilježnici označiti jednu rečenicu koja najbolje opisuje njihovo razumijevanje sata:</w:t>
      </w:r>
    </w:p>
    <w:p w14:paraId="2D37F929" w14:textId="77777777" w:rsidR="00876AF1" w:rsidRDefault="00876AF1" w:rsidP="0039563E">
      <w:pPr>
        <w:keepNext/>
        <w:jc w:val="both"/>
      </w:pPr>
    </w:p>
    <w:p w14:paraId="575E5FE0" w14:textId="77777777" w:rsidR="00EB769F" w:rsidRPr="00876AF1" w:rsidRDefault="00052B55" w:rsidP="00876AF1">
      <w:pPr>
        <w:pStyle w:val="Odlomakpopisa"/>
        <w:numPr>
          <w:ilvl w:val="0"/>
          <w:numId w:val="29"/>
        </w:numPr>
        <w:spacing w:after="40"/>
        <w:ind w:left="284" w:hanging="284"/>
        <w:jc w:val="both"/>
        <w:rPr>
          <w:color w:val="002060"/>
          <w:sz w:val="40"/>
          <w:szCs w:val="40"/>
        </w:rPr>
      </w:pPr>
      <w:r w:rsidRPr="00876AF1">
        <w:rPr>
          <w:color w:val="002060"/>
          <w:sz w:val="40"/>
          <w:szCs w:val="40"/>
        </w:rPr>
        <w:t>Mogu svojim riječima objasniti zašto je čovjek „Božji original“.</w:t>
      </w:r>
    </w:p>
    <w:p w14:paraId="5A91073D" w14:textId="77777777" w:rsidR="00EB769F" w:rsidRPr="00876AF1" w:rsidRDefault="00052B55" w:rsidP="00876AF1">
      <w:pPr>
        <w:pStyle w:val="Odlomakpopisa"/>
        <w:numPr>
          <w:ilvl w:val="0"/>
          <w:numId w:val="29"/>
        </w:numPr>
        <w:spacing w:after="40"/>
        <w:ind w:left="284" w:hanging="284"/>
        <w:jc w:val="both"/>
        <w:rPr>
          <w:color w:val="002060"/>
          <w:sz w:val="40"/>
          <w:szCs w:val="40"/>
        </w:rPr>
      </w:pPr>
      <w:r w:rsidRPr="00876AF1">
        <w:rPr>
          <w:color w:val="002060"/>
          <w:sz w:val="40"/>
          <w:szCs w:val="40"/>
        </w:rPr>
        <w:t>Razumijem glavnu poruku, ali još trebam pojasniti jedan dio.</w:t>
      </w:r>
    </w:p>
    <w:p w14:paraId="08CF9A76" w14:textId="77777777" w:rsidR="00EB769F" w:rsidRPr="00876AF1" w:rsidRDefault="00052B55" w:rsidP="00876AF1">
      <w:pPr>
        <w:pStyle w:val="Odlomakpopisa"/>
        <w:numPr>
          <w:ilvl w:val="0"/>
          <w:numId w:val="29"/>
        </w:numPr>
        <w:spacing w:after="40"/>
        <w:ind w:left="284" w:hanging="284"/>
        <w:jc w:val="both"/>
        <w:rPr>
          <w:color w:val="002060"/>
          <w:sz w:val="40"/>
          <w:szCs w:val="40"/>
        </w:rPr>
      </w:pPr>
      <w:r w:rsidRPr="00876AF1">
        <w:rPr>
          <w:color w:val="002060"/>
          <w:sz w:val="40"/>
          <w:szCs w:val="40"/>
        </w:rPr>
        <w:t>Još mi nije jasno što znači biti stvoren na Božju sliku.</w:t>
      </w:r>
    </w:p>
    <w:p w14:paraId="1F65588B" w14:textId="77777777" w:rsidR="00876AF1" w:rsidRDefault="00876AF1" w:rsidP="0039563E">
      <w:pPr>
        <w:keepNext/>
        <w:jc w:val="both"/>
      </w:pPr>
    </w:p>
    <w:p w14:paraId="0E027E67" w14:textId="77777777" w:rsidR="00876AF1" w:rsidRDefault="00876AF1" w:rsidP="00876AF1">
      <w:r w:rsidRPr="00876AF1">
        <w:t>Učenici će zatim dovršiti rečenicu:</w:t>
      </w:r>
    </w:p>
    <w:p w14:paraId="10B7E7D9" w14:textId="77777777" w:rsidR="00EB769F" w:rsidRPr="00876AF1" w:rsidRDefault="00052B55" w:rsidP="0039563E">
      <w:pPr>
        <w:jc w:val="both"/>
        <w:rPr>
          <w:color w:val="002060"/>
          <w:sz w:val="40"/>
          <w:szCs w:val="40"/>
        </w:rPr>
      </w:pPr>
      <w:r w:rsidRPr="00876AF1">
        <w:rPr>
          <w:color w:val="002060"/>
          <w:sz w:val="40"/>
          <w:szCs w:val="40"/>
        </w:rPr>
        <w:t>„Dostojanstvo druge osobe ovaj ću tjedan pokazati tako što ću ______________________</w:t>
      </w:r>
      <w:r w:rsidR="00876AF1">
        <w:rPr>
          <w:color w:val="002060"/>
          <w:sz w:val="40"/>
          <w:szCs w:val="40"/>
        </w:rPr>
        <w:t>__________</w:t>
      </w:r>
      <w:r w:rsidRPr="00876AF1">
        <w:rPr>
          <w:color w:val="002060"/>
          <w:sz w:val="40"/>
          <w:szCs w:val="40"/>
        </w:rPr>
        <w:t>_.“</w:t>
      </w:r>
    </w:p>
    <w:p w14:paraId="7A462CAC" w14:textId="100BBFD8" w:rsidR="00EB769F" w:rsidRDefault="00052B55" w:rsidP="0039563E">
      <w:pPr>
        <w:pStyle w:val="ActivityTitle"/>
        <w:keepNext/>
        <w:spacing w:before="200" w:after="40" w:line="240" w:lineRule="auto"/>
        <w:jc w:val="both"/>
      </w:pPr>
      <w:r>
        <w:rPr>
          <w:color w:val="C96A00"/>
        </w:rPr>
        <w:t>Domaća zadaća</w:t>
      </w:r>
      <w:r w:rsidR="0035043B">
        <w:rPr>
          <w:color w:val="C96A00"/>
        </w:rPr>
        <w:t xml:space="preserve">: </w:t>
      </w:r>
    </w:p>
    <w:p w14:paraId="712CAF34" w14:textId="77777777" w:rsidR="00EB769F" w:rsidRDefault="00876AF1" w:rsidP="0039563E">
      <w:pPr>
        <w:jc w:val="both"/>
      </w:pPr>
      <w:r>
        <w:rPr>
          <w:color w:val="000000"/>
        </w:rPr>
        <w:t>Učenici će riješiti, ili dovršiti rješavanje RB, str. 8–9.</w:t>
      </w:r>
    </w:p>
    <w:p w14:paraId="5A4A4D4F" w14:textId="77777777" w:rsidR="00876AF1" w:rsidRDefault="00876AF1" w:rsidP="00876AF1">
      <w:pPr>
        <w:keepNext/>
      </w:pPr>
    </w:p>
    <w:p w14:paraId="6F84AD6F" w14:textId="77777777" w:rsidR="00876AF1" w:rsidRDefault="00052B55" w:rsidP="00876AF1">
      <w:r>
        <w:t xml:space="preserve">Ili: </w:t>
      </w:r>
    </w:p>
    <w:p w14:paraId="4FFE5E14" w14:textId="77777777" w:rsidR="00876AF1" w:rsidRDefault="00876AF1" w:rsidP="00876AF1">
      <w:pPr>
        <w:keepNext/>
      </w:pPr>
    </w:p>
    <w:p w14:paraId="6C6C0EB0" w14:textId="77777777" w:rsidR="00EB769F" w:rsidRDefault="00052B55" w:rsidP="0039563E">
      <w:pPr>
        <w:jc w:val="both"/>
      </w:pPr>
      <w:r>
        <w:t xml:space="preserve">Učenici će u </w:t>
      </w:r>
      <w:r w:rsidR="00876AF1">
        <w:t>2</w:t>
      </w:r>
      <w:r>
        <w:t>–</w:t>
      </w:r>
      <w:r w:rsidR="00876AF1">
        <w:t>3</w:t>
      </w:r>
      <w:r>
        <w:t xml:space="preserve"> rečenic</w:t>
      </w:r>
      <w:r w:rsidR="00876AF1">
        <w:t>e</w:t>
      </w:r>
      <w:r>
        <w:t xml:space="preserve"> objasniti što za njih znači biti „original, a ne kopija“ te navesti jedan primjer iz života u kojemu osoba može ostati svoja bez omalovažavanja drugih.</w:t>
      </w:r>
    </w:p>
    <w:p w14:paraId="087C6596" w14:textId="148B7CF2" w:rsidR="00EB769F" w:rsidRDefault="00052B55" w:rsidP="0039563E">
      <w:pPr>
        <w:pStyle w:val="ActivityTitle"/>
        <w:keepNext/>
        <w:spacing w:before="200" w:after="40" w:line="240" w:lineRule="auto"/>
        <w:jc w:val="both"/>
      </w:pPr>
      <w:r>
        <w:rPr>
          <w:color w:val="C96A00"/>
        </w:rPr>
        <w:t>Završna molitva</w:t>
      </w:r>
      <w:r w:rsidR="0035043B">
        <w:rPr>
          <w:color w:val="C96A00"/>
        </w:rPr>
        <w:t>:</w:t>
      </w:r>
      <w:r>
        <w:rPr>
          <w:b w:val="0"/>
          <w:i/>
          <w:color w:val="6B6B6B"/>
          <w:sz w:val="20"/>
        </w:rPr>
        <w:t xml:space="preserve"> </w:t>
      </w:r>
    </w:p>
    <w:p w14:paraId="53F480E5" w14:textId="77777777" w:rsidR="00FE506F" w:rsidRDefault="00FE506F" w:rsidP="00FE506F">
      <w:pPr>
        <w:keepNext/>
        <w:spacing w:before="12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FE506F" w14:paraId="679E1400" w14:textId="77777777" w:rsidTr="00FA2234">
        <w:trPr>
          <w:cantSplit/>
          <w:jc w:val="center"/>
        </w:trPr>
        <w:tc>
          <w:tcPr>
            <w:tcW w:w="10347" w:type="dxa"/>
            <w:shd w:val="clear" w:color="auto" w:fill="F7FBF7"/>
          </w:tcPr>
          <w:p w14:paraId="6601A183" w14:textId="2FD20D53" w:rsidR="00FE506F" w:rsidRPr="0039563E" w:rsidRDefault="00FE506F" w:rsidP="00FA2234">
            <w:pPr>
              <w:spacing w:before="100" w:after="100"/>
              <w:ind w:left="140" w:right="140"/>
              <w:jc w:val="both"/>
              <w:rPr>
                <w:iCs/>
                <w:sz w:val="40"/>
                <w:szCs w:val="40"/>
              </w:rPr>
            </w:pPr>
            <w:r w:rsidRPr="00FE506F">
              <w:rPr>
                <w:iCs/>
                <w:sz w:val="40"/>
                <w:szCs w:val="40"/>
              </w:rPr>
              <w:t>Bože, hvala Ti što sam jedinstven i dragocjen. Pomozi mi razvijati svoje darove, birati dobro i poštovati svaku osobu. Amen.</w:t>
            </w:r>
          </w:p>
        </w:tc>
      </w:tr>
    </w:tbl>
    <w:p w14:paraId="503F4146" w14:textId="77777777" w:rsidR="00876AF1" w:rsidRDefault="00876AF1" w:rsidP="00876AF1">
      <w:pPr>
        <w:spacing w:before="220" w:after="0" w:line="240" w:lineRule="auto"/>
      </w:pPr>
      <w:r>
        <w:rPr>
          <w:color w:val="000000"/>
        </w:rPr>
        <w:t>ili:</w:t>
      </w:r>
    </w:p>
    <w:p w14:paraId="30846535" w14:textId="51C252C0" w:rsidR="0076400B" w:rsidRPr="002767E3" w:rsidRDefault="00876AF1" w:rsidP="0076400B">
      <w:pPr>
        <w:jc w:val="both"/>
        <w:rPr>
          <w:color w:val="000000"/>
        </w:rPr>
      </w:pPr>
      <w:r>
        <w:rPr>
          <w:color w:val="000000"/>
        </w:rPr>
        <w:t>Anđele, čuvaru mili…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57"/>
      </w:tblGrid>
      <w:tr w:rsidR="00A67A52" w14:paraId="06D45E75" w14:textId="77777777">
        <w:trPr>
          <w:cantSplit/>
          <w:jc w:val="center"/>
        </w:trPr>
        <w:tc>
          <w:tcPr>
            <w:tcW w:w="10347" w:type="dxa"/>
            <w:shd w:val="clear" w:color="auto" w:fill="C96A00"/>
            <w:vAlign w:val="center"/>
          </w:tcPr>
          <w:p w14:paraId="2C7B0750" w14:textId="77777777" w:rsidR="002822E3" w:rsidRDefault="002822E3" w:rsidP="00527ACD">
            <w:pPr>
              <w:spacing w:before="80" w:after="80"/>
              <w:ind w:left="108" w:right="108"/>
              <w:jc w:val="center"/>
            </w:pPr>
            <w:r>
              <w:rPr>
                <w:b/>
                <w:color w:val="FFFFFF"/>
                <w:sz w:val="32"/>
              </w:rPr>
              <w:lastRenderedPageBreak/>
              <w:t>PREPORUČENI ODABIR ZA 45 MINUTA</w:t>
            </w:r>
          </w:p>
        </w:tc>
      </w:tr>
    </w:tbl>
    <w:p w14:paraId="489723E2" w14:textId="77777777" w:rsidR="00A22BC3" w:rsidRDefault="00A22BC3"/>
    <w:tbl>
      <w:tblPr>
        <w:tblStyle w:val="Reetkatablice"/>
        <w:tblW w:w="5000" w:type="pct"/>
        <w:jc w:val="center"/>
        <w:tblCellMar>
          <w:left w:w="0" w:type="dxa"/>
          <w:right w:w="0" w:type="dxa"/>
        </w:tblCellMar>
        <w:tblLook w:val="04A0" w:firstRow="1" w:lastRow="0" w:firstColumn="1" w:lastColumn="0" w:noHBand="0" w:noVBand="1"/>
      </w:tblPr>
      <w:tblGrid>
        <w:gridCol w:w="8286"/>
        <w:gridCol w:w="2071"/>
      </w:tblGrid>
      <w:tr w:rsidR="00A67A52" w:rsidRPr="003274C5" w14:paraId="527E33C9" w14:textId="77777777" w:rsidTr="00A35FF5">
        <w:trPr>
          <w:cantSplit/>
          <w:jc w:val="center"/>
        </w:trPr>
        <w:tc>
          <w:tcPr>
            <w:tcW w:w="8278" w:type="dxa"/>
            <w:shd w:val="clear" w:color="auto" w:fill="595959"/>
            <w:vAlign w:val="center"/>
          </w:tcPr>
          <w:p w14:paraId="1C38728B" w14:textId="77777777" w:rsidR="004A025A" w:rsidRPr="003274C5" w:rsidRDefault="004A025A" w:rsidP="00527ACD">
            <w:pPr>
              <w:spacing w:before="60"/>
              <w:ind w:left="108" w:right="108"/>
            </w:pPr>
            <w:r>
              <w:rPr>
                <w:b/>
                <w:color w:val="FFFFFF"/>
              </w:rPr>
              <w:t>Dio sata / odabrana aktivnost</w:t>
            </w:r>
          </w:p>
        </w:tc>
        <w:tc>
          <w:tcPr>
            <w:tcW w:w="2069" w:type="dxa"/>
            <w:shd w:val="clear" w:color="auto" w:fill="595959"/>
            <w:vAlign w:val="center"/>
          </w:tcPr>
          <w:p w14:paraId="3C8EEF46" w14:textId="77777777" w:rsidR="004A025A" w:rsidRPr="003274C5" w:rsidRDefault="004A025A" w:rsidP="00527ACD">
            <w:pPr>
              <w:spacing w:before="60"/>
              <w:ind w:left="108" w:right="108"/>
              <w:jc w:val="center"/>
            </w:pPr>
            <w:r>
              <w:rPr>
                <w:b/>
                <w:color w:val="FFFFFF"/>
              </w:rPr>
              <w:t>Vrijeme</w:t>
            </w:r>
          </w:p>
        </w:tc>
      </w:tr>
      <w:tr w:rsidR="00A67A52" w:rsidRPr="003274C5" w14:paraId="3964C0B3" w14:textId="77777777" w:rsidTr="00A35FF5">
        <w:trPr>
          <w:cantSplit/>
          <w:jc w:val="center"/>
        </w:trPr>
        <w:tc>
          <w:tcPr>
            <w:tcW w:w="8278" w:type="dxa"/>
            <w:vAlign w:val="center"/>
          </w:tcPr>
          <w:p w14:paraId="4E957A50" w14:textId="77777777" w:rsidR="004A025A" w:rsidRPr="003274C5" w:rsidRDefault="004A025A" w:rsidP="00527ACD">
            <w:pPr>
              <w:spacing w:before="60"/>
              <w:ind w:left="108" w:right="108"/>
            </w:pPr>
            <w:r>
              <w:rPr>
                <w:color w:val="000000"/>
              </w:rPr>
              <w:t>Uvodna molitva, povezivanje, motivacija i najava teme</w:t>
            </w:r>
          </w:p>
        </w:tc>
        <w:tc>
          <w:tcPr>
            <w:tcW w:w="2069" w:type="dxa"/>
            <w:vAlign w:val="center"/>
          </w:tcPr>
          <w:p w14:paraId="5782362A" w14:textId="77777777" w:rsidR="004A025A" w:rsidRPr="003274C5" w:rsidRDefault="004A025A" w:rsidP="00527ACD">
            <w:pPr>
              <w:spacing w:before="60"/>
              <w:ind w:left="108" w:right="108"/>
              <w:jc w:val="center"/>
            </w:pPr>
            <w:r>
              <w:rPr>
                <w:color w:val="000000"/>
              </w:rPr>
              <w:t>9 minuta</w:t>
            </w:r>
          </w:p>
        </w:tc>
      </w:tr>
      <w:tr w:rsidR="00A67A52" w:rsidRPr="003274C5" w14:paraId="3DA18C9A" w14:textId="77777777" w:rsidTr="00A35FF5">
        <w:trPr>
          <w:cantSplit/>
          <w:jc w:val="center"/>
        </w:trPr>
        <w:tc>
          <w:tcPr>
            <w:tcW w:w="8278" w:type="dxa"/>
            <w:shd w:val="clear" w:color="auto" w:fill="F2F2F2"/>
            <w:vAlign w:val="center"/>
          </w:tcPr>
          <w:p w14:paraId="69416BE4" w14:textId="77777777" w:rsidR="004A025A" w:rsidRPr="003274C5" w:rsidRDefault="004A025A" w:rsidP="00527ACD">
            <w:pPr>
              <w:spacing w:before="60"/>
              <w:ind w:left="108" w:right="108"/>
            </w:pPr>
            <w:r>
              <w:rPr>
                <w:color w:val="000000"/>
              </w:rPr>
              <w:t>Aktivnost 1: Biblijski trag – „Na svoju sliku“</w:t>
            </w:r>
          </w:p>
        </w:tc>
        <w:tc>
          <w:tcPr>
            <w:tcW w:w="2069" w:type="dxa"/>
            <w:shd w:val="clear" w:color="auto" w:fill="F2F2F2"/>
            <w:vAlign w:val="center"/>
          </w:tcPr>
          <w:p w14:paraId="0DD4F401" w14:textId="77777777" w:rsidR="004A025A" w:rsidRPr="003274C5" w:rsidRDefault="004A025A" w:rsidP="00527ACD">
            <w:pPr>
              <w:spacing w:before="60"/>
              <w:ind w:left="108" w:right="108"/>
              <w:jc w:val="center"/>
            </w:pPr>
            <w:r>
              <w:rPr>
                <w:color w:val="000000"/>
              </w:rPr>
              <w:t>6 minuta</w:t>
            </w:r>
          </w:p>
        </w:tc>
      </w:tr>
      <w:tr w:rsidR="00A67A52" w:rsidRPr="003274C5" w14:paraId="0A9360E6" w14:textId="77777777" w:rsidTr="00A35FF5">
        <w:trPr>
          <w:cantSplit/>
          <w:jc w:val="center"/>
        </w:trPr>
        <w:tc>
          <w:tcPr>
            <w:tcW w:w="8278" w:type="dxa"/>
            <w:vAlign w:val="center"/>
          </w:tcPr>
          <w:p w14:paraId="799BB94C" w14:textId="77777777" w:rsidR="004A025A" w:rsidRPr="003274C5" w:rsidRDefault="004A025A" w:rsidP="00527ACD">
            <w:pPr>
              <w:spacing w:before="60"/>
              <w:ind w:left="108" w:right="108"/>
            </w:pPr>
            <w:r>
              <w:rPr>
                <w:color w:val="000000"/>
              </w:rPr>
              <w:t>Aktivnost 2: Obrada glavnog teksta – skupinski ILI klasični način, sa shemom i naglascima</w:t>
            </w:r>
          </w:p>
        </w:tc>
        <w:tc>
          <w:tcPr>
            <w:tcW w:w="2069" w:type="dxa"/>
            <w:vAlign w:val="center"/>
          </w:tcPr>
          <w:p w14:paraId="66209224" w14:textId="77777777" w:rsidR="004A025A" w:rsidRPr="003274C5" w:rsidRDefault="004A025A" w:rsidP="00527ACD">
            <w:pPr>
              <w:spacing w:before="60"/>
              <w:ind w:left="108" w:right="108"/>
              <w:jc w:val="center"/>
            </w:pPr>
            <w:r>
              <w:rPr>
                <w:color w:val="000000"/>
              </w:rPr>
              <w:t>10 minuta</w:t>
            </w:r>
          </w:p>
        </w:tc>
      </w:tr>
      <w:tr w:rsidR="00A67A52" w:rsidRPr="003274C5" w14:paraId="591A8113" w14:textId="77777777" w:rsidTr="00A35FF5">
        <w:trPr>
          <w:cantSplit/>
          <w:jc w:val="center"/>
        </w:trPr>
        <w:tc>
          <w:tcPr>
            <w:tcW w:w="8278" w:type="dxa"/>
            <w:shd w:val="clear" w:color="auto" w:fill="F2F2F2"/>
            <w:vAlign w:val="center"/>
          </w:tcPr>
          <w:p w14:paraId="52F907A8" w14:textId="77777777" w:rsidR="004A025A" w:rsidRPr="003274C5" w:rsidRDefault="004A025A" w:rsidP="00527ACD">
            <w:pPr>
              <w:spacing w:before="60"/>
              <w:ind w:left="108" w:right="108"/>
            </w:pPr>
            <w:r>
              <w:rPr>
                <w:color w:val="000000"/>
              </w:rPr>
              <w:t>Aktivnost 3: Vrijedim li onoliko koliko me drugi „lajkaju“?</w:t>
            </w:r>
          </w:p>
        </w:tc>
        <w:tc>
          <w:tcPr>
            <w:tcW w:w="2069" w:type="dxa"/>
            <w:shd w:val="clear" w:color="auto" w:fill="F2F2F2"/>
            <w:vAlign w:val="center"/>
          </w:tcPr>
          <w:p w14:paraId="36A7A966" w14:textId="77777777" w:rsidR="004A025A" w:rsidRPr="003274C5" w:rsidRDefault="004A025A" w:rsidP="00527ACD">
            <w:pPr>
              <w:spacing w:before="60"/>
              <w:ind w:left="108" w:right="108"/>
              <w:jc w:val="center"/>
            </w:pPr>
            <w:r>
              <w:rPr>
                <w:color w:val="000000"/>
              </w:rPr>
              <w:t>5 minuta</w:t>
            </w:r>
          </w:p>
        </w:tc>
      </w:tr>
      <w:tr w:rsidR="00A67A52" w:rsidRPr="003274C5" w14:paraId="5F7B489F" w14:textId="77777777" w:rsidTr="00A35FF5">
        <w:trPr>
          <w:cantSplit/>
          <w:jc w:val="center"/>
        </w:trPr>
        <w:tc>
          <w:tcPr>
            <w:tcW w:w="8278" w:type="dxa"/>
            <w:vAlign w:val="center"/>
          </w:tcPr>
          <w:p w14:paraId="68D699A1" w14:textId="77777777" w:rsidR="004A025A" w:rsidRPr="003274C5" w:rsidRDefault="004A025A" w:rsidP="00527ACD">
            <w:pPr>
              <w:spacing w:before="60"/>
              <w:ind w:left="108" w:right="108"/>
            </w:pPr>
            <w:r>
              <w:rPr>
                <w:color w:val="000000"/>
              </w:rPr>
              <w:t>Aktivnost 4: Teološko sidro</w:t>
            </w:r>
          </w:p>
        </w:tc>
        <w:tc>
          <w:tcPr>
            <w:tcW w:w="2069" w:type="dxa"/>
            <w:vAlign w:val="center"/>
          </w:tcPr>
          <w:p w14:paraId="0BD0ACA1" w14:textId="77777777" w:rsidR="004A025A" w:rsidRPr="003274C5" w:rsidRDefault="004A025A" w:rsidP="00527ACD">
            <w:pPr>
              <w:spacing w:before="60"/>
              <w:ind w:left="108" w:right="108"/>
              <w:jc w:val="center"/>
            </w:pPr>
            <w:r>
              <w:rPr>
                <w:color w:val="000000"/>
              </w:rPr>
              <w:t>3 minute</w:t>
            </w:r>
          </w:p>
        </w:tc>
      </w:tr>
      <w:tr w:rsidR="00A67A52" w:rsidRPr="003274C5" w14:paraId="436D0F8E" w14:textId="77777777" w:rsidTr="00A35FF5">
        <w:trPr>
          <w:cantSplit/>
          <w:jc w:val="center"/>
        </w:trPr>
        <w:tc>
          <w:tcPr>
            <w:tcW w:w="8278" w:type="dxa"/>
            <w:shd w:val="clear" w:color="auto" w:fill="F2F2F2"/>
            <w:vAlign w:val="center"/>
          </w:tcPr>
          <w:p w14:paraId="179DD514" w14:textId="77777777" w:rsidR="004A025A" w:rsidRPr="003274C5" w:rsidRDefault="004A025A" w:rsidP="00527ACD">
            <w:pPr>
              <w:spacing w:before="60"/>
              <w:ind w:left="108" w:right="108"/>
            </w:pPr>
            <w:r>
              <w:rPr>
                <w:color w:val="000000"/>
              </w:rPr>
              <w:t>Aktivnost 10: Zapišimo!</w:t>
            </w:r>
          </w:p>
        </w:tc>
        <w:tc>
          <w:tcPr>
            <w:tcW w:w="2069" w:type="dxa"/>
            <w:shd w:val="clear" w:color="auto" w:fill="F2F2F2"/>
            <w:vAlign w:val="center"/>
          </w:tcPr>
          <w:p w14:paraId="1D042786" w14:textId="77777777" w:rsidR="004A025A" w:rsidRPr="003274C5" w:rsidRDefault="004A025A" w:rsidP="00527ACD">
            <w:pPr>
              <w:spacing w:before="60"/>
              <w:ind w:left="108" w:right="108"/>
              <w:jc w:val="center"/>
            </w:pPr>
            <w:r>
              <w:rPr>
                <w:color w:val="000000"/>
              </w:rPr>
              <w:t>3 minute</w:t>
            </w:r>
          </w:p>
        </w:tc>
      </w:tr>
      <w:tr w:rsidR="00A67A52" w:rsidRPr="003274C5" w14:paraId="7137F83A" w14:textId="77777777" w:rsidTr="00A35FF5">
        <w:trPr>
          <w:cantSplit/>
          <w:jc w:val="center"/>
        </w:trPr>
        <w:tc>
          <w:tcPr>
            <w:tcW w:w="8278" w:type="dxa"/>
            <w:vAlign w:val="center"/>
          </w:tcPr>
          <w:p w14:paraId="49FA8630" w14:textId="77777777" w:rsidR="004A025A" w:rsidRPr="003274C5" w:rsidRDefault="004A025A" w:rsidP="00527ACD">
            <w:pPr>
              <w:spacing w:before="60"/>
              <w:ind w:left="108" w:right="108"/>
            </w:pPr>
            <w:r>
              <w:rPr>
                <w:color w:val="000000"/>
              </w:rPr>
              <w:t>Formativna provjera</w:t>
            </w:r>
          </w:p>
        </w:tc>
        <w:tc>
          <w:tcPr>
            <w:tcW w:w="2069" w:type="dxa"/>
            <w:vAlign w:val="center"/>
          </w:tcPr>
          <w:p w14:paraId="2AFAC3D8" w14:textId="77777777" w:rsidR="004A025A" w:rsidRPr="003274C5" w:rsidRDefault="004A025A" w:rsidP="00527ACD">
            <w:pPr>
              <w:spacing w:before="60"/>
              <w:ind w:left="108" w:right="108"/>
              <w:jc w:val="center"/>
            </w:pPr>
            <w:r>
              <w:rPr>
                <w:color w:val="000000"/>
              </w:rPr>
              <w:t>3 minute</w:t>
            </w:r>
          </w:p>
        </w:tc>
      </w:tr>
      <w:tr w:rsidR="00A67A52" w:rsidRPr="003274C5" w14:paraId="328D816F" w14:textId="77777777" w:rsidTr="00A35FF5">
        <w:trPr>
          <w:cantSplit/>
          <w:jc w:val="center"/>
        </w:trPr>
        <w:tc>
          <w:tcPr>
            <w:tcW w:w="8278" w:type="dxa"/>
            <w:shd w:val="clear" w:color="auto" w:fill="F2F2F2"/>
            <w:vAlign w:val="center"/>
          </w:tcPr>
          <w:p w14:paraId="0B3AC335" w14:textId="77777777" w:rsidR="004A025A" w:rsidRPr="003274C5" w:rsidRDefault="004A025A" w:rsidP="00527ACD">
            <w:pPr>
              <w:spacing w:before="60"/>
              <w:ind w:left="108" w:right="108"/>
            </w:pPr>
            <w:r>
              <w:rPr>
                <w:color w:val="000000"/>
              </w:rPr>
              <w:t>Sinteza, aktualizacija, samovrednovanje, domaća zadaća i završna molitva</w:t>
            </w:r>
          </w:p>
        </w:tc>
        <w:tc>
          <w:tcPr>
            <w:tcW w:w="2069" w:type="dxa"/>
            <w:shd w:val="clear" w:color="auto" w:fill="F2F2F2"/>
            <w:vAlign w:val="center"/>
          </w:tcPr>
          <w:p w14:paraId="685F7EBA" w14:textId="77777777" w:rsidR="004A025A" w:rsidRPr="003274C5" w:rsidRDefault="004A025A" w:rsidP="00527ACD">
            <w:pPr>
              <w:spacing w:before="60"/>
              <w:ind w:left="108" w:right="108"/>
              <w:jc w:val="center"/>
            </w:pPr>
            <w:r>
              <w:rPr>
                <w:color w:val="000000"/>
              </w:rPr>
              <w:t>6 minuta</w:t>
            </w:r>
          </w:p>
        </w:tc>
      </w:tr>
    </w:tbl>
    <w:p w14:paraId="79AB4D52" w14:textId="1C95680E" w:rsidR="004A025A" w:rsidRPr="003274C5" w:rsidRDefault="004A025A">
      <w:pPr>
        <w:spacing w:after="260" w:line="240" w:lineRule="auto"/>
        <w:jc w:val="both"/>
        <w:rPr>
          <w:i/>
          <w:iCs/>
          <w:color w:val="808080" w:themeColor="background1" w:themeShade="80"/>
        </w:rPr>
      </w:pPr>
      <w:r>
        <w:rPr>
          <w:i/>
          <w:iCs/>
          <w:color w:val="808080" w:themeColor="background1" w:themeShade="80"/>
        </w:rPr>
        <w:t>Ukupno: 45 minuta.</w:t>
      </w:r>
    </w:p>
    <w:p w14:paraId="3BC2465D" w14:textId="77777777" w:rsidR="004A025A" w:rsidRPr="003274C5" w:rsidRDefault="004A025A">
      <w:pPr>
        <w:spacing w:after="40" w:line="240" w:lineRule="auto"/>
      </w:pPr>
      <w:r>
        <w:rPr>
          <w:b/>
          <w:color w:val="C96A00"/>
        </w:rPr>
        <w:t>PRILOZI ZA BRZU UPORABU</w:t>
      </w:r>
    </w:p>
    <w:p w14:paraId="27123621" w14:textId="77777777" w:rsidR="004A025A" w:rsidRPr="003274C5" w:rsidRDefault="004A025A">
      <w:pPr>
        <w:spacing w:after="0" w:line="240" w:lineRule="auto"/>
        <w:rPr>
          <w:b/>
          <w:bCs/>
        </w:rPr>
      </w:pPr>
      <w:r>
        <w:rPr>
          <w:b/>
          <w:bCs/>
          <w:color w:val="000000"/>
        </w:rPr>
        <w:t>Prilog 1: Kratka kontrolna lista za vjeroučitelja</w:t>
      </w:r>
    </w:p>
    <w:p w14:paraId="00B34963" w14:textId="77777777" w:rsidR="004A025A" w:rsidRPr="003274C5" w:rsidRDefault="004A025A">
      <w:pPr>
        <w:spacing w:after="0" w:line="240" w:lineRule="auto"/>
        <w:jc w:val="both"/>
      </w:pPr>
      <w:r>
        <w:rPr>
          <w:color w:val="000000"/>
        </w:rPr>
        <w:t>□ Mogu li učenici objasniti izraz „stvoren na Božju sliku“?</w:t>
      </w:r>
    </w:p>
    <w:p w14:paraId="791313AF" w14:textId="77777777" w:rsidR="004A025A" w:rsidRPr="003274C5" w:rsidRDefault="004A025A">
      <w:pPr>
        <w:spacing w:after="0" w:line="240" w:lineRule="auto"/>
        <w:jc w:val="both"/>
      </w:pPr>
      <w:r>
        <w:rPr>
          <w:color w:val="000000"/>
        </w:rPr>
        <w:t>□ Mogu li navesti besmrtnu dušu, razum i slobodnu volju kao čovjekove darove?</w:t>
      </w:r>
    </w:p>
    <w:p w14:paraId="6BE70DAB" w14:textId="77777777" w:rsidR="004A025A" w:rsidRPr="003274C5" w:rsidRDefault="004A025A">
      <w:pPr>
        <w:spacing w:after="0" w:line="240" w:lineRule="auto"/>
        <w:jc w:val="both"/>
      </w:pPr>
      <w:r>
        <w:rPr>
          <w:color w:val="000000"/>
        </w:rPr>
        <w:t>□ Mogu li povezati spoznavanje, stvaranje i ljubav s čovjekovom sličnošću Bogu?</w:t>
      </w:r>
    </w:p>
    <w:p w14:paraId="1A04507C" w14:textId="77777777" w:rsidR="004A025A" w:rsidRPr="003274C5" w:rsidRDefault="004A025A">
      <w:pPr>
        <w:spacing w:after="0" w:line="240" w:lineRule="auto"/>
        <w:jc w:val="both"/>
      </w:pPr>
      <w:r>
        <w:rPr>
          <w:color w:val="000000"/>
        </w:rPr>
        <w:t>□ Mogu li objasniti zašto čovjek nije nešto, nego netko?</w:t>
      </w:r>
    </w:p>
    <w:p w14:paraId="32906629" w14:textId="77777777" w:rsidR="004A025A" w:rsidRPr="003274C5" w:rsidRDefault="004A025A">
      <w:pPr>
        <w:spacing w:after="0" w:line="240" w:lineRule="auto"/>
        <w:jc w:val="both"/>
      </w:pPr>
      <w:r>
        <w:rPr>
          <w:color w:val="000000"/>
        </w:rPr>
        <w:t>□ Mogu li prepoznati Božje utjelovljenje kao potvrdu čovjekove veličine?</w:t>
      </w:r>
    </w:p>
    <w:p w14:paraId="68AC06D0" w14:textId="77777777" w:rsidR="004A025A" w:rsidRDefault="004A025A">
      <w:pPr>
        <w:spacing w:after="0" w:line="240" w:lineRule="auto"/>
        <w:jc w:val="both"/>
      </w:pPr>
      <w:r>
        <w:rPr>
          <w:color w:val="000000"/>
        </w:rPr>
        <w:t>□ Mogu li objasniti što znači biti Božji prijatelj?</w:t>
      </w:r>
    </w:p>
    <w:p w14:paraId="2A8E4430" w14:textId="77777777" w:rsidR="004A025A" w:rsidRDefault="004A025A">
      <w:pPr>
        <w:spacing w:after="0" w:line="240" w:lineRule="auto"/>
        <w:jc w:val="both"/>
      </w:pPr>
      <w:r>
        <w:rPr>
          <w:color w:val="000000"/>
        </w:rPr>
        <w:t>□ Mogu li obrazložiti zašto dostojanstvo ne ovisi o popularnosti?</w:t>
      </w:r>
    </w:p>
    <w:p w14:paraId="2EDAAB1F" w14:textId="77777777" w:rsidR="004A025A" w:rsidRDefault="004A025A">
      <w:pPr>
        <w:spacing w:after="0" w:line="240" w:lineRule="auto"/>
        <w:jc w:val="both"/>
        <w:rPr>
          <w:color w:val="000000"/>
        </w:rPr>
      </w:pPr>
      <w:r>
        <w:rPr>
          <w:color w:val="000000"/>
        </w:rPr>
        <w:t>□ Mogu li navesti konkretan postupak poštovanja druge osobe i brige za svijet?</w:t>
      </w:r>
    </w:p>
    <w:p w14:paraId="48F8C156" w14:textId="77777777" w:rsidR="0076400B" w:rsidRDefault="0076400B">
      <w:pPr>
        <w:spacing w:after="0" w:line="240" w:lineRule="auto"/>
        <w:jc w:val="both"/>
        <w:rPr>
          <w:color w:val="000000"/>
        </w:rPr>
      </w:pPr>
    </w:p>
    <w:p w14:paraId="44C36EC8" w14:textId="77777777" w:rsidR="0076400B" w:rsidRDefault="0076400B" w:rsidP="0076400B">
      <w:pPr>
        <w:keepNext/>
        <w:jc w:val="both"/>
        <w:rPr>
          <w:color w:val="00000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CellMar>
          <w:left w:w="0" w:type="dxa"/>
          <w:right w:w="0" w:type="dxa"/>
        </w:tblCellMar>
        <w:tblLook w:val="04A0" w:firstRow="1" w:lastRow="0" w:firstColumn="1" w:lastColumn="0" w:noHBand="0" w:noVBand="1"/>
      </w:tblPr>
      <w:tblGrid>
        <w:gridCol w:w="10357"/>
      </w:tblGrid>
      <w:tr w:rsidR="0076400B" w14:paraId="2C31056E" w14:textId="77777777" w:rsidTr="00FA2234">
        <w:trPr>
          <w:cantSplit/>
          <w:jc w:val="center"/>
        </w:trPr>
        <w:tc>
          <w:tcPr>
            <w:tcW w:w="10347" w:type="dxa"/>
            <w:shd w:val="clear" w:color="auto" w:fill="00B050"/>
            <w:vAlign w:val="center"/>
          </w:tcPr>
          <w:p w14:paraId="187DC666" w14:textId="77777777" w:rsidR="0076400B" w:rsidRDefault="0076400B" w:rsidP="00FA2234">
            <w:pPr>
              <w:spacing w:before="80" w:after="80" w:line="240" w:lineRule="auto"/>
              <w:ind w:left="80" w:right="80"/>
            </w:pPr>
            <w:r w:rsidRPr="00876AF1">
              <w:rPr>
                <w:rFonts w:cs="Calibri"/>
                <w:b/>
                <w:color w:val="FFFFFF"/>
                <w:sz w:val="32"/>
              </w:rPr>
              <w:t>IZBORNE I DODATNE AKTIVNOSTI</w:t>
            </w:r>
          </w:p>
        </w:tc>
      </w:tr>
    </w:tbl>
    <w:p w14:paraId="6FAA26A6" w14:textId="77777777" w:rsidR="0076400B" w:rsidRDefault="0076400B" w:rsidP="0076400B">
      <w:pPr>
        <w:jc w:val="both"/>
        <w:rPr>
          <w:b/>
          <w:color w:val="166534"/>
        </w:rPr>
      </w:pPr>
    </w:p>
    <w:p w14:paraId="3DCF78E8" w14:textId="2C64486B" w:rsidR="0035043B" w:rsidRPr="0035043B" w:rsidRDefault="0035043B" w:rsidP="0035043B">
      <w:pPr>
        <w:spacing w:after="80"/>
        <w:jc w:val="both"/>
        <w:rPr>
          <w:b/>
          <w:bCs/>
          <w:color w:val="002060"/>
        </w:rPr>
      </w:pPr>
      <w:r w:rsidRPr="00A22BC3">
        <w:rPr>
          <w:b/>
          <w:bCs/>
          <w:color w:val="002060"/>
        </w:rPr>
        <w:t>Vjeroučitelj će prema potrebama razreda odabrati neku od sljedećih aktivnosti kao zamjenu za ranije ponuđenu aktivnost. Nije predviđeno provesti sve aktivnosti u jednom satu.</w:t>
      </w:r>
    </w:p>
    <w:p w14:paraId="6D999867" w14:textId="029FCF7F" w:rsidR="0076400B" w:rsidRPr="0035043B" w:rsidRDefault="0035043B" w:rsidP="0076400B">
      <w:pPr>
        <w:jc w:val="both"/>
        <w:rPr>
          <w:b/>
          <w:color w:val="166534"/>
          <w:sz w:val="26"/>
          <w:szCs w:val="26"/>
        </w:rPr>
      </w:pPr>
      <w:r w:rsidRPr="0035043B">
        <w:rPr>
          <w:b/>
          <w:color w:val="166534"/>
          <w:sz w:val="26"/>
          <w:szCs w:val="26"/>
        </w:rPr>
        <w:t>Aktivnost 1</w:t>
      </w:r>
      <w:r>
        <w:rPr>
          <w:b/>
          <w:color w:val="166534"/>
          <w:sz w:val="26"/>
          <w:szCs w:val="26"/>
        </w:rPr>
        <w:t>:</w:t>
      </w:r>
      <w:r w:rsidR="0076400B" w:rsidRPr="0035043B">
        <w:rPr>
          <w:b/>
          <w:color w:val="166534"/>
          <w:sz w:val="26"/>
          <w:szCs w:val="26"/>
        </w:rPr>
        <w:t xml:space="preserve"> </w:t>
      </w:r>
      <w:r w:rsidRPr="0035043B">
        <w:rPr>
          <w:b/>
          <w:color w:val="166534"/>
          <w:sz w:val="26"/>
          <w:szCs w:val="26"/>
        </w:rPr>
        <w:t>R</w:t>
      </w:r>
      <w:r w:rsidR="0076400B" w:rsidRPr="0035043B">
        <w:rPr>
          <w:b/>
          <w:color w:val="166534"/>
          <w:sz w:val="26"/>
          <w:szCs w:val="26"/>
        </w:rPr>
        <w:t xml:space="preserve">adna bilježnica </w:t>
      </w:r>
    </w:p>
    <w:p w14:paraId="3878890D" w14:textId="65D79C56" w:rsidR="0076400B" w:rsidRDefault="0076400B" w:rsidP="0076400B">
      <w:pPr>
        <w:jc w:val="both"/>
      </w:pPr>
      <w:r>
        <w:t>U</w:t>
      </w:r>
      <w:r w:rsidRPr="00EC4D18">
        <w:t>čenici će uz pomoć vjeroučitelja rješavati RB, str. 8–</w:t>
      </w:r>
      <w:r w:rsidR="00A36FF2">
        <w:t>10</w:t>
      </w:r>
      <w:r w:rsidRPr="00EC4D18">
        <w:t xml:space="preserve"> (mogu biti i odabrani zadatci po želji).</w:t>
      </w:r>
    </w:p>
    <w:p w14:paraId="0F063680" w14:textId="77777777" w:rsidR="00C039CA" w:rsidRDefault="0035043B" w:rsidP="0035043B">
      <w:pPr>
        <w:jc w:val="both"/>
        <w:rPr>
          <w:b/>
          <w:color w:val="166534"/>
          <w:sz w:val="26"/>
          <w:szCs w:val="26"/>
        </w:rPr>
      </w:pPr>
      <w:r w:rsidRPr="0035043B">
        <w:rPr>
          <w:b/>
          <w:color w:val="166534"/>
          <w:sz w:val="26"/>
          <w:szCs w:val="26"/>
        </w:rPr>
        <w:t xml:space="preserve">Aktivnost </w:t>
      </w:r>
      <w:r>
        <w:rPr>
          <w:b/>
          <w:color w:val="166534"/>
          <w:sz w:val="26"/>
          <w:szCs w:val="26"/>
        </w:rPr>
        <w:t>2: D</w:t>
      </w:r>
      <w:r w:rsidR="0076400B" w:rsidRPr="0035043B">
        <w:rPr>
          <w:b/>
          <w:color w:val="166534"/>
          <w:sz w:val="26"/>
          <w:szCs w:val="26"/>
        </w:rPr>
        <w:t xml:space="preserve">igitalni zadatci: </w:t>
      </w:r>
    </w:p>
    <w:p w14:paraId="5C4D529B" w14:textId="77777777" w:rsidR="00C039CA" w:rsidRPr="00C039CA" w:rsidRDefault="00C039CA" w:rsidP="00C039CA">
      <w:pPr>
        <w:spacing w:after="0" w:line="240" w:lineRule="auto"/>
        <w:textAlignment w:val="center"/>
        <w:rPr>
          <w:rFonts w:asciiTheme="majorHAnsi" w:eastAsia="Times New Roman" w:hAnsiTheme="majorHAnsi" w:cstheme="majorHAnsi"/>
          <w:lang w:eastAsia="hr-HR"/>
        </w:rPr>
      </w:pPr>
      <w:r w:rsidRPr="00C039CA">
        <w:rPr>
          <w:rFonts w:asciiTheme="majorHAnsi" w:eastAsia="Times New Roman" w:hAnsiTheme="majorHAnsi" w:cstheme="majorHAnsi"/>
          <w:lang w:eastAsia="hr-HR"/>
        </w:rPr>
        <w:t>Učenici će riješiti dva zadatka pod ikonom smješka!</w:t>
      </w:r>
    </w:p>
    <w:p w14:paraId="1D66DA41" w14:textId="77777777" w:rsidR="00C039CA" w:rsidRPr="00C039CA" w:rsidRDefault="00C039CA" w:rsidP="00C039CA">
      <w:pPr>
        <w:spacing w:after="0" w:line="240" w:lineRule="auto"/>
        <w:textAlignment w:val="center"/>
        <w:rPr>
          <w:rFonts w:asciiTheme="majorHAnsi" w:eastAsia="Times New Roman" w:hAnsiTheme="majorHAnsi" w:cstheme="majorHAnsi"/>
          <w:lang w:eastAsia="hr-HR"/>
        </w:rPr>
      </w:pPr>
    </w:p>
    <w:p w14:paraId="6ACA040F" w14:textId="4C231723" w:rsidR="00C039CA" w:rsidRDefault="00C039CA" w:rsidP="00C039CA">
      <w:hyperlink r:id="rId10">
        <w:r w:rsidRPr="002A16EB">
          <w:rPr>
            <w:b/>
            <w:bCs/>
            <w:color w:val="0000FF"/>
            <w:u w:val="single"/>
          </w:rPr>
          <w:t>klikni ovdje – poveznica</w:t>
        </w:r>
      </w:hyperlink>
    </w:p>
    <w:p w14:paraId="73A78464" w14:textId="77777777" w:rsidR="00C039CA" w:rsidRPr="00C039CA" w:rsidRDefault="00C039CA" w:rsidP="00C039CA">
      <w:pPr>
        <w:spacing w:after="0" w:line="240" w:lineRule="auto"/>
        <w:textAlignment w:val="center"/>
        <w:rPr>
          <w:rFonts w:asciiTheme="majorHAnsi" w:eastAsia="Times New Roman" w:hAnsiTheme="majorHAnsi" w:cstheme="majorHAnsi"/>
          <w:lang w:eastAsia="hr-HR"/>
        </w:rPr>
      </w:pPr>
    </w:p>
    <w:p w14:paraId="7C8EF7CC" w14:textId="77777777" w:rsidR="00C039CA" w:rsidRDefault="00C039CA" w:rsidP="00C039CA">
      <w:pPr>
        <w:spacing w:after="0" w:line="240" w:lineRule="auto"/>
        <w:textAlignment w:val="center"/>
        <w:rPr>
          <w:rFonts w:asciiTheme="majorHAnsi" w:eastAsia="Times New Roman" w:hAnsiTheme="majorHAnsi" w:cstheme="majorHAnsi"/>
          <w:b/>
          <w:bCs/>
          <w:lang w:eastAsia="hr-HR"/>
        </w:rPr>
      </w:pPr>
      <w:r w:rsidRPr="00C039CA">
        <w:rPr>
          <w:rFonts w:asciiTheme="majorHAnsi" w:eastAsia="Times New Roman" w:hAnsiTheme="majorHAnsi" w:cstheme="majorHAnsi"/>
          <w:b/>
          <w:bCs/>
          <w:lang w:eastAsia="hr-HR"/>
        </w:rPr>
        <w:t>Kod:</w:t>
      </w:r>
    </w:p>
    <w:p w14:paraId="7C285996" w14:textId="77777777" w:rsidR="00C039CA" w:rsidRDefault="00C039CA" w:rsidP="00C039CA">
      <w:pPr>
        <w:spacing w:after="0" w:line="240" w:lineRule="auto"/>
        <w:textAlignment w:val="center"/>
        <w:rPr>
          <w:rFonts w:asciiTheme="majorHAnsi" w:eastAsia="Times New Roman" w:hAnsiTheme="majorHAnsi" w:cstheme="majorHAnsi"/>
          <w:b/>
          <w:bCs/>
          <w:lang w:eastAsia="hr-HR"/>
        </w:rPr>
      </w:pPr>
    </w:p>
    <w:p w14:paraId="66CBF9F2" w14:textId="5792C653" w:rsidR="00C039CA" w:rsidRPr="00C039CA" w:rsidRDefault="00C039CA" w:rsidP="00C039CA">
      <w:pPr>
        <w:spacing w:after="0" w:line="240" w:lineRule="auto"/>
        <w:textAlignment w:val="center"/>
        <w:rPr>
          <w:rFonts w:asciiTheme="majorHAnsi" w:eastAsia="Times New Roman" w:hAnsiTheme="majorHAnsi" w:cstheme="majorHAnsi"/>
          <w:b/>
          <w:bCs/>
          <w:lang w:eastAsia="hr-HR"/>
        </w:rPr>
      </w:pPr>
      <w:r>
        <w:rPr>
          <w:noProof/>
        </w:rPr>
        <w:drawing>
          <wp:inline distT="0" distB="0" distL="0" distR="0" wp14:anchorId="071CB4CF" wp14:editId="34CF348C">
            <wp:extent cx="1440000" cy="1440000"/>
            <wp:effectExtent l="0" t="0" r="8255" b="8255"/>
            <wp:docPr id="1820646206" name="Slika 1"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ko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5A056A69" w14:textId="77777777" w:rsidR="00C039CA" w:rsidRPr="00C039CA" w:rsidRDefault="00C039CA" w:rsidP="00C039CA">
      <w:pPr>
        <w:spacing w:after="0" w:line="240" w:lineRule="auto"/>
        <w:textAlignment w:val="center"/>
        <w:rPr>
          <w:rFonts w:asciiTheme="majorHAnsi" w:eastAsia="Times New Roman" w:hAnsiTheme="majorHAnsi" w:cstheme="majorHAnsi"/>
          <w:lang w:eastAsia="hr-HR"/>
        </w:rPr>
      </w:pPr>
      <w:r w:rsidRPr="00C039CA">
        <w:rPr>
          <w:rFonts w:asciiTheme="majorHAnsi" w:eastAsia="Times New Roman" w:hAnsiTheme="majorHAnsi" w:cstheme="majorHAnsi"/>
          <w:lang w:eastAsia="hr-HR"/>
        </w:rPr>
        <w:lastRenderedPageBreak/>
        <w:t>Predstavljanje rezultata.</w:t>
      </w:r>
    </w:p>
    <w:p w14:paraId="498B1FA7" w14:textId="7C657BDA" w:rsidR="0035043B" w:rsidRDefault="0035043B" w:rsidP="0035043B">
      <w:pPr>
        <w:jc w:val="both"/>
      </w:pPr>
    </w:p>
    <w:p w14:paraId="7C3050DE" w14:textId="51F752C1" w:rsidR="0076400B" w:rsidRDefault="0076400B" w:rsidP="0035043B">
      <w:pPr>
        <w:jc w:val="both"/>
      </w:pPr>
      <w:r w:rsidRPr="0035043B">
        <w:rPr>
          <w:b/>
          <w:color w:val="166534"/>
          <w:sz w:val="26"/>
        </w:rPr>
        <w:t xml:space="preserve">Aktivnost </w:t>
      </w:r>
      <w:r w:rsidR="0035043B">
        <w:rPr>
          <w:b/>
          <w:color w:val="166534"/>
          <w:sz w:val="26"/>
        </w:rPr>
        <w:t>3</w:t>
      </w:r>
      <w:r w:rsidR="00684AEC">
        <w:rPr>
          <w:b/>
          <w:color w:val="166534"/>
          <w:sz w:val="26"/>
        </w:rPr>
        <w:t>:</w:t>
      </w:r>
      <w:r w:rsidRPr="0035043B">
        <w:rPr>
          <w:b/>
          <w:color w:val="166534"/>
          <w:sz w:val="26"/>
        </w:rPr>
        <w:t xml:space="preserve"> Dar se prepoznaje u djelu</w:t>
      </w:r>
      <w:r>
        <w:rPr>
          <w:i/>
          <w:color w:val="6B6B6B"/>
          <w:sz w:val="20"/>
        </w:rPr>
        <w:t xml:space="preserve"> (rad u paru – povezivanje i obrazlaganje, 6 minuta)</w:t>
      </w:r>
    </w:p>
    <w:p w14:paraId="649B4929" w14:textId="77777777" w:rsidR="0076400B" w:rsidRDefault="0076400B" w:rsidP="0076400B">
      <w:pPr>
        <w:spacing w:after="80"/>
        <w:jc w:val="both"/>
      </w:pPr>
      <w:r>
        <w:rPr>
          <w:color w:val="000000"/>
        </w:rPr>
        <w:t>Rad u paru. Učenici će povezati darove RAZUM, SLOBODNA VOLJA, STVARALAŠTVO i LJUBAV s postupcima: provjeravam je li poruka istinita; odbijam sudjelovati u ruganju; osmišljavam novu društvenu igru; ostajem uz prijatelja kojemu je teško. Zatim će za jedan dar osmisliti vlastiti primjer i objasniti kako njime poštuju drugu osobu.</w:t>
      </w:r>
    </w:p>
    <w:p w14:paraId="7FAD8801" w14:textId="77777777" w:rsidR="00684AEC" w:rsidRDefault="0076400B" w:rsidP="00684AEC">
      <w:pPr>
        <w:spacing w:after="80"/>
        <w:jc w:val="both"/>
        <w:rPr>
          <w:color w:val="6B6B6B"/>
          <w:sz w:val="18"/>
        </w:rPr>
      </w:pPr>
      <w:r>
        <w:rPr>
          <w:color w:val="6B6B6B"/>
          <w:sz w:val="18"/>
        </w:rPr>
        <w:t>Moguće rješenje: Razum – provjeravanje poruke; slobodna volja – odbijanje ruganja; stvaralaštvo – osmišljavanje igre; ljubav – blizina prijatelju. Učenici mogu obrazložiti povezanost jednoga postupka s više darova.</w:t>
      </w:r>
    </w:p>
    <w:p w14:paraId="401050BC" w14:textId="77777777" w:rsidR="006124FC" w:rsidRDefault="006124FC" w:rsidP="00E45C9E"/>
    <w:p w14:paraId="4EBF273F" w14:textId="4CF61024" w:rsidR="00E45C9E" w:rsidRDefault="00E45C9E" w:rsidP="00E45C9E">
      <w:r>
        <w:t>Radni predložak:</w:t>
      </w:r>
    </w:p>
    <w:tbl>
      <w:tblPr>
        <w:tblStyle w:val="Reetkatablice"/>
        <w:tblW w:w="5000" w:type="pct"/>
        <w:jc w:val="center"/>
        <w:tblCellMar>
          <w:left w:w="0" w:type="dxa"/>
          <w:right w:w="0" w:type="dxa"/>
        </w:tblCellMar>
        <w:tblLook w:val="04A0" w:firstRow="1" w:lastRow="0" w:firstColumn="1" w:lastColumn="0" w:noHBand="0" w:noVBand="1"/>
      </w:tblPr>
      <w:tblGrid>
        <w:gridCol w:w="4142"/>
        <w:gridCol w:w="6215"/>
      </w:tblGrid>
      <w:tr w:rsidR="00E45C9E" w:rsidRPr="00E45C9E" w14:paraId="0FD581E3" w14:textId="77777777" w:rsidTr="00E45C9E">
        <w:trPr>
          <w:cantSplit/>
          <w:jc w:val="center"/>
        </w:trPr>
        <w:tc>
          <w:tcPr>
            <w:tcW w:w="4138" w:type="dxa"/>
            <w:shd w:val="clear" w:color="auto" w:fill="8064A2"/>
            <w:vAlign w:val="center"/>
          </w:tcPr>
          <w:p w14:paraId="508501B5" w14:textId="1ADB62E9" w:rsidR="00E45C9E" w:rsidRPr="00E45C9E" w:rsidRDefault="00E45C9E" w:rsidP="00E45C9E">
            <w:pPr>
              <w:spacing w:after="0" w:line="259" w:lineRule="auto"/>
              <w:ind w:left="108" w:right="108"/>
              <w:jc w:val="center"/>
              <w:rPr>
                <w:rFonts w:eastAsiaTheme="minorEastAsia"/>
                <w:sz w:val="40"/>
                <w:szCs w:val="40"/>
              </w:rPr>
            </w:pPr>
            <w:r w:rsidRPr="00E45C9E">
              <w:rPr>
                <w:rFonts w:eastAsiaTheme="minorEastAsia"/>
                <w:b/>
                <w:color w:val="FFFFFF"/>
                <w:sz w:val="40"/>
                <w:szCs w:val="40"/>
              </w:rPr>
              <w:t>DAROVI</w:t>
            </w:r>
          </w:p>
        </w:tc>
        <w:tc>
          <w:tcPr>
            <w:tcW w:w="6209" w:type="dxa"/>
            <w:shd w:val="clear" w:color="auto" w:fill="4472C4"/>
            <w:vAlign w:val="center"/>
          </w:tcPr>
          <w:p w14:paraId="199F503A" w14:textId="29405D9F" w:rsidR="00E45C9E" w:rsidRPr="00E45C9E" w:rsidRDefault="00E45C9E" w:rsidP="00E45C9E">
            <w:pPr>
              <w:spacing w:after="0" w:line="259" w:lineRule="auto"/>
              <w:ind w:left="108" w:right="108"/>
              <w:jc w:val="center"/>
              <w:rPr>
                <w:rFonts w:eastAsiaTheme="minorEastAsia"/>
                <w:sz w:val="40"/>
                <w:szCs w:val="40"/>
              </w:rPr>
            </w:pPr>
            <w:r>
              <w:rPr>
                <w:rFonts w:eastAsiaTheme="minorEastAsia"/>
                <w:b/>
                <w:color w:val="FFFFFF"/>
                <w:sz w:val="40"/>
                <w:szCs w:val="40"/>
              </w:rPr>
              <w:t>POSTUPCI</w:t>
            </w:r>
          </w:p>
        </w:tc>
      </w:tr>
      <w:tr w:rsidR="00E45C9E" w:rsidRPr="00E45C9E" w14:paraId="52D9A66D" w14:textId="77777777" w:rsidTr="00E45C9E">
        <w:trPr>
          <w:cantSplit/>
          <w:jc w:val="center"/>
        </w:trPr>
        <w:tc>
          <w:tcPr>
            <w:tcW w:w="4138" w:type="dxa"/>
            <w:vAlign w:val="center"/>
          </w:tcPr>
          <w:p w14:paraId="0CE49984" w14:textId="50EE7AF0" w:rsidR="00E45C9E" w:rsidRPr="00E45C9E" w:rsidRDefault="00E45C9E" w:rsidP="00E45C9E">
            <w:pPr>
              <w:spacing w:after="0" w:line="259" w:lineRule="auto"/>
              <w:ind w:left="108" w:right="108"/>
              <w:rPr>
                <w:rFonts w:eastAsiaTheme="minorEastAsia"/>
                <w:sz w:val="40"/>
                <w:szCs w:val="40"/>
              </w:rPr>
            </w:pPr>
            <w:r w:rsidRPr="00E45C9E">
              <w:rPr>
                <w:rFonts w:eastAsiaTheme="minorEastAsia"/>
                <w:color w:val="000000"/>
                <w:sz w:val="40"/>
                <w:szCs w:val="40"/>
              </w:rPr>
              <w:t>RAZUM</w:t>
            </w:r>
          </w:p>
        </w:tc>
        <w:tc>
          <w:tcPr>
            <w:tcW w:w="6209" w:type="dxa"/>
            <w:vAlign w:val="center"/>
          </w:tcPr>
          <w:p w14:paraId="38E20B56" w14:textId="30B30BB4" w:rsidR="00E45C9E" w:rsidRPr="00E45C9E" w:rsidRDefault="00E45C9E" w:rsidP="00E45C9E">
            <w:pPr>
              <w:spacing w:after="0" w:line="259" w:lineRule="auto"/>
              <w:ind w:left="108" w:right="108"/>
              <w:rPr>
                <w:rFonts w:eastAsiaTheme="minorEastAsia"/>
                <w:sz w:val="40"/>
                <w:szCs w:val="40"/>
              </w:rPr>
            </w:pPr>
            <w:r w:rsidRPr="00E45C9E">
              <w:rPr>
                <w:rFonts w:eastAsiaTheme="minorEastAsia"/>
                <w:color w:val="000000"/>
                <w:sz w:val="40"/>
                <w:szCs w:val="40"/>
              </w:rPr>
              <w:t>osmišljavam novu društvenu igru</w:t>
            </w:r>
          </w:p>
        </w:tc>
      </w:tr>
      <w:tr w:rsidR="00E45C9E" w:rsidRPr="00E45C9E" w14:paraId="5786C569" w14:textId="77777777" w:rsidTr="00E45C9E">
        <w:trPr>
          <w:cantSplit/>
          <w:jc w:val="center"/>
        </w:trPr>
        <w:tc>
          <w:tcPr>
            <w:tcW w:w="4138" w:type="dxa"/>
            <w:shd w:val="clear" w:color="auto" w:fill="F5F5F5"/>
            <w:vAlign w:val="center"/>
          </w:tcPr>
          <w:p w14:paraId="02D288AE" w14:textId="61E4C298" w:rsidR="00E45C9E" w:rsidRPr="00E45C9E" w:rsidRDefault="00E45C9E" w:rsidP="00E45C9E">
            <w:pPr>
              <w:spacing w:after="0" w:line="259" w:lineRule="auto"/>
              <w:ind w:left="108" w:right="108"/>
              <w:rPr>
                <w:rFonts w:eastAsiaTheme="minorEastAsia"/>
                <w:sz w:val="40"/>
                <w:szCs w:val="40"/>
              </w:rPr>
            </w:pPr>
            <w:r w:rsidRPr="00E45C9E">
              <w:rPr>
                <w:rFonts w:eastAsiaTheme="minorEastAsia"/>
                <w:color w:val="000000"/>
                <w:sz w:val="40"/>
                <w:szCs w:val="40"/>
              </w:rPr>
              <w:t>SLOBODNA VOLJA</w:t>
            </w:r>
          </w:p>
        </w:tc>
        <w:tc>
          <w:tcPr>
            <w:tcW w:w="6209" w:type="dxa"/>
            <w:shd w:val="clear" w:color="auto" w:fill="F5F5F5"/>
            <w:vAlign w:val="center"/>
          </w:tcPr>
          <w:p w14:paraId="61D22FF5" w14:textId="419ADEC5" w:rsidR="00E45C9E" w:rsidRPr="00E45C9E" w:rsidRDefault="00E45C9E" w:rsidP="00E45C9E">
            <w:pPr>
              <w:spacing w:after="0" w:line="259" w:lineRule="auto"/>
              <w:ind w:left="108" w:right="108"/>
              <w:rPr>
                <w:rFonts w:eastAsiaTheme="minorEastAsia"/>
                <w:sz w:val="40"/>
                <w:szCs w:val="40"/>
              </w:rPr>
            </w:pPr>
            <w:r w:rsidRPr="00E45C9E">
              <w:rPr>
                <w:rFonts w:eastAsiaTheme="minorEastAsia"/>
                <w:color w:val="000000"/>
                <w:sz w:val="40"/>
                <w:szCs w:val="40"/>
              </w:rPr>
              <w:t>ostajem uz prijatelja kojemu je teško</w:t>
            </w:r>
          </w:p>
        </w:tc>
      </w:tr>
      <w:tr w:rsidR="00E45C9E" w:rsidRPr="00E45C9E" w14:paraId="6AD48617" w14:textId="77777777" w:rsidTr="00E45C9E">
        <w:trPr>
          <w:cantSplit/>
          <w:jc w:val="center"/>
        </w:trPr>
        <w:tc>
          <w:tcPr>
            <w:tcW w:w="4138" w:type="dxa"/>
            <w:vAlign w:val="center"/>
          </w:tcPr>
          <w:p w14:paraId="68504434" w14:textId="3AFFD0B4" w:rsidR="00E45C9E" w:rsidRPr="00E45C9E" w:rsidRDefault="00E45C9E" w:rsidP="00E45C9E">
            <w:pPr>
              <w:spacing w:after="0" w:line="259" w:lineRule="auto"/>
              <w:ind w:left="108" w:right="108"/>
              <w:rPr>
                <w:rFonts w:eastAsiaTheme="minorEastAsia"/>
                <w:sz w:val="40"/>
                <w:szCs w:val="40"/>
              </w:rPr>
            </w:pPr>
            <w:r w:rsidRPr="00E45C9E">
              <w:rPr>
                <w:rFonts w:eastAsiaTheme="minorEastAsia"/>
                <w:color w:val="000000"/>
                <w:sz w:val="40"/>
                <w:szCs w:val="40"/>
              </w:rPr>
              <w:t>STVARALAŠTVO</w:t>
            </w:r>
          </w:p>
        </w:tc>
        <w:tc>
          <w:tcPr>
            <w:tcW w:w="6209" w:type="dxa"/>
            <w:vAlign w:val="center"/>
          </w:tcPr>
          <w:p w14:paraId="6A5570C8" w14:textId="0CF4481D" w:rsidR="00E45C9E" w:rsidRPr="00E45C9E" w:rsidRDefault="00E45C9E" w:rsidP="00E45C9E">
            <w:pPr>
              <w:spacing w:after="0" w:line="259" w:lineRule="auto"/>
              <w:ind w:left="108" w:right="108"/>
              <w:rPr>
                <w:rFonts w:eastAsiaTheme="minorEastAsia"/>
                <w:sz w:val="40"/>
                <w:szCs w:val="40"/>
              </w:rPr>
            </w:pPr>
            <w:r w:rsidRPr="00E45C9E">
              <w:rPr>
                <w:rFonts w:eastAsiaTheme="minorEastAsia"/>
                <w:color w:val="000000"/>
                <w:sz w:val="40"/>
                <w:szCs w:val="40"/>
              </w:rPr>
              <w:t>provjeravam je li poruka istinita</w:t>
            </w:r>
          </w:p>
        </w:tc>
      </w:tr>
      <w:tr w:rsidR="00E45C9E" w:rsidRPr="00E45C9E" w14:paraId="1348C9A2" w14:textId="77777777" w:rsidTr="00E45C9E">
        <w:trPr>
          <w:cantSplit/>
          <w:jc w:val="center"/>
        </w:trPr>
        <w:tc>
          <w:tcPr>
            <w:tcW w:w="4138" w:type="dxa"/>
            <w:shd w:val="clear" w:color="auto" w:fill="F5F5F5"/>
            <w:vAlign w:val="center"/>
          </w:tcPr>
          <w:p w14:paraId="76290D99" w14:textId="5404EC94" w:rsidR="00E45C9E" w:rsidRPr="00E45C9E" w:rsidRDefault="00E45C9E" w:rsidP="00E45C9E">
            <w:pPr>
              <w:spacing w:after="0" w:line="259" w:lineRule="auto"/>
              <w:ind w:left="108" w:right="108"/>
              <w:rPr>
                <w:rFonts w:eastAsiaTheme="minorEastAsia"/>
                <w:sz w:val="40"/>
                <w:szCs w:val="40"/>
              </w:rPr>
            </w:pPr>
            <w:r w:rsidRPr="00E45C9E">
              <w:rPr>
                <w:rFonts w:eastAsiaTheme="minorEastAsia"/>
                <w:color w:val="000000"/>
                <w:sz w:val="40"/>
                <w:szCs w:val="40"/>
              </w:rPr>
              <w:t>LJUBAV</w:t>
            </w:r>
          </w:p>
        </w:tc>
        <w:tc>
          <w:tcPr>
            <w:tcW w:w="6209" w:type="dxa"/>
            <w:shd w:val="clear" w:color="auto" w:fill="F5F5F5"/>
            <w:vAlign w:val="center"/>
          </w:tcPr>
          <w:p w14:paraId="1FFBA07E" w14:textId="15017886" w:rsidR="00E45C9E" w:rsidRPr="00E45C9E" w:rsidRDefault="00E45C9E" w:rsidP="00E45C9E">
            <w:pPr>
              <w:spacing w:after="0" w:line="259" w:lineRule="auto"/>
              <w:ind w:left="108" w:right="108"/>
              <w:rPr>
                <w:rFonts w:eastAsiaTheme="minorEastAsia"/>
                <w:sz w:val="40"/>
                <w:szCs w:val="40"/>
              </w:rPr>
            </w:pPr>
            <w:r w:rsidRPr="00E45C9E">
              <w:rPr>
                <w:rFonts w:eastAsiaTheme="minorEastAsia"/>
                <w:color w:val="000000"/>
                <w:sz w:val="40"/>
                <w:szCs w:val="40"/>
              </w:rPr>
              <w:t>odbijam sudjelovati u ruganju</w:t>
            </w:r>
          </w:p>
        </w:tc>
      </w:tr>
    </w:tbl>
    <w:p w14:paraId="3695054E" w14:textId="77777777" w:rsidR="00E45C9E" w:rsidRDefault="00E45C9E" w:rsidP="00684AEC">
      <w:pPr>
        <w:spacing w:after="80"/>
        <w:jc w:val="both"/>
      </w:pPr>
    </w:p>
    <w:p w14:paraId="5F2F76F7" w14:textId="4DF64E12" w:rsidR="0076400B" w:rsidRDefault="0076400B" w:rsidP="00684AEC">
      <w:pPr>
        <w:spacing w:after="80"/>
        <w:jc w:val="both"/>
      </w:pPr>
      <w:r w:rsidRPr="0035043B">
        <w:rPr>
          <w:b/>
          <w:color w:val="166534"/>
          <w:sz w:val="26"/>
        </w:rPr>
        <w:t xml:space="preserve">Aktivnost </w:t>
      </w:r>
      <w:r w:rsidR="0035043B">
        <w:rPr>
          <w:b/>
          <w:color w:val="166534"/>
          <w:sz w:val="26"/>
        </w:rPr>
        <w:t>4</w:t>
      </w:r>
      <w:r w:rsidR="00684AEC">
        <w:rPr>
          <w:b/>
          <w:color w:val="166534"/>
          <w:sz w:val="26"/>
        </w:rPr>
        <w:t>:</w:t>
      </w:r>
      <w:r w:rsidRPr="0035043B">
        <w:rPr>
          <w:b/>
          <w:color w:val="166534"/>
          <w:sz w:val="26"/>
        </w:rPr>
        <w:t xml:space="preserve"> Slažemo li se i zašto</w:t>
      </w:r>
      <w:r>
        <w:rPr>
          <w:i/>
          <w:color w:val="6B6B6B"/>
          <w:sz w:val="20"/>
        </w:rPr>
        <w:t xml:space="preserve"> (rad u skupinama – argumentirana rasprava, 8 minuta)</w:t>
      </w:r>
    </w:p>
    <w:p w14:paraId="3AF3BE1E" w14:textId="77777777" w:rsidR="0076400B" w:rsidRDefault="0076400B" w:rsidP="0076400B">
      <w:pPr>
        <w:spacing w:after="80"/>
        <w:jc w:val="both"/>
      </w:pPr>
      <w:r>
        <w:rPr>
          <w:color w:val="000000"/>
        </w:rPr>
        <w:t>Rad u skupinama. Učenici će razmotriti tvrdnje: „Svi ljudi imaju jednako dostojanstvo, ali nisu svi isti.“; „Biti original znači uvijek raditi suprotno od drugih.“; „Poštovati osobu znači odobravati svaki njezin postupak.“ Za svaku će odrediti slažu li se s njom, navesti razlog i povezati odgovor s porukom lekcije. Izvjestitelji će predstaviti po jedan zaključak.</w:t>
      </w:r>
    </w:p>
    <w:p w14:paraId="4B9F34CC" w14:textId="77777777" w:rsidR="00684AEC" w:rsidRDefault="0076400B" w:rsidP="00684AEC">
      <w:pPr>
        <w:spacing w:after="80"/>
        <w:jc w:val="both"/>
        <w:rPr>
          <w:color w:val="6B6B6B"/>
          <w:sz w:val="18"/>
        </w:rPr>
      </w:pPr>
      <w:r>
        <w:rPr>
          <w:color w:val="6B6B6B"/>
          <w:sz w:val="18"/>
        </w:rPr>
        <w:t>Moguće rješenje: Prva tvrdnja je točna: jednako dostojanstvo ne briše različitost darova. Druga nije točna: originalnost uključuje prihvaćanje vlastite jedinstvenosti i odgovornost. Treća nije točna: možemo poštovati osobu i jasno odbaciti štetan postupak.</w:t>
      </w:r>
    </w:p>
    <w:p w14:paraId="7B98B4FD" w14:textId="77777777" w:rsidR="00F60B01" w:rsidRDefault="00F60B01" w:rsidP="00E45C9E"/>
    <w:p w14:paraId="072238E7" w14:textId="46ED99BC" w:rsidR="00E45C9E" w:rsidRDefault="00E45C9E" w:rsidP="00E45C9E">
      <w:r>
        <w:t>Radni predložak:</w:t>
      </w:r>
    </w:p>
    <w:tbl>
      <w:tblPr>
        <w:tblStyle w:val="Reetkatablice"/>
        <w:tblW w:w="5000" w:type="pct"/>
        <w:jc w:val="center"/>
        <w:tblCellMar>
          <w:left w:w="0" w:type="dxa"/>
          <w:right w:w="0" w:type="dxa"/>
        </w:tblCellMar>
        <w:tblLook w:val="04A0" w:firstRow="1" w:lastRow="0" w:firstColumn="1" w:lastColumn="0" w:noHBand="0" w:noVBand="1"/>
      </w:tblPr>
      <w:tblGrid>
        <w:gridCol w:w="2428"/>
        <w:gridCol w:w="2643"/>
        <w:gridCol w:w="2643"/>
        <w:gridCol w:w="2643"/>
      </w:tblGrid>
      <w:tr w:rsidR="00E45C9E" w14:paraId="2D4F6FA4" w14:textId="77777777" w:rsidTr="00F60B01">
        <w:trPr>
          <w:cantSplit/>
          <w:jc w:val="center"/>
        </w:trPr>
        <w:tc>
          <w:tcPr>
            <w:tcW w:w="2361" w:type="dxa"/>
            <w:shd w:val="clear" w:color="auto" w:fill="5B9BD5"/>
            <w:vAlign w:val="center"/>
          </w:tcPr>
          <w:p w14:paraId="3A38BB60" w14:textId="12A20839" w:rsidR="00E45C9E" w:rsidRDefault="00E45C9E" w:rsidP="00FA2234">
            <w:pPr>
              <w:keepNext/>
              <w:spacing w:after="0"/>
              <w:ind w:left="108" w:right="108"/>
              <w:jc w:val="center"/>
            </w:pPr>
            <w:r>
              <w:rPr>
                <w:b/>
                <w:color w:val="FFFFFF"/>
                <w:sz w:val="40"/>
              </w:rPr>
              <w:t>TVRDNJA</w:t>
            </w:r>
          </w:p>
        </w:tc>
        <w:tc>
          <w:tcPr>
            <w:tcW w:w="2662" w:type="dxa"/>
            <w:shd w:val="clear" w:color="auto" w:fill="ED7D31"/>
            <w:vAlign w:val="center"/>
          </w:tcPr>
          <w:p w14:paraId="2D7913D1" w14:textId="54176737" w:rsidR="00E45C9E" w:rsidRDefault="00F60B01" w:rsidP="00FA2234">
            <w:pPr>
              <w:keepNext/>
              <w:spacing w:after="0"/>
              <w:ind w:left="108" w:right="108"/>
              <w:jc w:val="center"/>
            </w:pPr>
            <w:r>
              <w:rPr>
                <w:b/>
                <w:color w:val="FFFFFF"/>
                <w:sz w:val="40"/>
              </w:rPr>
              <w:t>SLAGANJE +/-</w:t>
            </w:r>
          </w:p>
        </w:tc>
        <w:tc>
          <w:tcPr>
            <w:tcW w:w="2662" w:type="dxa"/>
            <w:shd w:val="clear" w:color="auto" w:fill="70AD47"/>
            <w:vAlign w:val="center"/>
          </w:tcPr>
          <w:p w14:paraId="18F9FD6A" w14:textId="51C7BC4D" w:rsidR="00E45C9E" w:rsidRDefault="00F60B01" w:rsidP="00FA2234">
            <w:pPr>
              <w:keepNext/>
              <w:spacing w:after="0"/>
              <w:ind w:left="108" w:right="108"/>
              <w:jc w:val="center"/>
            </w:pPr>
            <w:r>
              <w:rPr>
                <w:b/>
                <w:color w:val="FFFFFF"/>
                <w:sz w:val="40"/>
              </w:rPr>
              <w:t>RAZLOG</w:t>
            </w:r>
          </w:p>
        </w:tc>
        <w:tc>
          <w:tcPr>
            <w:tcW w:w="2662" w:type="dxa"/>
            <w:shd w:val="clear" w:color="auto" w:fill="8064A2"/>
            <w:vAlign w:val="center"/>
          </w:tcPr>
          <w:p w14:paraId="497B7FBC" w14:textId="6E43BB4F" w:rsidR="00E45C9E" w:rsidRDefault="00F60B01" w:rsidP="00FA2234">
            <w:pPr>
              <w:keepNext/>
              <w:spacing w:after="0"/>
              <w:ind w:left="108" w:right="108"/>
              <w:jc w:val="center"/>
            </w:pPr>
            <w:r>
              <w:rPr>
                <w:b/>
                <w:color w:val="FFFFFF"/>
                <w:sz w:val="40"/>
              </w:rPr>
              <w:t>POVEZIVANJE</w:t>
            </w:r>
          </w:p>
        </w:tc>
      </w:tr>
      <w:tr w:rsidR="00EB019D" w14:paraId="75173AE2" w14:textId="77777777" w:rsidTr="00F60B01">
        <w:trPr>
          <w:cantSplit/>
          <w:jc w:val="center"/>
        </w:trPr>
        <w:tc>
          <w:tcPr>
            <w:tcW w:w="2361" w:type="dxa"/>
            <w:vAlign w:val="center"/>
          </w:tcPr>
          <w:p w14:paraId="5B7AB88C" w14:textId="0FC8EC6A" w:rsidR="00EB019D" w:rsidRDefault="00EB019D" w:rsidP="00EB019D">
            <w:pPr>
              <w:spacing w:after="0"/>
              <w:ind w:left="108" w:right="108"/>
            </w:pPr>
            <w:r>
              <w:rPr>
                <w:color w:val="000000"/>
                <w:sz w:val="40"/>
              </w:rPr>
              <w:t>S</w:t>
            </w:r>
            <w:r w:rsidRPr="00E45C9E">
              <w:rPr>
                <w:color w:val="000000"/>
                <w:sz w:val="40"/>
              </w:rPr>
              <w:t>vi ljudi imaju jednako dostojanstvo, ali nisu svi isti.</w:t>
            </w:r>
          </w:p>
        </w:tc>
        <w:tc>
          <w:tcPr>
            <w:tcW w:w="2662" w:type="dxa"/>
            <w:vAlign w:val="center"/>
          </w:tcPr>
          <w:p w14:paraId="0E06C820" w14:textId="087958BC" w:rsidR="00EB019D" w:rsidRPr="00F60B01" w:rsidRDefault="00EB019D" w:rsidP="00EB019D">
            <w:pPr>
              <w:spacing w:after="0"/>
              <w:ind w:left="108" w:right="108"/>
              <w:jc w:val="center"/>
              <w:rPr>
                <w:sz w:val="24"/>
                <w:szCs w:val="24"/>
              </w:rPr>
            </w:pPr>
            <w:r w:rsidRPr="00F60B01">
              <w:rPr>
                <w:sz w:val="24"/>
                <w:szCs w:val="24"/>
              </w:rPr>
              <w:t>____________________</w:t>
            </w:r>
          </w:p>
        </w:tc>
        <w:tc>
          <w:tcPr>
            <w:tcW w:w="2662" w:type="dxa"/>
            <w:vAlign w:val="center"/>
          </w:tcPr>
          <w:p w14:paraId="3538315E" w14:textId="5A267B84" w:rsidR="00EB019D" w:rsidRDefault="00EB019D" w:rsidP="00EB019D">
            <w:pPr>
              <w:spacing w:after="0"/>
              <w:ind w:left="108" w:right="108"/>
              <w:jc w:val="center"/>
            </w:pPr>
            <w:r w:rsidRPr="00F60B01">
              <w:rPr>
                <w:sz w:val="24"/>
                <w:szCs w:val="24"/>
              </w:rPr>
              <w:t>____________________</w:t>
            </w:r>
          </w:p>
        </w:tc>
        <w:tc>
          <w:tcPr>
            <w:tcW w:w="2662" w:type="dxa"/>
            <w:vAlign w:val="center"/>
          </w:tcPr>
          <w:p w14:paraId="47CAB066" w14:textId="4875456A" w:rsidR="00EB019D" w:rsidRDefault="00EB019D" w:rsidP="00EB019D">
            <w:pPr>
              <w:spacing w:after="0"/>
              <w:ind w:left="108" w:right="108"/>
              <w:jc w:val="center"/>
            </w:pPr>
            <w:r w:rsidRPr="00F60B01">
              <w:rPr>
                <w:sz w:val="24"/>
                <w:szCs w:val="24"/>
              </w:rPr>
              <w:t>____________________</w:t>
            </w:r>
          </w:p>
        </w:tc>
      </w:tr>
      <w:tr w:rsidR="00EB019D" w14:paraId="1A3A99C7" w14:textId="77777777" w:rsidTr="00F60B01">
        <w:trPr>
          <w:cantSplit/>
          <w:jc w:val="center"/>
        </w:trPr>
        <w:tc>
          <w:tcPr>
            <w:tcW w:w="2361" w:type="dxa"/>
            <w:vAlign w:val="center"/>
          </w:tcPr>
          <w:p w14:paraId="059E38AD" w14:textId="6649DE02" w:rsidR="00EB019D" w:rsidRDefault="00EB019D" w:rsidP="00EB019D">
            <w:pPr>
              <w:spacing w:after="0"/>
              <w:ind w:left="108" w:right="108"/>
              <w:rPr>
                <w:color w:val="000000"/>
                <w:sz w:val="40"/>
              </w:rPr>
            </w:pPr>
            <w:r w:rsidRPr="00E45C9E">
              <w:rPr>
                <w:color w:val="000000"/>
                <w:sz w:val="40"/>
              </w:rPr>
              <w:t>Biti original znači uvijek raditi suprotno od drugih.</w:t>
            </w:r>
          </w:p>
        </w:tc>
        <w:tc>
          <w:tcPr>
            <w:tcW w:w="2662" w:type="dxa"/>
            <w:vAlign w:val="center"/>
          </w:tcPr>
          <w:p w14:paraId="21F0F70D" w14:textId="70A069FC" w:rsidR="00EB019D" w:rsidRDefault="00EB019D" w:rsidP="00EB019D">
            <w:pPr>
              <w:spacing w:after="0"/>
              <w:ind w:left="108" w:right="108"/>
              <w:jc w:val="center"/>
              <w:rPr>
                <w:color w:val="000000"/>
                <w:sz w:val="40"/>
              </w:rPr>
            </w:pPr>
            <w:r w:rsidRPr="00F60B01">
              <w:rPr>
                <w:sz w:val="24"/>
                <w:szCs w:val="24"/>
              </w:rPr>
              <w:t>____________________</w:t>
            </w:r>
          </w:p>
        </w:tc>
        <w:tc>
          <w:tcPr>
            <w:tcW w:w="2662" w:type="dxa"/>
            <w:vAlign w:val="center"/>
          </w:tcPr>
          <w:p w14:paraId="34427C06" w14:textId="4815FDB2" w:rsidR="00EB019D" w:rsidRDefault="00EB019D" w:rsidP="00EB019D">
            <w:pPr>
              <w:spacing w:after="0"/>
              <w:ind w:left="108" w:right="108"/>
              <w:jc w:val="center"/>
              <w:rPr>
                <w:color w:val="000000"/>
                <w:sz w:val="40"/>
              </w:rPr>
            </w:pPr>
            <w:r w:rsidRPr="00F60B01">
              <w:rPr>
                <w:sz w:val="24"/>
                <w:szCs w:val="24"/>
              </w:rPr>
              <w:t>____________________</w:t>
            </w:r>
          </w:p>
        </w:tc>
        <w:tc>
          <w:tcPr>
            <w:tcW w:w="2662" w:type="dxa"/>
            <w:vAlign w:val="center"/>
          </w:tcPr>
          <w:p w14:paraId="759CC4E6" w14:textId="2CA1938E" w:rsidR="00EB019D" w:rsidRDefault="00EB019D" w:rsidP="00EB019D">
            <w:pPr>
              <w:spacing w:after="0"/>
              <w:ind w:left="108" w:right="108"/>
              <w:jc w:val="center"/>
              <w:rPr>
                <w:color w:val="000000"/>
                <w:sz w:val="40"/>
              </w:rPr>
            </w:pPr>
            <w:r w:rsidRPr="00F60B01">
              <w:rPr>
                <w:sz w:val="24"/>
                <w:szCs w:val="24"/>
              </w:rPr>
              <w:t>____________________</w:t>
            </w:r>
          </w:p>
        </w:tc>
      </w:tr>
      <w:tr w:rsidR="00EB019D" w14:paraId="307F5169" w14:textId="77777777" w:rsidTr="00F60B01">
        <w:trPr>
          <w:cantSplit/>
          <w:jc w:val="center"/>
        </w:trPr>
        <w:tc>
          <w:tcPr>
            <w:tcW w:w="2361" w:type="dxa"/>
            <w:vAlign w:val="center"/>
          </w:tcPr>
          <w:p w14:paraId="18F6E6A1" w14:textId="5B4AAD57" w:rsidR="00EB019D" w:rsidRPr="00E45C9E" w:rsidRDefault="00EB019D" w:rsidP="00EB019D">
            <w:pPr>
              <w:spacing w:after="0"/>
              <w:ind w:left="108" w:right="108"/>
              <w:rPr>
                <w:color w:val="000000"/>
                <w:sz w:val="40"/>
              </w:rPr>
            </w:pPr>
            <w:r w:rsidRPr="00E45C9E">
              <w:rPr>
                <w:color w:val="000000"/>
                <w:sz w:val="40"/>
              </w:rPr>
              <w:lastRenderedPageBreak/>
              <w:t>Poštovati osobu znači odobravati svaki njezin postupak.</w:t>
            </w:r>
          </w:p>
        </w:tc>
        <w:tc>
          <w:tcPr>
            <w:tcW w:w="2662" w:type="dxa"/>
            <w:vAlign w:val="center"/>
          </w:tcPr>
          <w:p w14:paraId="52FA7525" w14:textId="37268988" w:rsidR="00EB019D" w:rsidRDefault="00EB019D" w:rsidP="00EB019D">
            <w:pPr>
              <w:spacing w:after="0"/>
              <w:ind w:left="108" w:right="108"/>
              <w:jc w:val="center"/>
              <w:rPr>
                <w:color w:val="000000"/>
                <w:sz w:val="40"/>
              </w:rPr>
            </w:pPr>
            <w:r w:rsidRPr="00F60B01">
              <w:rPr>
                <w:sz w:val="24"/>
                <w:szCs w:val="24"/>
              </w:rPr>
              <w:t>____________________</w:t>
            </w:r>
          </w:p>
        </w:tc>
        <w:tc>
          <w:tcPr>
            <w:tcW w:w="2662" w:type="dxa"/>
            <w:vAlign w:val="center"/>
          </w:tcPr>
          <w:p w14:paraId="6D6CF14B" w14:textId="706F0262" w:rsidR="00EB019D" w:rsidRDefault="00EB019D" w:rsidP="00EB019D">
            <w:pPr>
              <w:spacing w:after="0"/>
              <w:ind w:left="108" w:right="108"/>
              <w:jc w:val="center"/>
              <w:rPr>
                <w:color w:val="000000"/>
                <w:sz w:val="40"/>
              </w:rPr>
            </w:pPr>
            <w:r w:rsidRPr="00F60B01">
              <w:rPr>
                <w:sz w:val="24"/>
                <w:szCs w:val="24"/>
              </w:rPr>
              <w:t>____________________</w:t>
            </w:r>
          </w:p>
        </w:tc>
        <w:tc>
          <w:tcPr>
            <w:tcW w:w="2662" w:type="dxa"/>
            <w:vAlign w:val="center"/>
          </w:tcPr>
          <w:p w14:paraId="0771B6D2" w14:textId="07BE5B6E" w:rsidR="00EB019D" w:rsidRDefault="00EB019D" w:rsidP="00EB019D">
            <w:pPr>
              <w:spacing w:after="0"/>
              <w:ind w:left="108" w:right="108"/>
              <w:jc w:val="center"/>
              <w:rPr>
                <w:color w:val="000000"/>
                <w:sz w:val="40"/>
              </w:rPr>
            </w:pPr>
            <w:r w:rsidRPr="00F60B01">
              <w:rPr>
                <w:sz w:val="24"/>
                <w:szCs w:val="24"/>
              </w:rPr>
              <w:t>____________________</w:t>
            </w:r>
          </w:p>
        </w:tc>
      </w:tr>
    </w:tbl>
    <w:p w14:paraId="6836EB5E" w14:textId="77777777" w:rsidR="00555A25" w:rsidRDefault="00555A25" w:rsidP="00684AEC">
      <w:pPr>
        <w:spacing w:after="80"/>
        <w:jc w:val="both"/>
        <w:rPr>
          <w:b/>
          <w:color w:val="166534"/>
          <w:sz w:val="26"/>
        </w:rPr>
      </w:pPr>
    </w:p>
    <w:p w14:paraId="1B90CCFE" w14:textId="1E8B7C94" w:rsidR="0076400B" w:rsidRPr="00684AEC" w:rsidRDefault="0076400B" w:rsidP="00684AEC">
      <w:pPr>
        <w:spacing w:after="80"/>
        <w:jc w:val="both"/>
      </w:pPr>
      <w:r w:rsidRPr="0035043B">
        <w:rPr>
          <w:b/>
          <w:color w:val="166534"/>
          <w:sz w:val="26"/>
        </w:rPr>
        <w:t xml:space="preserve">Aktivnost </w:t>
      </w:r>
      <w:r w:rsidR="00684AEC">
        <w:rPr>
          <w:b/>
          <w:color w:val="166534"/>
          <w:sz w:val="26"/>
        </w:rPr>
        <w:t>5:</w:t>
      </w:r>
      <w:r w:rsidRPr="0035043B">
        <w:rPr>
          <w:b/>
          <w:color w:val="166534"/>
          <w:sz w:val="26"/>
        </w:rPr>
        <w:t xml:space="preserve"> Poruka koja poštuje osobu</w:t>
      </w:r>
      <w:r>
        <w:rPr>
          <w:i/>
          <w:color w:val="6B6B6B"/>
          <w:sz w:val="20"/>
        </w:rPr>
        <w:t xml:space="preserve"> (individualni rad i rad u paru – pisanje i provjera, 5 minuta)</w:t>
      </w:r>
    </w:p>
    <w:p w14:paraId="1D14F70E" w14:textId="77777777" w:rsidR="0076400B" w:rsidRDefault="0076400B" w:rsidP="0076400B">
      <w:pPr>
        <w:spacing w:after="80"/>
        <w:jc w:val="both"/>
      </w:pPr>
      <w:r>
        <w:rPr>
          <w:color w:val="000000"/>
        </w:rPr>
        <w:t>Individualni rad. Učenici će napisati kratku poruku zamišljenom vršnjaku koji kaže: „Ako nisam najbolji, nisam važan.“ Poruka će sadržavati razlog zašto je osoba vrijedna i jedan konkretan poticaj. Rad u paru. Učenici će zatim provjeriti pokazuje li poruka poštovanje i povezuje li se s biblijskom porukom sata.</w:t>
      </w:r>
    </w:p>
    <w:p w14:paraId="4D0D8424" w14:textId="47109B8C" w:rsidR="00F60B01" w:rsidRPr="00555A25" w:rsidRDefault="0076400B" w:rsidP="0076400B">
      <w:pPr>
        <w:jc w:val="both"/>
        <w:rPr>
          <w:color w:val="6B6B6B"/>
          <w:sz w:val="18"/>
        </w:rPr>
      </w:pPr>
      <w:r>
        <w:rPr>
          <w:color w:val="6B6B6B"/>
          <w:sz w:val="18"/>
        </w:rPr>
        <w:t>Moguće rješenje: Važan si jer si jedinstvena osoba stvorena na Božju sliku. Izaberi jedan svoj dar i danas ga upotrijebi kako bi nekome pomogao.</w:t>
      </w:r>
    </w:p>
    <w:p w14:paraId="2FAD1857" w14:textId="77777777" w:rsidR="00555A25" w:rsidRDefault="00555A25">
      <w:pPr>
        <w:spacing w:after="0" w:line="240" w:lineRule="auto"/>
        <w:jc w:val="both"/>
        <w:rPr>
          <w:color w:val="002060"/>
          <w:sz w:val="40"/>
          <w:szCs w:val="40"/>
        </w:rPr>
      </w:pPr>
    </w:p>
    <w:p w14:paraId="3566D343" w14:textId="632C25A5" w:rsidR="0076400B" w:rsidRPr="00F60B01" w:rsidRDefault="00F60B01">
      <w:pPr>
        <w:spacing w:after="0" w:line="240" w:lineRule="auto"/>
        <w:jc w:val="both"/>
        <w:rPr>
          <w:color w:val="002060"/>
          <w:sz w:val="40"/>
          <w:szCs w:val="40"/>
        </w:rPr>
      </w:pPr>
      <w:r w:rsidRPr="00F60B01">
        <w:rPr>
          <w:color w:val="002060"/>
          <w:sz w:val="40"/>
          <w:szCs w:val="40"/>
        </w:rPr>
        <w:t>Ako nisam najbolji, nisam važan.</w:t>
      </w:r>
    </w:p>
    <w:sectPr w:rsidR="0076400B" w:rsidRPr="00F60B01" w:rsidSect="00BE12E9">
      <w:pgSz w:w="11906" w:h="16838" w:code="9"/>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92331" w14:textId="77777777" w:rsidR="00F06F32" w:rsidRDefault="00F06F32">
      <w:pPr>
        <w:spacing w:after="0" w:line="240" w:lineRule="auto"/>
      </w:pPr>
      <w:r>
        <w:separator/>
      </w:r>
    </w:p>
  </w:endnote>
  <w:endnote w:type="continuationSeparator" w:id="0">
    <w:p w14:paraId="1CBD8D41" w14:textId="77777777" w:rsidR="00F06F32" w:rsidRDefault="00F06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F35BD" w14:textId="77777777" w:rsidR="00F06F32" w:rsidRDefault="00F06F32">
      <w:pPr>
        <w:spacing w:after="0" w:line="240" w:lineRule="auto"/>
      </w:pPr>
      <w:r>
        <w:separator/>
      </w:r>
    </w:p>
  </w:footnote>
  <w:footnote w:type="continuationSeparator" w:id="0">
    <w:p w14:paraId="7101EB04" w14:textId="77777777" w:rsidR="00F06F32" w:rsidRDefault="00F06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27201C2"/>
    <w:multiLevelType w:val="hybridMultilevel"/>
    <w:tmpl w:val="605870F6"/>
    <w:lvl w:ilvl="0" w:tplc="041A0001">
      <w:start w:val="1"/>
      <w:numFmt w:val="bullet"/>
      <w:lvlText w:val=""/>
      <w:lvlJc w:val="left"/>
      <w:pPr>
        <w:ind w:left="805" w:hanging="360"/>
      </w:pPr>
      <w:rPr>
        <w:rFonts w:ascii="Symbol" w:hAnsi="Symbol"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10" w15:restartNumberingAfterBreak="0">
    <w:nsid w:val="03F04AAD"/>
    <w:multiLevelType w:val="hybridMultilevel"/>
    <w:tmpl w:val="04127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71747E"/>
    <w:multiLevelType w:val="hybridMultilevel"/>
    <w:tmpl w:val="A9C211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0A842266"/>
    <w:multiLevelType w:val="hybridMultilevel"/>
    <w:tmpl w:val="A8EAAE6C"/>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F3C156C"/>
    <w:multiLevelType w:val="hybridMultilevel"/>
    <w:tmpl w:val="45925C3A"/>
    <w:lvl w:ilvl="0" w:tplc="0D9EC09A">
      <w:numFmt w:val="bullet"/>
      <w:lvlText w:val="•"/>
      <w:lvlJc w:val="left"/>
      <w:pPr>
        <w:ind w:left="720" w:hanging="360"/>
      </w:pPr>
      <w:rPr>
        <w:rFonts w:ascii="Calibri" w:eastAsia="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06E0832"/>
    <w:multiLevelType w:val="hybridMultilevel"/>
    <w:tmpl w:val="4ED6EF7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F9D79B0"/>
    <w:multiLevelType w:val="hybridMultilevel"/>
    <w:tmpl w:val="69F440DE"/>
    <w:lvl w:ilvl="0" w:tplc="3EDAA60A">
      <w:numFmt w:val="bullet"/>
      <w:lvlText w:val="•"/>
      <w:lvlJc w:val="left"/>
      <w:pPr>
        <w:ind w:left="918" w:hanging="360"/>
      </w:pPr>
      <w:rPr>
        <w:rFonts w:ascii="Calibri" w:eastAsia="Calibri" w:hAnsi="Calibri" w:cs="Calibri"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16" w15:restartNumberingAfterBreak="0">
    <w:nsid w:val="2B4231E3"/>
    <w:multiLevelType w:val="hybridMultilevel"/>
    <w:tmpl w:val="11AC6CFA"/>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D26479F"/>
    <w:multiLevelType w:val="hybridMultilevel"/>
    <w:tmpl w:val="389AEA00"/>
    <w:lvl w:ilvl="0" w:tplc="8452DBF0">
      <w:start w:val="1"/>
      <w:numFmt w:val="bullet"/>
      <w:lvlText w:val=""/>
      <w:lvlJc w:val="left"/>
      <w:pPr>
        <w:ind w:left="72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13C179A"/>
    <w:multiLevelType w:val="hybridMultilevel"/>
    <w:tmpl w:val="4456123C"/>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9" w15:restartNumberingAfterBreak="0">
    <w:nsid w:val="32C0226F"/>
    <w:multiLevelType w:val="hybridMultilevel"/>
    <w:tmpl w:val="1E700984"/>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0" w15:restartNumberingAfterBreak="0">
    <w:nsid w:val="34607544"/>
    <w:multiLevelType w:val="hybridMultilevel"/>
    <w:tmpl w:val="F6A24D44"/>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1" w15:restartNumberingAfterBreak="0">
    <w:nsid w:val="35083D77"/>
    <w:multiLevelType w:val="hybridMultilevel"/>
    <w:tmpl w:val="6AEC50E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8E03738"/>
    <w:multiLevelType w:val="hybridMultilevel"/>
    <w:tmpl w:val="F1A86DE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3" w15:restartNumberingAfterBreak="0">
    <w:nsid w:val="39D4393E"/>
    <w:multiLevelType w:val="hybridMultilevel"/>
    <w:tmpl w:val="63F07070"/>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F4D36A6"/>
    <w:multiLevelType w:val="hybridMultilevel"/>
    <w:tmpl w:val="2B12B83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690" w:hanging="360"/>
      </w:pPr>
      <w:rPr>
        <w:rFonts w:ascii="Courier New" w:hAnsi="Courier New" w:cs="Courier New" w:hint="default"/>
      </w:rPr>
    </w:lvl>
    <w:lvl w:ilvl="2" w:tplc="041A0005" w:tentative="1">
      <w:start w:val="1"/>
      <w:numFmt w:val="bullet"/>
      <w:lvlText w:val=""/>
      <w:lvlJc w:val="left"/>
      <w:pPr>
        <w:ind w:left="2410" w:hanging="360"/>
      </w:pPr>
      <w:rPr>
        <w:rFonts w:ascii="Wingdings" w:hAnsi="Wingdings" w:hint="default"/>
      </w:rPr>
    </w:lvl>
    <w:lvl w:ilvl="3" w:tplc="041A0001" w:tentative="1">
      <w:start w:val="1"/>
      <w:numFmt w:val="bullet"/>
      <w:lvlText w:val=""/>
      <w:lvlJc w:val="left"/>
      <w:pPr>
        <w:ind w:left="3130" w:hanging="360"/>
      </w:pPr>
      <w:rPr>
        <w:rFonts w:ascii="Symbol" w:hAnsi="Symbol" w:hint="default"/>
      </w:rPr>
    </w:lvl>
    <w:lvl w:ilvl="4" w:tplc="041A0003" w:tentative="1">
      <w:start w:val="1"/>
      <w:numFmt w:val="bullet"/>
      <w:lvlText w:val="o"/>
      <w:lvlJc w:val="left"/>
      <w:pPr>
        <w:ind w:left="3850" w:hanging="360"/>
      </w:pPr>
      <w:rPr>
        <w:rFonts w:ascii="Courier New" w:hAnsi="Courier New" w:cs="Courier New" w:hint="default"/>
      </w:rPr>
    </w:lvl>
    <w:lvl w:ilvl="5" w:tplc="041A0005" w:tentative="1">
      <w:start w:val="1"/>
      <w:numFmt w:val="bullet"/>
      <w:lvlText w:val=""/>
      <w:lvlJc w:val="left"/>
      <w:pPr>
        <w:ind w:left="4570" w:hanging="360"/>
      </w:pPr>
      <w:rPr>
        <w:rFonts w:ascii="Wingdings" w:hAnsi="Wingdings" w:hint="default"/>
      </w:rPr>
    </w:lvl>
    <w:lvl w:ilvl="6" w:tplc="041A0001" w:tentative="1">
      <w:start w:val="1"/>
      <w:numFmt w:val="bullet"/>
      <w:lvlText w:val=""/>
      <w:lvlJc w:val="left"/>
      <w:pPr>
        <w:ind w:left="5290" w:hanging="360"/>
      </w:pPr>
      <w:rPr>
        <w:rFonts w:ascii="Symbol" w:hAnsi="Symbol" w:hint="default"/>
      </w:rPr>
    </w:lvl>
    <w:lvl w:ilvl="7" w:tplc="041A0003" w:tentative="1">
      <w:start w:val="1"/>
      <w:numFmt w:val="bullet"/>
      <w:lvlText w:val="o"/>
      <w:lvlJc w:val="left"/>
      <w:pPr>
        <w:ind w:left="6010" w:hanging="360"/>
      </w:pPr>
      <w:rPr>
        <w:rFonts w:ascii="Courier New" w:hAnsi="Courier New" w:cs="Courier New" w:hint="default"/>
      </w:rPr>
    </w:lvl>
    <w:lvl w:ilvl="8" w:tplc="041A0005" w:tentative="1">
      <w:start w:val="1"/>
      <w:numFmt w:val="bullet"/>
      <w:lvlText w:val=""/>
      <w:lvlJc w:val="left"/>
      <w:pPr>
        <w:ind w:left="6730" w:hanging="360"/>
      </w:pPr>
      <w:rPr>
        <w:rFonts w:ascii="Wingdings" w:hAnsi="Wingdings" w:hint="default"/>
      </w:rPr>
    </w:lvl>
  </w:abstractNum>
  <w:abstractNum w:abstractNumId="25" w15:restartNumberingAfterBreak="0">
    <w:nsid w:val="42E056F1"/>
    <w:multiLevelType w:val="hybridMultilevel"/>
    <w:tmpl w:val="683E84A4"/>
    <w:lvl w:ilvl="0" w:tplc="A822926A">
      <w:numFmt w:val="bullet"/>
      <w:lvlText w:val="-"/>
      <w:lvlJc w:val="left"/>
      <w:pPr>
        <w:ind w:left="445" w:hanging="360"/>
      </w:pPr>
      <w:rPr>
        <w:rFonts w:ascii="Calibri" w:eastAsia="Calibri" w:hAnsi="Calibri" w:cs="Calibri" w:hint="default"/>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26" w15:restartNumberingAfterBreak="0">
    <w:nsid w:val="47C170AD"/>
    <w:multiLevelType w:val="hybridMultilevel"/>
    <w:tmpl w:val="F872C66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7FF57B1"/>
    <w:multiLevelType w:val="hybridMultilevel"/>
    <w:tmpl w:val="EC10C9B6"/>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8" w15:restartNumberingAfterBreak="0">
    <w:nsid w:val="4D4C26C2"/>
    <w:multiLevelType w:val="hybridMultilevel"/>
    <w:tmpl w:val="13D8BFD0"/>
    <w:lvl w:ilvl="0" w:tplc="041A0001">
      <w:start w:val="1"/>
      <w:numFmt w:val="bullet"/>
      <w:lvlText w:val=""/>
      <w:lvlJc w:val="left"/>
      <w:pPr>
        <w:ind w:left="918" w:hanging="360"/>
      </w:pPr>
      <w:rPr>
        <w:rFonts w:ascii="Symbol" w:hAnsi="Symbol"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29" w15:restartNumberingAfterBreak="0">
    <w:nsid w:val="4F803405"/>
    <w:multiLevelType w:val="hybridMultilevel"/>
    <w:tmpl w:val="C95A2D0A"/>
    <w:lvl w:ilvl="0" w:tplc="22D223C0">
      <w:numFmt w:val="bullet"/>
      <w:lvlText w:val="•"/>
      <w:lvlJc w:val="left"/>
      <w:pPr>
        <w:ind w:left="643"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30" w15:restartNumberingAfterBreak="0">
    <w:nsid w:val="50F46557"/>
    <w:multiLevelType w:val="hybridMultilevel"/>
    <w:tmpl w:val="13087D7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5125FC7"/>
    <w:multiLevelType w:val="hybridMultilevel"/>
    <w:tmpl w:val="59EE679C"/>
    <w:lvl w:ilvl="0" w:tplc="8452DBF0">
      <w:start w:val="1"/>
      <w:numFmt w:val="bullet"/>
      <w:lvlText w:val=""/>
      <w:lvlJc w:val="left"/>
      <w:pPr>
        <w:ind w:left="918" w:hanging="360"/>
      </w:pPr>
      <w:rPr>
        <w:rFonts w:ascii="Symbol" w:hAnsi="Symbol" w:hint="default"/>
        <w:sz w:val="18"/>
        <w:szCs w:val="18"/>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2" w15:restartNumberingAfterBreak="0">
    <w:nsid w:val="593C1A2B"/>
    <w:multiLevelType w:val="hybridMultilevel"/>
    <w:tmpl w:val="39AE53AC"/>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FE519D5"/>
    <w:multiLevelType w:val="hybridMultilevel"/>
    <w:tmpl w:val="61FC9078"/>
    <w:lvl w:ilvl="0" w:tplc="653C3B60">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34" w15:restartNumberingAfterBreak="0">
    <w:nsid w:val="610665E4"/>
    <w:multiLevelType w:val="hybridMultilevel"/>
    <w:tmpl w:val="561E2B5E"/>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2C14E22"/>
    <w:multiLevelType w:val="hybridMultilevel"/>
    <w:tmpl w:val="D7B0076E"/>
    <w:lvl w:ilvl="0" w:tplc="D83E6A6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3EF22FB"/>
    <w:multiLevelType w:val="hybridMultilevel"/>
    <w:tmpl w:val="8062C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7E76084"/>
    <w:multiLevelType w:val="hybridMultilevel"/>
    <w:tmpl w:val="C89CB69C"/>
    <w:lvl w:ilvl="0" w:tplc="3EDAA60A">
      <w:numFmt w:val="bullet"/>
      <w:lvlText w:val="•"/>
      <w:lvlJc w:val="left"/>
      <w:pPr>
        <w:ind w:left="805"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38" w15:restartNumberingAfterBreak="0">
    <w:nsid w:val="6D727996"/>
    <w:multiLevelType w:val="hybridMultilevel"/>
    <w:tmpl w:val="773E0D6E"/>
    <w:lvl w:ilvl="0" w:tplc="93D00B64">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39" w15:restartNumberingAfterBreak="0">
    <w:nsid w:val="6EDB057F"/>
    <w:multiLevelType w:val="hybridMultilevel"/>
    <w:tmpl w:val="772C4288"/>
    <w:lvl w:ilvl="0" w:tplc="BB92772C">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num w:numId="1" w16cid:durableId="930087529">
    <w:abstractNumId w:val="8"/>
  </w:num>
  <w:num w:numId="2" w16cid:durableId="933169373">
    <w:abstractNumId w:val="6"/>
  </w:num>
  <w:num w:numId="3" w16cid:durableId="243801597">
    <w:abstractNumId w:val="5"/>
  </w:num>
  <w:num w:numId="4" w16cid:durableId="759327487">
    <w:abstractNumId w:val="4"/>
  </w:num>
  <w:num w:numId="5" w16cid:durableId="1079524201">
    <w:abstractNumId w:val="7"/>
  </w:num>
  <w:num w:numId="6" w16cid:durableId="1542789644">
    <w:abstractNumId w:val="3"/>
  </w:num>
  <w:num w:numId="7" w16cid:durableId="1766800781">
    <w:abstractNumId w:val="2"/>
  </w:num>
  <w:num w:numId="8" w16cid:durableId="1981568251">
    <w:abstractNumId w:val="1"/>
  </w:num>
  <w:num w:numId="9" w16cid:durableId="1227257552">
    <w:abstractNumId w:val="0"/>
  </w:num>
  <w:num w:numId="10" w16cid:durableId="863786992">
    <w:abstractNumId w:val="28"/>
  </w:num>
  <w:num w:numId="11" w16cid:durableId="25371912">
    <w:abstractNumId w:val="39"/>
  </w:num>
  <w:num w:numId="12" w16cid:durableId="2087217738">
    <w:abstractNumId w:val="36"/>
  </w:num>
  <w:num w:numId="13" w16cid:durableId="1191604359">
    <w:abstractNumId w:val="24"/>
  </w:num>
  <w:num w:numId="14" w16cid:durableId="2009364452">
    <w:abstractNumId w:val="26"/>
  </w:num>
  <w:num w:numId="15" w16cid:durableId="528834486">
    <w:abstractNumId w:val="19"/>
  </w:num>
  <w:num w:numId="16" w16cid:durableId="703410495">
    <w:abstractNumId w:val="12"/>
  </w:num>
  <w:num w:numId="17" w16cid:durableId="1615283557">
    <w:abstractNumId w:val="10"/>
  </w:num>
  <w:num w:numId="18" w16cid:durableId="376468010">
    <w:abstractNumId w:val="11"/>
  </w:num>
  <w:num w:numId="19" w16cid:durableId="959990873">
    <w:abstractNumId w:val="17"/>
  </w:num>
  <w:num w:numId="20" w16cid:durableId="1954708036">
    <w:abstractNumId w:val="31"/>
  </w:num>
  <w:num w:numId="21" w16cid:durableId="1374185499">
    <w:abstractNumId w:val="22"/>
  </w:num>
  <w:num w:numId="22" w16cid:durableId="1559977818">
    <w:abstractNumId w:val="30"/>
  </w:num>
  <w:num w:numId="23" w16cid:durableId="1625187009">
    <w:abstractNumId w:val="29"/>
  </w:num>
  <w:num w:numId="24" w16cid:durableId="192309673">
    <w:abstractNumId w:val="38"/>
  </w:num>
  <w:num w:numId="25" w16cid:durableId="652104687">
    <w:abstractNumId w:val="23"/>
  </w:num>
  <w:num w:numId="26" w16cid:durableId="29578212">
    <w:abstractNumId w:val="15"/>
  </w:num>
  <w:num w:numId="27" w16cid:durableId="228466556">
    <w:abstractNumId w:val="14"/>
  </w:num>
  <w:num w:numId="28" w16cid:durableId="479276709">
    <w:abstractNumId w:val="18"/>
  </w:num>
  <w:num w:numId="29" w16cid:durableId="324432915">
    <w:abstractNumId w:val="34"/>
  </w:num>
  <w:num w:numId="30" w16cid:durableId="2140031606">
    <w:abstractNumId w:val="27"/>
  </w:num>
  <w:num w:numId="31" w16cid:durableId="1183320372">
    <w:abstractNumId w:val="20"/>
  </w:num>
  <w:num w:numId="32" w16cid:durableId="1308433099">
    <w:abstractNumId w:val="9"/>
  </w:num>
  <w:num w:numId="33" w16cid:durableId="1905872261">
    <w:abstractNumId w:val="33"/>
  </w:num>
  <w:num w:numId="34" w16cid:durableId="2127119528">
    <w:abstractNumId w:val="21"/>
  </w:num>
  <w:num w:numId="35" w16cid:durableId="1194414911">
    <w:abstractNumId w:val="37"/>
  </w:num>
  <w:num w:numId="36" w16cid:durableId="418528925">
    <w:abstractNumId w:val="25"/>
  </w:num>
  <w:num w:numId="37" w16cid:durableId="342637096">
    <w:abstractNumId w:val="32"/>
  </w:num>
  <w:num w:numId="38" w16cid:durableId="333262680">
    <w:abstractNumId w:val="13"/>
  </w:num>
  <w:num w:numId="39" w16cid:durableId="1747072296">
    <w:abstractNumId w:val="35"/>
  </w:num>
  <w:num w:numId="40" w16cid:durableId="734727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B55"/>
    <w:rsid w:val="0006063C"/>
    <w:rsid w:val="000A5AD8"/>
    <w:rsid w:val="000A6692"/>
    <w:rsid w:val="000B0319"/>
    <w:rsid w:val="000B241B"/>
    <w:rsid w:val="000D28D1"/>
    <w:rsid w:val="0015074B"/>
    <w:rsid w:val="00152A50"/>
    <w:rsid w:val="001756C5"/>
    <w:rsid w:val="00237FAE"/>
    <w:rsid w:val="002767E3"/>
    <w:rsid w:val="002822E3"/>
    <w:rsid w:val="0029639D"/>
    <w:rsid w:val="002A3D8B"/>
    <w:rsid w:val="002D6D03"/>
    <w:rsid w:val="00326F90"/>
    <w:rsid w:val="0035043B"/>
    <w:rsid w:val="0039563E"/>
    <w:rsid w:val="003B6ED2"/>
    <w:rsid w:val="004578D2"/>
    <w:rsid w:val="004A025A"/>
    <w:rsid w:val="004C33E1"/>
    <w:rsid w:val="00506A2C"/>
    <w:rsid w:val="00527ACD"/>
    <w:rsid w:val="00555A25"/>
    <w:rsid w:val="005829EC"/>
    <w:rsid w:val="00600EB9"/>
    <w:rsid w:val="006124FC"/>
    <w:rsid w:val="00684AEC"/>
    <w:rsid w:val="00747453"/>
    <w:rsid w:val="0076400B"/>
    <w:rsid w:val="007D284A"/>
    <w:rsid w:val="0080024C"/>
    <w:rsid w:val="00876AF1"/>
    <w:rsid w:val="00907CFC"/>
    <w:rsid w:val="00972CA8"/>
    <w:rsid w:val="0098631E"/>
    <w:rsid w:val="009B0386"/>
    <w:rsid w:val="00A22BC3"/>
    <w:rsid w:val="00A36FF2"/>
    <w:rsid w:val="00A7690C"/>
    <w:rsid w:val="00A851E5"/>
    <w:rsid w:val="00AA1D8D"/>
    <w:rsid w:val="00B22D96"/>
    <w:rsid w:val="00B25898"/>
    <w:rsid w:val="00B47730"/>
    <w:rsid w:val="00B51FC7"/>
    <w:rsid w:val="00BE12E9"/>
    <w:rsid w:val="00C039CA"/>
    <w:rsid w:val="00C5782A"/>
    <w:rsid w:val="00C65F95"/>
    <w:rsid w:val="00C75960"/>
    <w:rsid w:val="00CB0664"/>
    <w:rsid w:val="00D0792B"/>
    <w:rsid w:val="00DF1BAC"/>
    <w:rsid w:val="00DF28DE"/>
    <w:rsid w:val="00E422F8"/>
    <w:rsid w:val="00E45C9E"/>
    <w:rsid w:val="00E51162"/>
    <w:rsid w:val="00E94F11"/>
    <w:rsid w:val="00EB019D"/>
    <w:rsid w:val="00EB769F"/>
    <w:rsid w:val="00EC07B1"/>
    <w:rsid w:val="00EC4D18"/>
    <w:rsid w:val="00ED76F1"/>
    <w:rsid w:val="00F06F32"/>
    <w:rsid w:val="00F12166"/>
    <w:rsid w:val="00F60B01"/>
    <w:rsid w:val="00FC693F"/>
    <w:rsid w:val="00FC71EE"/>
    <w:rsid w:val="00FE506F"/>
    <w:rsid w:val="00FE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EF0BF"/>
  <w14:defaultImageDpi w14:val="300"/>
  <w15:docId w15:val="{39037FA8-772B-4037-8F66-2047235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Title">
    <w:name w:val="ActivityTitle"/>
    <w:pPr>
      <w:spacing w:before="140" w:after="60"/>
    </w:pPr>
    <w:rPr>
      <w:rFonts w:ascii="Calibri" w:eastAsia="Calibri" w:hAnsi="Calibri"/>
      <w:b/>
      <w:color w:val="C86600"/>
      <w:sz w:val="26"/>
    </w:rPr>
  </w:style>
  <w:style w:type="paragraph" w:customStyle="1" w:styleId="SmallAnswer">
    <w:name w:val="SmallAnswer"/>
    <w:pPr>
      <w:spacing w:after="40"/>
    </w:pPr>
    <w:rPr>
      <w:rFonts w:ascii="Calibri" w:eastAsia="Calibri" w:hAnsi="Calibri"/>
      <w:color w:val="3F3F3F"/>
      <w:sz w:val="19"/>
    </w:rPr>
  </w:style>
  <w:style w:type="paragraph" w:customStyle="1" w:styleId="Question">
    <w:name w:val="Question"/>
    <w:pPr>
      <w:spacing w:after="40"/>
      <w:ind w:left="198"/>
    </w:pPr>
    <w:rPr>
      <w:rFonts w:ascii="Calibri" w:eastAsia="Calibri" w:hAnsi="Calibri"/>
      <w:i/>
    </w:rPr>
  </w:style>
  <w:style w:type="character" w:styleId="Hiperveza">
    <w:name w:val="Hyperlink"/>
    <w:basedOn w:val="Zadanifontodlomka"/>
    <w:uiPriority w:val="99"/>
    <w:unhideWhenUsed/>
    <w:rsid w:val="00C039CA"/>
    <w:rPr>
      <w:color w:val="0000FF"/>
      <w:u w:val="single"/>
    </w:rPr>
  </w:style>
  <w:style w:type="character" w:styleId="Nerijeenospominjanje">
    <w:name w:val="Unresolved Mention"/>
    <w:basedOn w:val="Zadanifontodlomka"/>
    <w:uiPriority w:val="99"/>
    <w:semiHidden/>
    <w:unhideWhenUsed/>
    <w:rsid w:val="00C03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udzbenici.ks.hr/media/os7_post-1-26-27/"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14</Pages>
  <Words>3459</Words>
  <Characters>19721</Characters>
  <Application>Microsoft Office Word</Application>
  <DocSecurity>0</DocSecurity>
  <Lines>164</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 Nisam nešto, nego netko – nastavna priprema 7. razred</vt:lpstr>
      <vt:lpstr/>
    </vt:vector>
  </TitlesOfParts>
  <Manager/>
  <Company/>
  <LinksUpToDate>false</LinksUpToDate>
  <CharactersWithSpaces>23134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Nisam nešto, nego netko – nastavna priprema 7. razred</dc:title>
  <dc:subject>Katolički vjeronauk – 7. razred</dc:subject>
  <dc:creator/>
  <cp:keywords/>
  <dc:description>generated by python-docx</dc:description>
  <cp:lastModifiedBy>Josip Kunac</cp:lastModifiedBy>
  <cp:revision>20</cp:revision>
  <cp:lastPrinted>2026-09-13T23:25:00Z</cp:lastPrinted>
  <dcterms:created xsi:type="dcterms:W3CDTF">2013-12-23T23:15:00Z</dcterms:created>
  <dcterms:modified xsi:type="dcterms:W3CDTF">2026-09-19T20:39:00Z</dcterms:modified>
  <cp:category/>
</cp:coreProperties>
</file>