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632036" w14:paraId="5217DC56" w14:textId="77777777" w:rsidTr="00285B81">
        <w:trPr>
          <w:cantSplit/>
        </w:trPr>
        <w:tc>
          <w:tcPr>
            <w:tcW w:w="3901" w:type="dxa"/>
            <w:shd w:val="clear" w:color="auto" w:fill="F2F2F2"/>
            <w:vAlign w:val="center"/>
          </w:tcPr>
          <w:p w14:paraId="1B70C8DD" w14:textId="77777777" w:rsidR="002509D4" w:rsidRPr="00632036" w:rsidRDefault="002509D4" w:rsidP="00632036">
            <w:pPr>
              <w:spacing w:before="60" w:after="60"/>
              <w:ind w:left="108" w:right="108"/>
            </w:pPr>
            <w:r w:rsidRPr="00632036">
              <w:rPr>
                <w:b/>
              </w:rPr>
              <w:t>Osnovna škola</w:t>
            </w:r>
          </w:p>
        </w:tc>
        <w:tc>
          <w:tcPr>
            <w:tcW w:w="6780" w:type="dxa"/>
            <w:vAlign w:val="center"/>
          </w:tcPr>
          <w:p w14:paraId="50D68E24" w14:textId="77777777" w:rsidR="002509D4" w:rsidRPr="00632036" w:rsidRDefault="002509D4" w:rsidP="00632036">
            <w:pPr>
              <w:spacing w:before="60" w:after="60"/>
              <w:ind w:left="108" w:right="108"/>
            </w:pPr>
            <w:r>
              <w:rPr>
                <w:color w:val="000000"/>
              </w:rPr>
              <w:t>Klinča Sela</w:t>
            </w:r>
          </w:p>
        </w:tc>
      </w:tr>
      <w:tr w:rsidR="00632036" w14:paraId="57300043" w14:textId="77777777" w:rsidTr="00285B81">
        <w:trPr>
          <w:cantSplit/>
        </w:trPr>
        <w:tc>
          <w:tcPr>
            <w:tcW w:w="3901" w:type="dxa"/>
            <w:shd w:val="clear" w:color="auto" w:fill="F2F2F2"/>
            <w:vAlign w:val="center"/>
          </w:tcPr>
          <w:p w14:paraId="786CA03D" w14:textId="77777777" w:rsidR="002509D4" w:rsidRPr="00632036" w:rsidRDefault="002509D4" w:rsidP="00632036">
            <w:pPr>
              <w:spacing w:before="60" w:after="60"/>
              <w:ind w:left="108" w:right="108"/>
            </w:pPr>
            <w:r w:rsidRPr="00632036">
              <w:rPr>
                <w:b/>
              </w:rPr>
              <w:t>Nastavni predmet</w:t>
            </w:r>
          </w:p>
        </w:tc>
        <w:tc>
          <w:tcPr>
            <w:tcW w:w="6780" w:type="dxa"/>
            <w:vAlign w:val="center"/>
          </w:tcPr>
          <w:p w14:paraId="7A4C2B8F" w14:textId="77777777" w:rsidR="002509D4" w:rsidRPr="00632036" w:rsidRDefault="002509D4" w:rsidP="00632036">
            <w:pPr>
              <w:spacing w:before="60" w:after="60"/>
              <w:ind w:left="108" w:right="108"/>
            </w:pPr>
            <w:r>
              <w:rPr>
                <w:color w:val="000000"/>
              </w:rPr>
              <w:t>Katolički vjeronauk</w:t>
            </w:r>
          </w:p>
        </w:tc>
      </w:tr>
      <w:tr w:rsidR="00632036" w14:paraId="76897C60" w14:textId="77777777" w:rsidTr="00285B81">
        <w:trPr>
          <w:cantSplit/>
        </w:trPr>
        <w:tc>
          <w:tcPr>
            <w:tcW w:w="3901" w:type="dxa"/>
            <w:shd w:val="clear" w:color="auto" w:fill="F2F2F2"/>
            <w:vAlign w:val="center"/>
          </w:tcPr>
          <w:p w14:paraId="6786F928" w14:textId="77777777" w:rsidR="002509D4" w:rsidRPr="00632036" w:rsidRDefault="002509D4" w:rsidP="00632036">
            <w:pPr>
              <w:spacing w:before="60" w:after="60"/>
              <w:ind w:left="108" w:right="108"/>
            </w:pPr>
            <w:r w:rsidRPr="00632036">
              <w:rPr>
                <w:b/>
              </w:rPr>
              <w:t>Vjeroučitelj</w:t>
            </w:r>
          </w:p>
        </w:tc>
        <w:tc>
          <w:tcPr>
            <w:tcW w:w="6780" w:type="dxa"/>
            <w:vAlign w:val="center"/>
          </w:tcPr>
          <w:p w14:paraId="4011662C" w14:textId="77777777" w:rsidR="002509D4" w:rsidRPr="00632036" w:rsidRDefault="002509D4" w:rsidP="00632036">
            <w:pPr>
              <w:spacing w:before="60" w:after="60"/>
              <w:ind w:left="108" w:right="108"/>
            </w:pPr>
            <w:r>
              <w:rPr>
                <w:color w:val="000000"/>
              </w:rPr>
              <w:t xml:space="preserve">Josip Kunac, </w:t>
            </w:r>
            <w:r>
              <w:rPr>
                <w:i/>
                <w:color w:val="000000"/>
              </w:rPr>
              <w:t>prof.</w:t>
            </w:r>
          </w:p>
        </w:tc>
      </w:tr>
      <w:tr w:rsidR="00632036" w14:paraId="39EC2965" w14:textId="77777777" w:rsidTr="00285B81">
        <w:trPr>
          <w:cantSplit/>
        </w:trPr>
        <w:tc>
          <w:tcPr>
            <w:tcW w:w="3901" w:type="dxa"/>
            <w:shd w:val="clear" w:color="auto" w:fill="F2F2F2"/>
            <w:vAlign w:val="center"/>
          </w:tcPr>
          <w:p w14:paraId="13755947" w14:textId="77777777" w:rsidR="002509D4" w:rsidRPr="00632036" w:rsidRDefault="002509D4" w:rsidP="00632036">
            <w:pPr>
              <w:spacing w:before="60" w:after="60"/>
              <w:ind w:left="108" w:right="108"/>
            </w:pPr>
            <w:r w:rsidRPr="00632036">
              <w:rPr>
                <w:b/>
              </w:rPr>
              <w:t>Razredni odjel</w:t>
            </w:r>
          </w:p>
        </w:tc>
        <w:tc>
          <w:tcPr>
            <w:tcW w:w="6780" w:type="dxa"/>
            <w:vAlign w:val="center"/>
          </w:tcPr>
          <w:p w14:paraId="17EEA993" w14:textId="77777777" w:rsidR="002509D4" w:rsidRPr="00632036" w:rsidRDefault="002509D4" w:rsidP="00632036">
            <w:pPr>
              <w:spacing w:before="60" w:after="60"/>
              <w:ind w:left="108" w:right="108"/>
            </w:pPr>
            <w:r>
              <w:rPr>
                <w:color w:val="000000"/>
              </w:rPr>
              <w:t>6. razred</w:t>
            </w:r>
          </w:p>
        </w:tc>
      </w:tr>
      <w:tr w:rsidR="00632036" w14:paraId="66006CBE" w14:textId="77777777" w:rsidTr="00285B81">
        <w:trPr>
          <w:cantSplit/>
        </w:trPr>
        <w:tc>
          <w:tcPr>
            <w:tcW w:w="3901" w:type="dxa"/>
            <w:shd w:val="clear" w:color="auto" w:fill="F2F2F2"/>
            <w:vAlign w:val="center"/>
          </w:tcPr>
          <w:p w14:paraId="33FCDBFD" w14:textId="77777777" w:rsidR="002509D4" w:rsidRPr="00632036" w:rsidRDefault="002509D4" w:rsidP="00632036">
            <w:pPr>
              <w:spacing w:before="60" w:after="60"/>
              <w:ind w:left="108" w:right="108"/>
            </w:pPr>
            <w:r w:rsidRPr="00632036">
              <w:rPr>
                <w:b/>
              </w:rPr>
              <w:t>Redni broj pripreme</w:t>
            </w:r>
          </w:p>
        </w:tc>
        <w:tc>
          <w:tcPr>
            <w:tcW w:w="6780" w:type="dxa"/>
            <w:vAlign w:val="center"/>
          </w:tcPr>
          <w:p w14:paraId="069039A7" w14:textId="77777777" w:rsidR="00D1095B" w:rsidRDefault="002509D4">
            <w:pPr>
              <w:spacing w:before="60" w:after="60"/>
              <w:ind w:left="108" w:right="108"/>
            </w:pPr>
            <w:r>
              <w:rPr>
                <w:color w:val="000000"/>
              </w:rPr>
              <w:t>19.</w:t>
            </w:r>
          </w:p>
        </w:tc>
      </w:tr>
      <w:tr w:rsidR="00632036" w14:paraId="18F948D6" w14:textId="77777777" w:rsidTr="00285B81">
        <w:trPr>
          <w:cantSplit/>
        </w:trPr>
        <w:tc>
          <w:tcPr>
            <w:tcW w:w="3901" w:type="dxa"/>
            <w:shd w:val="clear" w:color="auto" w:fill="F2F2F2"/>
            <w:vAlign w:val="center"/>
          </w:tcPr>
          <w:p w14:paraId="3958B441" w14:textId="77777777" w:rsidR="002509D4" w:rsidRPr="00632036" w:rsidRDefault="002509D4" w:rsidP="00632036">
            <w:pPr>
              <w:spacing w:before="60" w:after="60"/>
              <w:ind w:left="108" w:right="108"/>
            </w:pPr>
            <w:r w:rsidRPr="00632036">
              <w:rPr>
                <w:b/>
              </w:rPr>
              <w:t>Nastavna cjelina / tema</w:t>
            </w:r>
          </w:p>
        </w:tc>
        <w:tc>
          <w:tcPr>
            <w:tcW w:w="6780" w:type="dxa"/>
            <w:vAlign w:val="center"/>
          </w:tcPr>
          <w:p w14:paraId="1B07E56D" w14:textId="77777777" w:rsidR="002509D4" w:rsidRPr="00632036" w:rsidRDefault="002509D4" w:rsidP="00632036">
            <w:pPr>
              <w:spacing w:before="60" w:after="60"/>
              <w:ind w:left="108" w:right="108"/>
            </w:pPr>
            <w:r>
              <w:rPr>
                <w:color w:val="000000"/>
              </w:rPr>
              <w:t>III. CRKVA – TO SMO MI?</w:t>
            </w:r>
          </w:p>
        </w:tc>
      </w:tr>
      <w:tr w:rsidR="00632036" w14:paraId="53CCEDEA" w14:textId="77777777" w:rsidTr="00285B81">
        <w:trPr>
          <w:cantSplit/>
        </w:trPr>
        <w:tc>
          <w:tcPr>
            <w:tcW w:w="3901" w:type="dxa"/>
            <w:shd w:val="clear" w:color="auto" w:fill="F2F2F2"/>
            <w:vAlign w:val="center"/>
          </w:tcPr>
          <w:p w14:paraId="2E6C0319" w14:textId="77777777" w:rsidR="002509D4" w:rsidRPr="00632036" w:rsidRDefault="002509D4" w:rsidP="00632036">
            <w:pPr>
              <w:spacing w:before="60" w:after="60"/>
              <w:rPr>
                <w:b/>
              </w:rPr>
              <w:ind w:left="108" w:right="108"/>
            </w:pPr>
            <w:r w:rsidRPr="00632036">
              <w:rPr>
                <w:b/>
              </w:rPr>
              <w:t>Nastavna jedinica / podtema</w:t>
            </w:r>
          </w:p>
        </w:tc>
        <w:tc>
          <w:tcPr>
            <w:tcW w:w="6780" w:type="dxa"/>
            <w:vAlign w:val="center"/>
          </w:tcPr>
          <w:p w14:paraId="00BFA942" w14:textId="5842C173" w:rsidR="002509D4" w:rsidRPr="00632036" w:rsidRDefault="00E812A0" w:rsidP="00632036">
            <w:pPr>
              <w:spacing w:before="60" w:after="60"/>
              <w:ind w:left="108" w:right="108"/>
            </w:pPr>
            <w:r>
              <w:rPr>
                <w:color w:val="000000"/>
              </w:rPr>
              <w:t>2</w:t>
            </w:r>
            <w:r w:rsidR="002509D4">
              <w:rPr>
                <w:color w:val="000000"/>
              </w:rPr>
              <w:t>. Što je Crkva? II.</w:t>
            </w:r>
          </w:p>
        </w:tc>
      </w:tr>
    </w:tbl>
    <w:p w14:paraId="77D018E6" w14:textId="77777777" w:rsidR="00D1095B" w:rsidRDefault="002509D4">
      <w:pPr>
        <w:keepNext/>
        <w:spacing w:before="220" w:after="40"/>
        <w:jc w:val="both"/>
      </w:pPr>
      <w:r>
        <w:rPr>
          <w:b/>
          <w:color w:val="C96A00"/>
          <w:sz w:val="26"/>
        </w:rPr>
        <w:t>Odgojno-obrazovni ishodi učenja:</w:t>
      </w:r>
    </w:p>
    <w:p w14:paraId="055834A2" w14:textId="77777777" w:rsidR="00D1095B" w:rsidRDefault="002509D4">
      <w:pPr>
        <w:spacing w:after="0"/>
        <w:jc w:val="both"/>
      </w:pPr>
      <w:r>
        <w:rPr>
          <w:color w:val="000000"/>
        </w:rPr>
        <w:t>OŠ KV B.6.3. Učenik otkriva u Božjoj riječi, sakramentima i životu Crkve njezino božansko i ljudsko poslanje, različite darove i službe te Marijino posebno mjesto u Crkvi.</w:t>
      </w:r>
    </w:p>
    <w:p w14:paraId="23E7CEBF" w14:textId="77777777" w:rsidR="00D1095B" w:rsidRDefault="002509D4">
      <w:pPr>
        <w:spacing w:after="0"/>
        <w:jc w:val="both"/>
      </w:pPr>
      <w:r>
        <w:rPr>
          <w:color w:val="000000"/>
        </w:rPr>
        <w:t>OŠ KV B.6.3. Učenik objašnjava poslanje, mjesto i služenje pape, biskupa i svećenika, redovnika i vjernika laika u Crkvi.</w:t>
      </w:r>
    </w:p>
    <w:p w14:paraId="0EF32917" w14:textId="77777777" w:rsidR="00D1095B" w:rsidRDefault="002509D4">
      <w:pPr>
        <w:spacing w:after="0"/>
        <w:jc w:val="both"/>
      </w:pPr>
      <w:r>
        <w:rPr>
          <w:color w:val="000000"/>
        </w:rPr>
        <w:t>OŠ KV D.6.1. Učenik opisuje poslanje biskupa i svećenika, redovnica i redovnika te vjernika laika u Crkvi.</w:t>
      </w:r>
    </w:p>
    <w:p w14:paraId="004C1C3C" w14:textId="77777777" w:rsidR="006A2B5F" w:rsidRDefault="006A2B5F" w:rsidP="006A2B5F">
      <w:pPr>
        <w:spacing w:after="0"/>
      </w:pP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632036" w14:paraId="522DCFAE" w14:textId="77777777" w:rsidTr="00285B81">
        <w:trPr>
          <w:cantSplit/>
        </w:trPr>
        <w:tc>
          <w:tcPr>
            <w:tcW w:w="3901" w:type="dxa"/>
            <w:shd w:val="clear" w:color="auto" w:fill="F2F2F2"/>
            <w:vAlign w:val="center"/>
          </w:tcPr>
          <w:p w14:paraId="02E3DE53" w14:textId="77777777" w:rsidR="002509D4" w:rsidRDefault="002509D4" w:rsidP="00285B81">
            <w:pPr>
              <w:spacing w:before="60" w:after="60"/>
              <w:ind w:left="108" w:right="108"/>
            </w:pPr>
            <w:r>
              <w:rPr>
                <w:b/>
                <w:color w:val="000000"/>
                <w:sz w:val="21"/>
              </w:rPr>
              <w:t>Ključni pojmovi</w:t>
            </w:r>
          </w:p>
        </w:tc>
        <w:tc>
          <w:tcPr>
            <w:tcW w:w="6780" w:type="dxa"/>
            <w:vAlign w:val="center"/>
          </w:tcPr>
          <w:p w14:paraId="7AD4D64A" w14:textId="77777777" w:rsidR="00F51880" w:rsidRDefault="005C6CFC" w:rsidP="006A2B5F">
            <w:pPr>
              <w:spacing w:before="60" w:after="60"/>
              <w:ind w:left="108" w:right="108"/>
              <w:jc w:val="both"/>
            </w:pPr>
            <w:r>
              <w:rPr>
                <w:color w:val="000000"/>
              </w:rPr>
              <w:t>Crkva, otajstvo (misterij), biblijske slike Crkve, grad na gori, svjetlo svijeta, sol zemlje, ovčinjak, stado, Kristovo tijelo, darovi, službe, Duh Sveti</w:t>
            </w:r>
          </w:p>
        </w:tc>
      </w:tr>
      <w:tr w:rsidR="00632036" w14:paraId="1F8EEC0C" w14:textId="77777777" w:rsidTr="00285B81">
        <w:trPr>
          <w:cantSplit/>
        </w:trPr>
        <w:tc>
          <w:tcPr>
            <w:tcW w:w="3901" w:type="dxa"/>
            <w:shd w:val="clear" w:color="auto" w:fill="F2F2F2"/>
            <w:vAlign w:val="center"/>
          </w:tcPr>
          <w:p w14:paraId="4285151C" w14:textId="77777777" w:rsidR="002509D4" w:rsidRDefault="002509D4" w:rsidP="00285B81">
            <w:pPr>
              <w:spacing w:before="60" w:after="60"/>
              <w:ind w:left="108" w:right="108"/>
            </w:pPr>
            <w:r>
              <w:rPr>
                <w:b/>
                <w:color w:val="000000"/>
                <w:sz w:val="21"/>
              </w:rPr>
              <w:t>Središnje / problemsko pitanje</w:t>
            </w:r>
          </w:p>
        </w:tc>
        <w:tc>
          <w:tcPr>
            <w:tcW w:w="6780" w:type="dxa"/>
            <w:vAlign w:val="center"/>
          </w:tcPr>
          <w:p w14:paraId="0687B748" w14:textId="77777777" w:rsidR="002509D4" w:rsidRDefault="002509D4" w:rsidP="006A2B5F">
            <w:pPr>
              <w:spacing w:before="60" w:after="60"/>
              <w:ind w:left="108" w:right="108"/>
              <w:jc w:val="both"/>
            </w:pPr>
            <w:r>
              <w:rPr>
                <w:color w:val="000000"/>
                <w:sz w:val="21"/>
              </w:rPr>
              <w:t>Kako biblijske slike, darovi i slika Kristova tijela pomažu razumjeti tko čini Crkvu i kakvu ulogu u njoj ima svaki vjernik?</w:t>
            </w:r>
          </w:p>
        </w:tc>
      </w:tr>
      <w:tr w:rsidR="00632036" w14:paraId="01A804B4" w14:textId="77777777" w:rsidTr="00285B81">
        <w:trPr>
          <w:cantSplit/>
        </w:trPr>
        <w:tc>
          <w:tcPr>
            <w:tcW w:w="3901" w:type="dxa"/>
            <w:shd w:val="clear" w:color="auto" w:fill="F2F2F2"/>
            <w:vAlign w:val="center"/>
          </w:tcPr>
          <w:p w14:paraId="49024640" w14:textId="77777777" w:rsidR="002509D4" w:rsidRDefault="002509D4" w:rsidP="00285B81">
            <w:pPr>
              <w:spacing w:before="60" w:after="60"/>
              <w:ind w:left="108" w:right="108"/>
            </w:pPr>
            <w:r>
              <w:rPr>
                <w:b/>
                <w:color w:val="000000"/>
                <w:sz w:val="21"/>
              </w:rPr>
              <w:t>Nastavne metode</w:t>
            </w:r>
          </w:p>
        </w:tc>
        <w:tc>
          <w:tcPr>
            <w:tcW w:w="6780" w:type="dxa"/>
            <w:vAlign w:val="center"/>
          </w:tcPr>
          <w:p w14:paraId="774DE06F" w14:textId="77777777" w:rsidR="00F51880" w:rsidRDefault="005C6CFC" w:rsidP="006A2B5F">
            <w:pPr>
              <w:spacing w:before="60" w:after="60"/>
              <w:ind w:left="108" w:right="108"/>
              <w:jc w:val="both"/>
            </w:pPr>
            <w:r>
              <w:rPr>
                <w:color w:val="000000"/>
              </w:rPr>
              <w:t>razgovor, rad na tekstu i slici, analiza biblijskih tekstova, klasična obrada s pitanjima, rad s tablicom, shematski prikaz, problemsko i suradničko učenje, likovna analiza, crtanje, formativna provjera</w:t>
            </w:r>
          </w:p>
        </w:tc>
      </w:tr>
      <w:tr w:rsidR="00632036" w14:paraId="6958E19E" w14:textId="77777777" w:rsidTr="00285B81">
        <w:trPr>
          <w:cantSplit/>
        </w:trPr>
        <w:tc>
          <w:tcPr>
            <w:tcW w:w="3901" w:type="dxa"/>
            <w:shd w:val="clear" w:color="auto" w:fill="F2F2F2"/>
            <w:vAlign w:val="center"/>
          </w:tcPr>
          <w:p w14:paraId="25C922F7" w14:textId="77777777" w:rsidR="002509D4" w:rsidRDefault="002509D4" w:rsidP="00285B81">
            <w:pPr>
              <w:spacing w:before="60" w:after="60"/>
              <w:ind w:left="108" w:right="108"/>
            </w:pPr>
            <w:r>
              <w:rPr>
                <w:b/>
                <w:color w:val="000000"/>
                <w:sz w:val="21"/>
              </w:rPr>
              <w:t>Oblici rada</w:t>
            </w:r>
          </w:p>
        </w:tc>
        <w:tc>
          <w:tcPr>
            <w:tcW w:w="6780" w:type="dxa"/>
            <w:vAlign w:val="center"/>
          </w:tcPr>
          <w:p w14:paraId="304F32B4" w14:textId="77777777" w:rsidR="002509D4" w:rsidRDefault="002509D4" w:rsidP="006A2B5F">
            <w:pPr>
              <w:spacing w:before="60" w:after="60"/>
              <w:ind w:left="108" w:right="108"/>
              <w:jc w:val="both"/>
            </w:pPr>
            <w:r>
              <w:rPr>
                <w:color w:val="000000"/>
                <w:sz w:val="21"/>
              </w:rPr>
              <w:t>frontalni rad, individualni rad, rad u paru, rad u skupinama</w:t>
            </w:r>
          </w:p>
        </w:tc>
      </w:tr>
      <w:tr w:rsidR="00632036" w14:paraId="67066318" w14:textId="77777777" w:rsidTr="00285B81">
        <w:trPr>
          <w:cantSplit/>
        </w:trPr>
        <w:tc>
          <w:tcPr>
            <w:tcW w:w="3901" w:type="dxa"/>
            <w:shd w:val="clear" w:color="auto" w:fill="F2F2F2"/>
            <w:vAlign w:val="center"/>
          </w:tcPr>
          <w:p w14:paraId="11D451C4" w14:textId="77777777" w:rsidR="002509D4" w:rsidRDefault="002509D4" w:rsidP="00285B81">
            <w:pPr>
              <w:spacing w:before="60" w:after="60"/>
              <w:ind w:left="108" w:right="108"/>
            </w:pPr>
            <w:r>
              <w:rPr>
                <w:b/>
                <w:color w:val="000000"/>
                <w:sz w:val="21"/>
              </w:rPr>
              <w:t>Nastavna sredstva</w:t>
            </w:r>
          </w:p>
        </w:tc>
        <w:tc>
          <w:tcPr>
            <w:tcW w:w="6780" w:type="dxa"/>
            <w:vAlign w:val="center"/>
          </w:tcPr>
          <w:p w14:paraId="19518274" w14:textId="77777777" w:rsidR="00F51880" w:rsidRDefault="005C6CFC" w:rsidP="006A2B5F">
            <w:pPr>
              <w:spacing w:before="60" w:after="60"/>
              <w:ind w:left="108" w:right="108"/>
              <w:jc w:val="both"/>
            </w:pPr>
            <w:r>
              <w:rPr>
                <w:color w:val="000000"/>
              </w:rPr>
              <w:t>udžbenik „Biram slobodu“, str. 27, radna bilježnica, str. 41, bilježnica, radni predlošci, projektor / pametna ploča, bojice, digitalni udžbenik, biblijski tekstovi i priloženi digitalni sadržaji</w:t>
            </w:r>
          </w:p>
        </w:tc>
      </w:tr>
      <w:tr w:rsidR="00632036" w14:paraId="283BAE7B" w14:textId="77777777" w:rsidTr="00285B81">
        <w:trPr>
          <w:cantSplit/>
        </w:trPr>
        <w:tc>
          <w:tcPr>
            <w:tcW w:w="3901" w:type="dxa"/>
            <w:shd w:val="clear" w:color="auto" w:fill="F2F2F2"/>
            <w:vAlign w:val="center"/>
          </w:tcPr>
          <w:p w14:paraId="7B149071" w14:textId="77777777" w:rsidR="002509D4" w:rsidRDefault="002509D4" w:rsidP="00285B81">
            <w:pPr>
              <w:spacing w:before="60" w:after="60"/>
              <w:ind w:left="108" w:right="108"/>
            </w:pPr>
            <w:r>
              <w:rPr>
                <w:b/>
                <w:color w:val="000000"/>
                <w:sz w:val="21"/>
              </w:rPr>
              <w:t>Međupredmetne poveznice</w:t>
            </w:r>
          </w:p>
        </w:tc>
        <w:tc>
          <w:tcPr>
            <w:tcW w:w="6780" w:type="dxa"/>
            <w:vAlign w:val="center"/>
          </w:tcPr>
          <w:p w14:paraId="5EF64180" w14:textId="77777777" w:rsidR="00F51880" w:rsidRDefault="005C6CFC" w:rsidP="006A2B5F">
            <w:pPr>
              <w:spacing w:before="60" w:after="60"/>
              <w:ind w:left="108" w:right="108"/>
              <w:jc w:val="both"/>
            </w:pPr>
            <w:r>
              <w:rPr>
                <w:color w:val="000000"/>
              </w:rPr>
              <w:t>Osobni i socijalni razvoj – osr A.3.3. Razvija osobne potencijale; osr B.3.1. Obrazlaže i uvažava potrebe i osjećaje drugih; osr B.3.4. Suradnički uči i radi u timu; Učiti kako učiti – uku A.3.3. Učenik samostalno oblikuje svoje ideje i kreativno pristupa rješavanju problema; Hrvatski jezik – OŠ HJ A.6.1. kratko izlaže na zadanu temu; Likovna kultura – OŠ LK B.6.1. Učenik opisuje osobni doživljaj djela i povezuje ga s vlastitim iskustvom, osjećajima, mislima i stavovima; Informatika – C.6.1. izrađuje i predstavlja digitalne sadržaje uz poštovanje uvjeta korištenja i privatnosti</w:t>
            </w:r>
          </w:p>
        </w:tc>
      </w:tr>
    </w:tbl>
    <w:p w14:paraId="14A17C81" w14:textId="77777777" w:rsidR="00D1095B" w:rsidRDefault="002509D4">
      <w:pPr>
        <w:keepNext/>
        <w:spacing w:before="120" w:after="40"/>
        <w:jc w:val="both"/>
      </w:pPr>
      <w:r>
        <w:rPr>
          <w:b/>
          <w:color w:val="C96A00"/>
          <w:sz w:val="26"/>
        </w:rPr>
        <w:t>Vrednovanje:</w:t>
      </w:r>
    </w:p>
    <w:p w14:paraId="12320FD9" w14:textId="77777777" w:rsidR="00D1095B" w:rsidRPr="007F49D4" w:rsidRDefault="002509D4">
      <w:pPr>
        <w:spacing w:after="0"/>
        <w:jc w:val="both"/>
      </w:pPr>
      <w:r w:rsidRPr="007F49D4">
        <w:rPr>
          <w:b/>
          <w:bCs/>
        </w:rPr>
        <w:t>Vrednovanje za učenje:</w:t>
      </w:r>
      <w:r w:rsidRPr="007F49D4">
        <w:t xml:space="preserve"> Praćenje razumijevanja pojma otajstva, tumačenja biblijskih slika Crkve, povezivanja različitih darova i službi s jednim Duhom te interpretacije slike Crkve kao Kristova tijela.</w:t>
      </w:r>
    </w:p>
    <w:p w14:paraId="2596A70A" w14:textId="77777777" w:rsidR="00D1095B" w:rsidRDefault="002509D4">
      <w:pPr>
        <w:spacing w:after="0"/>
        <w:jc w:val="both"/>
      </w:pPr>
      <w:r>
        <w:rPr>
          <w:b/>
          <w:color w:val="000000"/>
        </w:rPr>
        <w:t>Vrednovanje kao učenje:</w:t>
      </w:r>
      <w:r>
        <w:rPr>
          <w:color w:val="000000"/>
        </w:rPr>
        <w:t xml:space="preserve"> Samoprocjena učenika mogu li povezati biblijske slike Crkve s njihovom porukom i objasniti zašto su različiti darovi i službe potrebni jednoj zajednici.</w:t>
      </w:r>
    </w:p>
    <w:p w14:paraId="1F92EEBF" w14:textId="77777777" w:rsidR="00D1095B" w:rsidRDefault="002509D4">
      <w:pPr>
        <w:spacing w:after="0"/>
        <w:jc w:val="both"/>
      </w:pPr>
      <w:r>
        <w:rPr>
          <w:b/>
          <w:color w:val="000000"/>
        </w:rPr>
        <w:t>Vrednovanje naučenoga:</w:t>
      </w:r>
      <w:r>
        <w:rPr>
          <w:color w:val="000000"/>
        </w:rPr>
        <w:t xml:space="preserve"> Formalno brojčano vrednovanje nije predviđeno.</w:t>
      </w:r>
    </w:p>
    <w:p w14:paraId="62DDCD22" w14:textId="77777777" w:rsidR="00D1095B" w:rsidRDefault="002509D4">
      <w:pPr>
        <w:spacing w:after="0"/>
      </w:pPr>
      <w:r>
        <w:br w:type="page"/>
      </w:r>
    </w:p>
    <w:p w14:paraId="72137095" w14:textId="77777777" w:rsidR="00D1095B" w:rsidRDefault="002509D4">
      <w:pPr>
        <w:keepNext/>
        <w:spacing w:after="220"/>
        <w:jc w:val="center"/>
      </w:pPr>
      <w:r>
        <w:rPr>
          <w:b/>
          <w:color w:val="0070C0"/>
          <w:sz w:val="40"/>
        </w:rPr>
        <w:lastRenderedPageBreak/>
        <w:t>TIJEK NASTAVNOGA SATA</w:t>
      </w:r>
    </w:p>
    <w:tbl>
      <w:tblPr>
        <w:tblW w:w="10658" w:type="dxa"/>
        <w:jc w:val="center"/>
        <w:tblBorders>
          <w:top w:val="single" w:sz="2" w:space="0" w:color="00B050"/>
          <w:left w:val="single" w:sz="2" w:space="0" w:color="00B050"/>
          <w:bottom w:val="single" w:sz="2" w:space="0" w:color="00B050"/>
          <w:right w:val="single" w:sz="2" w:space="0" w:color="00B050"/>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58"/>
      </w:tblGrid>
      <w:tr w:rsidR="000311CB" w14:paraId="2F93ABA0" w14:textId="77777777" w:rsidTr="00434EC3">
        <w:trPr>
          <w:cantSplit/>
          <w:jc w:val="center"/>
        </w:trPr>
        <w:tc>
          <w:tcPr>
            <w:tcW w:w="10681" w:type="dxa"/>
            <w:shd w:val="clear" w:color="auto" w:fill="00B050"/>
            <w:tcMar>
              <w:top w:w="90" w:type="dxa"/>
              <w:left w:w="130" w:type="dxa"/>
              <w:bottom w:w="90" w:type="dxa"/>
              <w:right w:w="130" w:type="dxa"/>
            </w:tcMar>
          </w:tcPr>
          <w:p w14:paraId="6ED2FF29" w14:textId="5387656C" w:rsidR="006A58C7" w:rsidRDefault="00434EC3" w:rsidP="00434EC3">
            <w:pPr>
              <w:spacing w:after="0"/>
            </w:pPr>
            <w:r w:rsidRPr="00434EC3">
              <w:rPr>
                <w:rFonts w:cs="Calibri"/>
                <w:b/>
                <w:color w:val="FFFFFF"/>
                <w:sz w:val="32"/>
              </w:rPr>
              <w:t xml:space="preserve">I. UVODNI DIO – DOŽIVI </w:t>
            </w:r>
            <w:r w:rsidRPr="00434EC3">
              <w:rPr>
                <w:rFonts w:cs="Calibri"/>
                <w:color w:val="FFFFFF"/>
                <w:sz w:val="20"/>
              </w:rPr>
              <w:t>(približno 7–10 minuta)</w:t>
            </w:r>
          </w:p>
        </w:tc>
      </w:tr>
    </w:tbl>
    <w:p w14:paraId="4F2BE9F9" w14:textId="77777777" w:rsidR="00D1095B" w:rsidRDefault="002509D4">
      <w:pPr>
        <w:keepNext/>
        <w:spacing w:before="60" w:after="40"/>
      </w:pPr>
      <w:r>
        <w:rPr>
          <w:b/>
          <w:color w:val="C96A00"/>
          <w:sz w:val="26"/>
        </w:rPr>
        <w:t>Uvodna molitva:</w:t>
      </w:r>
    </w:p>
    <w:p w14:paraId="62BBCEEB" w14:textId="77777777" w:rsidR="00D1095B" w:rsidRDefault="002509D4">
      <w:pPr>
        <w:spacing w:after="220"/>
      </w:pPr>
      <w:r>
        <w:rPr>
          <w:color w:val="000000"/>
        </w:rPr>
        <w:t>Oče naš…</w:t>
      </w:r>
    </w:p>
    <w:p w14:paraId="59FE08ED" w14:textId="77777777" w:rsidR="00D1095B" w:rsidRDefault="002509D4">
      <w:pPr>
        <w:spacing w:after="220"/>
      </w:pPr>
      <w:r>
        <w:rPr>
          <w:color w:val="000000"/>
        </w:rPr>
        <w:t>ili:</w:t>
      </w:r>
    </w:p>
    <w:p w14:paraId="01A95A19" w14:textId="77777777" w:rsidR="00F63D74" w:rsidRDefault="002509D4" w:rsidP="00F63D74">
      <w:pPr>
        <w:spacing w:before="220" w:after="220"/>
        <w:jc w:val="both"/>
      </w:pPr>
      <w:r>
        <w:rPr>
          <w:color w:val="000000"/>
          <w:sz w:val="48"/>
        </w:rPr>
        <w:t>Gospodine Isuse, Ti okupljaš svoj narod i svakomu daješ mjesto u Crkvi. Pomozi nam prepoznati darove koje smo primili, poštovati darove drugih i zajedno graditi jedno tijelo u Tvome Duhu. Amen.</w:t>
      </w:r>
    </w:p>
    <w:tbl>
      <w:tblPr>
        <w:tblW w:w="0" w:type="auto"/>
        <w:tblLayout w:type="fixed"/>
        <w:tblLook w:val="04A0" w:firstRow="1" w:lastRow="0" w:firstColumn="1" w:lastColumn="0" w:noHBand="0" w:noVBand="1"/>
      </w:tblPr>
      <w:tblGrid>
        <w:gridCol w:w="10658"/>
      </w:tblGrid>
      <w:tr w:rsidR="00F63D74" w14:paraId="5A6BEAE6" w14:textId="77777777" w:rsidTr="003B20CA">
        <w:trPr>
          <w:cantSplit/>
        </w:trPr>
        <w:tc>
          <w:tcPr>
            <w:tcW w:w="10658" w:type="dxa"/>
            <w:tcBorders>
              <w:top w:val="single" w:sz="6" w:space="0" w:color="EAF4E2"/>
              <w:left w:val="single" w:sz="6" w:space="0" w:color="EAF4E2"/>
              <w:bottom w:val="single" w:sz="6" w:space="0" w:color="EAF4E2"/>
              <w:right w:val="single" w:sz="6" w:space="0" w:color="EAF4E2"/>
            </w:tcBorders>
            <w:shd w:val="clear" w:color="auto" w:fill="EAF4E2"/>
            <w:tcMar>
              <w:top w:w="110" w:type="dxa"/>
              <w:left w:w="150" w:type="dxa"/>
              <w:bottom w:w="110" w:type="dxa"/>
              <w:right w:w="150" w:type="dxa"/>
            </w:tcMar>
          </w:tcPr>
          <w:p w14:paraId="58F21712" w14:textId="77777777" w:rsidR="00F63D74" w:rsidRDefault="00F63D74" w:rsidP="003B20CA">
            <w:pPr>
              <w:jc w:val="both"/>
            </w:pPr>
            <w:r>
              <w:rPr>
                <w:b/>
                <w:color w:val="C96A00"/>
                <w:sz w:val="21"/>
              </w:rPr>
              <w:t xml:space="preserve">Alternativa: </w:t>
            </w:r>
            <w:r w:rsidRPr="00F63D74">
              <w:rPr>
                <w:color w:val="000000"/>
                <w:sz w:val="21"/>
              </w:rPr>
              <w:t>Vjeroučitelj će pročitati: „Različiti su dari, a isti Duh; i različite službe, a isti Gospodin; i različita djelovanja, a isti Bog koji čini sve u svima.“ (1 Kor 12,4-6). Nakon kratke tišine učenici će reći: „Duše Sveti, pomozi mi svoj dar staviti u službu zajednice.“</w:t>
            </w:r>
          </w:p>
        </w:tc>
      </w:tr>
    </w:tbl>
    <w:p w14:paraId="791F6B4B" w14:textId="77777777" w:rsidR="00D1095B" w:rsidRDefault="002509D4" w:rsidP="00F63D74">
      <w:pPr>
        <w:keepNext/>
        <w:spacing w:before="120" w:after="40"/>
      </w:pPr>
      <w:r>
        <w:rPr>
          <w:b/>
          <w:color w:val="C96A00"/>
          <w:sz w:val="26"/>
        </w:rPr>
        <w:t>Povezivanje s prethodnim satom / pregled domaće zadaće:</w:t>
      </w:r>
    </w:p>
    <w:p w14:paraId="4564121C" w14:textId="77777777" w:rsidR="00D1095B" w:rsidRDefault="002509D4">
      <w:pPr>
        <w:spacing w:after="0"/>
        <w:jc w:val="both"/>
      </w:pPr>
      <w:r>
        <w:rPr>
          <w:color w:val="000000"/>
        </w:rPr>
        <w:t>Učenici daju vjeroučitelju na uvid domaću zadaću od prošloga susreta:</w:t>
      </w:r>
    </w:p>
    <w:p w14:paraId="2B178B5F" w14:textId="77777777" w:rsidR="00D1095B" w:rsidRDefault="002509D4">
      <w:pPr>
        <w:spacing w:after="0"/>
        <w:jc w:val="both"/>
      </w:pPr>
      <w:r>
        <w:rPr>
          <w:i/>
          <w:color w:val="000000"/>
        </w:rPr>
        <w:t>„Učenici će riješiti, ili dovršiti rješavanje RB, str. 40.“</w:t>
      </w:r>
    </w:p>
    <w:p w14:paraId="414A9520" w14:textId="77777777" w:rsidR="00D1095B" w:rsidRDefault="002509D4">
      <w:pPr>
        <w:spacing w:before="60" w:after="0"/>
      </w:pPr>
      <w:r>
        <w:rPr>
          <w:color w:val="000000"/>
        </w:rPr>
        <w:t>Ili:</w:t>
      </w:r>
    </w:p>
    <w:p w14:paraId="6547CFC1" w14:textId="77777777" w:rsidR="00D1095B" w:rsidRDefault="002509D4">
      <w:pPr>
        <w:spacing w:after="0"/>
        <w:jc w:val="both"/>
      </w:pPr>
      <w:r>
        <w:rPr>
          <w:i/>
          <w:color w:val="000000"/>
        </w:rPr>
        <w:t>„Učenici će u bilježnicu nacrtati jedan simbol Crkve kao zajednice i napisati rečenicu: ‘Crkva je za mene…’“</w:t>
      </w:r>
    </w:p>
    <w:p w14:paraId="0EFA04DF" w14:textId="77777777" w:rsidR="00D1095B" w:rsidRDefault="002509D4">
      <w:pPr>
        <w:keepNext/>
        <w:spacing w:before="60" w:after="40"/>
      </w:pPr>
      <w:r>
        <w:rPr>
          <w:b/>
          <w:color w:val="C96A00"/>
          <w:sz w:val="26"/>
        </w:rPr>
        <w:t>Motivacija:</w:t>
      </w:r>
    </w:p>
    <w:p w14:paraId="289985C0" w14:textId="706C9AA3" w:rsidR="00D1095B" w:rsidRDefault="002509D4">
      <w:pPr>
        <w:spacing w:after="0"/>
        <w:jc w:val="both"/>
        <w:rPr>
          <w:color w:val="000000"/>
        </w:rPr>
      </w:pPr>
      <w:r>
        <w:rPr>
          <w:color w:val="000000"/>
        </w:rPr>
        <w:t>Vjeroučitelj će prikazati djelo Ane Marije Botteri „Sveta noć“</w:t>
      </w:r>
      <w:r w:rsidR="00B864AD">
        <w:rPr>
          <w:color w:val="000000"/>
        </w:rPr>
        <w:t xml:space="preserve">, udžbenik, </w:t>
      </w:r>
      <w:r>
        <w:rPr>
          <w:color w:val="000000"/>
        </w:rPr>
        <w:t>str. 27 i postaviti pitanje iz udžbenika: „Tko čini Crkvu?“ Učenici opisuju što na slici vide i pokušavaju povezati svjetlo, put i ljudski lik s temom zajednice vjernika.</w:t>
      </w:r>
    </w:p>
    <w:p w14:paraId="275AEFE2" w14:textId="77777777" w:rsidR="00B864AD" w:rsidRDefault="00B864AD">
      <w:pPr>
        <w:spacing w:after="0"/>
        <w:jc w:val="both"/>
        <w:rPr>
          <w:color w:val="000000"/>
        </w:rPr>
      </w:pPr>
    </w:p>
    <w:p w14:paraId="24ACED12" w14:textId="2289C8E9" w:rsidR="00D1095B" w:rsidRDefault="00B864AD">
      <w:pPr>
        <w:spacing w:before="220" w:after="0"/>
        <w:jc w:val="center"/>
      </w:pPr>
      <w:r>
        <w:rPr>
          <w:noProof/>
        </w:rPr>
        <w:drawing>
          <wp:inline distT="0" distB="0" distL="0" distR="0" wp14:anchorId="3DAC3F25" wp14:editId="510B6184">
            <wp:extent cx="2034000" cy="2880000"/>
            <wp:effectExtent l="0" t="0" r="4445" b="0"/>
            <wp:docPr id="178728626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4000" cy="2880000"/>
                    </a:xfrm>
                    <a:prstGeom prst="rect">
                      <a:avLst/>
                    </a:prstGeom>
                    <a:noFill/>
                    <a:ln>
                      <a:noFill/>
                    </a:ln>
                  </pic:spPr>
                </pic:pic>
              </a:graphicData>
            </a:graphic>
          </wp:inline>
        </w:drawing>
      </w:r>
    </w:p>
    <w:p w14:paraId="190F889C" w14:textId="77777777" w:rsidR="00D1095B" w:rsidRDefault="002509D4">
      <w:pPr>
        <w:keepNext/>
        <w:spacing w:before="220" w:after="0"/>
      </w:pPr>
      <w:r>
        <w:rPr>
          <w:color w:val="000000"/>
        </w:rPr>
        <w:lastRenderedPageBreak/>
        <w:t>Razgovor:</w:t>
      </w:r>
    </w:p>
    <w:p w14:paraId="03F87D93" w14:textId="77777777" w:rsidR="00D1095B" w:rsidRDefault="002509D4" w:rsidP="00520B78">
      <w:pPr>
        <w:pStyle w:val="Odlomakpopisa"/>
        <w:numPr>
          <w:ilvl w:val="0"/>
          <w:numId w:val="37"/>
        </w:numPr>
        <w:spacing w:after="20"/>
      </w:pPr>
      <w:r>
        <w:t xml:space="preserve">Zašto je Crkvu teško potpuno definirati? </w:t>
      </w:r>
      <w:r w:rsidRPr="00520B78">
        <w:rPr>
          <w:color w:val="6B6B6B"/>
          <w:sz w:val="18"/>
        </w:rPr>
        <w:t>(Jer je otajstvo i nadilazi naše mogućnosti potpunoga razumskog spoznavanja.)</w:t>
      </w:r>
    </w:p>
    <w:p w14:paraId="6EF62D04" w14:textId="77777777" w:rsidR="00D1095B" w:rsidRDefault="002509D4" w:rsidP="00520B78">
      <w:pPr>
        <w:pStyle w:val="Odlomakpopisa"/>
        <w:numPr>
          <w:ilvl w:val="0"/>
          <w:numId w:val="37"/>
        </w:numPr>
        <w:spacing w:after="20"/>
      </w:pPr>
      <w:r>
        <w:t xml:space="preserve">Kako nam biblijske slike pomažu razumjeti Crkvu? </w:t>
      </w:r>
      <w:r w:rsidRPr="00520B78">
        <w:rPr>
          <w:color w:val="6B6B6B"/>
          <w:sz w:val="18"/>
        </w:rPr>
        <w:t>(U prenesenom značenju pokazuju različite vidove njezina života i poslanja.)</w:t>
      </w:r>
    </w:p>
    <w:p w14:paraId="7529F0A1" w14:textId="77777777" w:rsidR="00D1095B" w:rsidRDefault="002509D4" w:rsidP="00520B78">
      <w:pPr>
        <w:pStyle w:val="Odlomakpopisa"/>
        <w:numPr>
          <w:ilvl w:val="0"/>
          <w:numId w:val="37"/>
        </w:numPr>
        <w:spacing w:after="20"/>
      </w:pPr>
      <w:r>
        <w:t xml:space="preserve">Tko čini Crkvu? </w:t>
      </w:r>
      <w:r w:rsidRPr="00520B78">
        <w:rPr>
          <w:color w:val="6B6B6B"/>
          <w:sz w:val="18"/>
        </w:rPr>
        <w:t>(Ljudi različitih darova i službi, povezani u Kristu i u istom Duhu.)</w:t>
      </w:r>
    </w:p>
    <w:p w14:paraId="65014C31" w14:textId="77777777" w:rsidR="00D1095B" w:rsidRDefault="002509D4">
      <w:pPr>
        <w:keepNext/>
        <w:spacing w:before="60" w:after="40"/>
      </w:pPr>
      <w:r>
        <w:rPr>
          <w:b/>
          <w:color w:val="C96A00"/>
          <w:sz w:val="26"/>
        </w:rPr>
        <w:t>Najava teme i središnjega pitanja:</w:t>
      </w:r>
    </w:p>
    <w:p w14:paraId="7DD4EFCE" w14:textId="77777777" w:rsidR="00D1095B" w:rsidRDefault="002509D4">
      <w:pPr>
        <w:spacing w:after="0"/>
        <w:jc w:val="both"/>
        <w:rPr>
          <w:color w:val="000000"/>
        </w:rPr>
      </w:pPr>
      <w:r>
        <w:rPr>
          <w:color w:val="000000"/>
        </w:rPr>
        <w:t>Danas ćemo otkrivati zašto je Crkva otajstvo, kojim je biblijskim slikama opisuje Novi zavjet, što znači da smo različiti udovi jednoga Kristova tijela te kako svaki vjernik svojim darom i službom doprinosi zajednici. Istraživat ćemo: Kako biblijske slike, darovi i slika Kristova tijela pomažu razumjeti tko čini Crkvu i kakvu ulogu u njoj ima svaki vjernik?</w:t>
      </w:r>
    </w:p>
    <w:p w14:paraId="6D00A346" w14:textId="77777777" w:rsidR="00135511" w:rsidRDefault="00135511">
      <w:pPr>
        <w:spacing w:after="0"/>
        <w:jc w:val="both"/>
        <w:rPr>
          <w:color w:val="000000"/>
        </w:rPr>
      </w:pPr>
    </w:p>
    <w:p w14:paraId="4C84B4EE" w14:textId="77777777" w:rsidR="00135511" w:rsidRDefault="00135511">
      <w:pPr>
        <w:spacing w:after="0"/>
        <w:jc w:val="both"/>
      </w:pPr>
    </w:p>
    <w:tbl>
      <w:tblPr>
        <w:tblW w:w="10658" w:type="dxa"/>
        <w:jc w:val="center"/>
        <w:tblBorders>
          <w:top w:val="single" w:sz="2" w:space="0" w:color="00B050"/>
          <w:left w:val="single" w:sz="2" w:space="0" w:color="00B050"/>
          <w:bottom w:val="single" w:sz="2" w:space="0" w:color="00B050"/>
          <w:right w:val="single" w:sz="2" w:space="0" w:color="00B050"/>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58"/>
      </w:tblGrid>
      <w:tr w:rsidR="000311CB" w14:paraId="0B5C8182" w14:textId="77777777" w:rsidTr="00434EC3">
        <w:trPr>
          <w:cantSplit/>
          <w:jc w:val="center"/>
        </w:trPr>
        <w:tc>
          <w:tcPr>
            <w:tcW w:w="10681" w:type="dxa"/>
            <w:shd w:val="clear" w:color="auto" w:fill="00B050"/>
            <w:tcMar>
              <w:top w:w="90" w:type="dxa"/>
              <w:left w:w="130" w:type="dxa"/>
              <w:bottom w:w="90" w:type="dxa"/>
              <w:right w:w="130" w:type="dxa"/>
            </w:tcMar>
          </w:tcPr>
          <w:p w14:paraId="1A1DFC15" w14:textId="2C6EFE71" w:rsidR="006A58C7" w:rsidRDefault="00434EC3" w:rsidP="00434EC3">
            <w:pPr>
              <w:spacing w:after="0"/>
            </w:pPr>
            <w:r w:rsidRPr="00434EC3">
              <w:rPr>
                <w:rFonts w:cs="Calibri"/>
                <w:b/>
                <w:color w:val="FFFFFF"/>
                <w:sz w:val="32"/>
              </w:rPr>
              <w:t xml:space="preserve">II. SREDIŠNJI DIO – OTKRIJ I POVEŽI </w:t>
            </w:r>
            <w:r w:rsidRPr="00434EC3">
              <w:rPr>
                <w:rFonts w:cs="Calibri"/>
                <w:color w:val="FFFFFF"/>
                <w:sz w:val="20"/>
              </w:rPr>
              <w:t>(približno 27–30 minuta)</w:t>
            </w:r>
          </w:p>
        </w:tc>
      </w:tr>
    </w:tbl>
    <w:p w14:paraId="76E0FD77" w14:textId="77777777" w:rsidR="00AF6A6B" w:rsidRDefault="00AF6A6B"/>
    <w:tbl>
      <w:tblPr>
        <w:tblW w:w="0" w:type="auto"/>
        <w:jc w:val="center"/>
        <w:tblLook w:val="04A0" w:firstRow="1" w:lastRow="0" w:firstColumn="1" w:lastColumn="0" w:noHBand="0" w:noVBand="1"/>
      </w:tblPr>
      <w:tblGrid>
        <w:gridCol w:w="10681"/>
      </w:tblGrid>
      <w:tr w:rsidR="00D1095B" w14:paraId="393409FA" w14:textId="77777777">
        <w:trPr>
          <w:cantSplit/>
          <w:jc w:val="center"/>
        </w:trPr>
        <w:tc>
          <w:tcPr>
            <w:tcW w:w="10681" w:type="dxa"/>
            <w:shd w:val="clear" w:color="auto" w:fill="EAF2F8"/>
            <w:tcMar>
              <w:top w:w="100" w:type="dxa"/>
              <w:left w:w="110" w:type="dxa"/>
              <w:bottom w:w="100" w:type="dxa"/>
              <w:right w:w="110" w:type="dxa"/>
            </w:tcMar>
          </w:tcPr>
          <w:p w14:paraId="3068A2A3" w14:textId="77777777" w:rsidR="00D1095B" w:rsidRDefault="002509D4">
            <w:pPr>
              <w:jc w:val="both"/>
            </w:pPr>
            <w:r>
              <w:rPr>
                <w:b/>
                <w:color w:val="C96A00"/>
                <w:sz w:val="21"/>
              </w:rPr>
              <w:t xml:space="preserve">Napomena o izboru aktivnosti: </w:t>
            </w:r>
            <w:r>
              <w:rPr>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1C6F8F98" w14:textId="77777777" w:rsidR="00D1095B" w:rsidRDefault="002509D4">
      <w:pPr>
        <w:keepNext/>
        <w:spacing w:before="100" w:after="40"/>
      </w:pPr>
      <w:r>
        <w:rPr>
          <w:b/>
          <w:color w:val="C96A00"/>
          <w:sz w:val="26"/>
        </w:rPr>
        <w:t>Aktivnost 1: Obrada teksta / sadržaja</w:t>
      </w:r>
      <w:r>
        <w:rPr>
          <w:i/>
          <w:color w:val="6B6B6B"/>
          <w:sz w:val="20"/>
        </w:rPr>
        <w:t xml:space="preserve"> (individualni rad, rad u paru i zajednička provjera, 12 minuta)</w:t>
      </w:r>
    </w:p>
    <w:p w14:paraId="7EE4708A" w14:textId="77777777" w:rsidR="00D1095B" w:rsidRDefault="00135511">
      <w:pPr>
        <w:spacing w:after="0"/>
        <w:jc w:val="both"/>
      </w:pPr>
      <w:r>
        <w:t>Učenici će pročitati glavni tekst „Što je Crkva?“, udžbenik, str. 27. Izdvajaju četiri cjeline: Crkva je otajstvo; Biblija je opisuje različitim slikama; različiti su darovi, a isti Duh; sv. Pavao Crkvu uspoređuje s jednim tijelom koje ima mnogo udova. U paru će u radni predložak zapisati sažetak svake cjeline.</w:t>
      </w:r>
    </w:p>
    <w:p w14:paraId="1CBE526D" w14:textId="77777777" w:rsidR="00D1095B" w:rsidRDefault="002509D4">
      <w:pPr>
        <w:spacing w:after="0"/>
        <w:jc w:val="both"/>
        <w:rPr>
          <w:i/>
          <w:color w:val="6B6B6B"/>
          <w:sz w:val="21"/>
        </w:rPr>
      </w:pPr>
      <w:r>
        <w:rPr>
          <w:i/>
          <w:color w:val="6B6B6B"/>
          <w:sz w:val="20"/>
        </w:rPr>
        <w:t>Rješenje: Crkvu ne možemo do kraja obuhvatiti razumom, pa se služimo biblijskim slikama. Novi zavjet govori o gradu na gori, svjetlu, soli, ovčinjaku, stadu i Kristovu tijelu. U Crkvi ljudi imaju različite darove i službe, ali ih povezuje isti Duh i isti Gospodin. Kao što jedno tijelo ima mnogo udova, tako je i Crkva jedno tijelo s mnogo članova.</w:t>
      </w:r>
    </w:p>
    <w:p w14:paraId="4C6CCF7A" w14:textId="77777777" w:rsidR="00A86CE6" w:rsidRDefault="00A86CE6" w:rsidP="00A86CE6"/>
    <w:p w14:paraId="056057C9" w14:textId="77777777" w:rsidR="00A86CE6" w:rsidRDefault="00A86CE6" w:rsidP="00A86CE6">
      <w:r>
        <w:t>Radni predložak:</w:t>
      </w:r>
    </w:p>
    <w:tbl>
      <w:tblPr>
        <w:tblStyle w:val="Reetkatablic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7"/>
        <w:gridCol w:w="2668"/>
        <w:gridCol w:w="2668"/>
        <w:gridCol w:w="2668"/>
      </w:tblGrid>
      <w:tr w:rsidR="00D1095B" w14:paraId="46EE0DB0" w14:textId="77777777" w:rsidTr="00520B78">
        <w:trPr>
          <w:cantSplit/>
          <w:jc w:val="center"/>
        </w:trPr>
        <w:tc>
          <w:tcPr>
            <w:tcW w:w="2667" w:type="dxa"/>
            <w:tcBorders>
              <w:top w:val="single" w:sz="4" w:space="0" w:color="000000"/>
              <w:left w:val="single" w:sz="4" w:space="0" w:color="000000"/>
              <w:bottom w:val="single" w:sz="4" w:space="0" w:color="000000"/>
              <w:right w:val="single" w:sz="4" w:space="0" w:color="000000"/>
            </w:tcBorders>
            <w:shd w:val="clear" w:color="auto" w:fill="4A78C9"/>
            <w:tcMar>
              <w:top w:w="100" w:type="dxa"/>
              <w:left w:w="100" w:type="dxa"/>
              <w:bottom w:w="80" w:type="dxa"/>
              <w:right w:w="80" w:type="dxa"/>
            </w:tcMar>
            <w:vAlign w:val="center"/>
          </w:tcPr>
          <w:p w14:paraId="5C14730A" w14:textId="77777777" w:rsidR="00F51880" w:rsidRDefault="005C6CFC">
            <w:pPr>
              <w:spacing w:after="0"/>
              <w:jc w:val="center"/>
            </w:pPr>
            <w:r>
              <w:rPr>
                <w:b/>
                <w:color w:val="FFFFFF"/>
                <w:sz w:val="40"/>
              </w:rPr>
              <w:t>OTAJSTVO</w:t>
            </w:r>
          </w:p>
        </w:tc>
        <w:tc>
          <w:tcPr>
            <w:tcW w:w="2668" w:type="dxa"/>
            <w:tcBorders>
              <w:top w:val="single" w:sz="4" w:space="0" w:color="000000"/>
              <w:left w:val="single" w:sz="4" w:space="0" w:color="000000"/>
              <w:bottom w:val="single" w:sz="4" w:space="0" w:color="000000"/>
              <w:right w:val="single" w:sz="4" w:space="0" w:color="000000"/>
            </w:tcBorders>
            <w:shd w:val="clear" w:color="auto" w:fill="7030A0"/>
            <w:tcMar>
              <w:top w:w="100" w:type="dxa"/>
              <w:left w:w="100" w:type="dxa"/>
              <w:bottom w:w="80" w:type="dxa"/>
              <w:right w:w="80" w:type="dxa"/>
            </w:tcMar>
            <w:vAlign w:val="center"/>
          </w:tcPr>
          <w:p w14:paraId="178E293E" w14:textId="77777777" w:rsidR="00F51880" w:rsidRDefault="005C6CFC">
            <w:pPr>
              <w:spacing w:after="0"/>
              <w:jc w:val="center"/>
            </w:pPr>
            <w:r>
              <w:rPr>
                <w:b/>
                <w:color w:val="FFFFFF"/>
                <w:sz w:val="40"/>
              </w:rPr>
              <w:t>BIBLIJSKE SLIKE</w:t>
            </w:r>
          </w:p>
        </w:tc>
        <w:tc>
          <w:tcPr>
            <w:tcW w:w="2668" w:type="dxa"/>
            <w:tcBorders>
              <w:top w:val="single" w:sz="4" w:space="0" w:color="000000"/>
              <w:left w:val="single" w:sz="4" w:space="0" w:color="000000"/>
              <w:bottom w:val="single" w:sz="4" w:space="0" w:color="000000"/>
              <w:right w:val="single" w:sz="4" w:space="0" w:color="000000"/>
            </w:tcBorders>
            <w:shd w:val="clear" w:color="auto" w:fill="70AD47"/>
            <w:tcMar>
              <w:top w:w="100" w:type="dxa"/>
              <w:left w:w="100" w:type="dxa"/>
              <w:bottom w:w="80" w:type="dxa"/>
              <w:right w:w="80" w:type="dxa"/>
            </w:tcMar>
            <w:vAlign w:val="center"/>
          </w:tcPr>
          <w:p w14:paraId="43D0E47F" w14:textId="77777777" w:rsidR="00F51880" w:rsidRDefault="005C6CFC">
            <w:pPr>
              <w:spacing w:after="0"/>
              <w:jc w:val="center"/>
            </w:pPr>
            <w:r>
              <w:rPr>
                <w:b/>
                <w:color w:val="FFFFFF"/>
                <w:sz w:val="40"/>
              </w:rPr>
              <w:t>DAROVI I SLUŽBE</w:t>
            </w:r>
          </w:p>
        </w:tc>
        <w:tc>
          <w:tcPr>
            <w:tcW w:w="2668" w:type="dxa"/>
            <w:tcBorders>
              <w:top w:val="single" w:sz="4" w:space="0" w:color="000000"/>
              <w:left w:val="single" w:sz="4" w:space="0" w:color="000000"/>
              <w:bottom w:val="single" w:sz="4" w:space="0" w:color="000000"/>
              <w:right w:val="single" w:sz="4" w:space="0" w:color="000000"/>
            </w:tcBorders>
            <w:shd w:val="clear" w:color="auto" w:fill="C96A00"/>
            <w:tcMar>
              <w:top w:w="100" w:type="dxa"/>
              <w:left w:w="100" w:type="dxa"/>
              <w:bottom w:w="80" w:type="dxa"/>
              <w:right w:w="80" w:type="dxa"/>
            </w:tcMar>
            <w:vAlign w:val="center"/>
          </w:tcPr>
          <w:p w14:paraId="3FDAC616" w14:textId="77777777" w:rsidR="00F51880" w:rsidRDefault="005C6CFC">
            <w:pPr>
              <w:spacing w:after="0"/>
              <w:jc w:val="center"/>
            </w:pPr>
            <w:r>
              <w:rPr>
                <w:b/>
                <w:color w:val="FFFFFF"/>
                <w:sz w:val="40"/>
              </w:rPr>
              <w:t>KRISTOVO TIJELO</w:t>
            </w:r>
          </w:p>
        </w:tc>
      </w:tr>
      <w:tr w:rsidR="00FD2269" w14:paraId="3D5F0EAF" w14:textId="77777777" w:rsidTr="00520B78">
        <w:trPr>
          <w:cantSplit/>
          <w:jc w:val="center"/>
        </w:trPr>
        <w:tc>
          <w:tcPr>
            <w:tcW w:w="2667"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2B40C3F0" w14:textId="77777777" w:rsidR="00FD2269" w:rsidRDefault="00FD2269" w:rsidP="00FD2269">
            <w:pPr>
              <w:spacing w:after="0"/>
              <w:jc w:val="center"/>
              <w:rPr>
                <w:color w:val="000000"/>
                <w:sz w:val="28"/>
              </w:rPr>
            </w:pPr>
            <w:r w:rsidRPr="00520B78">
              <w:rPr>
                <w:sz w:val="40"/>
                <w:szCs w:val="40"/>
              </w:rPr>
              <w:t xml:space="preserve">Moj sažetak: </w:t>
            </w:r>
            <w:r>
              <w:rPr>
                <w:color w:val="000000"/>
                <w:sz w:val="28"/>
              </w:rPr>
              <w:t>_________________</w:t>
            </w:r>
          </w:p>
          <w:p w14:paraId="6EA9A567" w14:textId="77777777" w:rsidR="00FD2269" w:rsidRDefault="00FD2269" w:rsidP="00FD2269">
            <w:pPr>
              <w:spacing w:after="0"/>
              <w:jc w:val="center"/>
              <w:rPr>
                <w:color w:val="000000"/>
                <w:sz w:val="28"/>
              </w:rPr>
            </w:pPr>
            <w:r>
              <w:rPr>
                <w:color w:val="000000"/>
                <w:sz w:val="28"/>
              </w:rPr>
              <w:t>_________________</w:t>
            </w:r>
          </w:p>
          <w:p w14:paraId="7D3B4ABD" w14:textId="77777777" w:rsidR="00FD2269" w:rsidRDefault="00FD2269" w:rsidP="00FD2269">
            <w:pPr>
              <w:spacing w:after="0"/>
              <w:jc w:val="center"/>
              <w:rPr>
                <w:color w:val="000000"/>
                <w:sz w:val="28"/>
              </w:rPr>
            </w:pPr>
            <w:r>
              <w:rPr>
                <w:color w:val="000000"/>
                <w:sz w:val="28"/>
              </w:rPr>
              <w:t>_________________</w:t>
            </w:r>
          </w:p>
          <w:p w14:paraId="358FEEA8" w14:textId="66AF2B45" w:rsidR="00FD2269" w:rsidRDefault="00FD2269" w:rsidP="00FD2269">
            <w:pPr>
              <w:spacing w:after="0"/>
              <w:jc w:val="center"/>
            </w:pPr>
            <w:r>
              <w:rPr>
                <w:color w:val="000000"/>
                <w:sz w:val="28"/>
              </w:rPr>
              <w:t>_________________</w:t>
            </w:r>
          </w:p>
        </w:tc>
        <w:tc>
          <w:tcPr>
            <w:tcW w:w="2668"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6E1D2542" w14:textId="77777777" w:rsidR="00FD2269" w:rsidRDefault="00FD2269" w:rsidP="00FD2269">
            <w:pPr>
              <w:spacing w:after="0"/>
              <w:jc w:val="center"/>
              <w:rPr>
                <w:color w:val="000000"/>
                <w:sz w:val="28"/>
              </w:rPr>
            </w:pPr>
            <w:r w:rsidRPr="00520B78">
              <w:rPr>
                <w:sz w:val="40"/>
                <w:szCs w:val="40"/>
              </w:rPr>
              <w:t xml:space="preserve">Moj sažetak: </w:t>
            </w:r>
            <w:r>
              <w:rPr>
                <w:color w:val="000000"/>
                <w:sz w:val="28"/>
              </w:rPr>
              <w:t>_________________</w:t>
            </w:r>
          </w:p>
          <w:p w14:paraId="6F2B3BDA" w14:textId="77777777" w:rsidR="00FD2269" w:rsidRDefault="00FD2269" w:rsidP="00FD2269">
            <w:pPr>
              <w:spacing w:after="0"/>
              <w:jc w:val="center"/>
              <w:rPr>
                <w:color w:val="000000"/>
                <w:sz w:val="28"/>
              </w:rPr>
            </w:pPr>
            <w:r>
              <w:rPr>
                <w:color w:val="000000"/>
                <w:sz w:val="28"/>
              </w:rPr>
              <w:t>_________________</w:t>
            </w:r>
          </w:p>
          <w:p w14:paraId="68A4032B" w14:textId="77777777" w:rsidR="00FD2269" w:rsidRDefault="00FD2269" w:rsidP="00FD2269">
            <w:pPr>
              <w:spacing w:after="0"/>
              <w:jc w:val="center"/>
              <w:rPr>
                <w:color w:val="000000"/>
                <w:sz w:val="28"/>
              </w:rPr>
            </w:pPr>
            <w:r>
              <w:rPr>
                <w:color w:val="000000"/>
                <w:sz w:val="28"/>
              </w:rPr>
              <w:t>_________________</w:t>
            </w:r>
          </w:p>
          <w:p w14:paraId="6DC37513" w14:textId="771A74E4" w:rsidR="00FD2269" w:rsidRDefault="00FD2269" w:rsidP="00FD2269">
            <w:pPr>
              <w:spacing w:after="0"/>
              <w:jc w:val="center"/>
            </w:pPr>
            <w:r>
              <w:rPr>
                <w:color w:val="000000"/>
                <w:sz w:val="28"/>
              </w:rPr>
              <w:t>_________________</w:t>
            </w:r>
          </w:p>
        </w:tc>
        <w:tc>
          <w:tcPr>
            <w:tcW w:w="2668"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0FF0BAA1" w14:textId="77777777" w:rsidR="00FD2269" w:rsidRDefault="00FD2269" w:rsidP="00FD2269">
            <w:pPr>
              <w:spacing w:after="0"/>
              <w:jc w:val="center"/>
              <w:rPr>
                <w:color w:val="000000"/>
                <w:sz w:val="28"/>
              </w:rPr>
            </w:pPr>
            <w:r w:rsidRPr="00520B78">
              <w:rPr>
                <w:sz w:val="40"/>
                <w:szCs w:val="40"/>
              </w:rPr>
              <w:t xml:space="preserve">Moj sažetak: </w:t>
            </w:r>
            <w:r>
              <w:rPr>
                <w:color w:val="000000"/>
                <w:sz w:val="28"/>
              </w:rPr>
              <w:t>_________________</w:t>
            </w:r>
          </w:p>
          <w:p w14:paraId="213469CA" w14:textId="77777777" w:rsidR="00FD2269" w:rsidRDefault="00FD2269" w:rsidP="00FD2269">
            <w:pPr>
              <w:spacing w:after="0"/>
              <w:jc w:val="center"/>
              <w:rPr>
                <w:color w:val="000000"/>
                <w:sz w:val="28"/>
              </w:rPr>
            </w:pPr>
            <w:r>
              <w:rPr>
                <w:color w:val="000000"/>
                <w:sz w:val="28"/>
              </w:rPr>
              <w:t>_________________</w:t>
            </w:r>
          </w:p>
          <w:p w14:paraId="72CB1FCE" w14:textId="77777777" w:rsidR="00FD2269" w:rsidRDefault="00FD2269" w:rsidP="00FD2269">
            <w:pPr>
              <w:spacing w:after="0"/>
              <w:jc w:val="center"/>
              <w:rPr>
                <w:color w:val="000000"/>
                <w:sz w:val="28"/>
              </w:rPr>
            </w:pPr>
            <w:r>
              <w:rPr>
                <w:color w:val="000000"/>
                <w:sz w:val="28"/>
              </w:rPr>
              <w:t>_________________</w:t>
            </w:r>
          </w:p>
          <w:p w14:paraId="7E6F5621" w14:textId="75900F3A" w:rsidR="00FD2269" w:rsidRDefault="00FD2269" w:rsidP="00FD2269">
            <w:pPr>
              <w:spacing w:after="0"/>
              <w:jc w:val="center"/>
            </w:pPr>
            <w:r>
              <w:rPr>
                <w:color w:val="000000"/>
                <w:sz w:val="28"/>
              </w:rPr>
              <w:t>_________________</w:t>
            </w:r>
          </w:p>
        </w:tc>
        <w:tc>
          <w:tcPr>
            <w:tcW w:w="2668"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058CD63F" w14:textId="77777777" w:rsidR="00FD2269" w:rsidRDefault="00FD2269" w:rsidP="00FD2269">
            <w:pPr>
              <w:spacing w:after="0"/>
              <w:jc w:val="center"/>
              <w:rPr>
                <w:color w:val="000000"/>
                <w:sz w:val="28"/>
              </w:rPr>
            </w:pPr>
            <w:r w:rsidRPr="00520B78">
              <w:rPr>
                <w:sz w:val="40"/>
                <w:szCs w:val="40"/>
              </w:rPr>
              <w:t xml:space="preserve">Moj sažetak: </w:t>
            </w:r>
            <w:r>
              <w:rPr>
                <w:color w:val="000000"/>
                <w:sz w:val="28"/>
              </w:rPr>
              <w:t>_________________</w:t>
            </w:r>
          </w:p>
          <w:p w14:paraId="0703F2C7" w14:textId="77777777" w:rsidR="00FD2269" w:rsidRDefault="00FD2269" w:rsidP="00FD2269">
            <w:pPr>
              <w:spacing w:after="0"/>
              <w:jc w:val="center"/>
              <w:rPr>
                <w:color w:val="000000"/>
                <w:sz w:val="28"/>
              </w:rPr>
            </w:pPr>
            <w:r>
              <w:rPr>
                <w:color w:val="000000"/>
                <w:sz w:val="28"/>
              </w:rPr>
              <w:t>_________________</w:t>
            </w:r>
          </w:p>
          <w:p w14:paraId="3D855F23" w14:textId="77777777" w:rsidR="00FD2269" w:rsidRDefault="00FD2269" w:rsidP="00FD2269">
            <w:pPr>
              <w:spacing w:after="0"/>
              <w:jc w:val="center"/>
              <w:rPr>
                <w:color w:val="000000"/>
                <w:sz w:val="28"/>
              </w:rPr>
            </w:pPr>
            <w:r>
              <w:rPr>
                <w:color w:val="000000"/>
                <w:sz w:val="28"/>
              </w:rPr>
              <w:t>_________________</w:t>
            </w:r>
          </w:p>
          <w:p w14:paraId="1048367D" w14:textId="409F86F3" w:rsidR="00FD2269" w:rsidRDefault="00FD2269" w:rsidP="00FD2269">
            <w:pPr>
              <w:spacing w:after="0"/>
              <w:jc w:val="center"/>
            </w:pPr>
            <w:r>
              <w:rPr>
                <w:color w:val="000000"/>
                <w:sz w:val="28"/>
              </w:rPr>
              <w:t>_________________</w:t>
            </w:r>
          </w:p>
        </w:tc>
      </w:tr>
    </w:tbl>
    <w:p w14:paraId="42E5BAA1" w14:textId="77777777" w:rsidR="00D1095B" w:rsidRDefault="002509D4">
      <w:pPr>
        <w:keepNext/>
        <w:spacing w:before="220" w:after="0"/>
      </w:pPr>
      <w:r>
        <w:rPr>
          <w:color w:val="000000"/>
        </w:rPr>
        <w:t>Ili:</w:t>
      </w:r>
    </w:p>
    <w:p w14:paraId="02358D4E" w14:textId="0AEE4EE2" w:rsidR="00D1095B" w:rsidRDefault="00135511">
      <w:pPr>
        <w:spacing w:after="0"/>
        <w:jc w:val="both"/>
      </w:pPr>
      <w:r>
        <w:t xml:space="preserve">Učenici će zajednički pročitati </w:t>
      </w:r>
      <w:r w:rsidR="00FD2269" w:rsidRPr="00FD2269">
        <w:t>„Što je Crkva?“, udžbenik, str. 27</w:t>
      </w:r>
      <w:r>
        <w:t>. Vjeroučitelj će na ploči zapisati: OTAJSTVO – BIBLIJSKE SLIKE – RAZLIČITI DAROVI – JEDNO TIJELO.</w:t>
      </w:r>
    </w:p>
    <w:p w14:paraId="6B6AA3F5" w14:textId="7520EF67" w:rsidR="00FD2269" w:rsidRPr="00FD2269" w:rsidRDefault="00FD2269" w:rsidP="00FD2269">
      <w:pPr>
        <w:keepNext/>
        <w:spacing w:before="220" w:after="0"/>
        <w:jc w:val="center"/>
        <w:rPr>
          <w:color w:val="002060"/>
          <w:sz w:val="40"/>
          <w:szCs w:val="40"/>
        </w:rPr>
      </w:pPr>
      <w:r w:rsidRPr="00FD2269">
        <w:rPr>
          <w:color w:val="002060"/>
          <w:sz w:val="40"/>
          <w:szCs w:val="40"/>
        </w:rPr>
        <w:t>OTAJSTVO – BIBLIJSKE SLIKE – RAZLIČITI DAROVI – JEDNO TIJELO</w:t>
      </w:r>
    </w:p>
    <w:p w14:paraId="5B7AA281" w14:textId="78A4F57D" w:rsidR="00D1095B" w:rsidRDefault="002509D4">
      <w:pPr>
        <w:keepNext/>
        <w:spacing w:before="220" w:after="0"/>
      </w:pPr>
      <w:r>
        <w:rPr>
          <w:color w:val="000000"/>
        </w:rPr>
        <w:t>Razgovor:</w:t>
      </w:r>
    </w:p>
    <w:p w14:paraId="0AB91F69" w14:textId="77777777" w:rsidR="00D1095B" w:rsidRDefault="002509D4" w:rsidP="00520B78">
      <w:pPr>
        <w:pStyle w:val="Odlomakpopisa"/>
        <w:numPr>
          <w:ilvl w:val="0"/>
          <w:numId w:val="40"/>
        </w:numPr>
        <w:spacing w:after="0"/>
      </w:pPr>
      <w:r>
        <w:t xml:space="preserve">Što znači da je Crkva otajstvo? </w:t>
      </w:r>
      <w:r w:rsidRPr="00FD2269">
        <w:rPr>
          <w:color w:val="808080" w:themeColor="background1" w:themeShade="80"/>
          <w:sz w:val="18"/>
          <w:szCs w:val="18"/>
        </w:rPr>
        <w:t>(Da je ne možemo do kraja shvatiti i definirati samo ljudskim razumom.)</w:t>
      </w:r>
    </w:p>
    <w:p w14:paraId="7AF6C2E0" w14:textId="77777777" w:rsidR="00D1095B" w:rsidRDefault="002509D4" w:rsidP="00520B78">
      <w:pPr>
        <w:pStyle w:val="Odlomakpopisa"/>
        <w:numPr>
          <w:ilvl w:val="0"/>
          <w:numId w:val="40"/>
        </w:numPr>
        <w:spacing w:after="0"/>
      </w:pPr>
      <w:r>
        <w:t xml:space="preserve">Nabroji biblijske slike Crkve sa str. 27. </w:t>
      </w:r>
      <w:r w:rsidRPr="00FD2269">
        <w:rPr>
          <w:color w:val="808080" w:themeColor="background1" w:themeShade="80"/>
          <w:sz w:val="18"/>
          <w:szCs w:val="18"/>
        </w:rPr>
        <w:t>(Grad postavljen na gori, svjetlo svijeta, sol zemlje, ovčinjak čija su vrata Krist, stado kojemu je Krist pastir i Kristovo tijelo.)</w:t>
      </w:r>
    </w:p>
    <w:p w14:paraId="679F135E" w14:textId="77777777" w:rsidR="00D1095B" w:rsidRDefault="002509D4" w:rsidP="00520B78">
      <w:pPr>
        <w:pStyle w:val="Odlomakpopisa"/>
        <w:numPr>
          <w:ilvl w:val="0"/>
          <w:numId w:val="40"/>
        </w:numPr>
        <w:spacing w:after="0"/>
      </w:pPr>
      <w:r>
        <w:t xml:space="preserve">Što poručuje navod 1 Kor 12,4-6? </w:t>
      </w:r>
      <w:r w:rsidRPr="00FD2269">
        <w:rPr>
          <w:color w:val="808080" w:themeColor="background1" w:themeShade="80"/>
          <w:sz w:val="18"/>
          <w:szCs w:val="18"/>
        </w:rPr>
        <w:t>(Darovi, službe i djelovanja su različiti, ali izvor im je isti Duh, Gospodin i Bog.)</w:t>
      </w:r>
    </w:p>
    <w:p w14:paraId="5CB6F110" w14:textId="77777777" w:rsidR="00D1095B" w:rsidRDefault="002509D4" w:rsidP="00520B78">
      <w:pPr>
        <w:pStyle w:val="Odlomakpopisa"/>
        <w:numPr>
          <w:ilvl w:val="0"/>
          <w:numId w:val="40"/>
        </w:numPr>
        <w:spacing w:after="0"/>
      </w:pPr>
      <w:r>
        <w:t xml:space="preserve">Kako sv. Pavao opisuje Crkvu? </w:t>
      </w:r>
      <w:r w:rsidRPr="00FD2269">
        <w:rPr>
          <w:color w:val="808080" w:themeColor="background1" w:themeShade="80"/>
          <w:sz w:val="18"/>
          <w:szCs w:val="18"/>
        </w:rPr>
        <w:t>(Kao jedno tijelo s mnogo udova, od kojih svaki ima svoju ulogu.)</w:t>
      </w:r>
    </w:p>
    <w:p w14:paraId="714ACC93" w14:textId="77777777" w:rsidR="00D1095B" w:rsidRPr="00FD2269" w:rsidRDefault="002509D4" w:rsidP="00520B78">
      <w:pPr>
        <w:pStyle w:val="Odlomakpopisa"/>
        <w:numPr>
          <w:ilvl w:val="0"/>
          <w:numId w:val="40"/>
        </w:numPr>
        <w:spacing w:after="0"/>
        <w:rPr>
          <w:color w:val="808080" w:themeColor="background1" w:themeShade="80"/>
          <w:sz w:val="18"/>
          <w:szCs w:val="18"/>
        </w:rPr>
      </w:pPr>
      <w:r>
        <w:t xml:space="preserve">Zašto u Crkvi nema „nepotrebnih“ članova? </w:t>
      </w:r>
      <w:r w:rsidRPr="00FD2269">
        <w:rPr>
          <w:color w:val="808080" w:themeColor="background1" w:themeShade="80"/>
          <w:sz w:val="18"/>
          <w:szCs w:val="18"/>
        </w:rPr>
        <w:t>(Svaki član ima dar, mjesto, poslanje i može nešto darovati i od drugih primiti.)</w:t>
      </w:r>
    </w:p>
    <w:p w14:paraId="5D971478" w14:textId="77777777" w:rsidR="00D1095B" w:rsidRDefault="002509D4">
      <w:pPr>
        <w:keepNext/>
        <w:spacing w:before="220" w:after="0"/>
      </w:pPr>
      <w:r>
        <w:rPr>
          <w:color w:val="000000"/>
        </w:rPr>
        <w:t>Shematski prikaz i ključni naglasci:</w:t>
      </w:r>
    </w:p>
    <w:p w14:paraId="07F91D2F" w14:textId="451390B4" w:rsidR="00D1095B" w:rsidRDefault="00FD2269">
      <w:pPr>
        <w:spacing w:before="220" w:after="0"/>
        <w:jc w:val="center"/>
      </w:pPr>
      <w:r w:rsidRPr="00FD2269">
        <w:rPr>
          <w:noProof/>
        </w:rPr>
        <w:drawing>
          <wp:inline distT="0" distB="0" distL="0" distR="0" wp14:anchorId="1AA329AD" wp14:editId="1C3AE472">
            <wp:extent cx="5756400" cy="3240000"/>
            <wp:effectExtent l="0" t="0" r="0" b="0"/>
            <wp:docPr id="36957049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70491" name=""/>
                    <pic:cNvPicPr/>
                  </pic:nvPicPr>
                  <pic:blipFill>
                    <a:blip r:embed="rId9"/>
                    <a:stretch>
                      <a:fillRect/>
                    </a:stretch>
                  </pic:blipFill>
                  <pic:spPr>
                    <a:xfrm>
                      <a:off x="0" y="0"/>
                      <a:ext cx="5756400" cy="3240000"/>
                    </a:xfrm>
                    <a:prstGeom prst="rect">
                      <a:avLst/>
                    </a:prstGeom>
                  </pic:spPr>
                </pic:pic>
              </a:graphicData>
            </a:graphic>
          </wp:inline>
        </w:drawing>
      </w:r>
    </w:p>
    <w:p w14:paraId="7AE14287" w14:textId="77777777" w:rsidR="00D1095B" w:rsidRDefault="002509D4">
      <w:pPr>
        <w:spacing w:before="220" w:after="220"/>
        <w:jc w:val="both"/>
      </w:pPr>
      <w:r>
        <w:rPr>
          <w:b/>
          <w:color w:val="548235"/>
          <w:sz w:val="36"/>
        </w:rPr>
        <w:t xml:space="preserve">Kršćanski naglasak: </w:t>
      </w:r>
      <w:r>
        <w:rPr>
          <w:color w:val="000000"/>
          <w:sz w:val="36"/>
        </w:rPr>
        <w:t>Različitost darova i službi ne razbija zajedništvo Crkve: isti Duh povezuje različite ljude u jedno Kristovo tijelo u kojemu svaki član ima svoje mjesto i poslanje.</w:t>
      </w:r>
    </w:p>
    <w:p w14:paraId="2EC22690" w14:textId="77777777" w:rsidR="00D1095B" w:rsidRDefault="002509D4">
      <w:pPr>
        <w:keepNext/>
        <w:spacing w:before="100" w:after="40"/>
      </w:pPr>
      <w:r>
        <w:rPr>
          <w:b/>
          <w:color w:val="C96A00"/>
          <w:sz w:val="26"/>
        </w:rPr>
        <w:t>Aktivnost 2: Otajstvo (misterij)</w:t>
      </w:r>
      <w:r>
        <w:rPr>
          <w:i/>
          <w:color w:val="6B6B6B"/>
          <w:sz w:val="20"/>
        </w:rPr>
        <w:t xml:space="preserve"> (rad u paru, 6 minuta)</w:t>
      </w:r>
    </w:p>
    <w:p w14:paraId="694E1CFB" w14:textId="77777777" w:rsidR="00D1095B" w:rsidRDefault="002509D4">
      <w:pPr>
        <w:spacing w:after="0"/>
        <w:jc w:val="both"/>
      </w:pPr>
      <w:r>
        <w:rPr>
          <w:color w:val="000000"/>
        </w:rPr>
        <w:t>Rad u paru. Učenici će pročitati definiciju na desnom rubu str. 27: otajstvo je ono što je nedostupno ljudskom razumu i ne može se do kraja shvatiti ni definirati. Zatim u tablicu upisuju što o Crkvi možemo razumjeti, što ostaje otajstveno i kako nam pomažu biblijske slike.</w:t>
      </w:r>
    </w:p>
    <w:p w14:paraId="74BAABA3" w14:textId="77777777" w:rsidR="00D1095B" w:rsidRPr="00C7114A" w:rsidRDefault="002509D4">
      <w:pPr>
        <w:spacing w:after="0"/>
        <w:jc w:val="both"/>
        <w:rPr>
          <w:i/>
          <w:color w:val="6B6B6B"/>
          <w:sz w:val="20"/>
          <w:szCs w:val="20"/>
        </w:rPr>
      </w:pPr>
      <w:r w:rsidRPr="00C7114A">
        <w:rPr>
          <w:i/>
          <w:color w:val="6B6B6B"/>
          <w:sz w:val="20"/>
          <w:szCs w:val="20"/>
        </w:rPr>
        <w:t>Rješenje: O Crkvi možemo govoriti na temelju Božje riječi i života zajednice, ali ne možemo do kraja iscrpiti njezinu stvarnost. Biblijske slike približavaju različite vidove Crkve bez tvrdnje da je samo jedna slika dovoljna.</w:t>
      </w:r>
    </w:p>
    <w:p w14:paraId="38577FFB" w14:textId="77777777" w:rsidR="00A86CE6" w:rsidRDefault="00A86CE6" w:rsidP="00A86CE6"/>
    <w:p w14:paraId="0FD58C17" w14:textId="77777777" w:rsidR="00A86CE6" w:rsidRDefault="00A86CE6" w:rsidP="00A86CE6">
      <w:r>
        <w:t>Radni predložak:</w:t>
      </w:r>
    </w:p>
    <w:tbl>
      <w:tblPr>
        <w:tblStyle w:val="Reetkatablic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7"/>
        <w:gridCol w:w="3557"/>
        <w:gridCol w:w="3557"/>
      </w:tblGrid>
      <w:tr w:rsidR="00D1095B" w14:paraId="0192FCF8" w14:textId="77777777" w:rsidTr="00FD2269">
        <w:trPr>
          <w:cantSplit/>
          <w:jc w:val="center"/>
        </w:trPr>
        <w:tc>
          <w:tcPr>
            <w:tcW w:w="3557" w:type="dxa"/>
            <w:tcBorders>
              <w:top w:val="single" w:sz="4" w:space="0" w:color="000000"/>
              <w:left w:val="single" w:sz="4" w:space="0" w:color="000000"/>
              <w:bottom w:val="single" w:sz="4" w:space="0" w:color="000000"/>
              <w:right w:val="single" w:sz="4" w:space="0" w:color="000000"/>
            </w:tcBorders>
            <w:shd w:val="clear" w:color="auto" w:fill="4472C4"/>
            <w:tcMar>
              <w:top w:w="90" w:type="dxa"/>
              <w:left w:w="90" w:type="dxa"/>
              <w:bottom w:w="90" w:type="dxa"/>
              <w:right w:w="90" w:type="dxa"/>
            </w:tcMar>
            <w:vAlign w:val="center"/>
          </w:tcPr>
          <w:p w14:paraId="0E6C01E9" w14:textId="77777777" w:rsidR="00D1095B" w:rsidRPr="00E14E26" w:rsidRDefault="002509D4">
            <w:pPr>
              <w:spacing w:after="0"/>
              <w:jc w:val="center"/>
              <w:rPr>
                <w:sz w:val="40"/>
                <w:szCs w:val="40"/>
              </w:rPr>
            </w:pPr>
            <w:r w:rsidRPr="00E14E26">
              <w:rPr>
                <w:b/>
                <w:color w:val="FFFFFF"/>
                <w:sz w:val="40"/>
                <w:szCs w:val="40"/>
              </w:rPr>
              <w:t>MOGU SPOZNATI</w:t>
            </w:r>
          </w:p>
        </w:tc>
        <w:tc>
          <w:tcPr>
            <w:tcW w:w="3557" w:type="dxa"/>
            <w:tcBorders>
              <w:top w:val="single" w:sz="4" w:space="0" w:color="000000"/>
              <w:left w:val="single" w:sz="4" w:space="0" w:color="000000"/>
              <w:bottom w:val="single" w:sz="4" w:space="0" w:color="000000"/>
              <w:right w:val="single" w:sz="4" w:space="0" w:color="000000"/>
            </w:tcBorders>
            <w:shd w:val="clear" w:color="auto" w:fill="ED7D31"/>
            <w:tcMar>
              <w:top w:w="90" w:type="dxa"/>
              <w:left w:w="90" w:type="dxa"/>
              <w:bottom w:w="90" w:type="dxa"/>
              <w:right w:w="90" w:type="dxa"/>
            </w:tcMar>
            <w:vAlign w:val="center"/>
          </w:tcPr>
          <w:p w14:paraId="6091F9EB" w14:textId="77777777" w:rsidR="00D1095B" w:rsidRPr="00E14E26" w:rsidRDefault="002509D4">
            <w:pPr>
              <w:spacing w:after="0"/>
              <w:jc w:val="center"/>
              <w:rPr>
                <w:sz w:val="40"/>
                <w:szCs w:val="40"/>
              </w:rPr>
            </w:pPr>
            <w:r w:rsidRPr="00E14E26">
              <w:rPr>
                <w:b/>
                <w:color w:val="FFFFFF"/>
                <w:sz w:val="40"/>
                <w:szCs w:val="40"/>
              </w:rPr>
              <w:t>NE MOGU DO KRAJA</w:t>
            </w:r>
          </w:p>
        </w:tc>
        <w:tc>
          <w:tcPr>
            <w:tcW w:w="3557" w:type="dxa"/>
            <w:tcBorders>
              <w:top w:val="single" w:sz="4" w:space="0" w:color="000000"/>
              <w:left w:val="single" w:sz="4" w:space="0" w:color="000000"/>
              <w:bottom w:val="single" w:sz="4" w:space="0" w:color="000000"/>
              <w:right w:val="single" w:sz="4" w:space="0" w:color="000000"/>
            </w:tcBorders>
            <w:shd w:val="clear" w:color="auto" w:fill="70AD47"/>
            <w:tcMar>
              <w:top w:w="90" w:type="dxa"/>
              <w:left w:w="90" w:type="dxa"/>
              <w:bottom w:w="90" w:type="dxa"/>
              <w:right w:w="90" w:type="dxa"/>
            </w:tcMar>
            <w:vAlign w:val="center"/>
          </w:tcPr>
          <w:p w14:paraId="5B2DA800" w14:textId="77777777" w:rsidR="00D1095B" w:rsidRPr="00E14E26" w:rsidRDefault="002509D4">
            <w:pPr>
              <w:spacing w:after="0"/>
              <w:jc w:val="center"/>
              <w:rPr>
                <w:sz w:val="40"/>
                <w:szCs w:val="40"/>
              </w:rPr>
            </w:pPr>
            <w:r w:rsidRPr="00E14E26">
              <w:rPr>
                <w:b/>
                <w:color w:val="FFFFFF"/>
                <w:sz w:val="40"/>
                <w:szCs w:val="40"/>
              </w:rPr>
              <w:t>POMAŽU MI BIBLIJSKE SLIKE</w:t>
            </w:r>
          </w:p>
        </w:tc>
      </w:tr>
      <w:tr w:rsidR="00D1095B" w14:paraId="31AA47C2" w14:textId="77777777" w:rsidTr="00FD2269">
        <w:trPr>
          <w:cantSplit/>
          <w:jc w:val="center"/>
        </w:trPr>
        <w:tc>
          <w:tcPr>
            <w:tcW w:w="355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7EFF57F5" w14:textId="77777777" w:rsidR="00D1095B" w:rsidRDefault="002509D4">
            <w:pPr>
              <w:spacing w:after="0"/>
            </w:pPr>
            <w:r w:rsidRPr="00E14E26">
              <w:rPr>
                <w:color w:val="000000"/>
                <w:sz w:val="40"/>
                <w:szCs w:val="40"/>
              </w:rPr>
              <w:t xml:space="preserve">Moje objašnjenje: </w:t>
            </w:r>
            <w:r w:rsidRPr="00FD2269">
              <w:rPr>
                <w:color w:val="000000"/>
                <w:sz w:val="28"/>
                <w:szCs w:val="28"/>
              </w:rPr>
              <w:t>________________________</w:t>
            </w:r>
          </w:p>
        </w:tc>
        <w:tc>
          <w:tcPr>
            <w:tcW w:w="355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24DE561B" w14:textId="77777777" w:rsidR="00D1095B" w:rsidRDefault="002509D4" w:rsidP="00E14E26">
            <w:pPr>
              <w:spacing w:after="0"/>
            </w:pPr>
            <w:r w:rsidRPr="00E14E26">
              <w:rPr>
                <w:color w:val="000000"/>
                <w:sz w:val="40"/>
                <w:szCs w:val="40"/>
              </w:rPr>
              <w:t xml:space="preserve">Moje objašnjenje: </w:t>
            </w:r>
            <w:r w:rsidRPr="00FD2269">
              <w:rPr>
                <w:color w:val="000000"/>
                <w:sz w:val="28"/>
                <w:szCs w:val="28"/>
              </w:rPr>
              <w:t>________________________</w:t>
            </w:r>
          </w:p>
        </w:tc>
        <w:tc>
          <w:tcPr>
            <w:tcW w:w="355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009A11D2" w14:textId="77777777" w:rsidR="00D1095B" w:rsidRDefault="002509D4" w:rsidP="00E14E26">
            <w:pPr>
              <w:spacing w:after="0"/>
            </w:pPr>
            <w:r w:rsidRPr="00E14E26">
              <w:rPr>
                <w:color w:val="000000"/>
                <w:sz w:val="40"/>
                <w:szCs w:val="40"/>
              </w:rPr>
              <w:t xml:space="preserve">Moje objašnjenje: </w:t>
            </w:r>
            <w:r w:rsidRPr="00FD2269">
              <w:rPr>
                <w:color w:val="000000"/>
                <w:sz w:val="28"/>
                <w:szCs w:val="28"/>
              </w:rPr>
              <w:t>________________________</w:t>
            </w:r>
          </w:p>
        </w:tc>
      </w:tr>
    </w:tbl>
    <w:p w14:paraId="6C8FA63B" w14:textId="77777777" w:rsidR="00D1095B" w:rsidRDefault="002509D4">
      <w:pPr>
        <w:keepNext/>
        <w:spacing w:before="100" w:after="40"/>
      </w:pPr>
      <w:r>
        <w:rPr>
          <w:b/>
          <w:color w:val="C96A00"/>
          <w:sz w:val="26"/>
        </w:rPr>
        <w:t>Aktivnost 3: Šest biblijskih slika Crkve</w:t>
      </w:r>
      <w:r>
        <w:rPr>
          <w:i/>
          <w:color w:val="6B6B6B"/>
          <w:sz w:val="20"/>
        </w:rPr>
        <w:t xml:space="preserve"> (rad u skupinama, 7 minuta)</w:t>
      </w:r>
    </w:p>
    <w:p w14:paraId="5DE91915" w14:textId="77777777" w:rsidR="00D1095B" w:rsidRDefault="002509D4">
      <w:pPr>
        <w:spacing w:after="0"/>
        <w:jc w:val="both"/>
      </w:pPr>
      <w:r>
        <w:rPr>
          <w:color w:val="000000"/>
        </w:rPr>
        <w:t>Rad u skupinama. Učenici će šest biblijskih slika sa str. 27 rasporediti u tri para: grad na gori / svjetlo svijeta; sol zemlje / ovčinjak; stado / Kristovo tijelo. Za svaki par u tablicu upisuju biblijski navod i jednu kratku poruku koju slika prenosi o Crkvi.</w:t>
      </w:r>
    </w:p>
    <w:p w14:paraId="52743596" w14:textId="77777777" w:rsidR="00D1095B" w:rsidRPr="00C7114A" w:rsidRDefault="002509D4">
      <w:pPr>
        <w:spacing w:after="0"/>
        <w:jc w:val="both"/>
        <w:rPr>
          <w:i/>
          <w:color w:val="6B6B6B"/>
          <w:sz w:val="20"/>
          <w:szCs w:val="20"/>
        </w:rPr>
      </w:pPr>
      <w:r w:rsidRPr="00C7114A">
        <w:rPr>
          <w:i/>
          <w:color w:val="6B6B6B"/>
          <w:sz w:val="20"/>
          <w:szCs w:val="20"/>
        </w:rPr>
        <w:t>Rješenje: Grad i svjetlo – Crkva je pozvana biti vidljiva po dobrim djelima; sol – daje „okus“ i čuva dobro; ovčinjak – Krist je vrata; stado – Krist vodi kao Dobri pastir; Kristovo tijelo – različiti članovi pripadaju jednom tijelu.</w:t>
      </w:r>
    </w:p>
    <w:p w14:paraId="49300AC4" w14:textId="77777777" w:rsidR="00A86CE6" w:rsidRDefault="00A86CE6" w:rsidP="00A86CE6">
      <w:r>
        <w:t>Radni predložak:</w:t>
      </w:r>
    </w:p>
    <w:tbl>
      <w:tblPr>
        <w:tblStyle w:val="Reetkatablic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63"/>
        <w:gridCol w:w="2702"/>
        <w:gridCol w:w="2703"/>
        <w:gridCol w:w="2703"/>
      </w:tblGrid>
      <w:tr w:rsidR="00D1095B" w14:paraId="7CD77342" w14:textId="77777777" w:rsidTr="00E14E26">
        <w:trPr>
          <w:cantSplit/>
          <w:jc w:val="center"/>
        </w:trPr>
        <w:tc>
          <w:tcPr>
            <w:tcW w:w="2563" w:type="dxa"/>
            <w:tcBorders>
              <w:top w:val="single" w:sz="4" w:space="0" w:color="000000"/>
              <w:left w:val="single" w:sz="4" w:space="0" w:color="000000"/>
              <w:bottom w:val="single" w:sz="4" w:space="0" w:color="000000"/>
              <w:right w:val="single" w:sz="4" w:space="0" w:color="000000"/>
            </w:tcBorders>
            <w:shd w:val="clear" w:color="auto" w:fill="4472C4"/>
            <w:tcMar>
              <w:top w:w="90" w:type="dxa"/>
              <w:left w:w="90" w:type="dxa"/>
              <w:bottom w:w="90" w:type="dxa"/>
              <w:right w:w="90" w:type="dxa"/>
            </w:tcMar>
            <w:vAlign w:val="center"/>
          </w:tcPr>
          <w:p w14:paraId="5319DB91" w14:textId="77777777" w:rsidR="00D1095B" w:rsidRPr="00520B78" w:rsidRDefault="002509D4">
            <w:pPr>
              <w:spacing w:after="0"/>
              <w:jc w:val="center"/>
              <w:rPr>
                <w:sz w:val="36"/>
                <w:szCs w:val="36"/>
              </w:rPr>
            </w:pPr>
            <w:r w:rsidRPr="00520B78">
              <w:rPr>
                <w:b/>
                <w:color w:val="FFFFFF"/>
                <w:sz w:val="36"/>
                <w:szCs w:val="36"/>
              </w:rPr>
              <w:t>SLIKE</w:t>
            </w:r>
          </w:p>
        </w:tc>
        <w:tc>
          <w:tcPr>
            <w:tcW w:w="2702" w:type="dxa"/>
            <w:tcBorders>
              <w:top w:val="single" w:sz="4" w:space="0" w:color="000000"/>
              <w:left w:val="single" w:sz="4" w:space="0" w:color="000000"/>
              <w:bottom w:val="single" w:sz="4" w:space="0" w:color="000000"/>
              <w:right w:val="single" w:sz="4" w:space="0" w:color="000000"/>
            </w:tcBorders>
            <w:shd w:val="clear" w:color="auto" w:fill="7030A0"/>
            <w:tcMar>
              <w:top w:w="90" w:type="dxa"/>
              <w:left w:w="90" w:type="dxa"/>
              <w:bottom w:w="90" w:type="dxa"/>
              <w:right w:w="90" w:type="dxa"/>
            </w:tcMar>
            <w:vAlign w:val="center"/>
          </w:tcPr>
          <w:p w14:paraId="220925C4" w14:textId="77777777" w:rsidR="00D1095B" w:rsidRPr="00520B78" w:rsidRDefault="002509D4">
            <w:pPr>
              <w:spacing w:after="0"/>
              <w:jc w:val="center"/>
              <w:rPr>
                <w:sz w:val="36"/>
                <w:szCs w:val="36"/>
              </w:rPr>
            </w:pPr>
            <w:r w:rsidRPr="00520B78">
              <w:rPr>
                <w:b/>
                <w:color w:val="FFFFFF"/>
                <w:sz w:val="36"/>
                <w:szCs w:val="36"/>
              </w:rPr>
              <w:t>BIBLIJSKI NAVOD</w:t>
            </w:r>
          </w:p>
        </w:tc>
        <w:tc>
          <w:tcPr>
            <w:tcW w:w="2703" w:type="dxa"/>
            <w:tcBorders>
              <w:top w:val="single" w:sz="4" w:space="0" w:color="000000"/>
              <w:left w:val="single" w:sz="4" w:space="0" w:color="000000"/>
              <w:bottom w:val="single" w:sz="4" w:space="0" w:color="000000"/>
              <w:right w:val="single" w:sz="4" w:space="0" w:color="000000"/>
            </w:tcBorders>
            <w:shd w:val="clear" w:color="auto" w:fill="ED7D31"/>
            <w:tcMar>
              <w:top w:w="90" w:type="dxa"/>
              <w:left w:w="90" w:type="dxa"/>
              <w:bottom w:w="90" w:type="dxa"/>
              <w:right w:w="90" w:type="dxa"/>
            </w:tcMar>
            <w:vAlign w:val="center"/>
          </w:tcPr>
          <w:p w14:paraId="53FA8CBF" w14:textId="77777777" w:rsidR="00D1095B" w:rsidRPr="00520B78" w:rsidRDefault="002509D4">
            <w:pPr>
              <w:spacing w:after="0"/>
              <w:jc w:val="center"/>
              <w:rPr>
                <w:sz w:val="36"/>
                <w:szCs w:val="36"/>
              </w:rPr>
            </w:pPr>
            <w:r w:rsidRPr="00520B78">
              <w:rPr>
                <w:b/>
                <w:color w:val="FFFFFF"/>
                <w:sz w:val="36"/>
                <w:szCs w:val="36"/>
              </w:rPr>
              <w:t>ŠTO PORUČUJU?</w:t>
            </w:r>
          </w:p>
        </w:tc>
        <w:tc>
          <w:tcPr>
            <w:tcW w:w="2703" w:type="dxa"/>
            <w:tcBorders>
              <w:top w:val="single" w:sz="4" w:space="0" w:color="000000"/>
              <w:left w:val="single" w:sz="4" w:space="0" w:color="000000"/>
              <w:bottom w:val="single" w:sz="4" w:space="0" w:color="000000"/>
              <w:right w:val="single" w:sz="4" w:space="0" w:color="000000"/>
            </w:tcBorders>
            <w:shd w:val="clear" w:color="auto" w:fill="70AD47"/>
            <w:tcMar>
              <w:top w:w="90" w:type="dxa"/>
              <w:left w:w="90" w:type="dxa"/>
              <w:bottom w:w="90" w:type="dxa"/>
              <w:right w:w="90" w:type="dxa"/>
            </w:tcMar>
            <w:vAlign w:val="center"/>
          </w:tcPr>
          <w:p w14:paraId="4DF64C3C" w14:textId="77777777" w:rsidR="00D1095B" w:rsidRPr="00520B78" w:rsidRDefault="002509D4">
            <w:pPr>
              <w:spacing w:after="0"/>
              <w:jc w:val="center"/>
              <w:rPr>
                <w:sz w:val="36"/>
                <w:szCs w:val="36"/>
              </w:rPr>
            </w:pPr>
            <w:r w:rsidRPr="00520B78">
              <w:rPr>
                <w:b/>
                <w:color w:val="FFFFFF"/>
                <w:sz w:val="36"/>
                <w:szCs w:val="36"/>
              </w:rPr>
              <w:t>PRIMJER DANAS</w:t>
            </w:r>
          </w:p>
        </w:tc>
      </w:tr>
      <w:tr w:rsidR="00E14E26" w14:paraId="2D1B2278" w14:textId="77777777" w:rsidTr="00E14E26">
        <w:trPr>
          <w:cantSplit/>
          <w:jc w:val="center"/>
        </w:trPr>
        <w:tc>
          <w:tcPr>
            <w:tcW w:w="2563"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706DA688" w14:textId="77777777" w:rsidR="00E14E26" w:rsidRPr="00E14E26" w:rsidRDefault="00E14E26" w:rsidP="00E14E26">
            <w:pPr>
              <w:spacing w:after="0"/>
              <w:rPr>
                <w:sz w:val="40"/>
                <w:szCs w:val="40"/>
              </w:rPr>
            </w:pPr>
            <w:r w:rsidRPr="00E14E26">
              <w:rPr>
                <w:color w:val="000000"/>
                <w:sz w:val="40"/>
                <w:szCs w:val="40"/>
              </w:rPr>
              <w:t>grad / svjetlo</w:t>
            </w:r>
          </w:p>
        </w:tc>
        <w:tc>
          <w:tcPr>
            <w:tcW w:w="2702"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399A9D7A" w14:textId="77777777" w:rsidR="00E14E26" w:rsidRDefault="00E14E26" w:rsidP="00E14E26">
            <w:pPr>
              <w:spacing w:after="0"/>
              <w:jc w:val="center"/>
            </w:pPr>
            <w:r>
              <w:rPr>
                <w:color w:val="000000"/>
                <w:sz w:val="24"/>
              </w:rPr>
              <w:t>____________________</w:t>
            </w:r>
          </w:p>
        </w:tc>
        <w:tc>
          <w:tcPr>
            <w:tcW w:w="2703"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7B9824B6" w14:textId="77777777" w:rsidR="00E14E26" w:rsidRDefault="00E14E26" w:rsidP="00E14E26">
            <w:pPr>
              <w:spacing w:after="0"/>
              <w:jc w:val="center"/>
            </w:pPr>
            <w:r>
              <w:rPr>
                <w:color w:val="000000"/>
                <w:sz w:val="24"/>
              </w:rPr>
              <w:t>____________________</w:t>
            </w:r>
          </w:p>
        </w:tc>
        <w:tc>
          <w:tcPr>
            <w:tcW w:w="2703"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6C560B1" w14:textId="77777777" w:rsidR="00E14E26" w:rsidRDefault="00E14E26" w:rsidP="00E14E26">
            <w:pPr>
              <w:spacing w:after="0"/>
              <w:jc w:val="center"/>
            </w:pPr>
            <w:r>
              <w:rPr>
                <w:color w:val="000000"/>
                <w:sz w:val="24"/>
              </w:rPr>
              <w:t>____________________</w:t>
            </w:r>
          </w:p>
        </w:tc>
      </w:tr>
      <w:tr w:rsidR="00E14E26" w14:paraId="60F94775" w14:textId="77777777" w:rsidTr="00E14E26">
        <w:trPr>
          <w:cantSplit/>
          <w:jc w:val="center"/>
        </w:trPr>
        <w:tc>
          <w:tcPr>
            <w:tcW w:w="2563" w:type="dxa"/>
            <w:tcBorders>
              <w:top w:val="single" w:sz="4" w:space="0" w:color="000000"/>
              <w:left w:val="single" w:sz="4" w:space="0" w:color="000000"/>
              <w:bottom w:val="single" w:sz="4" w:space="0" w:color="000000"/>
              <w:right w:val="single" w:sz="4" w:space="0" w:color="000000"/>
            </w:tcBorders>
            <w:shd w:val="clear" w:color="auto" w:fill="F2F2F2"/>
            <w:tcMar>
              <w:top w:w="90" w:type="dxa"/>
              <w:left w:w="90" w:type="dxa"/>
              <w:bottom w:w="90" w:type="dxa"/>
              <w:right w:w="90" w:type="dxa"/>
            </w:tcMar>
            <w:vAlign w:val="center"/>
          </w:tcPr>
          <w:p w14:paraId="050629F8" w14:textId="77777777" w:rsidR="00E14E26" w:rsidRPr="00E14E26" w:rsidRDefault="00E14E26" w:rsidP="00E14E26">
            <w:pPr>
              <w:spacing w:after="0"/>
              <w:rPr>
                <w:sz w:val="40"/>
                <w:szCs w:val="40"/>
              </w:rPr>
            </w:pPr>
            <w:r w:rsidRPr="00E14E26">
              <w:rPr>
                <w:color w:val="000000"/>
                <w:sz w:val="40"/>
                <w:szCs w:val="40"/>
              </w:rPr>
              <w:t>sol / ovčinjak</w:t>
            </w:r>
          </w:p>
        </w:tc>
        <w:tc>
          <w:tcPr>
            <w:tcW w:w="2702" w:type="dxa"/>
            <w:tcBorders>
              <w:top w:val="single" w:sz="4" w:space="0" w:color="000000"/>
              <w:left w:val="single" w:sz="4" w:space="0" w:color="000000"/>
              <w:bottom w:val="single" w:sz="4" w:space="0" w:color="000000"/>
              <w:right w:val="single" w:sz="4" w:space="0" w:color="000000"/>
            </w:tcBorders>
            <w:shd w:val="clear" w:color="auto" w:fill="F2F2F2"/>
            <w:tcMar>
              <w:top w:w="90" w:type="dxa"/>
              <w:left w:w="90" w:type="dxa"/>
              <w:bottom w:w="90" w:type="dxa"/>
              <w:right w:w="90" w:type="dxa"/>
            </w:tcMar>
            <w:vAlign w:val="center"/>
          </w:tcPr>
          <w:p w14:paraId="5884B070" w14:textId="77777777" w:rsidR="00E14E26" w:rsidRDefault="00E14E26" w:rsidP="00E14E26">
            <w:pPr>
              <w:spacing w:after="0"/>
              <w:jc w:val="center"/>
            </w:pPr>
            <w:r>
              <w:rPr>
                <w:color w:val="000000"/>
                <w:sz w:val="24"/>
              </w:rPr>
              <w:t>____________________</w:t>
            </w:r>
          </w:p>
        </w:tc>
        <w:tc>
          <w:tcPr>
            <w:tcW w:w="2703" w:type="dxa"/>
            <w:tcBorders>
              <w:top w:val="single" w:sz="4" w:space="0" w:color="000000"/>
              <w:left w:val="single" w:sz="4" w:space="0" w:color="000000"/>
              <w:bottom w:val="single" w:sz="4" w:space="0" w:color="000000"/>
              <w:right w:val="single" w:sz="4" w:space="0" w:color="000000"/>
            </w:tcBorders>
            <w:shd w:val="clear" w:color="auto" w:fill="F2F2F2"/>
            <w:tcMar>
              <w:top w:w="90" w:type="dxa"/>
              <w:left w:w="90" w:type="dxa"/>
              <w:bottom w:w="90" w:type="dxa"/>
              <w:right w:w="90" w:type="dxa"/>
            </w:tcMar>
            <w:vAlign w:val="center"/>
          </w:tcPr>
          <w:p w14:paraId="75718C01" w14:textId="77777777" w:rsidR="00E14E26" w:rsidRDefault="00E14E26" w:rsidP="00E14E26">
            <w:pPr>
              <w:spacing w:after="0"/>
              <w:jc w:val="center"/>
            </w:pPr>
            <w:r>
              <w:rPr>
                <w:color w:val="000000"/>
                <w:sz w:val="24"/>
              </w:rPr>
              <w:t>____________________</w:t>
            </w:r>
          </w:p>
        </w:tc>
        <w:tc>
          <w:tcPr>
            <w:tcW w:w="2703" w:type="dxa"/>
            <w:tcBorders>
              <w:top w:val="single" w:sz="4" w:space="0" w:color="000000"/>
              <w:left w:val="single" w:sz="4" w:space="0" w:color="000000"/>
              <w:bottom w:val="single" w:sz="4" w:space="0" w:color="000000"/>
              <w:right w:val="single" w:sz="4" w:space="0" w:color="000000"/>
            </w:tcBorders>
            <w:shd w:val="clear" w:color="auto" w:fill="F2F2F2"/>
            <w:tcMar>
              <w:top w:w="90" w:type="dxa"/>
              <w:left w:w="90" w:type="dxa"/>
              <w:bottom w:w="90" w:type="dxa"/>
              <w:right w:w="90" w:type="dxa"/>
            </w:tcMar>
            <w:vAlign w:val="center"/>
          </w:tcPr>
          <w:p w14:paraId="201501F8" w14:textId="77777777" w:rsidR="00E14E26" w:rsidRDefault="00E14E26" w:rsidP="00E14E26">
            <w:pPr>
              <w:spacing w:after="0"/>
              <w:jc w:val="center"/>
            </w:pPr>
            <w:r>
              <w:rPr>
                <w:color w:val="000000"/>
                <w:sz w:val="24"/>
              </w:rPr>
              <w:t>____________________</w:t>
            </w:r>
          </w:p>
        </w:tc>
      </w:tr>
      <w:tr w:rsidR="00E14E26" w14:paraId="310B5A14" w14:textId="77777777" w:rsidTr="00E14E26">
        <w:trPr>
          <w:cantSplit/>
          <w:jc w:val="center"/>
        </w:trPr>
        <w:tc>
          <w:tcPr>
            <w:tcW w:w="2563"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56372E77" w14:textId="77777777" w:rsidR="00E14E26" w:rsidRPr="00E14E26" w:rsidRDefault="00E14E26" w:rsidP="00E14E26">
            <w:pPr>
              <w:spacing w:after="0"/>
              <w:rPr>
                <w:sz w:val="40"/>
                <w:szCs w:val="40"/>
              </w:rPr>
            </w:pPr>
            <w:r w:rsidRPr="00E14E26">
              <w:rPr>
                <w:color w:val="000000"/>
                <w:sz w:val="40"/>
                <w:szCs w:val="40"/>
              </w:rPr>
              <w:t>stado / tijelo</w:t>
            </w:r>
          </w:p>
        </w:tc>
        <w:tc>
          <w:tcPr>
            <w:tcW w:w="2702"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DFE78B4" w14:textId="77777777" w:rsidR="00E14E26" w:rsidRDefault="00E14E26" w:rsidP="00E14E26">
            <w:pPr>
              <w:spacing w:after="0"/>
              <w:jc w:val="center"/>
            </w:pPr>
            <w:r>
              <w:rPr>
                <w:color w:val="000000"/>
                <w:sz w:val="24"/>
              </w:rPr>
              <w:t>____________________</w:t>
            </w:r>
          </w:p>
        </w:tc>
        <w:tc>
          <w:tcPr>
            <w:tcW w:w="2703"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46695354" w14:textId="77777777" w:rsidR="00E14E26" w:rsidRDefault="00E14E26" w:rsidP="00E14E26">
            <w:pPr>
              <w:spacing w:after="0"/>
              <w:jc w:val="center"/>
            </w:pPr>
            <w:r>
              <w:rPr>
                <w:color w:val="000000"/>
                <w:sz w:val="24"/>
              </w:rPr>
              <w:t>____________________</w:t>
            </w:r>
          </w:p>
        </w:tc>
        <w:tc>
          <w:tcPr>
            <w:tcW w:w="2703"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51AE915C" w14:textId="77777777" w:rsidR="00E14E26" w:rsidRDefault="00E14E26" w:rsidP="00E14E26">
            <w:pPr>
              <w:spacing w:after="0"/>
              <w:jc w:val="center"/>
            </w:pPr>
            <w:r>
              <w:rPr>
                <w:color w:val="000000"/>
                <w:sz w:val="24"/>
              </w:rPr>
              <w:t>____________________</w:t>
            </w:r>
          </w:p>
        </w:tc>
      </w:tr>
    </w:tbl>
    <w:p w14:paraId="1B8B7B13" w14:textId="77777777" w:rsidR="00D1095B" w:rsidRDefault="002509D4" w:rsidP="00520B78">
      <w:pPr>
        <w:widowControl w:val="0"/>
        <w:spacing w:before="100" w:after="40"/>
      </w:pPr>
      <w:r>
        <w:rPr>
          <w:b/>
          <w:color w:val="C65F00"/>
        </w:rPr>
        <w:t>Aktivnost 4: Različiti su darovi, a isti Duh</w:t>
      </w:r>
      <w:r>
        <w:rPr>
          <w:i/>
          <w:color w:val="6B6B6B"/>
          <w:sz w:val="20"/>
        </w:rPr>
        <w:t xml:space="preserve"> (individualni rad, 6 minuta)</w:t>
      </w:r>
    </w:p>
    <w:p w14:paraId="50FD3828" w14:textId="77777777" w:rsidR="00D1095B" w:rsidRDefault="002509D4">
      <w:pPr>
        <w:spacing w:after="0"/>
        <w:jc w:val="both"/>
      </w:pPr>
      <w:r>
        <w:t>Učenici će pročitati 1 Kor 12,4-6 iz udžbenika. Za svaku tvrdnju biraju tumačenje A ili B koje je u skladu s Pavlovom porukom i uz dva odgovora kratko obrazlažu izbor.</w:t>
      </w:r>
    </w:p>
    <w:p w14:paraId="1D602F79" w14:textId="77777777" w:rsidR="00D1095B" w:rsidRDefault="002509D4">
      <w:pPr>
        <w:spacing w:after="0"/>
        <w:jc w:val="both"/>
        <w:rPr>
          <w:i/>
          <w:color w:val="6B6B6B"/>
          <w:sz w:val="21"/>
        </w:rPr>
      </w:pPr>
      <w:r>
        <w:rPr>
          <w:i/>
          <w:color w:val="6B6B6B"/>
          <w:sz w:val="20"/>
        </w:rPr>
        <w:t>Rješenje: 1. B – darovi mogu biti različiti. 2. A – isti Duh povezuje različite darove. 3. B – službe služe dobru cijele zajednice. 4. A – različitost članova i službi pripada jednoj Crkvi.</w:t>
      </w:r>
    </w:p>
    <w:p w14:paraId="0E09FFBD" w14:textId="77777777" w:rsidR="00A86CE6" w:rsidRDefault="00A86CE6">
      <w:pPr>
        <w:spacing w:after="0"/>
        <w:jc w:val="both"/>
      </w:pPr>
    </w:p>
    <w:p w14:paraId="30A4B3C7" w14:textId="77777777" w:rsidR="00520B78" w:rsidRDefault="00520B78">
      <w:pPr>
        <w:spacing w:after="0"/>
        <w:jc w:val="both"/>
      </w:pPr>
    </w:p>
    <w:p w14:paraId="3991A306" w14:textId="77777777" w:rsidR="00A86CE6" w:rsidRDefault="00A86CE6" w:rsidP="00A86CE6">
      <w:r>
        <w:t>Radni predložak:</w:t>
      </w:r>
    </w:p>
    <w:tbl>
      <w:tblPr>
        <w:tblStyle w:val="Reetkatablic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7"/>
        <w:gridCol w:w="2668"/>
        <w:gridCol w:w="2668"/>
        <w:gridCol w:w="2668"/>
      </w:tblGrid>
      <w:tr w:rsidR="00D1095B" w14:paraId="3E059299" w14:textId="77777777" w:rsidTr="00E14E26">
        <w:trPr>
          <w:cantSplit/>
          <w:jc w:val="center"/>
        </w:trPr>
        <w:tc>
          <w:tcPr>
            <w:tcW w:w="2667" w:type="dxa"/>
            <w:tcBorders>
              <w:top w:val="single" w:sz="4" w:space="0" w:color="000000"/>
              <w:left w:val="single" w:sz="4" w:space="0" w:color="000000"/>
              <w:bottom w:val="single" w:sz="4" w:space="0" w:color="000000"/>
              <w:right w:val="single" w:sz="4" w:space="0" w:color="000000"/>
            </w:tcBorders>
            <w:shd w:val="clear" w:color="auto" w:fill="5B5B5B"/>
            <w:tcMar>
              <w:top w:w="100" w:type="dxa"/>
              <w:left w:w="100" w:type="dxa"/>
              <w:bottom w:w="80" w:type="dxa"/>
              <w:right w:w="80" w:type="dxa"/>
            </w:tcMar>
            <w:vAlign w:val="center"/>
          </w:tcPr>
          <w:p w14:paraId="2327ECD5" w14:textId="77777777" w:rsidR="00F51880" w:rsidRDefault="005C6CFC">
            <w:pPr>
              <w:spacing w:after="0"/>
              <w:jc w:val="center"/>
            </w:pPr>
            <w:r>
              <w:rPr>
                <w:b/>
                <w:color w:val="FFFFFF"/>
                <w:sz w:val="40"/>
              </w:rPr>
              <w:t>TVRDNJA</w:t>
            </w:r>
          </w:p>
        </w:tc>
        <w:tc>
          <w:tcPr>
            <w:tcW w:w="2668" w:type="dxa"/>
            <w:tcBorders>
              <w:top w:val="single" w:sz="4" w:space="0" w:color="000000"/>
              <w:left w:val="single" w:sz="4" w:space="0" w:color="000000"/>
              <w:bottom w:val="single" w:sz="4" w:space="0" w:color="000000"/>
              <w:right w:val="single" w:sz="4" w:space="0" w:color="000000"/>
            </w:tcBorders>
            <w:shd w:val="clear" w:color="auto" w:fill="4A78C9"/>
            <w:tcMar>
              <w:top w:w="100" w:type="dxa"/>
              <w:left w:w="100" w:type="dxa"/>
              <w:bottom w:w="80" w:type="dxa"/>
              <w:right w:w="80" w:type="dxa"/>
            </w:tcMar>
            <w:vAlign w:val="center"/>
          </w:tcPr>
          <w:p w14:paraId="4DB55E13" w14:textId="77777777" w:rsidR="00F51880" w:rsidRDefault="005C6CFC">
            <w:pPr>
              <w:spacing w:after="0"/>
              <w:jc w:val="center"/>
            </w:pPr>
            <w:r>
              <w:rPr>
                <w:b/>
                <w:color w:val="FFFFFF"/>
                <w:sz w:val="40"/>
              </w:rPr>
              <w:t>A</w:t>
            </w:r>
          </w:p>
        </w:tc>
        <w:tc>
          <w:tcPr>
            <w:tcW w:w="2668" w:type="dxa"/>
            <w:tcBorders>
              <w:top w:val="single" w:sz="4" w:space="0" w:color="000000"/>
              <w:left w:val="single" w:sz="4" w:space="0" w:color="000000"/>
              <w:bottom w:val="single" w:sz="4" w:space="0" w:color="000000"/>
              <w:right w:val="single" w:sz="4" w:space="0" w:color="000000"/>
            </w:tcBorders>
            <w:shd w:val="clear" w:color="auto" w:fill="70AD47"/>
            <w:tcMar>
              <w:top w:w="100" w:type="dxa"/>
              <w:left w:w="100" w:type="dxa"/>
              <w:bottom w:w="80" w:type="dxa"/>
              <w:right w:w="80" w:type="dxa"/>
            </w:tcMar>
            <w:vAlign w:val="center"/>
          </w:tcPr>
          <w:p w14:paraId="41E6EFAB" w14:textId="77777777" w:rsidR="00F51880" w:rsidRDefault="005C6CFC">
            <w:pPr>
              <w:spacing w:after="0"/>
              <w:jc w:val="center"/>
            </w:pPr>
            <w:r>
              <w:rPr>
                <w:b/>
                <w:color w:val="FFFFFF"/>
                <w:sz w:val="40"/>
              </w:rPr>
              <w:t>B</w:t>
            </w:r>
          </w:p>
        </w:tc>
        <w:tc>
          <w:tcPr>
            <w:tcW w:w="2668" w:type="dxa"/>
            <w:tcBorders>
              <w:top w:val="single" w:sz="4" w:space="0" w:color="000000"/>
              <w:left w:val="single" w:sz="4" w:space="0" w:color="000000"/>
              <w:bottom w:val="single" w:sz="4" w:space="0" w:color="000000"/>
              <w:right w:val="single" w:sz="4" w:space="0" w:color="000000"/>
            </w:tcBorders>
            <w:shd w:val="clear" w:color="auto" w:fill="7030A0"/>
            <w:tcMar>
              <w:top w:w="100" w:type="dxa"/>
              <w:left w:w="100" w:type="dxa"/>
              <w:bottom w:w="80" w:type="dxa"/>
              <w:right w:w="80" w:type="dxa"/>
            </w:tcMar>
            <w:vAlign w:val="center"/>
          </w:tcPr>
          <w:p w14:paraId="53855B1F" w14:textId="77777777" w:rsidR="00F51880" w:rsidRDefault="005C6CFC">
            <w:pPr>
              <w:spacing w:after="0"/>
              <w:jc w:val="center"/>
            </w:pPr>
            <w:r>
              <w:rPr>
                <w:b/>
                <w:color w:val="FFFFFF"/>
                <w:sz w:val="40"/>
              </w:rPr>
              <w:t>MOJ IZBOR</w:t>
            </w:r>
          </w:p>
        </w:tc>
      </w:tr>
      <w:tr w:rsidR="00D1095B" w14:paraId="72C5CA59" w14:textId="77777777" w:rsidTr="00E14E26">
        <w:trPr>
          <w:cantSplit/>
          <w:jc w:val="center"/>
        </w:trPr>
        <w:tc>
          <w:tcPr>
            <w:tcW w:w="2667"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76D5C55B" w14:textId="77777777" w:rsidR="00F51880" w:rsidRPr="00520B78" w:rsidRDefault="005C6CFC">
            <w:pPr>
              <w:spacing w:after="0"/>
              <w:rPr>
                <w:sz w:val="36"/>
                <w:szCs w:val="36"/>
              </w:rPr>
            </w:pPr>
            <w:r w:rsidRPr="00520B78">
              <w:rPr>
                <w:sz w:val="36"/>
                <w:szCs w:val="36"/>
              </w:rPr>
              <w:t>1. U Crkvi svi moraju imati…</w:t>
            </w:r>
          </w:p>
        </w:tc>
        <w:tc>
          <w:tcPr>
            <w:tcW w:w="2668"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020122BB" w14:textId="77777777" w:rsidR="00F51880" w:rsidRPr="00520B78" w:rsidRDefault="005C6CFC">
            <w:pPr>
              <w:spacing w:after="0"/>
              <w:rPr>
                <w:sz w:val="36"/>
                <w:szCs w:val="36"/>
              </w:rPr>
            </w:pPr>
            <w:r w:rsidRPr="00520B78">
              <w:rPr>
                <w:sz w:val="36"/>
                <w:szCs w:val="36"/>
              </w:rPr>
              <w:t>isti dar</w:t>
            </w:r>
          </w:p>
        </w:tc>
        <w:tc>
          <w:tcPr>
            <w:tcW w:w="2668"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009E1E5A" w14:textId="77777777" w:rsidR="00F51880" w:rsidRPr="00520B78" w:rsidRDefault="005C6CFC">
            <w:pPr>
              <w:spacing w:after="0"/>
              <w:rPr>
                <w:sz w:val="36"/>
                <w:szCs w:val="36"/>
              </w:rPr>
            </w:pPr>
            <w:r w:rsidRPr="00520B78">
              <w:rPr>
                <w:sz w:val="36"/>
                <w:szCs w:val="36"/>
              </w:rPr>
              <w:t>različite darove</w:t>
            </w:r>
          </w:p>
        </w:tc>
        <w:tc>
          <w:tcPr>
            <w:tcW w:w="2668"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4CFF21F0" w14:textId="77777777" w:rsidR="00F51880" w:rsidRDefault="005C6CFC">
            <w:pPr>
              <w:spacing w:after="0"/>
              <w:jc w:val="center"/>
            </w:pPr>
            <w:r>
              <w:rPr>
                <w:color w:val="000000"/>
                <w:sz w:val="28"/>
              </w:rPr>
              <w:t>________</w:t>
            </w:r>
          </w:p>
        </w:tc>
      </w:tr>
      <w:tr w:rsidR="00E14E26" w14:paraId="00AB6376" w14:textId="77777777" w:rsidTr="00E14E26">
        <w:trPr>
          <w:cantSplit/>
          <w:jc w:val="center"/>
        </w:trPr>
        <w:tc>
          <w:tcPr>
            <w:tcW w:w="2667"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28F0A115" w14:textId="77777777" w:rsidR="00F51880" w:rsidRPr="00520B78" w:rsidRDefault="005C6CFC">
            <w:pPr>
              <w:spacing w:after="0"/>
              <w:rPr>
                <w:sz w:val="36"/>
                <w:szCs w:val="36"/>
              </w:rPr>
            </w:pPr>
            <w:r w:rsidRPr="00520B78">
              <w:rPr>
                <w:sz w:val="36"/>
                <w:szCs w:val="36"/>
              </w:rPr>
              <w:t>2. Različite darove povezuje…</w:t>
            </w:r>
          </w:p>
        </w:tc>
        <w:tc>
          <w:tcPr>
            <w:tcW w:w="2668"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32607A12" w14:textId="77777777" w:rsidR="00F51880" w:rsidRPr="00520B78" w:rsidRDefault="005C6CFC">
            <w:pPr>
              <w:spacing w:after="0"/>
              <w:rPr>
                <w:sz w:val="36"/>
                <w:szCs w:val="36"/>
              </w:rPr>
            </w:pPr>
            <w:r w:rsidRPr="00520B78">
              <w:rPr>
                <w:sz w:val="36"/>
                <w:szCs w:val="36"/>
              </w:rPr>
              <w:t>isti Duh</w:t>
            </w:r>
          </w:p>
        </w:tc>
        <w:tc>
          <w:tcPr>
            <w:tcW w:w="2668"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3A37DD68" w14:textId="77777777" w:rsidR="00F51880" w:rsidRPr="00520B78" w:rsidRDefault="005C6CFC">
            <w:pPr>
              <w:spacing w:after="0"/>
              <w:rPr>
                <w:sz w:val="36"/>
                <w:szCs w:val="36"/>
              </w:rPr>
            </w:pPr>
            <w:r w:rsidRPr="00520B78">
              <w:rPr>
                <w:sz w:val="36"/>
                <w:szCs w:val="36"/>
              </w:rPr>
              <w:t>slučajnost</w:t>
            </w:r>
          </w:p>
        </w:tc>
        <w:tc>
          <w:tcPr>
            <w:tcW w:w="2668"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0C35A298" w14:textId="77777777" w:rsidR="00F51880" w:rsidRDefault="005C6CFC">
            <w:pPr>
              <w:spacing w:after="0"/>
              <w:jc w:val="center"/>
            </w:pPr>
            <w:r>
              <w:rPr>
                <w:color w:val="000000"/>
                <w:sz w:val="28"/>
              </w:rPr>
              <w:t>________</w:t>
            </w:r>
          </w:p>
        </w:tc>
      </w:tr>
      <w:tr w:rsidR="00E14E26" w14:paraId="2FEEDBA3" w14:textId="77777777" w:rsidTr="00E14E26">
        <w:trPr>
          <w:cantSplit/>
          <w:jc w:val="center"/>
        </w:trPr>
        <w:tc>
          <w:tcPr>
            <w:tcW w:w="2667"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4A1348DC" w14:textId="77777777" w:rsidR="00F51880" w:rsidRPr="00520B78" w:rsidRDefault="005C6CFC">
            <w:pPr>
              <w:spacing w:after="0"/>
              <w:rPr>
                <w:sz w:val="36"/>
                <w:szCs w:val="36"/>
              </w:rPr>
            </w:pPr>
            <w:r w:rsidRPr="00520B78">
              <w:rPr>
                <w:sz w:val="36"/>
                <w:szCs w:val="36"/>
              </w:rPr>
              <w:t>3. Službe postoje…</w:t>
            </w:r>
          </w:p>
        </w:tc>
        <w:tc>
          <w:tcPr>
            <w:tcW w:w="2668"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60DEF317" w14:textId="77777777" w:rsidR="00F51880" w:rsidRPr="00520B78" w:rsidRDefault="005C6CFC">
            <w:pPr>
              <w:spacing w:after="0"/>
              <w:rPr>
                <w:sz w:val="36"/>
                <w:szCs w:val="36"/>
              </w:rPr>
            </w:pPr>
            <w:r w:rsidRPr="00520B78">
              <w:rPr>
                <w:sz w:val="36"/>
                <w:szCs w:val="36"/>
              </w:rPr>
              <w:t>radi važnosti pojedinca</w:t>
            </w:r>
          </w:p>
        </w:tc>
        <w:tc>
          <w:tcPr>
            <w:tcW w:w="2668"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6420B67C" w14:textId="77777777" w:rsidR="00F51880" w:rsidRPr="00520B78" w:rsidRDefault="005C6CFC">
            <w:pPr>
              <w:spacing w:after="0"/>
              <w:rPr>
                <w:sz w:val="36"/>
                <w:szCs w:val="36"/>
              </w:rPr>
            </w:pPr>
            <w:r w:rsidRPr="00520B78">
              <w:rPr>
                <w:sz w:val="36"/>
                <w:szCs w:val="36"/>
              </w:rPr>
              <w:t>radi dobra zajednice</w:t>
            </w:r>
          </w:p>
        </w:tc>
        <w:tc>
          <w:tcPr>
            <w:tcW w:w="2668"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560599EC" w14:textId="77777777" w:rsidR="00F51880" w:rsidRDefault="005C6CFC">
            <w:pPr>
              <w:spacing w:after="0"/>
              <w:jc w:val="center"/>
            </w:pPr>
            <w:r>
              <w:rPr>
                <w:color w:val="000000"/>
                <w:sz w:val="28"/>
              </w:rPr>
              <w:t>________</w:t>
            </w:r>
          </w:p>
        </w:tc>
      </w:tr>
      <w:tr w:rsidR="00E14E26" w14:paraId="2F6CA939" w14:textId="77777777" w:rsidTr="00E14E26">
        <w:trPr>
          <w:cantSplit/>
          <w:jc w:val="center"/>
        </w:trPr>
        <w:tc>
          <w:tcPr>
            <w:tcW w:w="2667"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796CBB14" w14:textId="77777777" w:rsidR="00F51880" w:rsidRPr="00520B78" w:rsidRDefault="005C6CFC">
            <w:pPr>
              <w:spacing w:after="0"/>
              <w:rPr>
                <w:sz w:val="36"/>
                <w:szCs w:val="36"/>
              </w:rPr>
            </w:pPr>
            <w:r w:rsidRPr="00520B78">
              <w:rPr>
                <w:sz w:val="36"/>
                <w:szCs w:val="36"/>
              </w:rPr>
              <w:t>4. Različitost u Crkvi…</w:t>
            </w:r>
          </w:p>
        </w:tc>
        <w:tc>
          <w:tcPr>
            <w:tcW w:w="2668"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5B51D750" w14:textId="77777777" w:rsidR="00F51880" w:rsidRPr="00520B78" w:rsidRDefault="005C6CFC">
            <w:pPr>
              <w:spacing w:after="0"/>
              <w:rPr>
                <w:sz w:val="36"/>
                <w:szCs w:val="36"/>
              </w:rPr>
            </w:pPr>
            <w:r w:rsidRPr="00520B78">
              <w:rPr>
                <w:sz w:val="36"/>
                <w:szCs w:val="36"/>
              </w:rPr>
              <w:t>može pripadati jednome tijelu</w:t>
            </w:r>
          </w:p>
        </w:tc>
        <w:tc>
          <w:tcPr>
            <w:tcW w:w="2668"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6DBE0B60" w14:textId="77777777" w:rsidR="00F51880" w:rsidRPr="00520B78" w:rsidRDefault="005C6CFC">
            <w:pPr>
              <w:spacing w:after="0"/>
              <w:rPr>
                <w:sz w:val="36"/>
                <w:szCs w:val="36"/>
              </w:rPr>
            </w:pPr>
            <w:r w:rsidRPr="00520B78">
              <w:rPr>
                <w:sz w:val="36"/>
                <w:szCs w:val="36"/>
              </w:rPr>
              <w:t>nužno razdvaja zajednicu</w:t>
            </w:r>
          </w:p>
        </w:tc>
        <w:tc>
          <w:tcPr>
            <w:tcW w:w="2668"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2EC7509F" w14:textId="77777777" w:rsidR="00F51880" w:rsidRDefault="005C6CFC">
            <w:pPr>
              <w:spacing w:after="0"/>
              <w:jc w:val="center"/>
            </w:pPr>
            <w:r>
              <w:rPr>
                <w:color w:val="000000"/>
                <w:sz w:val="28"/>
              </w:rPr>
              <w:t>________</w:t>
            </w:r>
          </w:p>
        </w:tc>
      </w:tr>
    </w:tbl>
    <w:p w14:paraId="76A4B1CA" w14:textId="77777777" w:rsidR="00D1095B" w:rsidRDefault="002509D4">
      <w:pPr>
        <w:keepNext/>
        <w:spacing w:before="100" w:after="40"/>
      </w:pPr>
      <w:r>
        <w:rPr>
          <w:b/>
          <w:color w:val="C96A00"/>
          <w:sz w:val="26"/>
        </w:rPr>
        <w:t>Aktivnost 5: Svatko ima dar i službu</w:t>
      </w:r>
      <w:r>
        <w:rPr>
          <w:i/>
          <w:color w:val="6B6B6B"/>
          <w:sz w:val="20"/>
        </w:rPr>
        <w:t xml:space="preserve"> (rad u paru, 6 minuta)</w:t>
      </w:r>
    </w:p>
    <w:p w14:paraId="27459A88" w14:textId="201EBD6A" w:rsidR="00D1095B" w:rsidRDefault="002509D4">
      <w:pPr>
        <w:spacing w:after="0"/>
        <w:jc w:val="both"/>
      </w:pPr>
      <w:r>
        <w:rPr>
          <w:color w:val="000000"/>
        </w:rPr>
        <w:t xml:space="preserve">Rad u paru. Učenici će iz teksta </w:t>
      </w:r>
      <w:r w:rsidR="00D92C37">
        <w:rPr>
          <w:color w:val="000000"/>
        </w:rPr>
        <w:t xml:space="preserve">u udžbeniku </w:t>
      </w:r>
      <w:r>
        <w:rPr>
          <w:color w:val="000000"/>
        </w:rPr>
        <w:t>izdvojiti primjere osoba i službi u Crkvi: biskup ili svećenik, otac ili majka, vjeroučitelj, redovnik ili redovnica, čitač, ministrant, pjevač. Za dva primjera upisuju što osoba može darovati zajednici i što može primiti od drugih.</w:t>
      </w:r>
    </w:p>
    <w:p w14:paraId="34460888" w14:textId="77777777" w:rsidR="00D1095B" w:rsidRPr="00C7114A" w:rsidRDefault="002509D4">
      <w:pPr>
        <w:spacing w:after="0"/>
        <w:jc w:val="both"/>
        <w:rPr>
          <w:i/>
          <w:color w:val="6B6B6B"/>
          <w:sz w:val="20"/>
          <w:szCs w:val="20"/>
        </w:rPr>
      </w:pPr>
      <w:r w:rsidRPr="00C7114A">
        <w:rPr>
          <w:i/>
          <w:color w:val="6B6B6B"/>
          <w:sz w:val="20"/>
          <w:szCs w:val="20"/>
        </w:rPr>
        <w:t>Rješenje: Primjeri se razlikuju, ali trebaju pokazati uzajamnost: svatko ima sposobnost ili službu kojom služi, a istodobno treba darove drugih. Nitko ne čini Crkvu sam.</w:t>
      </w:r>
    </w:p>
    <w:p w14:paraId="7DC21AED" w14:textId="77777777" w:rsidR="00A86CE6" w:rsidRDefault="00A86CE6">
      <w:pPr>
        <w:spacing w:after="0"/>
        <w:jc w:val="both"/>
        <w:rPr>
          <w:i/>
          <w:color w:val="6B6B6B"/>
          <w:sz w:val="21"/>
        </w:rPr>
      </w:pPr>
    </w:p>
    <w:p w14:paraId="73CC59CF" w14:textId="77777777" w:rsidR="00371C62" w:rsidRDefault="00371C62" w:rsidP="00371C62">
      <w:pPr>
        <w:widowControl w:val="0"/>
      </w:pPr>
    </w:p>
    <w:p w14:paraId="3321719D" w14:textId="77777777" w:rsidR="00371C62" w:rsidRDefault="00371C62" w:rsidP="00371C62">
      <w:pPr>
        <w:widowControl w:val="0"/>
      </w:pPr>
    </w:p>
    <w:p w14:paraId="01A4AF71" w14:textId="77777777" w:rsidR="00371C62" w:rsidRDefault="00371C62" w:rsidP="00371C62">
      <w:pPr>
        <w:widowControl w:val="0"/>
      </w:pPr>
    </w:p>
    <w:p w14:paraId="1A8FE7EB" w14:textId="2510694F" w:rsidR="00A86CE6" w:rsidRDefault="00A86CE6" w:rsidP="00371C62">
      <w:pPr>
        <w:widowControl w:val="0"/>
      </w:pPr>
      <w:r>
        <w:t>Radni predložak:</w:t>
      </w:r>
    </w:p>
    <w:tbl>
      <w:tblPr>
        <w:tblStyle w:val="Reetkatablic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8"/>
        <w:gridCol w:w="2670"/>
        <w:gridCol w:w="2666"/>
        <w:gridCol w:w="2667"/>
      </w:tblGrid>
      <w:tr w:rsidR="00D1095B" w14:paraId="5CC82F9F" w14:textId="77777777" w:rsidTr="0056070B">
        <w:trPr>
          <w:tblHeader/>
          <w:jc w:val="center"/>
        </w:trPr>
        <w:tc>
          <w:tcPr>
            <w:tcW w:w="2668" w:type="dxa"/>
            <w:tcBorders>
              <w:top w:val="single" w:sz="4" w:space="0" w:color="000000"/>
              <w:left w:val="single" w:sz="4" w:space="0" w:color="000000"/>
              <w:bottom w:val="single" w:sz="4" w:space="0" w:color="000000"/>
              <w:right w:val="single" w:sz="4" w:space="0" w:color="000000"/>
            </w:tcBorders>
            <w:shd w:val="clear" w:color="auto" w:fill="7030A0"/>
            <w:tcMar>
              <w:top w:w="90" w:type="dxa"/>
              <w:left w:w="90" w:type="dxa"/>
              <w:bottom w:w="90" w:type="dxa"/>
              <w:right w:w="90" w:type="dxa"/>
            </w:tcMar>
            <w:vAlign w:val="center"/>
          </w:tcPr>
          <w:p w14:paraId="1DC0D28D" w14:textId="77777777" w:rsidR="00D1095B" w:rsidRPr="00E14E26" w:rsidRDefault="002509D4" w:rsidP="0056070B">
            <w:pPr>
              <w:widowControl w:val="0"/>
              <w:spacing w:after="0"/>
              <w:jc w:val="center"/>
              <w:rPr>
                <w:sz w:val="40"/>
                <w:szCs w:val="40"/>
              </w:rPr>
            </w:pPr>
            <w:r w:rsidRPr="00E14E26">
              <w:rPr>
                <w:b/>
                <w:color w:val="FFFFFF"/>
                <w:sz w:val="40"/>
                <w:szCs w:val="40"/>
              </w:rPr>
              <w:t>OSOBA / SLUŽBA</w:t>
            </w:r>
          </w:p>
        </w:tc>
        <w:tc>
          <w:tcPr>
            <w:tcW w:w="2670" w:type="dxa"/>
            <w:tcBorders>
              <w:top w:val="single" w:sz="4" w:space="0" w:color="000000"/>
              <w:left w:val="single" w:sz="4" w:space="0" w:color="000000"/>
              <w:bottom w:val="single" w:sz="4" w:space="0" w:color="000000"/>
              <w:right w:val="single" w:sz="4" w:space="0" w:color="000000"/>
            </w:tcBorders>
            <w:shd w:val="clear" w:color="auto" w:fill="4472C4"/>
            <w:tcMar>
              <w:top w:w="90" w:type="dxa"/>
              <w:left w:w="90" w:type="dxa"/>
              <w:bottom w:w="90" w:type="dxa"/>
              <w:right w:w="90" w:type="dxa"/>
            </w:tcMar>
            <w:vAlign w:val="center"/>
          </w:tcPr>
          <w:p w14:paraId="095A3D33" w14:textId="77777777" w:rsidR="00D1095B" w:rsidRPr="00E14E26" w:rsidRDefault="002509D4" w:rsidP="0056070B">
            <w:pPr>
              <w:widowControl w:val="0"/>
              <w:spacing w:after="0"/>
              <w:jc w:val="center"/>
              <w:rPr>
                <w:sz w:val="40"/>
                <w:szCs w:val="40"/>
              </w:rPr>
            </w:pPr>
            <w:r w:rsidRPr="00E14E26">
              <w:rPr>
                <w:b/>
                <w:color w:val="FFFFFF"/>
                <w:sz w:val="40"/>
                <w:szCs w:val="40"/>
              </w:rPr>
              <w:t>ŠTO MOŽE DAROVATI?</w:t>
            </w:r>
          </w:p>
        </w:tc>
        <w:tc>
          <w:tcPr>
            <w:tcW w:w="2666" w:type="dxa"/>
            <w:tcBorders>
              <w:top w:val="single" w:sz="4" w:space="0" w:color="000000"/>
              <w:left w:val="single" w:sz="4" w:space="0" w:color="000000"/>
              <w:bottom w:val="single" w:sz="4" w:space="0" w:color="000000"/>
              <w:right w:val="single" w:sz="4" w:space="0" w:color="000000"/>
            </w:tcBorders>
            <w:shd w:val="clear" w:color="auto" w:fill="ED7D31"/>
            <w:tcMar>
              <w:top w:w="90" w:type="dxa"/>
              <w:left w:w="90" w:type="dxa"/>
              <w:bottom w:w="90" w:type="dxa"/>
              <w:right w:w="90" w:type="dxa"/>
            </w:tcMar>
            <w:vAlign w:val="center"/>
          </w:tcPr>
          <w:p w14:paraId="65EA7610" w14:textId="77777777" w:rsidR="00D1095B" w:rsidRPr="00E14E26" w:rsidRDefault="002509D4" w:rsidP="0056070B">
            <w:pPr>
              <w:widowControl w:val="0"/>
              <w:spacing w:after="0"/>
              <w:jc w:val="center"/>
              <w:rPr>
                <w:sz w:val="40"/>
                <w:szCs w:val="40"/>
              </w:rPr>
            </w:pPr>
            <w:r w:rsidRPr="00E14E26">
              <w:rPr>
                <w:b/>
                <w:color w:val="FFFFFF"/>
                <w:sz w:val="40"/>
                <w:szCs w:val="40"/>
              </w:rPr>
              <w:t>ŠTO MOŽE PRIMITI?</w:t>
            </w:r>
          </w:p>
        </w:tc>
        <w:tc>
          <w:tcPr>
            <w:tcW w:w="2667" w:type="dxa"/>
            <w:tcBorders>
              <w:top w:val="single" w:sz="4" w:space="0" w:color="000000"/>
              <w:left w:val="single" w:sz="4" w:space="0" w:color="000000"/>
              <w:bottom w:val="single" w:sz="4" w:space="0" w:color="000000"/>
              <w:right w:val="single" w:sz="4" w:space="0" w:color="000000"/>
            </w:tcBorders>
            <w:shd w:val="clear" w:color="auto" w:fill="70AD47"/>
            <w:tcMar>
              <w:top w:w="90" w:type="dxa"/>
              <w:left w:w="90" w:type="dxa"/>
              <w:bottom w:w="90" w:type="dxa"/>
              <w:right w:w="90" w:type="dxa"/>
            </w:tcMar>
            <w:vAlign w:val="center"/>
          </w:tcPr>
          <w:p w14:paraId="6EC027EA" w14:textId="77777777" w:rsidR="00D1095B" w:rsidRPr="00E14E26" w:rsidRDefault="002509D4" w:rsidP="0056070B">
            <w:pPr>
              <w:widowControl w:val="0"/>
              <w:spacing w:after="0"/>
              <w:jc w:val="center"/>
              <w:rPr>
                <w:sz w:val="40"/>
                <w:szCs w:val="40"/>
              </w:rPr>
            </w:pPr>
            <w:r w:rsidRPr="00E14E26">
              <w:rPr>
                <w:b/>
                <w:color w:val="FFFFFF"/>
                <w:sz w:val="40"/>
                <w:szCs w:val="40"/>
              </w:rPr>
              <w:t>DOBRO ZAJEDNICE</w:t>
            </w:r>
          </w:p>
        </w:tc>
      </w:tr>
      <w:tr w:rsidR="00E14E26" w14:paraId="752C4A15" w14:textId="77777777" w:rsidTr="0056070B">
        <w:trPr>
          <w:tblHeader/>
          <w:jc w:val="center"/>
        </w:trPr>
        <w:tc>
          <w:tcPr>
            <w:tcW w:w="2668"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06D7CB18" w14:textId="77777777" w:rsidR="00E14E26" w:rsidRPr="00D92C37" w:rsidRDefault="00E14E26" w:rsidP="0056070B">
            <w:pPr>
              <w:widowControl w:val="0"/>
              <w:spacing w:after="0"/>
              <w:rPr>
                <w:sz w:val="24"/>
                <w:szCs w:val="24"/>
              </w:rPr>
            </w:pPr>
            <w:r w:rsidRPr="00D92C37">
              <w:rPr>
                <w:color w:val="000000"/>
                <w:sz w:val="24"/>
                <w:szCs w:val="24"/>
              </w:rPr>
              <w:t>____________________</w:t>
            </w:r>
          </w:p>
        </w:tc>
        <w:tc>
          <w:tcPr>
            <w:tcW w:w="267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F971384" w14:textId="77777777" w:rsidR="00E14E26" w:rsidRDefault="00E14E26" w:rsidP="0056070B">
            <w:pPr>
              <w:widowControl w:val="0"/>
              <w:spacing w:after="0"/>
              <w:jc w:val="center"/>
            </w:pPr>
            <w:r>
              <w:rPr>
                <w:color w:val="000000"/>
                <w:sz w:val="24"/>
              </w:rPr>
              <w:t>____________________</w:t>
            </w:r>
          </w:p>
        </w:tc>
        <w:tc>
          <w:tcPr>
            <w:tcW w:w="2666"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01D4607C" w14:textId="77777777" w:rsidR="00E14E26" w:rsidRDefault="00E14E26" w:rsidP="0056070B">
            <w:pPr>
              <w:widowControl w:val="0"/>
              <w:spacing w:after="0"/>
              <w:jc w:val="center"/>
            </w:pPr>
            <w:r>
              <w:rPr>
                <w:color w:val="000000"/>
                <w:sz w:val="24"/>
              </w:rPr>
              <w:t>____________________</w:t>
            </w:r>
          </w:p>
        </w:tc>
        <w:tc>
          <w:tcPr>
            <w:tcW w:w="266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4B862AFF" w14:textId="77777777" w:rsidR="00E14E26" w:rsidRDefault="00E14E26" w:rsidP="0056070B">
            <w:pPr>
              <w:widowControl w:val="0"/>
              <w:spacing w:after="0"/>
              <w:jc w:val="center"/>
            </w:pPr>
            <w:r>
              <w:rPr>
                <w:color w:val="000000"/>
                <w:sz w:val="24"/>
              </w:rPr>
              <w:t>____________________</w:t>
            </w:r>
          </w:p>
        </w:tc>
      </w:tr>
      <w:tr w:rsidR="00E14E26" w14:paraId="365338EA" w14:textId="77777777" w:rsidTr="0056070B">
        <w:trPr>
          <w:tblHeader/>
          <w:jc w:val="center"/>
        </w:trPr>
        <w:tc>
          <w:tcPr>
            <w:tcW w:w="2668" w:type="dxa"/>
            <w:tcBorders>
              <w:top w:val="single" w:sz="4" w:space="0" w:color="000000"/>
              <w:left w:val="single" w:sz="4" w:space="0" w:color="000000"/>
              <w:bottom w:val="single" w:sz="4" w:space="0" w:color="000000"/>
              <w:right w:val="single" w:sz="4" w:space="0" w:color="000000"/>
            </w:tcBorders>
            <w:shd w:val="clear" w:color="auto" w:fill="F2F2F2"/>
            <w:tcMar>
              <w:top w:w="90" w:type="dxa"/>
              <w:left w:w="90" w:type="dxa"/>
              <w:bottom w:w="90" w:type="dxa"/>
              <w:right w:w="90" w:type="dxa"/>
            </w:tcMar>
            <w:vAlign w:val="center"/>
          </w:tcPr>
          <w:p w14:paraId="3F23097B" w14:textId="77777777" w:rsidR="00E14E26" w:rsidRPr="00D92C37" w:rsidRDefault="00E14E26" w:rsidP="0056070B">
            <w:pPr>
              <w:widowControl w:val="0"/>
              <w:spacing w:after="0"/>
              <w:rPr>
                <w:sz w:val="24"/>
                <w:szCs w:val="24"/>
              </w:rPr>
            </w:pPr>
            <w:r w:rsidRPr="00D92C37">
              <w:rPr>
                <w:color w:val="000000"/>
                <w:sz w:val="24"/>
                <w:szCs w:val="24"/>
              </w:rPr>
              <w:t>____________________</w:t>
            </w:r>
          </w:p>
        </w:tc>
        <w:tc>
          <w:tcPr>
            <w:tcW w:w="2670" w:type="dxa"/>
            <w:tcBorders>
              <w:top w:val="single" w:sz="4" w:space="0" w:color="000000"/>
              <w:left w:val="single" w:sz="4" w:space="0" w:color="000000"/>
              <w:bottom w:val="single" w:sz="4" w:space="0" w:color="000000"/>
              <w:right w:val="single" w:sz="4" w:space="0" w:color="000000"/>
            </w:tcBorders>
            <w:shd w:val="clear" w:color="auto" w:fill="F2F2F2"/>
            <w:tcMar>
              <w:top w:w="90" w:type="dxa"/>
              <w:left w:w="90" w:type="dxa"/>
              <w:bottom w:w="90" w:type="dxa"/>
              <w:right w:w="90" w:type="dxa"/>
            </w:tcMar>
            <w:vAlign w:val="center"/>
          </w:tcPr>
          <w:p w14:paraId="3E2F8548" w14:textId="77777777" w:rsidR="00E14E26" w:rsidRDefault="00E14E26" w:rsidP="0056070B">
            <w:pPr>
              <w:widowControl w:val="0"/>
              <w:spacing w:after="0"/>
              <w:jc w:val="center"/>
            </w:pPr>
            <w:r>
              <w:rPr>
                <w:color w:val="000000"/>
                <w:sz w:val="24"/>
              </w:rPr>
              <w:t>____________________</w:t>
            </w:r>
          </w:p>
        </w:tc>
        <w:tc>
          <w:tcPr>
            <w:tcW w:w="2666" w:type="dxa"/>
            <w:tcBorders>
              <w:top w:val="single" w:sz="4" w:space="0" w:color="000000"/>
              <w:left w:val="single" w:sz="4" w:space="0" w:color="000000"/>
              <w:bottom w:val="single" w:sz="4" w:space="0" w:color="000000"/>
              <w:right w:val="single" w:sz="4" w:space="0" w:color="000000"/>
            </w:tcBorders>
            <w:shd w:val="clear" w:color="auto" w:fill="F2F2F2"/>
            <w:tcMar>
              <w:top w:w="90" w:type="dxa"/>
              <w:left w:w="90" w:type="dxa"/>
              <w:bottom w:w="90" w:type="dxa"/>
              <w:right w:w="90" w:type="dxa"/>
            </w:tcMar>
            <w:vAlign w:val="center"/>
          </w:tcPr>
          <w:p w14:paraId="4018ED94" w14:textId="77777777" w:rsidR="00E14E26" w:rsidRDefault="00E14E26" w:rsidP="0056070B">
            <w:pPr>
              <w:widowControl w:val="0"/>
              <w:spacing w:after="0"/>
              <w:jc w:val="center"/>
            </w:pPr>
            <w:r>
              <w:rPr>
                <w:color w:val="000000"/>
                <w:sz w:val="24"/>
              </w:rPr>
              <w:t>____________________</w:t>
            </w:r>
          </w:p>
        </w:tc>
        <w:tc>
          <w:tcPr>
            <w:tcW w:w="2667" w:type="dxa"/>
            <w:tcBorders>
              <w:top w:val="single" w:sz="4" w:space="0" w:color="000000"/>
              <w:left w:val="single" w:sz="4" w:space="0" w:color="000000"/>
              <w:bottom w:val="single" w:sz="4" w:space="0" w:color="000000"/>
              <w:right w:val="single" w:sz="4" w:space="0" w:color="000000"/>
            </w:tcBorders>
            <w:shd w:val="clear" w:color="auto" w:fill="F2F2F2"/>
            <w:tcMar>
              <w:top w:w="90" w:type="dxa"/>
              <w:left w:w="90" w:type="dxa"/>
              <w:bottom w:w="90" w:type="dxa"/>
              <w:right w:w="90" w:type="dxa"/>
            </w:tcMar>
            <w:vAlign w:val="center"/>
          </w:tcPr>
          <w:p w14:paraId="175F191D" w14:textId="77777777" w:rsidR="00E14E26" w:rsidRDefault="00E14E26" w:rsidP="0056070B">
            <w:pPr>
              <w:widowControl w:val="0"/>
              <w:spacing w:after="0"/>
              <w:jc w:val="center"/>
            </w:pPr>
            <w:r>
              <w:rPr>
                <w:color w:val="000000"/>
                <w:sz w:val="24"/>
              </w:rPr>
              <w:t>____________________</w:t>
            </w:r>
          </w:p>
        </w:tc>
      </w:tr>
    </w:tbl>
    <w:p w14:paraId="31BB3882" w14:textId="77777777" w:rsidR="00D1095B" w:rsidRDefault="002509D4">
      <w:pPr>
        <w:keepNext/>
        <w:spacing w:before="100" w:after="40"/>
      </w:pPr>
      <w:r>
        <w:rPr>
          <w:b/>
          <w:color w:val="C65F00"/>
        </w:rPr>
        <w:t>Aktivnost 6: Jedno tijelo – mnogo udova</w:t>
      </w:r>
      <w:r>
        <w:rPr>
          <w:i/>
          <w:color w:val="6B6B6B"/>
          <w:sz w:val="20"/>
        </w:rPr>
        <w:t xml:space="preserve"> (individualni rad, 6 minuta)</w:t>
      </w:r>
    </w:p>
    <w:p w14:paraId="7673A259" w14:textId="09B0DD8A" w:rsidR="00D1095B" w:rsidRDefault="002509D4">
      <w:pPr>
        <w:spacing w:after="0"/>
        <w:jc w:val="both"/>
      </w:pPr>
      <w:r>
        <w:t xml:space="preserve">Učenici će pročitati </w:t>
      </w:r>
      <w:r w:rsidR="00D92C37">
        <w:t>biblijski</w:t>
      </w:r>
      <w:r>
        <w:t xml:space="preserve"> navod 1 Kor 12,12-13 na str. 27 i kratko objasniti usporedbu Crkve s tijelom. U predložak upisuju što bi u toj usporedbi mogli značiti ruka, noga, oko i uho: različite uloge koje se nadopunjuju i pripadaju istome tijelu.</w:t>
      </w:r>
    </w:p>
    <w:p w14:paraId="4D282957" w14:textId="77777777" w:rsidR="00D1095B" w:rsidRDefault="002509D4">
      <w:pPr>
        <w:spacing w:after="0"/>
        <w:jc w:val="both"/>
        <w:rPr>
          <w:i/>
          <w:color w:val="6B6B6B"/>
          <w:sz w:val="21"/>
        </w:rPr>
      </w:pPr>
      <w:r>
        <w:rPr>
          <w:i/>
          <w:color w:val="6B6B6B"/>
          <w:sz w:val="20"/>
        </w:rPr>
        <w:t>Rješenje: U tijelu svaki ud ima posebnu ulogu i potreban je drugima. Tako i u Crkvi različiti članovi imaju različite darove i službe, ali svi pripadaju Kristu i povezani su istim Duhom.</w:t>
      </w:r>
    </w:p>
    <w:p w14:paraId="18C6D5EF" w14:textId="77777777" w:rsidR="00A86CE6" w:rsidRDefault="00A86CE6" w:rsidP="00A86CE6"/>
    <w:p w14:paraId="1F09F7CF" w14:textId="77777777" w:rsidR="00A86CE6" w:rsidRDefault="00A86CE6" w:rsidP="00A86CE6">
      <w:r>
        <w:t>Radni predložak:</w:t>
      </w:r>
    </w:p>
    <w:tbl>
      <w:tblPr>
        <w:tblStyle w:val="Reetkatablic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31"/>
        <w:gridCol w:w="5340"/>
      </w:tblGrid>
      <w:tr w:rsidR="00D1095B" w14:paraId="759B402F" w14:textId="77777777" w:rsidTr="00E14E26">
        <w:trPr>
          <w:cantSplit/>
          <w:jc w:val="center"/>
        </w:trPr>
        <w:tc>
          <w:tcPr>
            <w:tcW w:w="5331" w:type="dxa"/>
            <w:tcBorders>
              <w:top w:val="single" w:sz="4" w:space="0" w:color="000000"/>
              <w:left w:val="single" w:sz="4" w:space="0" w:color="000000"/>
              <w:bottom w:val="single" w:sz="4" w:space="0" w:color="000000"/>
              <w:right w:val="single" w:sz="4" w:space="0" w:color="000000"/>
            </w:tcBorders>
            <w:shd w:val="clear" w:color="auto" w:fill="4A78C9"/>
            <w:tcMar>
              <w:top w:w="100" w:type="dxa"/>
              <w:left w:w="100" w:type="dxa"/>
              <w:bottom w:w="80" w:type="dxa"/>
              <w:right w:w="80" w:type="dxa"/>
            </w:tcMar>
            <w:vAlign w:val="center"/>
          </w:tcPr>
          <w:p w14:paraId="5C748CB3" w14:textId="77777777" w:rsidR="00F51880" w:rsidRDefault="005C6CFC">
            <w:pPr>
              <w:spacing w:after="0"/>
              <w:jc w:val="center"/>
            </w:pPr>
            <w:r>
              <w:rPr>
                <w:b/>
                <w:color w:val="FFFFFF"/>
                <w:sz w:val="40"/>
              </w:rPr>
              <w:t>UD TIJELA</w:t>
            </w:r>
          </w:p>
        </w:tc>
        <w:tc>
          <w:tcPr>
            <w:tcW w:w="5340" w:type="dxa"/>
            <w:tcBorders>
              <w:top w:val="single" w:sz="4" w:space="0" w:color="000000"/>
              <w:left w:val="single" w:sz="4" w:space="0" w:color="000000"/>
              <w:bottom w:val="single" w:sz="4" w:space="0" w:color="000000"/>
              <w:right w:val="single" w:sz="4" w:space="0" w:color="000000"/>
            </w:tcBorders>
            <w:shd w:val="clear" w:color="auto" w:fill="70AD47"/>
            <w:tcMar>
              <w:top w:w="100" w:type="dxa"/>
              <w:left w:w="100" w:type="dxa"/>
              <w:bottom w:w="80" w:type="dxa"/>
              <w:right w:w="80" w:type="dxa"/>
            </w:tcMar>
            <w:vAlign w:val="center"/>
          </w:tcPr>
          <w:p w14:paraId="7E469A52" w14:textId="77777777" w:rsidR="00F51880" w:rsidRDefault="005C6CFC">
            <w:pPr>
              <w:spacing w:after="0"/>
              <w:jc w:val="center"/>
            </w:pPr>
            <w:r>
              <w:rPr>
                <w:b/>
                <w:color w:val="FFFFFF"/>
                <w:sz w:val="40"/>
              </w:rPr>
              <w:t>ŠTO ME PODSJEĆA U CRKVI?</w:t>
            </w:r>
          </w:p>
        </w:tc>
      </w:tr>
      <w:tr w:rsidR="00D1095B" w14:paraId="6A68ACAD" w14:textId="77777777" w:rsidTr="00E14E26">
        <w:trPr>
          <w:cantSplit/>
          <w:jc w:val="center"/>
        </w:trPr>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5FFA49C7" w14:textId="77777777" w:rsidR="00F51880" w:rsidRPr="00520B78" w:rsidRDefault="005C6CFC">
            <w:pPr>
              <w:spacing w:after="0"/>
              <w:jc w:val="center"/>
              <w:rPr>
                <w:sz w:val="40"/>
                <w:szCs w:val="40"/>
              </w:rPr>
            </w:pPr>
            <w:r w:rsidRPr="00520B78">
              <w:rPr>
                <w:sz w:val="40"/>
                <w:szCs w:val="40"/>
              </w:rPr>
              <w:t>RUKA</w:t>
            </w:r>
          </w:p>
        </w:tc>
        <w:tc>
          <w:tcPr>
            <w:tcW w:w="534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1FED3721" w14:textId="77777777" w:rsidR="00F51880" w:rsidRDefault="005C6CFC" w:rsidP="004A16B5">
            <w:pPr>
              <w:spacing w:after="0"/>
              <w:jc w:val="center"/>
            </w:pPr>
            <w:r>
              <w:rPr>
                <w:color w:val="000000"/>
                <w:sz w:val="28"/>
              </w:rPr>
              <w:t>_____________________________________</w:t>
            </w:r>
          </w:p>
        </w:tc>
      </w:tr>
      <w:tr w:rsidR="004A16B5" w14:paraId="174166FA" w14:textId="77777777" w:rsidTr="00E14E26">
        <w:trPr>
          <w:cantSplit/>
          <w:jc w:val="center"/>
        </w:trPr>
        <w:tc>
          <w:tcPr>
            <w:tcW w:w="5331"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4CB551D2" w14:textId="77777777" w:rsidR="004A16B5" w:rsidRPr="00520B78" w:rsidRDefault="004A16B5" w:rsidP="004A16B5">
            <w:pPr>
              <w:spacing w:after="0"/>
              <w:jc w:val="center"/>
              <w:rPr>
                <w:sz w:val="40"/>
                <w:szCs w:val="40"/>
              </w:rPr>
            </w:pPr>
            <w:r w:rsidRPr="00520B78">
              <w:rPr>
                <w:sz w:val="40"/>
                <w:szCs w:val="40"/>
              </w:rPr>
              <w:t>NOGA</w:t>
            </w:r>
          </w:p>
        </w:tc>
        <w:tc>
          <w:tcPr>
            <w:tcW w:w="5340"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6310D17C" w14:textId="77777777" w:rsidR="004A16B5" w:rsidRDefault="004A16B5" w:rsidP="004A16B5">
            <w:pPr>
              <w:spacing w:after="0"/>
            </w:pPr>
            <w:r>
              <w:rPr>
                <w:color w:val="000000"/>
                <w:sz w:val="28"/>
              </w:rPr>
              <w:t>_____________________________________</w:t>
            </w:r>
          </w:p>
        </w:tc>
      </w:tr>
      <w:tr w:rsidR="004A16B5" w14:paraId="2274BD0C" w14:textId="77777777" w:rsidTr="00E14E26">
        <w:trPr>
          <w:cantSplit/>
          <w:jc w:val="center"/>
        </w:trPr>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431851FF" w14:textId="77777777" w:rsidR="004A16B5" w:rsidRPr="00520B78" w:rsidRDefault="004A16B5" w:rsidP="004A16B5">
            <w:pPr>
              <w:spacing w:after="0"/>
              <w:jc w:val="center"/>
              <w:rPr>
                <w:sz w:val="40"/>
                <w:szCs w:val="40"/>
              </w:rPr>
            </w:pPr>
            <w:r w:rsidRPr="00520B78">
              <w:rPr>
                <w:sz w:val="40"/>
                <w:szCs w:val="40"/>
              </w:rPr>
              <w:t>OKO</w:t>
            </w:r>
          </w:p>
        </w:tc>
        <w:tc>
          <w:tcPr>
            <w:tcW w:w="534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170E80ED" w14:textId="77777777" w:rsidR="004A16B5" w:rsidRDefault="004A16B5" w:rsidP="004A16B5">
            <w:pPr>
              <w:spacing w:after="0"/>
            </w:pPr>
            <w:r>
              <w:rPr>
                <w:color w:val="000000"/>
                <w:sz w:val="28"/>
              </w:rPr>
              <w:t>_____________________________________</w:t>
            </w:r>
          </w:p>
        </w:tc>
      </w:tr>
      <w:tr w:rsidR="004A16B5" w14:paraId="54CB886C" w14:textId="77777777">
        <w:trPr>
          <w:cantSplit/>
          <w:jc w:val="center"/>
        </w:trPr>
        <w:tc>
          <w:tcPr>
            <w:tcW w:w="5331"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73852AA1" w14:textId="77777777" w:rsidR="004A16B5" w:rsidRPr="00520B78" w:rsidRDefault="004A16B5" w:rsidP="004A16B5">
            <w:pPr>
              <w:spacing w:after="0"/>
              <w:jc w:val="center"/>
              <w:rPr>
                <w:sz w:val="40"/>
                <w:szCs w:val="40"/>
              </w:rPr>
            </w:pPr>
            <w:r w:rsidRPr="00520B78">
              <w:rPr>
                <w:sz w:val="40"/>
                <w:szCs w:val="40"/>
              </w:rPr>
              <w:t>UHO</w:t>
            </w:r>
          </w:p>
        </w:tc>
        <w:tc>
          <w:tcPr>
            <w:tcW w:w="5340"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56C1684F" w14:textId="77777777" w:rsidR="004A16B5" w:rsidRDefault="004A16B5" w:rsidP="004A16B5">
            <w:pPr>
              <w:spacing w:after="0"/>
            </w:pPr>
            <w:r>
              <w:rPr>
                <w:color w:val="000000"/>
                <w:sz w:val="28"/>
              </w:rPr>
              <w:t>_____________________________________</w:t>
            </w:r>
          </w:p>
        </w:tc>
      </w:tr>
    </w:tbl>
    <w:p w14:paraId="1F3D7C64" w14:textId="77777777" w:rsidR="00D1095B" w:rsidRDefault="002509D4">
      <w:pPr>
        <w:keepNext/>
        <w:spacing w:before="100" w:after="40"/>
      </w:pPr>
      <w:r>
        <w:rPr>
          <w:b/>
          <w:color w:val="C96A00"/>
          <w:sz w:val="26"/>
        </w:rPr>
        <w:t>Aktivnost 7: Slika Crkve – što naglašava?</w:t>
      </w:r>
      <w:r>
        <w:rPr>
          <w:i/>
          <w:color w:val="6B6B6B"/>
          <w:sz w:val="20"/>
        </w:rPr>
        <w:t xml:space="preserve"> (rad u skupinama, 8 minuta)</w:t>
      </w:r>
    </w:p>
    <w:p w14:paraId="14D9C40D" w14:textId="77777777" w:rsidR="00D1095B" w:rsidRDefault="002509D4">
      <w:pPr>
        <w:spacing w:after="0"/>
        <w:jc w:val="both"/>
      </w:pPr>
      <w:r>
        <w:rPr>
          <w:color w:val="000000"/>
        </w:rPr>
        <w:t>Rad u skupinama. Svaka skupina odabire jednu od šest biblijskih slika Crkve i odgovara na četiri pitanja: Što doslovno prikazuje slika? Što preneseno govori o Crkvi? Što govori o Kristu? Koji bi primjer iz života Crkve mogao odgovarati toj slici?</w:t>
      </w:r>
    </w:p>
    <w:p w14:paraId="0142D149" w14:textId="77777777" w:rsidR="00D1095B" w:rsidRPr="00C7114A" w:rsidRDefault="002509D4">
      <w:pPr>
        <w:spacing w:after="0"/>
        <w:jc w:val="both"/>
        <w:rPr>
          <w:i/>
          <w:color w:val="6B6B6B"/>
          <w:sz w:val="20"/>
          <w:szCs w:val="20"/>
        </w:rPr>
      </w:pPr>
      <w:r w:rsidRPr="00C7114A">
        <w:rPr>
          <w:i/>
          <w:color w:val="6B6B6B"/>
          <w:sz w:val="20"/>
          <w:szCs w:val="20"/>
        </w:rPr>
        <w:t>Rješenje: Odgovori ovise o izabranoj slici, ali trebaju razlikovati doslovno i preneseno značenje te povezati sliku s Kristom, zajednicom i poslanjem. Primjer: svjetlo – dobra djela vjernika trebaju upućivati na Boga.</w:t>
      </w:r>
    </w:p>
    <w:p w14:paraId="7B639796" w14:textId="77777777" w:rsidR="00A86CE6" w:rsidRDefault="00A86CE6">
      <w:pPr>
        <w:spacing w:after="0"/>
        <w:jc w:val="both"/>
        <w:rPr>
          <w:i/>
          <w:color w:val="6B6B6B"/>
          <w:sz w:val="21"/>
        </w:rPr>
      </w:pPr>
    </w:p>
    <w:p w14:paraId="6265B412" w14:textId="77777777" w:rsidR="00A86CE6" w:rsidRDefault="00A86CE6" w:rsidP="00A86CE6">
      <w:r>
        <w:t>Radni predložak:</w:t>
      </w:r>
    </w:p>
    <w:tbl>
      <w:tblPr>
        <w:tblStyle w:val="Reetkatablic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0"/>
        <w:gridCol w:w="2666"/>
        <w:gridCol w:w="2666"/>
        <w:gridCol w:w="2669"/>
      </w:tblGrid>
      <w:tr w:rsidR="00D1095B" w14:paraId="5999799D" w14:textId="77777777" w:rsidTr="00E14E26">
        <w:trPr>
          <w:cantSplit/>
          <w:jc w:val="center"/>
        </w:trPr>
        <w:tc>
          <w:tcPr>
            <w:tcW w:w="2670" w:type="dxa"/>
            <w:tcBorders>
              <w:top w:val="single" w:sz="4" w:space="0" w:color="000000"/>
              <w:left w:val="single" w:sz="4" w:space="0" w:color="000000"/>
              <w:bottom w:val="single" w:sz="4" w:space="0" w:color="000000"/>
              <w:right w:val="single" w:sz="4" w:space="0" w:color="000000"/>
            </w:tcBorders>
            <w:shd w:val="clear" w:color="auto" w:fill="4472C4"/>
            <w:tcMar>
              <w:top w:w="90" w:type="dxa"/>
              <w:left w:w="90" w:type="dxa"/>
              <w:bottom w:w="90" w:type="dxa"/>
              <w:right w:w="90" w:type="dxa"/>
            </w:tcMar>
            <w:vAlign w:val="center"/>
          </w:tcPr>
          <w:p w14:paraId="72B9FD90" w14:textId="77777777" w:rsidR="00D1095B" w:rsidRPr="00E14E26" w:rsidRDefault="002509D4">
            <w:pPr>
              <w:spacing w:after="0"/>
              <w:jc w:val="center"/>
              <w:rPr>
                <w:sz w:val="40"/>
                <w:szCs w:val="40"/>
              </w:rPr>
            </w:pPr>
            <w:r w:rsidRPr="00E14E26">
              <w:rPr>
                <w:b/>
                <w:color w:val="FFFFFF"/>
                <w:sz w:val="40"/>
                <w:szCs w:val="40"/>
              </w:rPr>
              <w:t>DOSLOVNO</w:t>
            </w:r>
          </w:p>
        </w:tc>
        <w:tc>
          <w:tcPr>
            <w:tcW w:w="2666" w:type="dxa"/>
            <w:tcBorders>
              <w:top w:val="single" w:sz="4" w:space="0" w:color="000000"/>
              <w:left w:val="single" w:sz="4" w:space="0" w:color="000000"/>
              <w:bottom w:val="single" w:sz="4" w:space="0" w:color="000000"/>
              <w:right w:val="single" w:sz="4" w:space="0" w:color="000000"/>
            </w:tcBorders>
            <w:shd w:val="clear" w:color="auto" w:fill="ED7D31"/>
            <w:tcMar>
              <w:top w:w="90" w:type="dxa"/>
              <w:left w:w="90" w:type="dxa"/>
              <w:bottom w:w="90" w:type="dxa"/>
              <w:right w:w="90" w:type="dxa"/>
            </w:tcMar>
            <w:vAlign w:val="center"/>
          </w:tcPr>
          <w:p w14:paraId="64417426" w14:textId="77777777" w:rsidR="00D1095B" w:rsidRPr="00E14E26" w:rsidRDefault="002509D4">
            <w:pPr>
              <w:spacing w:after="0"/>
              <w:jc w:val="center"/>
              <w:rPr>
                <w:sz w:val="40"/>
                <w:szCs w:val="40"/>
              </w:rPr>
            </w:pPr>
            <w:r w:rsidRPr="00E14E26">
              <w:rPr>
                <w:b/>
                <w:color w:val="FFFFFF"/>
                <w:sz w:val="40"/>
                <w:szCs w:val="40"/>
              </w:rPr>
              <w:t>PRENESENO</w:t>
            </w:r>
          </w:p>
        </w:tc>
        <w:tc>
          <w:tcPr>
            <w:tcW w:w="2666" w:type="dxa"/>
            <w:tcBorders>
              <w:top w:val="single" w:sz="4" w:space="0" w:color="000000"/>
              <w:left w:val="single" w:sz="4" w:space="0" w:color="000000"/>
              <w:bottom w:val="single" w:sz="4" w:space="0" w:color="000000"/>
              <w:right w:val="single" w:sz="4" w:space="0" w:color="000000"/>
            </w:tcBorders>
            <w:shd w:val="clear" w:color="auto" w:fill="7030A0"/>
            <w:tcMar>
              <w:top w:w="90" w:type="dxa"/>
              <w:left w:w="90" w:type="dxa"/>
              <w:bottom w:w="90" w:type="dxa"/>
              <w:right w:w="90" w:type="dxa"/>
            </w:tcMar>
            <w:vAlign w:val="center"/>
          </w:tcPr>
          <w:p w14:paraId="3E11B2F1" w14:textId="77777777" w:rsidR="00D1095B" w:rsidRPr="00E14E26" w:rsidRDefault="002509D4">
            <w:pPr>
              <w:spacing w:after="0"/>
              <w:jc w:val="center"/>
              <w:rPr>
                <w:sz w:val="40"/>
                <w:szCs w:val="40"/>
              </w:rPr>
            </w:pPr>
            <w:r w:rsidRPr="00E14E26">
              <w:rPr>
                <w:b/>
                <w:color w:val="FFFFFF"/>
                <w:sz w:val="40"/>
                <w:szCs w:val="40"/>
              </w:rPr>
              <w:t>ŠTO GOVORI O KRISTU?</w:t>
            </w:r>
          </w:p>
        </w:tc>
        <w:tc>
          <w:tcPr>
            <w:tcW w:w="2669" w:type="dxa"/>
            <w:tcBorders>
              <w:top w:val="single" w:sz="4" w:space="0" w:color="000000"/>
              <w:left w:val="single" w:sz="4" w:space="0" w:color="000000"/>
              <w:bottom w:val="single" w:sz="4" w:space="0" w:color="000000"/>
              <w:right w:val="single" w:sz="4" w:space="0" w:color="000000"/>
            </w:tcBorders>
            <w:shd w:val="clear" w:color="auto" w:fill="70AD47"/>
            <w:tcMar>
              <w:top w:w="90" w:type="dxa"/>
              <w:left w:w="90" w:type="dxa"/>
              <w:bottom w:w="90" w:type="dxa"/>
              <w:right w:w="90" w:type="dxa"/>
            </w:tcMar>
            <w:vAlign w:val="center"/>
          </w:tcPr>
          <w:p w14:paraId="480A98EC" w14:textId="77777777" w:rsidR="00D1095B" w:rsidRPr="00E14E26" w:rsidRDefault="002509D4">
            <w:pPr>
              <w:spacing w:after="0"/>
              <w:jc w:val="center"/>
              <w:rPr>
                <w:sz w:val="40"/>
                <w:szCs w:val="40"/>
              </w:rPr>
            </w:pPr>
            <w:r w:rsidRPr="00E14E26">
              <w:rPr>
                <w:b/>
                <w:color w:val="FFFFFF"/>
                <w:sz w:val="40"/>
                <w:szCs w:val="40"/>
              </w:rPr>
              <w:t>PRIMJER U CRKVI</w:t>
            </w:r>
          </w:p>
        </w:tc>
      </w:tr>
      <w:tr w:rsidR="00E14E26" w14:paraId="7B0FA372" w14:textId="77777777" w:rsidTr="00E14E26">
        <w:trPr>
          <w:cantSplit/>
          <w:jc w:val="center"/>
        </w:trPr>
        <w:tc>
          <w:tcPr>
            <w:tcW w:w="267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6FDB5ABE" w14:textId="77777777" w:rsidR="00E14E26" w:rsidRDefault="00E14E26" w:rsidP="00E14E26">
            <w:pPr>
              <w:spacing w:after="0"/>
              <w:jc w:val="center"/>
            </w:pPr>
            <w:r>
              <w:rPr>
                <w:color w:val="000000"/>
                <w:sz w:val="26"/>
              </w:rPr>
              <w:t>__________________</w:t>
            </w:r>
          </w:p>
        </w:tc>
        <w:tc>
          <w:tcPr>
            <w:tcW w:w="2666"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4D351BA4" w14:textId="77777777" w:rsidR="00E14E26" w:rsidRDefault="00E14E26" w:rsidP="00E14E26">
            <w:pPr>
              <w:spacing w:after="0"/>
              <w:jc w:val="center"/>
            </w:pPr>
            <w:r>
              <w:rPr>
                <w:color w:val="000000"/>
                <w:sz w:val="26"/>
              </w:rPr>
              <w:t>__________________</w:t>
            </w:r>
          </w:p>
        </w:tc>
        <w:tc>
          <w:tcPr>
            <w:tcW w:w="2666"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09723CB8" w14:textId="77777777" w:rsidR="00E14E26" w:rsidRDefault="00E14E26" w:rsidP="00E14E26">
            <w:pPr>
              <w:spacing w:after="0"/>
              <w:jc w:val="center"/>
            </w:pPr>
            <w:r>
              <w:rPr>
                <w:color w:val="000000"/>
                <w:sz w:val="26"/>
              </w:rPr>
              <w:t>__________________</w:t>
            </w:r>
          </w:p>
        </w:tc>
        <w:tc>
          <w:tcPr>
            <w:tcW w:w="2669"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7E902606" w14:textId="77777777" w:rsidR="00E14E26" w:rsidRDefault="00E14E26" w:rsidP="00E14E26">
            <w:pPr>
              <w:spacing w:after="0"/>
              <w:jc w:val="center"/>
            </w:pPr>
            <w:r>
              <w:rPr>
                <w:color w:val="000000"/>
                <w:sz w:val="26"/>
              </w:rPr>
              <w:t>__________________</w:t>
            </w:r>
          </w:p>
        </w:tc>
      </w:tr>
    </w:tbl>
    <w:p w14:paraId="21FE4294" w14:textId="77777777" w:rsidR="00D1095B" w:rsidRDefault="002509D4">
      <w:pPr>
        <w:keepNext/>
        <w:spacing w:before="100" w:after="40"/>
      </w:pPr>
      <w:r>
        <w:rPr>
          <w:b/>
          <w:color w:val="C65F00"/>
        </w:rPr>
        <w:t>Aktivnost 8: Grad, svjetlo i sol</w:t>
      </w:r>
      <w:r>
        <w:rPr>
          <w:i/>
          <w:color w:val="6B6B6B"/>
          <w:sz w:val="20"/>
        </w:rPr>
        <w:t xml:space="preserve"> (individualni rad, 5 minuta)</w:t>
      </w:r>
    </w:p>
    <w:p w14:paraId="324CEC7A" w14:textId="420FB8BA" w:rsidR="00D1095B" w:rsidRDefault="002509D4">
      <w:pPr>
        <w:spacing w:after="0"/>
        <w:jc w:val="both"/>
      </w:pPr>
      <w:r>
        <w:t xml:space="preserve">Učenici će </w:t>
      </w:r>
      <w:r w:rsidR="0056070B" w:rsidRPr="0056070B">
        <w:t>proučiti riječi biblijskih slika</w:t>
      </w:r>
      <w:r w:rsidR="0056070B">
        <w:t>:</w:t>
      </w:r>
      <w:r>
        <w:t xml:space="preserve"> grad na gori, svjetlo svijeta i sol zemlje sa str. 27</w:t>
      </w:r>
      <w:r w:rsidR="00C84B6D">
        <w:t xml:space="preserve"> i </w:t>
      </w:r>
      <w:r w:rsidR="0056070B">
        <w:t xml:space="preserve">sljedeći </w:t>
      </w:r>
      <w:r w:rsidR="00C84B6D">
        <w:t xml:space="preserve">tekst iz </w:t>
      </w:r>
      <w:r>
        <w:t>Mt 5,13-16. Za svaku poruku u tablici napisat će što ona može značiti za kršćansku zajednicu.</w:t>
      </w:r>
    </w:p>
    <w:p w14:paraId="4C18CD73" w14:textId="77777777" w:rsidR="00D1095B" w:rsidRDefault="002509D4">
      <w:pPr>
        <w:spacing w:after="0"/>
        <w:jc w:val="both"/>
        <w:rPr>
          <w:i/>
          <w:color w:val="6B6B6B"/>
          <w:sz w:val="21"/>
        </w:rPr>
      </w:pPr>
      <w:r>
        <w:rPr>
          <w:i/>
          <w:color w:val="6B6B6B"/>
          <w:sz w:val="20"/>
        </w:rPr>
        <w:t>Rješenje: Grad na gori – vjera ne ostaje skrivena; svjetlo – dobra djela trebaju upućivati na Boga; sol – kršćani trebaju davati „okus“ i čuvati dobro; zajednička poruka – Crkva služi svijetu svjedočenjem i dobrim djelima.</w:t>
      </w:r>
    </w:p>
    <w:p w14:paraId="6E8E9967" w14:textId="77777777" w:rsidR="00A86CE6" w:rsidRDefault="00A86CE6">
      <w:pPr>
        <w:spacing w:after="0"/>
        <w:jc w:val="both"/>
        <w:rPr>
          <w:i/>
          <w:color w:val="6B6B6B"/>
          <w:sz w:val="21"/>
        </w:rPr>
      </w:pPr>
    </w:p>
    <w:p w14:paraId="6E9137BA" w14:textId="77777777" w:rsidR="00D92C37" w:rsidRDefault="00D92C37" w:rsidP="00D92C37">
      <w:pPr>
        <w:spacing w:after="0"/>
        <w:jc w:val="both"/>
        <w:rPr>
          <w:i/>
          <w:color w:val="6B6B6B"/>
          <w:sz w:val="21"/>
        </w:rPr>
      </w:pPr>
    </w:p>
    <w:p w14:paraId="5413CAE3" w14:textId="77777777" w:rsidR="00D92C37" w:rsidRPr="00342AE1" w:rsidRDefault="00D92C37" w:rsidP="00D92C37">
      <w:pPr>
        <w:spacing w:after="0"/>
        <w:jc w:val="both"/>
      </w:pPr>
    </w:p>
    <w:tbl>
      <w:tblPr>
        <w:tblW w:w="10680" w:type="dxa"/>
        <w:jc w:val="center"/>
        <w:tblLayout w:type="fixed"/>
        <w:tblLook w:val="04A0" w:firstRow="1" w:lastRow="0" w:firstColumn="1" w:lastColumn="0" w:noHBand="0" w:noVBand="1"/>
      </w:tblPr>
      <w:tblGrid>
        <w:gridCol w:w="10680"/>
      </w:tblGrid>
      <w:tr w:rsidR="00D92C37" w14:paraId="49C1305F" w14:textId="77777777" w:rsidTr="001B7347">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165B4B19" w14:textId="0D7CEAD2" w:rsidR="00D92C37" w:rsidRDefault="00D92C37" w:rsidP="001B7347">
            <w:pPr>
              <w:widowControl w:val="0"/>
              <w:shd w:val="clear" w:color="auto" w:fill="403A73"/>
              <w:spacing w:before="100" w:after="100"/>
              <w:jc w:val="center"/>
            </w:pPr>
            <w:r w:rsidRPr="00D92C37">
              <w:rPr>
                <w:b/>
                <w:color w:val="FFFFFF"/>
                <w:sz w:val="40"/>
              </w:rPr>
              <w:t xml:space="preserve">SOL ZEMLJE I SVJETLOST SVIJETA </w:t>
            </w:r>
            <w:r>
              <w:rPr>
                <w:b/>
                <w:color w:val="FFFFFF"/>
                <w:sz w:val="40"/>
              </w:rPr>
              <w:t xml:space="preserve">- </w:t>
            </w:r>
            <w:r w:rsidRPr="00D92C37">
              <w:rPr>
                <w:b/>
                <w:color w:val="FFFFFF"/>
              </w:rPr>
              <w:t>Mt 5,13-16</w:t>
            </w:r>
          </w:p>
          <w:p w14:paraId="6261FFE8" w14:textId="77777777" w:rsidR="00C84B6D" w:rsidRDefault="00C84B6D" w:rsidP="001B7347">
            <w:pPr>
              <w:spacing w:after="0"/>
              <w:jc w:val="both"/>
              <w:textAlignment w:val="center"/>
              <w:rPr>
                <w:rFonts w:asciiTheme="minorHAnsi" w:eastAsia="Times New Roman" w:hAnsiTheme="minorHAnsi" w:cstheme="minorHAnsi"/>
                <w:sz w:val="44"/>
                <w:szCs w:val="44"/>
                <w:lang w:eastAsia="hr-HR"/>
              </w:rPr>
            </w:pPr>
            <w:r w:rsidRPr="00C84B6D">
              <w:rPr>
                <w:rFonts w:asciiTheme="minorHAnsi" w:eastAsia="Times New Roman" w:hAnsiTheme="minorHAnsi" w:cstheme="minorHAnsi"/>
                <w:sz w:val="44"/>
                <w:szCs w:val="44"/>
                <w:lang w:eastAsia="hr-HR"/>
              </w:rPr>
              <w:t xml:space="preserve">„Vi ste sol zemlje. Ali ako sol obljutavi, čime će se ona osoliti? Nije više ni za što, nego da se baci van i da ljudi po njoj gaze. </w:t>
            </w:r>
          </w:p>
          <w:p w14:paraId="475CAF62" w14:textId="4EEC82C8" w:rsidR="00D92C37" w:rsidRPr="00B76CAD" w:rsidRDefault="00C84B6D" w:rsidP="001B7347">
            <w:pPr>
              <w:spacing w:after="0"/>
              <w:jc w:val="both"/>
              <w:textAlignment w:val="center"/>
              <w:rPr>
                <w:rFonts w:asciiTheme="minorHAnsi" w:eastAsia="Times New Roman" w:hAnsiTheme="minorHAnsi" w:cstheme="minorHAnsi"/>
                <w:lang w:eastAsia="hr-HR"/>
              </w:rPr>
            </w:pPr>
            <w:r w:rsidRPr="00C84B6D">
              <w:rPr>
                <w:rFonts w:asciiTheme="minorHAnsi" w:eastAsia="Times New Roman" w:hAnsiTheme="minorHAnsi" w:cstheme="minorHAnsi"/>
                <w:sz w:val="44"/>
                <w:szCs w:val="44"/>
                <w:lang w:eastAsia="hr-HR"/>
              </w:rPr>
              <w:t>Vi ste svjetlost svijeta. Ne može se sakriti grad što leži na gori. Niti se užiže svjetiljka da se stavi pod posudu, nego na svijećnjak da svijetli svima u kući. Tako neka svijetli vaša svjetlost pred ljudima da vide vaša dobra djela i slave Oca vašega koji je na nebesima.“</w:t>
            </w:r>
          </w:p>
        </w:tc>
      </w:tr>
    </w:tbl>
    <w:p w14:paraId="7E3FBF0C" w14:textId="77777777" w:rsidR="00D92C37" w:rsidRDefault="00D92C37" w:rsidP="00A86CE6"/>
    <w:p w14:paraId="6FA00272" w14:textId="47C2262F" w:rsidR="00A86CE6" w:rsidRDefault="00A86CE6" w:rsidP="00A86CE6">
      <w:r>
        <w:t>Radni predložak:</w:t>
      </w:r>
    </w:p>
    <w:tbl>
      <w:tblPr>
        <w:tblStyle w:val="Reetkatablic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31"/>
        <w:gridCol w:w="5340"/>
      </w:tblGrid>
      <w:tr w:rsidR="00D1095B" w14:paraId="47E1287A" w14:textId="77777777" w:rsidTr="00E14E26">
        <w:trPr>
          <w:cantSplit/>
          <w:jc w:val="center"/>
        </w:trPr>
        <w:tc>
          <w:tcPr>
            <w:tcW w:w="5331" w:type="dxa"/>
            <w:tcBorders>
              <w:top w:val="single" w:sz="4" w:space="0" w:color="000000"/>
              <w:left w:val="single" w:sz="4" w:space="0" w:color="000000"/>
              <w:bottom w:val="single" w:sz="4" w:space="0" w:color="000000"/>
              <w:right w:val="single" w:sz="4" w:space="0" w:color="000000"/>
            </w:tcBorders>
            <w:shd w:val="clear" w:color="auto" w:fill="C96A00"/>
            <w:tcMar>
              <w:top w:w="100" w:type="dxa"/>
              <w:left w:w="100" w:type="dxa"/>
              <w:bottom w:w="80" w:type="dxa"/>
              <w:right w:w="80" w:type="dxa"/>
            </w:tcMar>
            <w:vAlign w:val="center"/>
          </w:tcPr>
          <w:p w14:paraId="688ABD55" w14:textId="77777777" w:rsidR="00F51880" w:rsidRDefault="005C6CFC">
            <w:pPr>
              <w:spacing w:after="0"/>
              <w:jc w:val="center"/>
            </w:pPr>
            <w:r>
              <w:rPr>
                <w:b/>
                <w:color w:val="FFFFFF"/>
                <w:sz w:val="40"/>
              </w:rPr>
              <w:t>BIBLIJSKA SLIKA</w:t>
            </w:r>
          </w:p>
        </w:tc>
        <w:tc>
          <w:tcPr>
            <w:tcW w:w="5340" w:type="dxa"/>
            <w:tcBorders>
              <w:top w:val="single" w:sz="4" w:space="0" w:color="000000"/>
              <w:left w:val="single" w:sz="4" w:space="0" w:color="000000"/>
              <w:bottom w:val="single" w:sz="4" w:space="0" w:color="000000"/>
              <w:right w:val="single" w:sz="4" w:space="0" w:color="000000"/>
            </w:tcBorders>
            <w:shd w:val="clear" w:color="auto" w:fill="7030A0"/>
            <w:tcMar>
              <w:top w:w="100" w:type="dxa"/>
              <w:left w:w="100" w:type="dxa"/>
              <w:bottom w:w="80" w:type="dxa"/>
              <w:right w:w="80" w:type="dxa"/>
            </w:tcMar>
            <w:vAlign w:val="center"/>
          </w:tcPr>
          <w:p w14:paraId="2D8E51B4" w14:textId="77777777" w:rsidR="00F51880" w:rsidRDefault="005C6CFC">
            <w:pPr>
              <w:spacing w:after="0"/>
              <w:jc w:val="center"/>
            </w:pPr>
            <w:r>
              <w:rPr>
                <w:b/>
                <w:color w:val="FFFFFF"/>
                <w:sz w:val="40"/>
              </w:rPr>
              <w:t>ŠTO TO ZNAČI ZA CRKVU?</w:t>
            </w:r>
          </w:p>
        </w:tc>
      </w:tr>
      <w:tr w:rsidR="00D1095B" w14:paraId="56E34479" w14:textId="77777777" w:rsidTr="00E14E26">
        <w:trPr>
          <w:cantSplit/>
          <w:jc w:val="center"/>
        </w:trPr>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23DAB21B" w14:textId="77777777" w:rsidR="00F51880" w:rsidRPr="004A16B5" w:rsidRDefault="005C6CFC">
            <w:pPr>
              <w:spacing w:after="0"/>
              <w:rPr>
                <w:sz w:val="40"/>
                <w:szCs w:val="40"/>
              </w:rPr>
            </w:pPr>
            <w:r w:rsidRPr="004A16B5">
              <w:rPr>
                <w:sz w:val="40"/>
                <w:szCs w:val="40"/>
              </w:rPr>
              <w:t>„grad postavljen na gori“</w:t>
            </w:r>
          </w:p>
        </w:tc>
        <w:tc>
          <w:tcPr>
            <w:tcW w:w="534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17EF6ADC" w14:textId="77777777" w:rsidR="00F51880" w:rsidRDefault="005C6CFC">
            <w:pPr>
              <w:spacing w:after="0"/>
            </w:pPr>
            <w:r>
              <w:rPr>
                <w:color w:val="000000"/>
                <w:sz w:val="28"/>
              </w:rPr>
              <w:t>_____________________________________</w:t>
            </w:r>
          </w:p>
        </w:tc>
      </w:tr>
      <w:tr w:rsidR="00E14E26" w14:paraId="2EF74D0C" w14:textId="77777777" w:rsidTr="00E14E26">
        <w:trPr>
          <w:cantSplit/>
          <w:jc w:val="center"/>
        </w:trPr>
        <w:tc>
          <w:tcPr>
            <w:tcW w:w="5331"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67C6CBE4" w14:textId="77777777" w:rsidR="00F51880" w:rsidRPr="004A16B5" w:rsidRDefault="005C6CFC">
            <w:pPr>
              <w:spacing w:after="0"/>
              <w:rPr>
                <w:sz w:val="40"/>
                <w:szCs w:val="40"/>
              </w:rPr>
            </w:pPr>
            <w:r w:rsidRPr="004A16B5">
              <w:rPr>
                <w:sz w:val="40"/>
                <w:szCs w:val="40"/>
              </w:rPr>
              <w:t>„svjetlo svijeta“</w:t>
            </w:r>
          </w:p>
        </w:tc>
        <w:tc>
          <w:tcPr>
            <w:tcW w:w="5340"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5088E649" w14:textId="77777777" w:rsidR="00F51880" w:rsidRDefault="005C6CFC">
            <w:pPr>
              <w:spacing w:after="0"/>
            </w:pPr>
            <w:r>
              <w:rPr>
                <w:color w:val="000000"/>
                <w:sz w:val="28"/>
              </w:rPr>
              <w:t>_____________________________________</w:t>
            </w:r>
          </w:p>
        </w:tc>
      </w:tr>
      <w:tr w:rsidR="00E14E26" w14:paraId="2FDA86C8" w14:textId="77777777" w:rsidTr="00E14E26">
        <w:trPr>
          <w:cantSplit/>
          <w:jc w:val="center"/>
        </w:trPr>
        <w:tc>
          <w:tcPr>
            <w:tcW w:w="5331"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6053869F" w14:textId="77777777" w:rsidR="00F51880" w:rsidRPr="004A16B5" w:rsidRDefault="005C6CFC">
            <w:pPr>
              <w:spacing w:after="0"/>
              <w:rPr>
                <w:sz w:val="40"/>
                <w:szCs w:val="40"/>
              </w:rPr>
            </w:pPr>
            <w:r w:rsidRPr="004A16B5">
              <w:rPr>
                <w:sz w:val="40"/>
                <w:szCs w:val="40"/>
              </w:rPr>
              <w:t>„sol zemlje“</w:t>
            </w:r>
          </w:p>
        </w:tc>
        <w:tc>
          <w:tcPr>
            <w:tcW w:w="534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7F60639D" w14:textId="77777777" w:rsidR="00F51880" w:rsidRDefault="005C6CFC">
            <w:pPr>
              <w:spacing w:after="0"/>
            </w:pPr>
            <w:r>
              <w:rPr>
                <w:color w:val="000000"/>
                <w:sz w:val="28"/>
              </w:rPr>
              <w:t>_____________________________________</w:t>
            </w:r>
          </w:p>
        </w:tc>
      </w:tr>
      <w:tr w:rsidR="00E14E26" w14:paraId="469A7BCC" w14:textId="77777777" w:rsidTr="00E14E26">
        <w:trPr>
          <w:cantSplit/>
          <w:jc w:val="center"/>
        </w:trPr>
        <w:tc>
          <w:tcPr>
            <w:tcW w:w="5331"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6D716D29" w14:textId="77777777" w:rsidR="00F51880" w:rsidRPr="004A16B5" w:rsidRDefault="005C6CFC">
            <w:pPr>
              <w:spacing w:after="0"/>
              <w:rPr>
                <w:sz w:val="40"/>
                <w:szCs w:val="40"/>
              </w:rPr>
            </w:pPr>
            <w:r w:rsidRPr="004A16B5">
              <w:rPr>
                <w:sz w:val="40"/>
                <w:szCs w:val="40"/>
              </w:rPr>
              <w:t>„dobra djela“</w:t>
            </w:r>
          </w:p>
        </w:tc>
        <w:tc>
          <w:tcPr>
            <w:tcW w:w="5340"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3375BB2D" w14:textId="77777777" w:rsidR="00F51880" w:rsidRDefault="005C6CFC">
            <w:pPr>
              <w:spacing w:after="0"/>
            </w:pPr>
            <w:r>
              <w:rPr>
                <w:color w:val="000000"/>
                <w:sz w:val="28"/>
              </w:rPr>
              <w:t>_____________________________________</w:t>
            </w:r>
          </w:p>
        </w:tc>
      </w:tr>
    </w:tbl>
    <w:p w14:paraId="2F8C21C5" w14:textId="77777777" w:rsidR="00D1095B" w:rsidRDefault="002509D4">
      <w:pPr>
        <w:keepNext/>
        <w:spacing w:before="100" w:after="40"/>
      </w:pPr>
      <w:r>
        <w:rPr>
          <w:b/>
          <w:color w:val="C96A00"/>
          <w:sz w:val="26"/>
        </w:rPr>
        <w:t>Aktivnost 9: Ako smo jedno tijelo, moramo li svi biti isti?</w:t>
      </w:r>
      <w:r>
        <w:rPr>
          <w:i/>
          <w:color w:val="6B6B6B"/>
          <w:sz w:val="20"/>
        </w:rPr>
        <w:t xml:space="preserve"> (frontalni rad i razgovor, 6 minuta)</w:t>
      </w:r>
    </w:p>
    <w:p w14:paraId="2DF8422F" w14:textId="77777777" w:rsidR="00D1095B" w:rsidRDefault="002509D4">
      <w:pPr>
        <w:spacing w:after="0"/>
        <w:jc w:val="both"/>
        <w:rPr>
          <w:color w:val="000000"/>
        </w:rPr>
      </w:pPr>
      <w:r>
        <w:rPr>
          <w:color w:val="000000"/>
        </w:rPr>
        <w:t>Vjeroučitelj će napisati na ploču rečenicu: „Jedinstvo Crkve znači da svi moraju imati isti dar i istu službu.“ Učenici se opredjeljuju slažu li se ili ne te obrazlažu na temelju 1 Kor 12,4-6 i slike tijela.</w:t>
      </w:r>
    </w:p>
    <w:p w14:paraId="280FC0B8" w14:textId="77777777" w:rsidR="004A16B5" w:rsidRDefault="004A16B5">
      <w:pPr>
        <w:spacing w:after="0"/>
        <w:jc w:val="both"/>
        <w:rPr>
          <w:color w:val="000000"/>
        </w:rPr>
      </w:pPr>
    </w:p>
    <w:p w14:paraId="7F611CCB" w14:textId="77777777" w:rsidR="004A16B5" w:rsidRPr="004A16B5" w:rsidRDefault="004A16B5" w:rsidP="004A16B5">
      <w:pPr>
        <w:spacing w:after="0"/>
        <w:jc w:val="center"/>
        <w:rPr>
          <w:color w:val="002060"/>
          <w:sz w:val="40"/>
          <w:szCs w:val="40"/>
        </w:rPr>
      </w:pPr>
      <w:r w:rsidRPr="004A16B5">
        <w:rPr>
          <w:color w:val="002060"/>
          <w:sz w:val="40"/>
          <w:szCs w:val="40"/>
        </w:rPr>
        <w:t>Jedinstvo Crkve znači da svi moraju imati isti dar i istu službu.</w:t>
      </w:r>
    </w:p>
    <w:p w14:paraId="4B9AA2AA" w14:textId="77777777" w:rsidR="00D1095B" w:rsidRDefault="002509D4">
      <w:pPr>
        <w:keepNext/>
        <w:spacing w:before="220" w:after="0"/>
      </w:pPr>
      <w:r>
        <w:rPr>
          <w:color w:val="000000"/>
        </w:rPr>
        <w:t>Razgovor:</w:t>
      </w:r>
    </w:p>
    <w:p w14:paraId="065F249C" w14:textId="77777777" w:rsidR="00D1095B" w:rsidRDefault="002509D4" w:rsidP="004C1656">
      <w:pPr>
        <w:pStyle w:val="Odlomakpopisa"/>
        <w:numPr>
          <w:ilvl w:val="0"/>
          <w:numId w:val="22"/>
        </w:numPr>
        <w:spacing w:after="20"/>
      </w:pPr>
      <w:r>
        <w:t xml:space="preserve">Zašto tijelu trebaju različiti udovi? </w:t>
      </w:r>
      <w:r w:rsidRPr="004C1656">
        <w:rPr>
          <w:color w:val="6B6B6B"/>
          <w:sz w:val="18"/>
        </w:rPr>
        <w:t>(Jer svaki obavlja svoju ulogu i doprinosi cjelini.)</w:t>
      </w:r>
    </w:p>
    <w:p w14:paraId="0B0C27C7" w14:textId="77777777" w:rsidR="00D1095B" w:rsidRDefault="002509D4" w:rsidP="004C1656">
      <w:pPr>
        <w:pStyle w:val="Odlomakpopisa"/>
        <w:numPr>
          <w:ilvl w:val="0"/>
          <w:numId w:val="22"/>
        </w:numPr>
        <w:spacing w:after="20"/>
      </w:pPr>
      <w:r>
        <w:t xml:space="preserve">Što to govori o različitim darovima u Crkvi? </w:t>
      </w:r>
      <w:r w:rsidRPr="004C1656">
        <w:rPr>
          <w:color w:val="6B6B6B"/>
          <w:sz w:val="18"/>
        </w:rPr>
        <w:t>(Različitost je potrebna; jedinstvo dolazi iz pripadnosti Kristu i djelovanja istoga Duha.)</w:t>
      </w:r>
    </w:p>
    <w:p w14:paraId="6C5EAC1F" w14:textId="77777777" w:rsidR="00D1095B" w:rsidRDefault="002509D4">
      <w:pPr>
        <w:keepNext/>
        <w:spacing w:before="100" w:after="40"/>
      </w:pPr>
      <w:r>
        <w:rPr>
          <w:b/>
          <w:color w:val="C65F00"/>
        </w:rPr>
        <w:t>Aktivnost 10: Krist – vrata i Dobri pastir</w:t>
      </w:r>
      <w:r>
        <w:rPr>
          <w:i/>
          <w:color w:val="6B6B6B"/>
          <w:sz w:val="20"/>
        </w:rPr>
        <w:t xml:space="preserve"> (rad u skupinama, 8 minuta)</w:t>
      </w:r>
    </w:p>
    <w:p w14:paraId="06FE0F43" w14:textId="43B5D007" w:rsidR="00D1095B" w:rsidRDefault="0056070B">
      <w:pPr>
        <w:spacing w:after="0"/>
        <w:jc w:val="both"/>
      </w:pPr>
      <w:r w:rsidRPr="0056070B">
        <w:t>Učenici će na str. 27 pro</w:t>
      </w:r>
      <w:r>
        <w:t>učiti riječi</w:t>
      </w:r>
      <w:r w:rsidRPr="0056070B">
        <w:t xml:space="preserve"> biblijsk</w:t>
      </w:r>
      <w:r>
        <w:t>ih</w:t>
      </w:r>
      <w:r w:rsidRPr="0056070B">
        <w:t xml:space="preserve"> slik</w:t>
      </w:r>
      <w:r>
        <w:t>a</w:t>
      </w:r>
      <w:r w:rsidRPr="0056070B">
        <w:t xml:space="preserve"> „ovčinjak čija su vrata Krist“ i „stado kojemu je Krist pastir“, a zatim pročitati cjeloviti tekst Iv 10,1-15 </w:t>
      </w:r>
      <w:r>
        <w:t>.</w:t>
      </w:r>
      <w:r w:rsidR="002509D4">
        <w:t xml:space="preserve"> Jedna polovica skupina obrađuje sliku vrata, a druga sliku pastira.</w:t>
      </w:r>
    </w:p>
    <w:p w14:paraId="5B9C2354" w14:textId="77777777" w:rsidR="00D1095B" w:rsidRDefault="002509D4">
      <w:pPr>
        <w:spacing w:after="0"/>
        <w:jc w:val="both"/>
      </w:pPr>
      <w:r>
        <w:rPr>
          <w:i/>
          <w:color w:val="6B6B6B"/>
          <w:sz w:val="20"/>
        </w:rPr>
        <w:t>Rješenje: Krist kao vrata – po njemu se ulazi u spasenje i život; Krist kao Dobri pastir – poznaje svoje, vodi ih i daje život za njih. Obje slike naglašavaju da Krist nije tek član zajednice nego njezino središte i voditelj.</w:t>
      </w:r>
    </w:p>
    <w:p w14:paraId="1D817E31" w14:textId="77777777" w:rsidR="00C84B6D" w:rsidRPr="00342AE1" w:rsidRDefault="00C84B6D" w:rsidP="00C84B6D">
      <w:pPr>
        <w:spacing w:after="0"/>
        <w:jc w:val="both"/>
      </w:pPr>
    </w:p>
    <w:tbl>
      <w:tblPr>
        <w:tblW w:w="10680" w:type="dxa"/>
        <w:jc w:val="center"/>
        <w:tblLayout w:type="fixed"/>
        <w:tblLook w:val="04A0" w:firstRow="1" w:lastRow="0" w:firstColumn="1" w:lastColumn="0" w:noHBand="0" w:noVBand="1"/>
      </w:tblPr>
      <w:tblGrid>
        <w:gridCol w:w="10680"/>
      </w:tblGrid>
      <w:tr w:rsidR="00C84B6D" w14:paraId="2D65FB68" w14:textId="77777777" w:rsidTr="001B7347">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0BD2D1CE" w14:textId="43FDD0D6" w:rsidR="00C84B6D" w:rsidRDefault="00C84B6D" w:rsidP="001B7347">
            <w:pPr>
              <w:widowControl w:val="0"/>
              <w:shd w:val="clear" w:color="auto" w:fill="403A73"/>
              <w:spacing w:before="100" w:after="100"/>
              <w:jc w:val="center"/>
            </w:pPr>
            <w:r w:rsidRPr="00C84B6D">
              <w:rPr>
                <w:b/>
                <w:color w:val="FFFFFF"/>
                <w:sz w:val="40"/>
              </w:rPr>
              <w:t>ISUS, DOBRI PASTIR</w:t>
            </w:r>
            <w:r w:rsidRPr="00D92C37">
              <w:rPr>
                <w:b/>
                <w:color w:val="FFFFFF"/>
                <w:sz w:val="40"/>
              </w:rPr>
              <w:t xml:space="preserve"> </w:t>
            </w:r>
            <w:r>
              <w:rPr>
                <w:b/>
                <w:color w:val="FFFFFF"/>
                <w:sz w:val="40"/>
              </w:rPr>
              <w:t xml:space="preserve">- </w:t>
            </w:r>
            <w:r w:rsidRPr="00C84B6D">
              <w:rPr>
                <w:b/>
                <w:color w:val="FFFFFF"/>
              </w:rPr>
              <w:t>Iv 10,1-15</w:t>
            </w:r>
          </w:p>
          <w:p w14:paraId="46FD25B5" w14:textId="77777777" w:rsidR="0056070B" w:rsidRDefault="00C84B6D" w:rsidP="001B7347">
            <w:pPr>
              <w:spacing w:after="0"/>
              <w:jc w:val="both"/>
              <w:textAlignment w:val="center"/>
              <w:rPr>
                <w:rFonts w:asciiTheme="minorHAnsi" w:eastAsia="Times New Roman" w:hAnsiTheme="minorHAnsi" w:cstheme="minorHAnsi"/>
                <w:sz w:val="44"/>
                <w:szCs w:val="44"/>
                <w:lang w:eastAsia="hr-HR"/>
              </w:rPr>
            </w:pPr>
            <w:r w:rsidRPr="00C84B6D">
              <w:rPr>
                <w:rFonts w:asciiTheme="minorHAnsi" w:eastAsia="Times New Roman" w:hAnsiTheme="minorHAnsi" w:cstheme="minorHAnsi"/>
                <w:sz w:val="44"/>
                <w:szCs w:val="44"/>
                <w:lang w:eastAsia="hr-HR"/>
              </w:rPr>
              <w:t xml:space="preserve">„Zaista, zaista, kažem vam: tko god u ovčinjak ne ulazi na vrata, nego negdje drugdje preskače, kradljivac je i razbojnik. A tko na vrata ulazi, pastir je ovaca. Tome vratar otvara i ovce slušaju njegov glas. On ovce svoje zove imenom pa ih izvodi. A kad sve svoje izvede, pred njima ide i ovce idu za njim jer poznaju njegov glas. Za tuđincem, dakako, ne idu, već bježe od njega jer tuđinčeva glasa ne poznaju.“ Isus im kaza tu poredbu, ali oni ne razumješe što im htjede time kazati. Stoga im Isus ponovno reče: „Zaista, zaista, kažem vam: ja sam vrata ovcama. Svi koji dođoše prije mene, kradljivci su i razbojnici; ali ih ovce ne poslušaše. </w:t>
            </w:r>
          </w:p>
          <w:p w14:paraId="0A6E808E" w14:textId="4C467B83" w:rsidR="0056070B" w:rsidRDefault="00C84B6D" w:rsidP="001B7347">
            <w:pPr>
              <w:spacing w:after="0"/>
              <w:jc w:val="both"/>
              <w:textAlignment w:val="center"/>
              <w:rPr>
                <w:rFonts w:asciiTheme="minorHAnsi" w:eastAsia="Times New Roman" w:hAnsiTheme="minorHAnsi" w:cstheme="minorHAnsi"/>
                <w:sz w:val="44"/>
                <w:szCs w:val="44"/>
                <w:lang w:eastAsia="hr-HR"/>
              </w:rPr>
            </w:pPr>
            <w:r w:rsidRPr="00C84B6D">
              <w:rPr>
                <w:rFonts w:asciiTheme="minorHAnsi" w:eastAsia="Times New Roman" w:hAnsiTheme="minorHAnsi" w:cstheme="minorHAnsi"/>
                <w:sz w:val="44"/>
                <w:szCs w:val="44"/>
                <w:lang w:eastAsia="hr-HR"/>
              </w:rPr>
              <w:t xml:space="preserve">Ja sam vrata. Kroza me tko uđe, spasit će se: i ulazit će i izlazit i pašu nalaziti. Kradljivac dolazi samo da ukrade, zakolje i pogubi. Ja dođoh da život imaju, u izobilju da ga imaju. </w:t>
            </w:r>
          </w:p>
          <w:p w14:paraId="4DC22DDB" w14:textId="392CE589" w:rsidR="00C84B6D" w:rsidRPr="00B76CAD" w:rsidRDefault="00C84B6D" w:rsidP="001B7347">
            <w:pPr>
              <w:spacing w:after="0"/>
              <w:jc w:val="both"/>
              <w:textAlignment w:val="center"/>
              <w:rPr>
                <w:rFonts w:asciiTheme="minorHAnsi" w:eastAsia="Times New Roman" w:hAnsiTheme="minorHAnsi" w:cstheme="minorHAnsi"/>
                <w:lang w:eastAsia="hr-HR"/>
              </w:rPr>
            </w:pPr>
            <w:r w:rsidRPr="00C84B6D">
              <w:rPr>
                <w:rFonts w:asciiTheme="minorHAnsi" w:eastAsia="Times New Roman" w:hAnsiTheme="minorHAnsi" w:cstheme="minorHAnsi"/>
                <w:sz w:val="44"/>
                <w:szCs w:val="44"/>
                <w:lang w:eastAsia="hr-HR"/>
              </w:rPr>
              <w:t>Ja sam pastir dobri. Pastir dobri život svoj polaže za ovce. Najamnik – koji nije pastir i nije vlasnik ovaca – kad vidi vuka gdje dolazi, ostavlja ovce i bježi, a vuk ih grabi i razgoni: najamnik je i nije mu do ovaca. Ja sam pastir dobri i poznajem svoje i mene poznaju moje, kao što mene poznaje Otac i ja poznajem Oca i život svoj polažem za ovce.“</w:t>
            </w:r>
          </w:p>
        </w:tc>
      </w:tr>
    </w:tbl>
    <w:p w14:paraId="14F90F7F" w14:textId="77777777" w:rsidR="00C84B6D" w:rsidRDefault="00C84B6D">
      <w:pPr>
        <w:spacing w:before="60" w:after="40"/>
      </w:pPr>
    </w:p>
    <w:p w14:paraId="4AFFC2D3" w14:textId="77777777" w:rsidR="00371C62" w:rsidRDefault="00371C62">
      <w:pPr>
        <w:spacing w:before="60" w:after="40"/>
      </w:pPr>
    </w:p>
    <w:p w14:paraId="074E9B61" w14:textId="77777777" w:rsidR="00371C62" w:rsidRDefault="00371C62">
      <w:pPr>
        <w:spacing w:before="60" w:after="40"/>
      </w:pPr>
    </w:p>
    <w:p w14:paraId="3888B166" w14:textId="77777777" w:rsidR="00371C62" w:rsidRDefault="00371C62">
      <w:pPr>
        <w:spacing w:before="60" w:after="40"/>
      </w:pPr>
    </w:p>
    <w:p w14:paraId="10042AE1" w14:textId="711E7558" w:rsidR="00F51880" w:rsidRDefault="005C6CFC">
      <w:pPr>
        <w:spacing w:before="60" w:after="40"/>
      </w:pPr>
      <w:r>
        <w:t>Radni predložak:</w:t>
      </w:r>
    </w:p>
    <w:tbl>
      <w:tblPr>
        <w:tblStyle w:val="Reetkatablice"/>
        <w:tblW w:w="10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0"/>
        <w:gridCol w:w="5340"/>
      </w:tblGrid>
      <w:tr w:rsidR="00F51880" w14:paraId="3404D1E9" w14:textId="77777777" w:rsidTr="00440493">
        <w:trPr>
          <w:cantSplit/>
        </w:trPr>
        <w:tc>
          <w:tcPr>
            <w:tcW w:w="5340" w:type="dxa"/>
            <w:tcBorders>
              <w:top w:val="single" w:sz="4" w:space="0" w:color="000000"/>
              <w:left w:val="single" w:sz="4" w:space="0" w:color="000000"/>
              <w:bottom w:val="single" w:sz="4" w:space="0" w:color="000000"/>
              <w:right w:val="single" w:sz="4" w:space="0" w:color="000000"/>
            </w:tcBorders>
            <w:shd w:val="clear" w:color="auto" w:fill="4A78C9"/>
            <w:tcMar>
              <w:top w:w="100" w:type="dxa"/>
              <w:left w:w="100" w:type="dxa"/>
              <w:bottom w:w="80" w:type="dxa"/>
              <w:right w:w="80" w:type="dxa"/>
            </w:tcMar>
            <w:vAlign w:val="center"/>
          </w:tcPr>
          <w:p w14:paraId="0AEDB9A8" w14:textId="77777777" w:rsidR="00F51880" w:rsidRDefault="005C6CFC">
            <w:pPr>
              <w:spacing w:after="0"/>
              <w:jc w:val="center"/>
            </w:pPr>
            <w:r>
              <w:rPr>
                <w:b/>
                <w:color w:val="FFFFFF"/>
                <w:sz w:val="40"/>
              </w:rPr>
              <w:t>KRIST KAO VRATA</w:t>
            </w:r>
          </w:p>
        </w:tc>
        <w:tc>
          <w:tcPr>
            <w:tcW w:w="5340" w:type="dxa"/>
            <w:tcBorders>
              <w:top w:val="single" w:sz="4" w:space="0" w:color="000000"/>
              <w:left w:val="single" w:sz="4" w:space="0" w:color="000000"/>
              <w:bottom w:val="single" w:sz="4" w:space="0" w:color="000000"/>
              <w:right w:val="single" w:sz="4" w:space="0" w:color="000000"/>
            </w:tcBorders>
            <w:shd w:val="clear" w:color="auto" w:fill="70AD47"/>
            <w:tcMar>
              <w:top w:w="100" w:type="dxa"/>
              <w:left w:w="100" w:type="dxa"/>
              <w:bottom w:w="80" w:type="dxa"/>
              <w:right w:w="80" w:type="dxa"/>
            </w:tcMar>
            <w:vAlign w:val="center"/>
          </w:tcPr>
          <w:p w14:paraId="5CF8132F" w14:textId="77777777" w:rsidR="00F51880" w:rsidRDefault="005C6CFC">
            <w:pPr>
              <w:spacing w:after="0"/>
              <w:jc w:val="center"/>
            </w:pPr>
            <w:r>
              <w:rPr>
                <w:b/>
                <w:color w:val="FFFFFF"/>
                <w:sz w:val="40"/>
              </w:rPr>
              <w:t>KRIST KAO DOBRI PASTIR</w:t>
            </w:r>
          </w:p>
        </w:tc>
      </w:tr>
      <w:tr w:rsidR="00440493" w14:paraId="7D2DE730" w14:textId="77777777" w:rsidTr="00440493">
        <w:trPr>
          <w:cantSplit/>
        </w:trPr>
        <w:tc>
          <w:tcPr>
            <w:tcW w:w="534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2B4B1765" w14:textId="720C3D39" w:rsidR="00440493" w:rsidRPr="0056070B" w:rsidRDefault="00440493" w:rsidP="00440493">
            <w:pPr>
              <w:spacing w:after="0"/>
              <w:rPr>
                <w:sz w:val="40"/>
                <w:szCs w:val="40"/>
              </w:rPr>
            </w:pPr>
            <w:r w:rsidRPr="0056070B">
              <w:rPr>
                <w:sz w:val="40"/>
                <w:szCs w:val="40"/>
              </w:rPr>
              <w:t xml:space="preserve">Što slika govori: </w:t>
            </w:r>
            <w:r w:rsidRPr="0056070B">
              <w:rPr>
                <w:sz w:val="28"/>
                <w:szCs w:val="28"/>
              </w:rPr>
              <w:t>_____________________________________</w:t>
            </w:r>
          </w:p>
        </w:tc>
        <w:tc>
          <w:tcPr>
            <w:tcW w:w="534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80" w:type="dxa"/>
              <w:right w:w="80" w:type="dxa"/>
            </w:tcMar>
            <w:vAlign w:val="center"/>
          </w:tcPr>
          <w:p w14:paraId="05071E9C" w14:textId="5A95A021" w:rsidR="00440493" w:rsidRPr="0056070B" w:rsidRDefault="00440493" w:rsidP="00440493">
            <w:pPr>
              <w:spacing w:after="0"/>
              <w:rPr>
                <w:sz w:val="40"/>
                <w:szCs w:val="40"/>
              </w:rPr>
            </w:pPr>
            <w:r w:rsidRPr="0056070B">
              <w:rPr>
                <w:sz w:val="40"/>
                <w:szCs w:val="40"/>
              </w:rPr>
              <w:t xml:space="preserve">Što slika govori: </w:t>
            </w:r>
            <w:r w:rsidRPr="0056070B">
              <w:rPr>
                <w:sz w:val="28"/>
                <w:szCs w:val="28"/>
              </w:rPr>
              <w:t>_____________________________________</w:t>
            </w:r>
          </w:p>
        </w:tc>
      </w:tr>
      <w:tr w:rsidR="00440493" w14:paraId="666A6AE9" w14:textId="77777777" w:rsidTr="00440493">
        <w:trPr>
          <w:cantSplit/>
        </w:trPr>
        <w:tc>
          <w:tcPr>
            <w:tcW w:w="5340"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650B1632" w14:textId="03DD2EDE" w:rsidR="00440493" w:rsidRDefault="00440493" w:rsidP="00440493">
            <w:pPr>
              <w:spacing w:after="0"/>
            </w:pPr>
            <w:r w:rsidRPr="00440493">
              <w:rPr>
                <w:sz w:val="40"/>
                <w:szCs w:val="40"/>
              </w:rPr>
              <w:t xml:space="preserve">Poruka za Crkvu: </w:t>
            </w:r>
            <w:r w:rsidRPr="0056070B">
              <w:rPr>
                <w:sz w:val="28"/>
                <w:szCs w:val="28"/>
              </w:rPr>
              <w:t>_____________________________________</w:t>
            </w:r>
          </w:p>
        </w:tc>
        <w:tc>
          <w:tcPr>
            <w:tcW w:w="5340"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00" w:type="dxa"/>
              <w:bottom w:w="80" w:type="dxa"/>
              <w:right w:w="80" w:type="dxa"/>
            </w:tcMar>
            <w:vAlign w:val="center"/>
          </w:tcPr>
          <w:p w14:paraId="755F5C72" w14:textId="59074DD6" w:rsidR="00440493" w:rsidRDefault="00440493" w:rsidP="00440493">
            <w:pPr>
              <w:spacing w:after="0"/>
            </w:pPr>
            <w:r w:rsidRPr="00440493">
              <w:rPr>
                <w:sz w:val="40"/>
                <w:szCs w:val="40"/>
              </w:rPr>
              <w:t xml:space="preserve">Poruka za Crkvu: </w:t>
            </w:r>
            <w:r w:rsidRPr="0056070B">
              <w:rPr>
                <w:sz w:val="28"/>
                <w:szCs w:val="28"/>
              </w:rPr>
              <w:t>_____________________________________</w:t>
            </w:r>
          </w:p>
        </w:tc>
      </w:tr>
    </w:tbl>
    <w:p w14:paraId="1B946342" w14:textId="77777777" w:rsidR="00D1095B" w:rsidRDefault="002509D4">
      <w:pPr>
        <w:keepNext/>
        <w:spacing w:before="100" w:after="40"/>
      </w:pPr>
      <w:r>
        <w:rPr>
          <w:b/>
          <w:color w:val="C65F00"/>
        </w:rPr>
        <w:t>Aktivnost 11: Tko čini Crkvu?</w:t>
      </w:r>
      <w:r>
        <w:rPr>
          <w:i/>
          <w:color w:val="6B6B6B"/>
          <w:sz w:val="20"/>
        </w:rPr>
        <w:t xml:space="preserve"> (rad u paru i razgovor, 6 minuta)</w:t>
      </w:r>
    </w:p>
    <w:p w14:paraId="26B0A30F" w14:textId="77777777" w:rsidR="00D1095B" w:rsidRDefault="002509D4">
      <w:pPr>
        <w:spacing w:after="0"/>
        <w:jc w:val="both"/>
      </w:pPr>
      <w:r>
        <w:t>Rad u paru. Učenici će odgovoriti na pitanje uz umjetničko djelo na desnom rubu str. 27: „Tko čini Crkvu?“ Zatim iz glavnog teksta biraju tri različite osobe ili službe i objašnjavaju kako svaka može služiti dobru cijele zajednice.</w:t>
      </w:r>
    </w:p>
    <w:p w14:paraId="616C463F" w14:textId="77777777" w:rsidR="00440493" w:rsidRDefault="00440493">
      <w:pPr>
        <w:spacing w:after="0"/>
        <w:jc w:val="both"/>
      </w:pPr>
      <w:r>
        <w:t>Razgovor:</w:t>
      </w:r>
    </w:p>
    <w:p w14:paraId="11CFC9E3" w14:textId="77777777" w:rsidR="00D1095B" w:rsidRDefault="002509D4" w:rsidP="00440493">
      <w:pPr>
        <w:pStyle w:val="Odlomakpopisa"/>
        <w:numPr>
          <w:ilvl w:val="0"/>
          <w:numId w:val="41"/>
        </w:numPr>
        <w:spacing w:after="20"/>
      </w:pPr>
      <w:r>
        <w:t xml:space="preserve">Je li Crkva samo svećenik ili samo narod? </w:t>
      </w:r>
      <w:r w:rsidRPr="00440493">
        <w:rPr>
          <w:color w:val="6B6B6B"/>
          <w:sz w:val="18"/>
        </w:rPr>
        <w:t>(Ne; Crkvu čine različiti članovi s različitim darovima, službama i poslanjima.)</w:t>
      </w:r>
    </w:p>
    <w:p w14:paraId="6B80CBA0" w14:textId="77777777" w:rsidR="00D1095B" w:rsidRDefault="002509D4" w:rsidP="00440493">
      <w:pPr>
        <w:pStyle w:val="Odlomakpopisa"/>
        <w:numPr>
          <w:ilvl w:val="0"/>
          <w:numId w:val="41"/>
        </w:numPr>
        <w:spacing w:after="20"/>
      </w:pPr>
      <w:r>
        <w:t xml:space="preserve">Što znači da svatko može nešto darovati i od drugih primiti? </w:t>
      </w:r>
      <w:r w:rsidRPr="00440493">
        <w:rPr>
          <w:color w:val="6B6B6B"/>
          <w:sz w:val="18"/>
        </w:rPr>
        <w:t>(Zajednica se gradi uzajamnošću; svatko služi, ali svatko također treba druge.)</w:t>
      </w:r>
    </w:p>
    <w:p w14:paraId="4710A1E0" w14:textId="77777777" w:rsidR="00D1095B" w:rsidRDefault="002509D4">
      <w:pPr>
        <w:keepNext/>
        <w:spacing w:before="100" w:after="40"/>
      </w:pPr>
      <w:r>
        <w:rPr>
          <w:b/>
          <w:color w:val="C96A00"/>
          <w:sz w:val="26"/>
        </w:rPr>
        <w:t>Aktivnost 12: Darovi, službe, tijelo, Duh</w:t>
      </w:r>
      <w:r>
        <w:rPr>
          <w:i/>
          <w:color w:val="6B6B6B"/>
          <w:sz w:val="20"/>
        </w:rPr>
        <w:t xml:space="preserve"> (rad u skupinama, 6 minuta)</w:t>
      </w:r>
    </w:p>
    <w:p w14:paraId="641EE5D0" w14:textId="77777777" w:rsidR="00D1095B" w:rsidRDefault="002509D4">
      <w:pPr>
        <w:spacing w:after="0"/>
        <w:jc w:val="both"/>
      </w:pPr>
      <w:r>
        <w:rPr>
          <w:color w:val="000000"/>
        </w:rPr>
        <w:t>Rad u skupinama. Učenici će povezati riječi DAR – SLUŽBA – KRISTOVO TIJELO – DUH SVETI jednom kratkom rečenicom između svakoga para. Skupina zatim čita jednu najvažniju vezu.</w:t>
      </w:r>
    </w:p>
    <w:p w14:paraId="10635BCB" w14:textId="77777777" w:rsidR="00D1095B" w:rsidRPr="00C7114A" w:rsidRDefault="002509D4">
      <w:pPr>
        <w:spacing w:after="0"/>
        <w:jc w:val="both"/>
        <w:rPr>
          <w:i/>
          <w:color w:val="6B6B6B"/>
          <w:sz w:val="20"/>
          <w:szCs w:val="20"/>
        </w:rPr>
      </w:pPr>
      <w:r w:rsidRPr="00C7114A">
        <w:rPr>
          <w:i/>
          <w:color w:val="6B6B6B"/>
          <w:sz w:val="20"/>
          <w:szCs w:val="20"/>
        </w:rPr>
        <w:t>Rješenje: Dar postaje služenje kada ga stavljamo na raspolaganje drugima; različite službe grade jedno Kristovo tijelo; Duh Sveti daje i povezuje darove; jedinstvo ne briše različitost.</w:t>
      </w:r>
    </w:p>
    <w:p w14:paraId="4EC53E8E" w14:textId="77777777" w:rsidR="00A86CE6" w:rsidRDefault="00A86CE6" w:rsidP="00440493"/>
    <w:p w14:paraId="434318CB" w14:textId="77777777" w:rsidR="00A86CE6" w:rsidRDefault="00A86CE6" w:rsidP="00A86CE6">
      <w:r>
        <w:t>Radni predložak:</w:t>
      </w:r>
    </w:p>
    <w:tbl>
      <w:tblPr>
        <w:tblStyle w:val="Reetkatablic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50"/>
        <w:gridCol w:w="2572"/>
        <w:gridCol w:w="2882"/>
        <w:gridCol w:w="2567"/>
      </w:tblGrid>
      <w:tr w:rsidR="00D1095B" w14:paraId="5B028EDB" w14:textId="77777777" w:rsidTr="004C1656">
        <w:trPr>
          <w:cantSplit/>
          <w:jc w:val="center"/>
        </w:trPr>
        <w:tc>
          <w:tcPr>
            <w:tcW w:w="2650" w:type="dxa"/>
            <w:tcBorders>
              <w:top w:val="single" w:sz="4" w:space="0" w:color="000000"/>
              <w:left w:val="single" w:sz="4" w:space="0" w:color="000000"/>
              <w:bottom w:val="single" w:sz="4" w:space="0" w:color="000000"/>
              <w:right w:val="single" w:sz="4" w:space="0" w:color="000000"/>
            </w:tcBorders>
            <w:shd w:val="clear" w:color="auto" w:fill="4472C4"/>
            <w:tcMar>
              <w:top w:w="90" w:type="dxa"/>
              <w:left w:w="90" w:type="dxa"/>
              <w:bottom w:w="90" w:type="dxa"/>
              <w:right w:w="90" w:type="dxa"/>
            </w:tcMar>
            <w:vAlign w:val="center"/>
          </w:tcPr>
          <w:p w14:paraId="001AF6FF" w14:textId="77777777" w:rsidR="00D1095B" w:rsidRPr="00E14E26" w:rsidRDefault="002509D4">
            <w:pPr>
              <w:spacing w:after="0"/>
              <w:jc w:val="center"/>
              <w:rPr>
                <w:sz w:val="40"/>
                <w:szCs w:val="40"/>
              </w:rPr>
            </w:pPr>
            <w:r w:rsidRPr="00E14E26">
              <w:rPr>
                <w:b/>
                <w:color w:val="FFFFFF"/>
                <w:sz w:val="40"/>
                <w:szCs w:val="40"/>
              </w:rPr>
              <w:t>DAR</w:t>
            </w:r>
          </w:p>
        </w:tc>
        <w:tc>
          <w:tcPr>
            <w:tcW w:w="2572" w:type="dxa"/>
            <w:tcBorders>
              <w:top w:val="single" w:sz="4" w:space="0" w:color="000000"/>
              <w:left w:val="single" w:sz="4" w:space="0" w:color="000000"/>
              <w:bottom w:val="single" w:sz="4" w:space="0" w:color="000000"/>
              <w:right w:val="single" w:sz="4" w:space="0" w:color="000000"/>
            </w:tcBorders>
            <w:shd w:val="clear" w:color="auto" w:fill="ED7D31"/>
            <w:tcMar>
              <w:top w:w="90" w:type="dxa"/>
              <w:left w:w="90" w:type="dxa"/>
              <w:bottom w:w="90" w:type="dxa"/>
              <w:right w:w="90" w:type="dxa"/>
            </w:tcMar>
            <w:vAlign w:val="center"/>
          </w:tcPr>
          <w:p w14:paraId="2582408C" w14:textId="77777777" w:rsidR="00D1095B" w:rsidRPr="00E14E26" w:rsidRDefault="002509D4">
            <w:pPr>
              <w:spacing w:after="0"/>
              <w:jc w:val="center"/>
              <w:rPr>
                <w:sz w:val="40"/>
                <w:szCs w:val="40"/>
              </w:rPr>
            </w:pPr>
            <w:r w:rsidRPr="00E14E26">
              <w:rPr>
                <w:b/>
                <w:color w:val="FFFFFF"/>
                <w:sz w:val="40"/>
                <w:szCs w:val="40"/>
              </w:rPr>
              <w:t>SLUŽBA</w:t>
            </w:r>
          </w:p>
        </w:tc>
        <w:tc>
          <w:tcPr>
            <w:tcW w:w="2882" w:type="dxa"/>
            <w:tcBorders>
              <w:top w:val="single" w:sz="4" w:space="0" w:color="000000"/>
              <w:left w:val="single" w:sz="4" w:space="0" w:color="000000"/>
              <w:bottom w:val="single" w:sz="4" w:space="0" w:color="000000"/>
              <w:right w:val="single" w:sz="4" w:space="0" w:color="000000"/>
            </w:tcBorders>
            <w:shd w:val="clear" w:color="auto" w:fill="70AD47"/>
            <w:tcMar>
              <w:top w:w="90" w:type="dxa"/>
              <w:left w:w="90" w:type="dxa"/>
              <w:bottom w:w="90" w:type="dxa"/>
              <w:right w:w="90" w:type="dxa"/>
            </w:tcMar>
            <w:vAlign w:val="center"/>
          </w:tcPr>
          <w:p w14:paraId="10F2FF46" w14:textId="77777777" w:rsidR="00D1095B" w:rsidRPr="00E14E26" w:rsidRDefault="002509D4">
            <w:pPr>
              <w:spacing w:after="0"/>
              <w:jc w:val="center"/>
              <w:rPr>
                <w:sz w:val="40"/>
                <w:szCs w:val="40"/>
              </w:rPr>
            </w:pPr>
            <w:r w:rsidRPr="00E14E26">
              <w:rPr>
                <w:b/>
                <w:color w:val="FFFFFF"/>
                <w:sz w:val="40"/>
                <w:szCs w:val="40"/>
              </w:rPr>
              <w:t>KRISTOVO TIJELO</w:t>
            </w:r>
          </w:p>
        </w:tc>
        <w:tc>
          <w:tcPr>
            <w:tcW w:w="2567" w:type="dxa"/>
            <w:tcBorders>
              <w:top w:val="single" w:sz="4" w:space="0" w:color="000000"/>
              <w:left w:val="single" w:sz="4" w:space="0" w:color="000000"/>
              <w:bottom w:val="single" w:sz="4" w:space="0" w:color="000000"/>
              <w:right w:val="single" w:sz="4" w:space="0" w:color="000000"/>
            </w:tcBorders>
            <w:shd w:val="clear" w:color="auto" w:fill="7030A0"/>
            <w:tcMar>
              <w:top w:w="90" w:type="dxa"/>
              <w:left w:w="90" w:type="dxa"/>
              <w:bottom w:w="90" w:type="dxa"/>
              <w:right w:w="90" w:type="dxa"/>
            </w:tcMar>
            <w:vAlign w:val="center"/>
          </w:tcPr>
          <w:p w14:paraId="5537DC12" w14:textId="77777777" w:rsidR="00D1095B" w:rsidRPr="00E14E26" w:rsidRDefault="002509D4">
            <w:pPr>
              <w:spacing w:after="0"/>
              <w:jc w:val="center"/>
              <w:rPr>
                <w:sz w:val="40"/>
                <w:szCs w:val="40"/>
              </w:rPr>
            </w:pPr>
            <w:r w:rsidRPr="00E14E26">
              <w:rPr>
                <w:b/>
                <w:color w:val="FFFFFF"/>
                <w:sz w:val="40"/>
                <w:szCs w:val="40"/>
              </w:rPr>
              <w:t>DUH SVETI</w:t>
            </w:r>
          </w:p>
        </w:tc>
      </w:tr>
      <w:tr w:rsidR="004C1656" w14:paraId="39D10ABD" w14:textId="77777777" w:rsidTr="004C1656">
        <w:trPr>
          <w:cantSplit/>
          <w:jc w:val="center"/>
        </w:trPr>
        <w:tc>
          <w:tcPr>
            <w:tcW w:w="265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0C2F4C1E" w14:textId="77777777" w:rsidR="004C1656" w:rsidRDefault="004C1656" w:rsidP="004C1656">
            <w:pPr>
              <w:spacing w:after="0"/>
              <w:jc w:val="center"/>
            </w:pPr>
            <w:r>
              <w:rPr>
                <w:color w:val="000000"/>
                <w:sz w:val="30"/>
              </w:rPr>
              <w:t>_______________</w:t>
            </w:r>
          </w:p>
        </w:tc>
        <w:tc>
          <w:tcPr>
            <w:tcW w:w="2572"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0D87C53D" w14:textId="77777777" w:rsidR="004C1656" w:rsidRDefault="004C1656" w:rsidP="004C1656">
            <w:pPr>
              <w:spacing w:after="0"/>
              <w:jc w:val="center"/>
            </w:pPr>
            <w:r>
              <w:rPr>
                <w:color w:val="000000"/>
                <w:sz w:val="30"/>
              </w:rPr>
              <w:t>_______________</w:t>
            </w:r>
          </w:p>
        </w:tc>
        <w:tc>
          <w:tcPr>
            <w:tcW w:w="2882"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2CA65A53" w14:textId="77777777" w:rsidR="004C1656" w:rsidRDefault="004C1656" w:rsidP="004C1656">
            <w:pPr>
              <w:spacing w:after="0"/>
              <w:jc w:val="center"/>
            </w:pPr>
            <w:r>
              <w:rPr>
                <w:color w:val="000000"/>
                <w:sz w:val="30"/>
              </w:rPr>
              <w:t>_______________</w:t>
            </w:r>
          </w:p>
        </w:tc>
        <w:tc>
          <w:tcPr>
            <w:tcW w:w="256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04E3FF98" w14:textId="77777777" w:rsidR="004C1656" w:rsidRDefault="004C1656" w:rsidP="004C1656">
            <w:pPr>
              <w:spacing w:after="0"/>
              <w:jc w:val="center"/>
            </w:pPr>
            <w:r>
              <w:rPr>
                <w:color w:val="000000"/>
                <w:sz w:val="30"/>
              </w:rPr>
              <w:t>_______________</w:t>
            </w:r>
          </w:p>
        </w:tc>
      </w:tr>
    </w:tbl>
    <w:p w14:paraId="2395C80F" w14:textId="7C8DF4C4" w:rsidR="00D1095B" w:rsidRDefault="002509D4">
      <w:pPr>
        <w:keepNext/>
        <w:spacing w:before="100" w:after="40"/>
      </w:pPr>
      <w:r>
        <w:rPr>
          <w:b/>
          <w:color w:val="C96A00"/>
          <w:sz w:val="26"/>
        </w:rPr>
        <w:t xml:space="preserve">Aktivnost 13: Učimo </w:t>
      </w:r>
      <w:r w:rsidR="00B864AD">
        <w:rPr>
          <w:b/>
          <w:color w:val="C96A00"/>
          <w:sz w:val="26"/>
        </w:rPr>
        <w:t>iz</w:t>
      </w:r>
      <w:r>
        <w:rPr>
          <w:b/>
          <w:color w:val="C96A00"/>
          <w:sz w:val="26"/>
        </w:rPr>
        <w:t xml:space="preserve"> umjetnosti – „Sveta noć“</w:t>
      </w:r>
      <w:r>
        <w:rPr>
          <w:i/>
          <w:color w:val="6B6B6B"/>
          <w:sz w:val="20"/>
        </w:rPr>
        <w:t xml:space="preserve"> (individualni rad – promatranje i crtanje, 8 minuta)</w:t>
      </w:r>
    </w:p>
    <w:p w14:paraId="4428A14B" w14:textId="77777777" w:rsidR="00D1095B" w:rsidRDefault="002509D4">
      <w:pPr>
        <w:spacing w:after="0"/>
        <w:jc w:val="both"/>
        <w:rPr>
          <w:color w:val="000000"/>
        </w:rPr>
      </w:pPr>
      <w:r>
        <w:rPr>
          <w:color w:val="000000"/>
        </w:rPr>
        <w:t>Učenici će promotriti djelo Ane Marije Botteri „Sveta noć“. Najprije opisuju boje, svjetlo, prostor i položaj ljudskoga lika, a zatim u predložak upisuju što vide, što osjećaju i kako bi slika mogla govoriti o Crkvi kao zajednici koja u Kristu traži i nosi svjetlo.</w:t>
      </w:r>
    </w:p>
    <w:p w14:paraId="6AA86B4E" w14:textId="77777777" w:rsidR="00371C62" w:rsidRDefault="00371C62">
      <w:pPr>
        <w:spacing w:after="0"/>
        <w:jc w:val="both"/>
        <w:rPr>
          <w:color w:val="000000"/>
        </w:rPr>
      </w:pPr>
    </w:p>
    <w:p w14:paraId="3BAC1906" w14:textId="77777777" w:rsidR="00371C62" w:rsidRDefault="00371C62" w:rsidP="00371C62">
      <w:pPr>
        <w:spacing w:after="0"/>
        <w:jc w:val="both"/>
        <w:rPr>
          <w:b/>
          <w:bCs/>
        </w:rPr>
      </w:pPr>
      <w:r w:rsidRPr="00B864AD">
        <w:rPr>
          <w:b/>
          <w:bCs/>
        </w:rPr>
        <w:t>Informativno o umjetniku:</w:t>
      </w:r>
    </w:p>
    <w:p w14:paraId="5448C283" w14:textId="77777777" w:rsidR="00371C62" w:rsidRPr="00B864AD" w:rsidRDefault="00371C62" w:rsidP="00371C62">
      <w:pPr>
        <w:spacing w:after="0"/>
        <w:jc w:val="both"/>
      </w:pPr>
      <w:r w:rsidRPr="00B864AD">
        <w:rPr>
          <w:color w:val="0070C0"/>
        </w:rPr>
        <w:t>Ana Marija Botteri</w:t>
      </w:r>
      <w:r w:rsidRPr="00B864AD">
        <w:t xml:space="preserve"> (1971.) hrvatska je akademska slikarica iz Splita. U svojim djelima često se služi snažnim bojama, a radi u tehnikama akrilika, pastela, mozaika i vitraja. Kći je poznatoga hrvatskog slikara Josipa Botterija Dinija.</w:t>
      </w:r>
    </w:p>
    <w:p w14:paraId="02A62A29" w14:textId="77777777" w:rsidR="00371C62" w:rsidRDefault="00371C62">
      <w:pPr>
        <w:spacing w:after="0"/>
        <w:jc w:val="both"/>
      </w:pPr>
    </w:p>
    <w:p w14:paraId="65C09CC6" w14:textId="77777777" w:rsidR="00D1095B" w:rsidRDefault="00A86CE6">
      <w:pPr>
        <w:keepNext/>
        <w:spacing w:before="220" w:after="0"/>
      </w:pPr>
      <w:r>
        <w:t>Radni predložak:</w:t>
      </w:r>
    </w:p>
    <w:p w14:paraId="294B52AA" w14:textId="3656935B" w:rsidR="00D1095B" w:rsidRDefault="00371C62">
      <w:pPr>
        <w:spacing w:before="220" w:after="0"/>
        <w:jc w:val="center"/>
      </w:pPr>
      <w:r w:rsidRPr="00371C62">
        <w:rPr>
          <w:noProof/>
        </w:rPr>
        <w:drawing>
          <wp:inline distT="0" distB="0" distL="0" distR="0" wp14:anchorId="325FD7C3" wp14:editId="28446478">
            <wp:extent cx="5756400" cy="3240000"/>
            <wp:effectExtent l="0" t="0" r="0" b="0"/>
            <wp:docPr id="18205046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504662" name=""/>
                    <pic:cNvPicPr/>
                  </pic:nvPicPr>
                  <pic:blipFill>
                    <a:blip r:embed="rId10"/>
                    <a:stretch>
                      <a:fillRect/>
                    </a:stretch>
                  </pic:blipFill>
                  <pic:spPr>
                    <a:xfrm>
                      <a:off x="0" y="0"/>
                      <a:ext cx="5756400" cy="3240000"/>
                    </a:xfrm>
                    <a:prstGeom prst="rect">
                      <a:avLst/>
                    </a:prstGeom>
                  </pic:spPr>
                </pic:pic>
              </a:graphicData>
            </a:graphic>
          </wp:inline>
        </w:drawing>
      </w:r>
    </w:p>
    <w:p w14:paraId="49AF0B77" w14:textId="77777777" w:rsidR="00D1095B" w:rsidRDefault="002509D4">
      <w:pPr>
        <w:keepNext/>
        <w:spacing w:before="220" w:after="0"/>
      </w:pPr>
      <w:r>
        <w:rPr>
          <w:i/>
          <w:color w:val="6B6B6B"/>
          <w:sz w:val="21"/>
        </w:rPr>
        <w:t>Mogući primjer rješenja:</w:t>
      </w:r>
    </w:p>
    <w:p w14:paraId="5B57A78D" w14:textId="6784A1B1" w:rsidR="00D1095B" w:rsidRDefault="00371C62">
      <w:pPr>
        <w:spacing w:before="220" w:after="0"/>
        <w:jc w:val="center"/>
      </w:pPr>
      <w:r w:rsidRPr="00371C62">
        <w:rPr>
          <w:noProof/>
        </w:rPr>
        <w:drawing>
          <wp:inline distT="0" distB="0" distL="0" distR="0" wp14:anchorId="663BE89A" wp14:editId="6E73B864">
            <wp:extent cx="5756400" cy="3240000"/>
            <wp:effectExtent l="0" t="0" r="0" b="0"/>
            <wp:docPr id="181507768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77683" name=""/>
                    <pic:cNvPicPr/>
                  </pic:nvPicPr>
                  <pic:blipFill>
                    <a:blip r:embed="rId11"/>
                    <a:stretch>
                      <a:fillRect/>
                    </a:stretch>
                  </pic:blipFill>
                  <pic:spPr>
                    <a:xfrm>
                      <a:off x="0" y="0"/>
                      <a:ext cx="5756400" cy="3240000"/>
                    </a:xfrm>
                    <a:prstGeom prst="rect">
                      <a:avLst/>
                    </a:prstGeom>
                  </pic:spPr>
                </pic:pic>
              </a:graphicData>
            </a:graphic>
          </wp:inline>
        </w:drawing>
      </w:r>
    </w:p>
    <w:p w14:paraId="4CC3A576" w14:textId="77777777" w:rsidR="00D1095B" w:rsidRDefault="002509D4">
      <w:pPr>
        <w:keepNext/>
        <w:spacing w:before="100" w:after="40"/>
      </w:pPr>
      <w:r>
        <w:rPr>
          <w:b/>
          <w:color w:val="C96A00"/>
          <w:sz w:val="26"/>
        </w:rPr>
        <w:t>Aktivnost 14: Šest biblijskih slika – nacrtaj i protumači</w:t>
      </w:r>
      <w:r>
        <w:rPr>
          <w:i/>
          <w:color w:val="6B6B6B"/>
          <w:sz w:val="20"/>
        </w:rPr>
        <w:t xml:space="preserve"> (individualni rad – crtanje bojicama, 8 minuta)</w:t>
      </w:r>
    </w:p>
    <w:p w14:paraId="08AF8686" w14:textId="77777777" w:rsidR="00D1095B" w:rsidRDefault="002509D4">
      <w:pPr>
        <w:spacing w:after="0"/>
        <w:jc w:val="both"/>
      </w:pPr>
      <w:r>
        <w:rPr>
          <w:color w:val="000000"/>
        </w:rPr>
        <w:t>Učenici će odabrati jednu od šest biblijskih slika Crkve, nacrtati jednostavan simbol i ispod njega napisati jednu rečenicu koja objašnjava poruku. Tko završi ranije, može dodati još jednu sliku i usporediti poruke.</w:t>
      </w:r>
    </w:p>
    <w:p w14:paraId="50C8704F" w14:textId="77777777" w:rsidR="00D1095B" w:rsidRDefault="00A86CE6">
      <w:pPr>
        <w:keepNext/>
        <w:spacing w:before="220" w:after="0"/>
      </w:pPr>
      <w:r>
        <w:t>Radni predložak:</w:t>
      </w:r>
    </w:p>
    <w:p w14:paraId="3489784B" w14:textId="401EABF9" w:rsidR="00D1095B" w:rsidRDefault="00CB06F3">
      <w:pPr>
        <w:spacing w:before="220" w:after="0"/>
        <w:jc w:val="center"/>
      </w:pPr>
      <w:r w:rsidRPr="00CB06F3">
        <w:rPr>
          <w:noProof/>
        </w:rPr>
        <w:drawing>
          <wp:inline distT="0" distB="0" distL="0" distR="0" wp14:anchorId="73B84B77" wp14:editId="1BBD9C91">
            <wp:extent cx="6030000" cy="3240000"/>
            <wp:effectExtent l="0" t="0" r="8890" b="0"/>
            <wp:docPr id="143933532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5326" name=""/>
                    <pic:cNvPicPr/>
                  </pic:nvPicPr>
                  <pic:blipFill rotWithShape="1">
                    <a:blip r:embed="rId12"/>
                    <a:srcRect b="4509"/>
                    <a:stretch>
                      <a:fillRect/>
                    </a:stretch>
                  </pic:blipFill>
                  <pic:spPr bwMode="auto">
                    <a:xfrm>
                      <a:off x="0" y="0"/>
                      <a:ext cx="6030000" cy="3240000"/>
                    </a:xfrm>
                    <a:prstGeom prst="rect">
                      <a:avLst/>
                    </a:prstGeom>
                    <a:ln>
                      <a:noFill/>
                    </a:ln>
                    <a:extLst>
                      <a:ext uri="{53640926-AAD7-44D8-BBD7-CCE9431645EC}">
                        <a14:shadowObscured xmlns:a14="http://schemas.microsoft.com/office/drawing/2010/main"/>
                      </a:ext>
                    </a:extLst>
                  </pic:spPr>
                </pic:pic>
              </a:graphicData>
            </a:graphic>
          </wp:inline>
        </w:drawing>
      </w:r>
    </w:p>
    <w:p w14:paraId="18D896D0" w14:textId="77777777" w:rsidR="00D1095B" w:rsidRPr="00C7114A" w:rsidRDefault="002509D4">
      <w:pPr>
        <w:keepNext/>
        <w:spacing w:before="220" w:after="0"/>
      </w:pPr>
      <w:r w:rsidRPr="00C7114A">
        <w:rPr>
          <w:i/>
          <w:color w:val="6B6B6B"/>
        </w:rPr>
        <w:t>Mogući primjer rješenja:</w:t>
      </w:r>
    </w:p>
    <w:p w14:paraId="481E5A91" w14:textId="5B546922" w:rsidR="00D1095B" w:rsidRDefault="00CB06F3">
      <w:pPr>
        <w:spacing w:before="220" w:after="0"/>
        <w:jc w:val="center"/>
      </w:pPr>
      <w:r w:rsidRPr="00CB06F3">
        <w:rPr>
          <w:noProof/>
        </w:rPr>
        <w:drawing>
          <wp:inline distT="0" distB="0" distL="0" distR="0" wp14:anchorId="505215D7" wp14:editId="2E6D61C0">
            <wp:extent cx="5756400" cy="3240000"/>
            <wp:effectExtent l="0" t="0" r="0" b="0"/>
            <wp:docPr id="107061467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614676" name=""/>
                    <pic:cNvPicPr/>
                  </pic:nvPicPr>
                  <pic:blipFill>
                    <a:blip r:embed="rId13"/>
                    <a:stretch>
                      <a:fillRect/>
                    </a:stretch>
                  </pic:blipFill>
                  <pic:spPr>
                    <a:xfrm>
                      <a:off x="0" y="0"/>
                      <a:ext cx="5756400" cy="3240000"/>
                    </a:xfrm>
                    <a:prstGeom prst="rect">
                      <a:avLst/>
                    </a:prstGeom>
                  </pic:spPr>
                </pic:pic>
              </a:graphicData>
            </a:graphic>
          </wp:inline>
        </w:drawing>
      </w:r>
    </w:p>
    <w:p w14:paraId="4F853E92" w14:textId="0474B0AD" w:rsidR="00D1095B" w:rsidRDefault="002509D4">
      <w:pPr>
        <w:keepNext/>
        <w:spacing w:before="100" w:after="40"/>
      </w:pPr>
      <w:r>
        <w:rPr>
          <w:b/>
          <w:color w:val="C96A00"/>
          <w:sz w:val="26"/>
        </w:rPr>
        <w:t xml:space="preserve">Aktivnost 15: </w:t>
      </w:r>
      <w:r w:rsidR="00D55376">
        <w:rPr>
          <w:b/>
          <w:color w:val="C96A00"/>
          <w:sz w:val="26"/>
        </w:rPr>
        <w:t>Poučna priča</w:t>
      </w:r>
      <w:r>
        <w:rPr>
          <w:i/>
          <w:color w:val="6B6B6B"/>
          <w:sz w:val="20"/>
        </w:rPr>
        <w:t xml:space="preserve"> (individualni rad i razgovor, </w:t>
      </w:r>
      <w:r w:rsidR="00D55376">
        <w:rPr>
          <w:i/>
          <w:color w:val="6B6B6B"/>
          <w:sz w:val="20"/>
        </w:rPr>
        <w:t>7</w:t>
      </w:r>
      <w:r>
        <w:rPr>
          <w:i/>
          <w:color w:val="6B6B6B"/>
          <w:sz w:val="20"/>
        </w:rPr>
        <w:t xml:space="preserve"> minuta)</w:t>
      </w:r>
    </w:p>
    <w:p w14:paraId="45BE5555" w14:textId="347A92D2" w:rsidR="00D1095B" w:rsidRDefault="00D55376">
      <w:pPr>
        <w:spacing w:after="0"/>
        <w:jc w:val="both"/>
      </w:pPr>
      <w:r w:rsidRPr="00D55376">
        <w:rPr>
          <w:i/>
          <w:color w:val="000000"/>
        </w:rPr>
        <w:t>Vjeroučitelj će pročitati poučnu priču.</w:t>
      </w:r>
    </w:p>
    <w:p w14:paraId="2B1C952B" w14:textId="77777777" w:rsidR="00D55376" w:rsidRDefault="00D55376" w:rsidP="00D55376">
      <w:pPr>
        <w:spacing w:after="0"/>
      </w:pPr>
    </w:p>
    <w:p w14:paraId="31DC861B" w14:textId="39192FD4" w:rsidR="00D1095B" w:rsidRDefault="00D55376" w:rsidP="00D55376">
      <w:pPr>
        <w:spacing w:after="40"/>
      </w:pPr>
      <w:r w:rsidRPr="00D55376">
        <w:rPr>
          <w:b/>
          <w:color w:val="000000"/>
        </w:rPr>
        <w:t>Svatko je važan</w:t>
      </w:r>
    </w:p>
    <w:p w14:paraId="741186AF" w14:textId="435355B9" w:rsidR="00D1095B" w:rsidRDefault="00D55376">
      <w:pPr>
        <w:spacing w:after="0"/>
        <w:jc w:val="both"/>
      </w:pPr>
      <w:r w:rsidRPr="00D55376">
        <w:rPr>
          <w:color w:val="000000"/>
        </w:rPr>
        <w:t>Razred je pripremao priredbu. Svi su željeli biti voditelji jer im se činilo da je to najvažnija uloga. Nitko nije htio uređivati prostor, pripremati glazbu ni pomagati iza pozornice. Učiteljica ih je upitala: „Može li priredba uspjeti ako svi rade samo isto?“ Učenici su shvatili da ne može. Marta je lijepo crtala pa je izradila plakat, Ivan je pripremio glazbu, Ana je čitala tekst, a drugi su uredili prostor i dočekivali goste. Na kraju su vidjeli da je upravo različitost njihovih sposobnosti učinila priredbu uspješnom. Nitko nije bio nepotreban, iako nisu svi radili isti posao</w:t>
      </w:r>
      <w:r w:rsidR="002509D4">
        <w:rPr>
          <w:color w:val="000000"/>
        </w:rPr>
        <w:t>.</w:t>
      </w:r>
    </w:p>
    <w:p w14:paraId="5F68CF59" w14:textId="77777777" w:rsidR="00D1095B" w:rsidRDefault="002509D4">
      <w:pPr>
        <w:keepNext/>
        <w:spacing w:before="220" w:after="0"/>
      </w:pPr>
      <w:r>
        <w:rPr>
          <w:color w:val="000000"/>
        </w:rPr>
        <w:t>Razgovor:</w:t>
      </w:r>
    </w:p>
    <w:p w14:paraId="21F6FB58" w14:textId="2C9745C2" w:rsidR="00D55376" w:rsidRPr="00D55376" w:rsidRDefault="00D55376" w:rsidP="00D55376">
      <w:pPr>
        <w:pStyle w:val="Odlomakpopisa"/>
        <w:numPr>
          <w:ilvl w:val="0"/>
          <w:numId w:val="44"/>
        </w:numPr>
        <w:spacing w:before="60" w:after="0"/>
        <w:jc w:val="both"/>
      </w:pPr>
      <w:r>
        <w:t xml:space="preserve">Zašto priredba nije mogla uspjeti ako svi žele raditi isto? </w:t>
      </w:r>
      <w:r w:rsidRPr="00D55376">
        <w:rPr>
          <w:color w:val="808080" w:themeColor="background1" w:themeShade="80"/>
          <w:sz w:val="18"/>
          <w:szCs w:val="18"/>
        </w:rPr>
        <w:t>(Jer su za zajednički cilj potrebne različite sposobnosti i službe.)</w:t>
      </w:r>
    </w:p>
    <w:p w14:paraId="15514FFB" w14:textId="5CC18D3A" w:rsidR="00D55376" w:rsidRPr="00D55376" w:rsidRDefault="00D55376" w:rsidP="00D55376">
      <w:pPr>
        <w:pStyle w:val="Odlomakpopisa"/>
        <w:numPr>
          <w:ilvl w:val="0"/>
          <w:numId w:val="44"/>
        </w:numPr>
        <w:spacing w:before="60" w:after="0"/>
        <w:jc w:val="both"/>
      </w:pPr>
      <w:r>
        <w:t xml:space="preserve">Što su učenici otkrili o svojim darovima? </w:t>
      </w:r>
      <w:r w:rsidRPr="00D55376">
        <w:rPr>
          <w:color w:val="808080" w:themeColor="background1" w:themeShade="80"/>
          <w:sz w:val="18"/>
          <w:szCs w:val="18"/>
        </w:rPr>
        <w:t>(Da svatko ima nešto čime može pridonijeti zajednici.)</w:t>
      </w:r>
    </w:p>
    <w:p w14:paraId="5114A712" w14:textId="01FDEC0E" w:rsidR="004C1656" w:rsidRPr="00D55376" w:rsidRDefault="00D55376" w:rsidP="00D55376">
      <w:pPr>
        <w:pStyle w:val="Odlomakpopisa"/>
        <w:numPr>
          <w:ilvl w:val="0"/>
          <w:numId w:val="44"/>
        </w:numPr>
        <w:spacing w:before="60" w:after="0"/>
        <w:jc w:val="both"/>
      </w:pPr>
      <w:r>
        <w:t xml:space="preserve">Kako nas priča podsjeća na Crkvu kao Kristovo tijelo? </w:t>
      </w:r>
      <w:r w:rsidRPr="00D55376">
        <w:rPr>
          <w:color w:val="808080" w:themeColor="background1" w:themeShade="80"/>
          <w:sz w:val="18"/>
          <w:szCs w:val="18"/>
        </w:rPr>
        <w:t>(U Crkvi su ljudi različiti, ali svi pripadaju jednoj zajednici i potrebni su jedni drugima.)</w:t>
      </w:r>
    </w:p>
    <w:p w14:paraId="3BAA21E7" w14:textId="77777777" w:rsidR="00D55376" w:rsidRDefault="00D55376" w:rsidP="00D55376">
      <w:pPr>
        <w:spacing w:after="0"/>
        <w:jc w:val="both"/>
        <w:rPr>
          <w:b/>
          <w:color w:val="000000"/>
        </w:rPr>
      </w:pPr>
    </w:p>
    <w:p w14:paraId="205A501B" w14:textId="05557D07" w:rsidR="00D1095B" w:rsidRPr="00D55376" w:rsidRDefault="002509D4" w:rsidP="00D55376">
      <w:pPr>
        <w:spacing w:after="0"/>
        <w:jc w:val="both"/>
        <w:rPr>
          <w:bCs/>
        </w:rPr>
      </w:pPr>
      <w:r>
        <w:rPr>
          <w:b/>
          <w:color w:val="000000"/>
        </w:rPr>
        <w:t xml:space="preserve">Pouka: </w:t>
      </w:r>
      <w:r w:rsidRPr="00D55376">
        <w:rPr>
          <w:bCs/>
          <w:color w:val="000000"/>
        </w:rPr>
        <w:t>U Crkvi dar nije samo osobna sposobnost; on postaje poslanje kada ga stavljamo u službu Boga i ljudi.</w:t>
      </w:r>
    </w:p>
    <w:p w14:paraId="43BFEB3C" w14:textId="77777777" w:rsidR="00D1095B" w:rsidRDefault="002509D4">
      <w:pPr>
        <w:keepNext/>
        <w:spacing w:before="100" w:after="40"/>
      </w:pPr>
      <w:r>
        <w:rPr>
          <w:b/>
          <w:color w:val="C96A00"/>
          <w:sz w:val="26"/>
        </w:rPr>
        <w:t>Aktivnost 16: Zapišimo!</w:t>
      </w:r>
      <w:r>
        <w:rPr>
          <w:i/>
          <w:color w:val="6B6B6B"/>
          <w:sz w:val="20"/>
        </w:rPr>
        <w:t xml:space="preserve"> (individualni rad uz zajedničku provjeru, 7 minuta)</w:t>
      </w:r>
    </w:p>
    <w:p w14:paraId="34B024F4" w14:textId="77777777" w:rsidR="00D1095B" w:rsidRDefault="002509D4">
      <w:pPr>
        <w:spacing w:after="0"/>
        <w:jc w:val="both"/>
      </w:pPr>
      <w:r>
        <w:rPr>
          <w:color w:val="000000"/>
        </w:rPr>
        <w:t>Učenici će ispraviti četiri netočne rečenice tako da svaku preoblikuju u točnu. Vjeroučitelj će nakon rada pročitati ispravne formulacije, a učenici će usporediti svoje zapise.</w:t>
      </w:r>
    </w:p>
    <w:p w14:paraId="64867B68" w14:textId="77777777" w:rsidR="00D1095B" w:rsidRDefault="002509D4">
      <w:pPr>
        <w:spacing w:after="0"/>
        <w:jc w:val="both"/>
        <w:rPr>
          <w:i/>
          <w:color w:val="6B6B6B"/>
          <w:sz w:val="21"/>
        </w:rPr>
      </w:pPr>
      <w:r>
        <w:rPr>
          <w:i/>
          <w:color w:val="6B6B6B"/>
          <w:sz w:val="20"/>
        </w:rPr>
        <w:t>Rješenje: 1. Crkva je otajstvo i ne može se do kraja obuhvatiti razumom. 2. Biblijske slike pomažu razumjeti različite vidove Crkve. 3. U Crkvi postoje različiti darovi i službe, ali ih povezuje isti Duh. 4. Crkva je jedno Kristovo tijelo s mnogo različitih udova.</w:t>
      </w:r>
    </w:p>
    <w:p w14:paraId="16392BA9" w14:textId="77777777" w:rsidR="00A86CE6" w:rsidRDefault="00A86CE6">
      <w:pPr>
        <w:spacing w:after="0"/>
        <w:jc w:val="both"/>
      </w:pPr>
    </w:p>
    <w:p w14:paraId="2A4CB4EF" w14:textId="77777777" w:rsidR="00440493" w:rsidRDefault="00440493">
      <w:pPr>
        <w:spacing w:after="0"/>
        <w:jc w:val="both"/>
      </w:pPr>
    </w:p>
    <w:tbl>
      <w:tblPr>
        <w:tblW w:w="0" w:type="auto"/>
        <w:jc w:val="center"/>
        <w:tblBorders>
          <w:top w:val="single" w:sz="2" w:space="0" w:color="C96A00"/>
          <w:left w:val="single" w:sz="2" w:space="0" w:color="C96A00"/>
          <w:bottom w:val="single" w:sz="2" w:space="0" w:color="C96A00"/>
          <w:right w:val="single" w:sz="2" w:space="0" w:color="C96A00"/>
          <w:insideH w:val="single" w:sz="2" w:space="0" w:color="C96A00"/>
          <w:insideV w:val="single" w:sz="2" w:space="0" w:color="C96A00"/>
        </w:tblBorders>
        <w:tblLook w:val="04A0" w:firstRow="1" w:lastRow="0" w:firstColumn="1" w:lastColumn="0" w:noHBand="0" w:noVBand="1"/>
      </w:tblPr>
      <w:tblGrid>
        <w:gridCol w:w="10675"/>
      </w:tblGrid>
      <w:tr w:rsidR="00D1095B" w14:paraId="04FDD0A7" w14:textId="77777777" w:rsidTr="00A86CE6">
        <w:trPr>
          <w:cantSplit/>
          <w:jc w:val="center"/>
        </w:trPr>
        <w:tc>
          <w:tcPr>
            <w:tcW w:w="10681" w:type="dxa"/>
            <w:shd w:val="clear" w:color="auto" w:fill="FFF2CC"/>
            <w:tcMar>
              <w:top w:w="120" w:type="dxa"/>
              <w:left w:w="160" w:type="dxa"/>
              <w:bottom w:w="120" w:type="dxa"/>
              <w:right w:w="160" w:type="dxa"/>
            </w:tcMar>
          </w:tcPr>
          <w:p w14:paraId="5BC5F3B0" w14:textId="79482670" w:rsidR="00440493" w:rsidRDefault="00D55376" w:rsidP="00440493">
            <w:pPr>
              <w:spacing w:after="0"/>
              <w:jc w:val="center"/>
              <w:rPr>
                <w:b/>
                <w:color w:val="C96A00"/>
                <w:sz w:val="48"/>
                <w:szCs w:val="48"/>
              </w:rPr>
            </w:pPr>
            <w:r w:rsidRPr="00D55376">
              <w:rPr>
                <w:b/>
                <w:color w:val="C96A00"/>
                <w:sz w:val="48"/>
                <w:szCs w:val="48"/>
              </w:rPr>
              <w:t>ŠTO JE CRKVA?</w:t>
            </w:r>
            <w:r w:rsidR="00440493">
              <w:rPr>
                <w:b/>
                <w:color w:val="C96A00"/>
                <w:sz w:val="48"/>
                <w:szCs w:val="48"/>
              </w:rPr>
              <w:t xml:space="preserve"> – nastavak</w:t>
            </w:r>
          </w:p>
          <w:p w14:paraId="54228FFC" w14:textId="77777777" w:rsidR="00440493" w:rsidRDefault="00440493" w:rsidP="00440493">
            <w:pPr>
              <w:rPr>
                <w:b/>
              </w:rPr>
            </w:pPr>
          </w:p>
          <w:p w14:paraId="4CFAA9B6" w14:textId="77777777" w:rsidR="00440493" w:rsidRPr="00440493" w:rsidRDefault="00440493" w:rsidP="00440493">
            <w:pPr>
              <w:rPr>
                <w:color w:val="002060"/>
              </w:rPr>
            </w:pPr>
            <w:r w:rsidRPr="00440493">
              <w:rPr>
                <w:b/>
                <w:color w:val="002060"/>
              </w:rPr>
              <w:t>ISPRAVI SVAKU REČENICU TAKO DA POSTANE TOČNA!</w:t>
            </w:r>
          </w:p>
          <w:p w14:paraId="474D8BED" w14:textId="387899BF" w:rsidR="00F51880" w:rsidRDefault="005C6CFC">
            <w:r w:rsidRPr="00440493">
              <w:rPr>
                <w:b/>
              </w:rPr>
              <w:br/>
            </w:r>
            <w:r w:rsidRPr="00440493">
              <w:rPr>
                <w:sz w:val="48"/>
                <w:szCs w:val="48"/>
              </w:rPr>
              <w:t>1. Crkvu možemo do kraja objasniti jednom definicijom.</w:t>
            </w:r>
            <w:r w:rsidRPr="00440493">
              <w:rPr>
                <w:sz w:val="48"/>
                <w:szCs w:val="48"/>
              </w:rPr>
              <w:br/>
              <w:t>2. Sve biblijske slike Crkve govore potpuno istu stvar.</w:t>
            </w:r>
            <w:r w:rsidRPr="00440493">
              <w:rPr>
                <w:sz w:val="48"/>
                <w:szCs w:val="48"/>
              </w:rPr>
              <w:br/>
              <w:t>3. U Crkvi svi moraju imati isti dar i istu službu.</w:t>
            </w:r>
            <w:r w:rsidRPr="00440493">
              <w:rPr>
                <w:sz w:val="48"/>
                <w:szCs w:val="48"/>
              </w:rPr>
              <w:br/>
              <w:t>4. Kristovo tijelo ima samo jedan važan ud.</w:t>
            </w:r>
          </w:p>
        </w:tc>
      </w:tr>
    </w:tbl>
    <w:p w14:paraId="183A4A12" w14:textId="77777777" w:rsidR="00D1095B" w:rsidRDefault="002509D4">
      <w:pPr>
        <w:keepNext/>
        <w:spacing w:before="100" w:after="40"/>
      </w:pPr>
      <w:r>
        <w:rPr>
          <w:b/>
          <w:color w:val="C96A00"/>
          <w:sz w:val="26"/>
        </w:rPr>
        <w:t>Aktivnost 17: Radna bilježnica</w:t>
      </w:r>
      <w:r>
        <w:rPr>
          <w:i/>
          <w:color w:val="6B6B6B"/>
          <w:sz w:val="20"/>
        </w:rPr>
        <w:t xml:space="preserve"> (individualni rad uz zajedničku provjeru, približno 8 minuta)</w:t>
      </w:r>
    </w:p>
    <w:p w14:paraId="0F385F3F" w14:textId="77777777" w:rsidR="00D1095B" w:rsidRDefault="002509D4">
      <w:pPr>
        <w:spacing w:after="0"/>
        <w:jc w:val="both"/>
      </w:pPr>
      <w:r>
        <w:rPr>
          <w:color w:val="000000"/>
        </w:rPr>
        <w:t>Učenici će uz pomoć vjeroučitelja rješavati RB, str. 41 (mogu biti i odabrani zadatci po želji). Nakon rješavanja usporedit će odgovore i ispraviti netočnosti.</w:t>
      </w:r>
    </w:p>
    <w:p w14:paraId="00AAAB0A" w14:textId="77777777" w:rsidR="00D1095B" w:rsidRDefault="002509D4">
      <w:pPr>
        <w:keepNext/>
        <w:spacing w:before="100" w:after="40"/>
      </w:pPr>
      <w:r>
        <w:rPr>
          <w:b/>
          <w:color w:val="C96A00"/>
          <w:sz w:val="26"/>
        </w:rPr>
        <w:t>Aktivnost 18: Formativna provjera</w:t>
      </w:r>
      <w:r>
        <w:rPr>
          <w:i/>
          <w:color w:val="6B6B6B"/>
          <w:sz w:val="20"/>
        </w:rPr>
        <w:t xml:space="preserve"> (frontalni rad i individualni odgovor, 5 minuta)</w:t>
      </w:r>
    </w:p>
    <w:p w14:paraId="2E70461F" w14:textId="77777777" w:rsidR="00D1095B" w:rsidRDefault="002509D4">
      <w:pPr>
        <w:spacing w:after="0"/>
        <w:jc w:val="both"/>
      </w:pPr>
      <w:r>
        <w:rPr>
          <w:color w:val="000000"/>
        </w:rPr>
        <w:t>Vjeroučitelj će pročitati pet tvrdnji. Učenici će pokazati A ako je tvrdnja točna ili B ako je netočna. Nakon netočne tvrdnje vjeroučitelj proziva učenika koji je treba ispraviti.</w:t>
      </w:r>
    </w:p>
    <w:p w14:paraId="243EE28A" w14:textId="77777777" w:rsidR="00D1095B" w:rsidRDefault="002509D4" w:rsidP="00440493">
      <w:pPr>
        <w:pStyle w:val="Odlomakpopisa"/>
        <w:numPr>
          <w:ilvl w:val="0"/>
          <w:numId w:val="42"/>
        </w:numPr>
        <w:spacing w:after="20"/>
      </w:pPr>
      <w:r>
        <w:t>Crkva je otajstvo koje nadilazi potpuno ljudsko razumijevanje. (A)</w:t>
      </w:r>
    </w:p>
    <w:p w14:paraId="1B858DDB" w14:textId="77777777" w:rsidR="00D1095B" w:rsidRDefault="002509D4" w:rsidP="00440493">
      <w:pPr>
        <w:pStyle w:val="Odlomakpopisa"/>
        <w:numPr>
          <w:ilvl w:val="0"/>
          <w:numId w:val="42"/>
        </w:numPr>
        <w:spacing w:after="20"/>
      </w:pPr>
      <w:r>
        <w:t>Jedna od biblijskih slika Crkve jest Kristovo tijelo. (A)</w:t>
      </w:r>
    </w:p>
    <w:p w14:paraId="6D9FD1DA" w14:textId="77777777" w:rsidR="00D1095B" w:rsidRDefault="002509D4" w:rsidP="00440493">
      <w:pPr>
        <w:pStyle w:val="Odlomakpopisa"/>
        <w:numPr>
          <w:ilvl w:val="0"/>
          <w:numId w:val="42"/>
        </w:numPr>
        <w:spacing w:after="20"/>
      </w:pPr>
      <w:r>
        <w:t>Različiti darovi i službe znače da Crkva nema jedinstva. (B – isti Duh povezuje različite darove i službe.)</w:t>
      </w:r>
    </w:p>
    <w:p w14:paraId="27427EBD" w14:textId="77777777" w:rsidR="00D1095B" w:rsidRDefault="002509D4" w:rsidP="00440493">
      <w:pPr>
        <w:pStyle w:val="Odlomakpopisa"/>
        <w:numPr>
          <w:ilvl w:val="0"/>
          <w:numId w:val="42"/>
        </w:numPr>
        <w:spacing w:after="20"/>
      </w:pPr>
      <w:r>
        <w:t>Svaki član Crkve ima svoje mjesto i može nešto darovati zajednici. (A)</w:t>
      </w:r>
    </w:p>
    <w:p w14:paraId="3D04CF22" w14:textId="77777777" w:rsidR="00D1095B" w:rsidRDefault="002509D4" w:rsidP="00440493">
      <w:pPr>
        <w:pStyle w:val="Odlomakpopisa"/>
        <w:numPr>
          <w:ilvl w:val="0"/>
          <w:numId w:val="42"/>
        </w:numPr>
        <w:spacing w:after="20"/>
      </w:pPr>
      <w:r>
        <w:t>Krist je u biblijskim slikama vrata ovčinjaka i Dobri pastir. (A)</w:t>
      </w:r>
    </w:p>
    <w:p w14:paraId="7C8B2736" w14:textId="5548E85A" w:rsidR="00F51880" w:rsidRDefault="005C6CFC">
      <w:pPr>
        <w:keepNext/>
        <w:pageBreakBefore/>
        <w:spacing w:before="100" w:after="40"/>
      </w:pPr>
      <w:r>
        <w:rPr>
          <w:b/>
          <w:color w:val="C96A00"/>
          <w:sz w:val="26"/>
        </w:rPr>
        <w:t xml:space="preserve">Aktivnost 19: </w:t>
      </w:r>
      <w:r w:rsidR="00763CDB">
        <w:rPr>
          <w:b/>
          <w:color w:val="C96A00"/>
          <w:sz w:val="26"/>
        </w:rPr>
        <w:t>Digitalni zadatci</w:t>
      </w:r>
      <w:r>
        <w:rPr>
          <w:i/>
          <w:color w:val="6B6B6B"/>
          <w:sz w:val="20"/>
        </w:rPr>
        <w:t xml:space="preserve"> (</w:t>
      </w:r>
      <w:r w:rsidR="00763CDB">
        <w:rPr>
          <w:i/>
          <w:color w:val="6B6B6B"/>
          <w:sz w:val="20"/>
        </w:rPr>
        <w:t xml:space="preserve">individualni rad, rad u paru, </w:t>
      </w:r>
      <w:r>
        <w:rPr>
          <w:i/>
          <w:color w:val="6B6B6B"/>
          <w:sz w:val="20"/>
        </w:rPr>
        <w:t>rad u skupinama, 8 minuta)</w:t>
      </w:r>
    </w:p>
    <w:p w14:paraId="016C36FC" w14:textId="689109E8" w:rsidR="00763CDB" w:rsidRPr="00DF5473" w:rsidRDefault="00763CDB" w:rsidP="00763CDB">
      <w:pPr>
        <w:pStyle w:val="Odlomakpopisa"/>
        <w:ind w:left="0"/>
        <w:rPr>
          <w:rFonts w:eastAsia="Times New Roman" w:cs="Calibri"/>
          <w:lang w:eastAsia="hr-HR"/>
        </w:rPr>
      </w:pPr>
      <w:r>
        <w:rPr>
          <w:color w:val="000000"/>
        </w:rPr>
        <w:t>Učenici će riješiti zadatak pod ikonom smješka</w:t>
      </w:r>
      <w:r w:rsidR="00D55376">
        <w:rPr>
          <w:color w:val="000000"/>
        </w:rPr>
        <w:t>,</w:t>
      </w:r>
      <w:r w:rsidR="00D55376" w:rsidRPr="00D55376">
        <w:t xml:space="preserve"> </w:t>
      </w:r>
      <w:r w:rsidR="00D55376" w:rsidRPr="00D55376">
        <w:rPr>
          <w:color w:val="000000"/>
        </w:rPr>
        <w:t>digitalni udžbenik, str. 27.</w:t>
      </w:r>
    </w:p>
    <w:p w14:paraId="2F861878" w14:textId="77777777" w:rsidR="00763CDB" w:rsidRDefault="00763CDB" w:rsidP="00763CDB">
      <w:pPr>
        <w:pStyle w:val="Odlomakpopisa"/>
        <w:ind w:left="0"/>
        <w:rPr>
          <w:rFonts w:eastAsia="Times New Roman" w:cs="Calibri"/>
          <w:lang w:eastAsia="hr-HR"/>
        </w:rPr>
      </w:pPr>
    </w:p>
    <w:p w14:paraId="466592E7" w14:textId="1B9C9ED4" w:rsidR="00763CDB" w:rsidRDefault="00763CDB" w:rsidP="00763CDB">
      <w:pPr>
        <w:pStyle w:val="Odlomakpopisa"/>
        <w:ind w:left="0"/>
      </w:pPr>
      <w:hyperlink r:id="rId14" w:history="1">
        <w:r w:rsidRPr="00E06CFA">
          <w:rPr>
            <w:rStyle w:val="Hiperveza"/>
            <w:b/>
          </w:rPr>
          <w:t>klikni ovdje – poveznica</w:t>
        </w:r>
      </w:hyperlink>
    </w:p>
    <w:p w14:paraId="41C18F0F" w14:textId="77777777" w:rsidR="00763CDB" w:rsidRDefault="00763CDB" w:rsidP="00763CDB">
      <w:pPr>
        <w:pStyle w:val="Odlomakpopisa"/>
        <w:ind w:left="0"/>
        <w:rPr>
          <w:rFonts w:eastAsia="Times New Roman" w:cs="Calibri"/>
          <w:lang w:eastAsia="hr-HR"/>
        </w:rPr>
      </w:pPr>
    </w:p>
    <w:p w14:paraId="3999FA3B" w14:textId="77777777" w:rsidR="00763CDB" w:rsidRPr="00DF5473" w:rsidRDefault="00763CDB" w:rsidP="00763CDB">
      <w:pPr>
        <w:pStyle w:val="Odlomakpopisa"/>
        <w:ind w:left="0"/>
        <w:rPr>
          <w:rFonts w:eastAsia="Times New Roman" w:cs="Calibri"/>
          <w:b/>
          <w:bCs/>
          <w:lang w:eastAsia="hr-HR"/>
        </w:rPr>
      </w:pPr>
      <w:r w:rsidRPr="00DF5473">
        <w:rPr>
          <w:rFonts w:eastAsia="Times New Roman" w:cs="Calibri"/>
          <w:b/>
          <w:bCs/>
          <w:lang w:eastAsia="hr-HR"/>
        </w:rPr>
        <w:t>Kod:</w:t>
      </w:r>
    </w:p>
    <w:p w14:paraId="632183B8" w14:textId="77777777" w:rsidR="00763CDB" w:rsidRDefault="00763CDB" w:rsidP="00763CDB">
      <w:pPr>
        <w:pStyle w:val="Odlomakpopisa"/>
        <w:ind w:left="0"/>
        <w:rPr>
          <w:rFonts w:eastAsia="Times New Roman" w:cs="Calibri"/>
          <w:lang w:eastAsia="hr-HR"/>
        </w:rPr>
      </w:pPr>
    </w:p>
    <w:p w14:paraId="17C72554" w14:textId="596BABFE" w:rsidR="00763CDB" w:rsidRDefault="00D55376" w:rsidP="00763CDB">
      <w:pPr>
        <w:pStyle w:val="Odlomakpopisa"/>
        <w:ind w:left="0"/>
        <w:rPr>
          <w:rFonts w:eastAsia="Times New Roman" w:cs="Calibri"/>
          <w:lang w:eastAsia="hr-HR"/>
        </w:rPr>
      </w:pPr>
      <w:r>
        <w:rPr>
          <w:rFonts w:asciiTheme="minorHAnsi" w:eastAsia="Times New Roman" w:hAnsiTheme="minorHAnsi" w:cstheme="minorHAnsi"/>
          <w:noProof/>
          <w:lang w:eastAsia="hr-HR"/>
        </w:rPr>
        <w:drawing>
          <wp:inline distT="0" distB="0" distL="0" distR="0" wp14:anchorId="12B20E6F" wp14:editId="53E08606">
            <wp:extent cx="1440000" cy="1440000"/>
            <wp:effectExtent l="0" t="0" r="8255" b="825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4DEFC82E" w14:textId="77777777" w:rsidR="00763CDB" w:rsidRPr="006540E6" w:rsidRDefault="00763CDB" w:rsidP="00763CDB">
      <w:pPr>
        <w:pStyle w:val="Odlomakpopisa"/>
        <w:ind w:left="0"/>
        <w:rPr>
          <w:rFonts w:eastAsia="Times New Roman" w:cs="Calibri"/>
          <w:lang w:eastAsia="hr-HR"/>
        </w:rPr>
      </w:pPr>
    </w:p>
    <w:p w14:paraId="02DF5D30" w14:textId="643348B5" w:rsidR="00763CDB" w:rsidRPr="006540E6" w:rsidRDefault="00763CDB" w:rsidP="00763CDB">
      <w:pPr>
        <w:pStyle w:val="Odlomakpopisa"/>
        <w:spacing w:after="0"/>
        <w:ind w:left="0"/>
        <w:rPr>
          <w:rFonts w:eastAsia="Times New Roman" w:cs="Calibri"/>
          <w:lang w:eastAsia="hr-HR"/>
        </w:rPr>
      </w:pPr>
      <w:r>
        <w:rPr>
          <w:rFonts w:eastAsia="Times New Roman" w:cs="Calibri"/>
          <w:lang w:eastAsia="hr-HR"/>
        </w:rPr>
        <w:t>Predstavljanje rezultata.</w:t>
      </w:r>
    </w:p>
    <w:p w14:paraId="4E06B10F" w14:textId="77777777" w:rsidR="00763CDB" w:rsidRDefault="00763CDB" w:rsidP="00763CDB">
      <w:pPr>
        <w:spacing w:after="0"/>
        <w:textAlignment w:val="center"/>
        <w:rPr>
          <w:rFonts w:eastAsia="Times New Roman" w:cs="Calibri"/>
          <w:lang w:eastAsia="hr-HR"/>
        </w:rPr>
      </w:pPr>
    </w:p>
    <w:p w14:paraId="71C3763F" w14:textId="3D845A67" w:rsidR="00763CDB" w:rsidRDefault="00D55376" w:rsidP="00763CDB">
      <w:pPr>
        <w:spacing w:after="0"/>
        <w:textAlignment w:val="center"/>
        <w:rPr>
          <w:rFonts w:eastAsia="Times New Roman" w:cs="Calibri"/>
          <w:lang w:eastAsia="hr-HR"/>
        </w:rPr>
      </w:pPr>
      <w:r w:rsidRPr="00E52659">
        <w:rPr>
          <w:rFonts w:asciiTheme="majorHAnsi" w:hAnsiTheme="majorHAnsi" w:cstheme="majorHAnsi"/>
          <w:b/>
          <w:bCs/>
          <w:color w:val="000000"/>
        </w:rPr>
        <w:t>Nedigitalna alternativa:</w:t>
      </w:r>
      <w:r>
        <w:rPr>
          <w:rFonts w:asciiTheme="majorHAnsi" w:hAnsiTheme="majorHAnsi" w:cstheme="majorHAnsi"/>
          <w:b/>
          <w:bCs/>
          <w:color w:val="000000"/>
        </w:rPr>
        <w:t xml:space="preserve"> </w:t>
      </w:r>
      <w:r w:rsidR="00763CDB">
        <w:rPr>
          <w:rFonts w:eastAsia="Times New Roman" w:cs="Calibri"/>
          <w:lang w:eastAsia="hr-HR"/>
        </w:rPr>
        <w:t>Učenici će obraditi novozavjetn</w:t>
      </w:r>
      <w:r>
        <w:rPr>
          <w:rFonts w:eastAsia="Times New Roman" w:cs="Calibri"/>
          <w:lang w:eastAsia="hr-HR"/>
        </w:rPr>
        <w:t>i</w:t>
      </w:r>
      <w:r w:rsidR="00763CDB">
        <w:rPr>
          <w:rFonts w:eastAsia="Times New Roman" w:cs="Calibri"/>
          <w:lang w:eastAsia="hr-HR"/>
        </w:rPr>
        <w:t xml:space="preserve"> tekst </w:t>
      </w:r>
      <w:r w:rsidR="000210BC">
        <w:rPr>
          <w:rFonts w:eastAsia="Times New Roman" w:cs="Calibri"/>
          <w:lang w:eastAsia="hr-HR"/>
        </w:rPr>
        <w:t>“</w:t>
      </w:r>
      <w:r w:rsidR="000210BC" w:rsidRPr="000210BC">
        <w:rPr>
          <w:rFonts w:eastAsia="Times New Roman" w:cs="Calibri"/>
          <w:lang w:eastAsia="hr-HR"/>
        </w:rPr>
        <w:t>Usporedba s tijelom</w:t>
      </w:r>
      <w:r w:rsidR="000210BC">
        <w:rPr>
          <w:rFonts w:eastAsia="Times New Roman" w:cs="Calibri"/>
          <w:lang w:eastAsia="hr-HR"/>
        </w:rPr>
        <w:t>”</w:t>
      </w:r>
      <w:r w:rsidR="000210BC" w:rsidRPr="000210BC">
        <w:rPr>
          <w:rFonts w:eastAsia="Times New Roman" w:cs="Calibri"/>
          <w:lang w:eastAsia="hr-HR"/>
        </w:rPr>
        <w:t xml:space="preserve"> (1 Kor 12,12-27)</w:t>
      </w:r>
      <w:r w:rsidR="00763CDB">
        <w:rPr>
          <w:rFonts w:eastAsia="Times New Roman" w:cs="Calibri"/>
          <w:lang w:eastAsia="hr-HR"/>
        </w:rPr>
        <w:t>.</w:t>
      </w:r>
    </w:p>
    <w:p w14:paraId="128F7E24" w14:textId="77777777" w:rsidR="000210BC" w:rsidRDefault="000210BC" w:rsidP="00763CDB">
      <w:pPr>
        <w:spacing w:after="0"/>
        <w:textAlignment w:val="center"/>
        <w:rPr>
          <w:rFonts w:eastAsia="Times New Roman" w:cs="Calibri"/>
          <w:lang w:eastAsia="hr-HR"/>
        </w:rPr>
      </w:pPr>
    </w:p>
    <w:tbl>
      <w:tblPr>
        <w:tblW w:w="10680" w:type="dxa"/>
        <w:jc w:val="center"/>
        <w:tblLayout w:type="fixed"/>
        <w:tblLook w:val="04A0" w:firstRow="1" w:lastRow="0" w:firstColumn="1" w:lastColumn="0" w:noHBand="0" w:noVBand="1"/>
      </w:tblPr>
      <w:tblGrid>
        <w:gridCol w:w="10680"/>
      </w:tblGrid>
      <w:tr w:rsidR="00440493" w14:paraId="066CFF39" w14:textId="77777777" w:rsidTr="000210BC">
        <w:trPr>
          <w:jc w:val="center"/>
        </w:trPr>
        <w:tc>
          <w:tcPr>
            <w:tcW w:w="10680"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7807B4AA" w14:textId="6B3C9C7F" w:rsidR="00440493" w:rsidRDefault="000210BC" w:rsidP="000210BC">
            <w:pPr>
              <w:widowControl w:val="0"/>
              <w:shd w:val="clear" w:color="auto" w:fill="403A73"/>
              <w:spacing w:before="100" w:after="100"/>
              <w:jc w:val="center"/>
            </w:pPr>
            <w:r w:rsidRPr="000210BC">
              <w:rPr>
                <w:b/>
                <w:color w:val="FFFFFF"/>
                <w:sz w:val="40"/>
              </w:rPr>
              <w:t xml:space="preserve">USPOREDBA S TIJELOM </w:t>
            </w:r>
            <w:r w:rsidRPr="000210BC">
              <w:rPr>
                <w:b/>
                <w:color w:val="FFFFFF"/>
                <w:sz w:val="20"/>
                <w:szCs w:val="20"/>
              </w:rPr>
              <w:t>-</w:t>
            </w:r>
            <w:r w:rsidRPr="000210BC">
              <w:rPr>
                <w:b/>
                <w:color w:val="FFFFFF"/>
              </w:rPr>
              <w:t xml:space="preserve"> 1 Kor 12,12-27</w:t>
            </w:r>
          </w:p>
          <w:p w14:paraId="4FA19F67" w14:textId="2C0961EF" w:rsidR="00440493" w:rsidRPr="000210BC" w:rsidRDefault="00440493" w:rsidP="000210BC">
            <w:pPr>
              <w:widowControl w:val="0"/>
              <w:spacing w:after="40"/>
              <w:jc w:val="both"/>
              <w:rPr>
                <w:bCs/>
                <w:sz w:val="40"/>
                <w:szCs w:val="40"/>
              </w:rPr>
            </w:pPr>
            <w:r w:rsidRPr="000210BC">
              <w:rPr>
                <w:bCs/>
                <w:color w:val="000000"/>
                <w:sz w:val="40"/>
                <w:szCs w:val="40"/>
              </w:rPr>
              <w:t xml:space="preserve">Doista, kao što je tijelo jedno te ima mnogo udova, a svi udovi tijela iako mnogi, jedno su tijelo – tako i Krist. Ta u jednom Duhu svi smo u jedno tijelo kršteni, bilo Židovi, bilo Grci, bilo robovi, bilo slobodni. I svi smo jednim Duhom napojeni. Ta ni tijelo nije jedan ud, nego mnogi. Rekne li noga: „Nisam ruka, nisam od tijela“, zar zbog toga nije od tijela? I rekne li uho: „Nisam oko, nisam od tijela“, zar zbog toga nije od tijela? Kad bi sve tijelo bilo oko, gdje bi bio sluh? Kad bi sve bilo sluh, gdje bi bio njuh? A ovako, Bog je rasporedio udove, svaki od njih u tijelu, kako je htio. Kad bi svi bili jedan ud, gdje bi bilo tijelo? A ovako, mnogi udovi – jedno tijelo! Ne može oko reći ruci: „Ne trebam te“, ili pak glava nogama: „Ne trebam vas.“ Naprotiv, mnogo su potrebniji udovi tijela koji izgledaju slabiji. A udove koje smatramo nečasnijima, okružujemo većom čašću. I s nepristojnima se pristojnije postupa, a pristojni toga ne trebaju. Nego, Bog je tako sastavio tijelo da je posljednjem udu dao izobilniju čast da ne bude razdora u tijelu, nego da se udovi jednako brinu jedni za druge. I ako trpi jedan ud, trpe zajedno svi udovi; ako li se slavi jedan ud, raduju se zajedno svi udovi. A vi ste tijelo Kristovo i, pojedinačno, udovi. </w:t>
            </w:r>
          </w:p>
        </w:tc>
      </w:tr>
    </w:tbl>
    <w:p w14:paraId="1E87E827" w14:textId="77777777" w:rsidR="00440493" w:rsidRDefault="00440493">
      <w:pPr>
        <w:spacing w:after="0"/>
        <w:jc w:val="both"/>
      </w:pPr>
    </w:p>
    <w:p w14:paraId="7309D2AD" w14:textId="759EAB1B" w:rsidR="004D4D90" w:rsidRDefault="004D4D90">
      <w:pPr>
        <w:spacing w:after="0"/>
        <w:jc w:val="both"/>
      </w:pPr>
      <w:r>
        <w:t>Razgovor:</w:t>
      </w:r>
    </w:p>
    <w:p w14:paraId="565A5827" w14:textId="02F40C1B" w:rsidR="000210BC" w:rsidRPr="004D4D90" w:rsidRDefault="000210BC" w:rsidP="000210BC">
      <w:pPr>
        <w:pStyle w:val="Odlomakpopisa"/>
        <w:numPr>
          <w:ilvl w:val="0"/>
          <w:numId w:val="45"/>
        </w:numPr>
        <w:spacing w:after="0"/>
        <w:jc w:val="both"/>
      </w:pPr>
      <w:r w:rsidRPr="004D4D90">
        <w:t>Koja je glavna poruka usporedbe tijela i udova?</w:t>
      </w:r>
    </w:p>
    <w:p w14:paraId="6D65DC45" w14:textId="15EBC9AE" w:rsidR="00D1095B" w:rsidRDefault="002509D4">
      <w:pPr>
        <w:keepNext/>
        <w:spacing w:before="100" w:after="40"/>
      </w:pPr>
      <w:r>
        <w:rPr>
          <w:b/>
          <w:color w:val="C96A00"/>
          <w:sz w:val="26"/>
        </w:rPr>
        <w:t>Aktivnost 20: Mikropauza</w:t>
      </w:r>
      <w:r>
        <w:rPr>
          <w:i/>
          <w:color w:val="6B6B6B"/>
          <w:sz w:val="20"/>
        </w:rPr>
        <w:t xml:space="preserve"> (rad u paru, 2 minute)</w:t>
      </w:r>
    </w:p>
    <w:p w14:paraId="77C02B37" w14:textId="77777777" w:rsidR="00D1095B" w:rsidRDefault="002509D4">
      <w:pPr>
        <w:spacing w:after="0"/>
        <w:jc w:val="both"/>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2246C967" w14:textId="77777777" w:rsidR="00D1095B" w:rsidRDefault="002509D4">
      <w:pPr>
        <w:spacing w:before="220" w:after="0"/>
        <w:rPr>
          <w:color w:val="7030A0"/>
        </w:rPr>
      </w:pPr>
      <w:r>
        <w:rPr>
          <w:color w:val="7030A0"/>
        </w:rPr>
        <w:t>U paru učenici stoje okrenuti jedan prema drugomu. Prvi napravi dva spora, jednostavna pokreta rukama, a drugi ih zrcalno ponovi. Nakon 20 sekundi zamjenjuju uloge. Završava na znak: „Hvala – sjedamo i nastavljamo.“</w:t>
      </w:r>
    </w:p>
    <w:p w14:paraId="10A947F7" w14:textId="77777777" w:rsidR="00A86CE6" w:rsidRDefault="00A86CE6" w:rsidP="00A11590"/>
    <w:p w14:paraId="493A9683" w14:textId="77777777" w:rsidR="00A86CE6" w:rsidRDefault="00A86CE6" w:rsidP="00A11590"/>
    <w:tbl>
      <w:tblPr>
        <w:tblW w:w="10658" w:type="dxa"/>
        <w:jc w:val="center"/>
        <w:tblBorders>
          <w:top w:val="single" w:sz="2" w:space="0" w:color="00B050"/>
          <w:left w:val="single" w:sz="2" w:space="0" w:color="00B050"/>
          <w:bottom w:val="single" w:sz="2" w:space="0" w:color="00B050"/>
          <w:right w:val="single" w:sz="2" w:space="0" w:color="00B050"/>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58"/>
      </w:tblGrid>
      <w:tr w:rsidR="000311CB" w14:paraId="71FB01DB" w14:textId="77777777" w:rsidTr="00434EC3">
        <w:trPr>
          <w:cantSplit/>
          <w:jc w:val="center"/>
        </w:trPr>
        <w:tc>
          <w:tcPr>
            <w:tcW w:w="10681" w:type="dxa"/>
            <w:shd w:val="clear" w:color="auto" w:fill="00B050"/>
            <w:tcMar>
              <w:top w:w="90" w:type="dxa"/>
              <w:left w:w="130" w:type="dxa"/>
              <w:bottom w:w="90" w:type="dxa"/>
              <w:right w:w="130" w:type="dxa"/>
            </w:tcMar>
          </w:tcPr>
          <w:p w14:paraId="67ACF9E0" w14:textId="371FB537" w:rsidR="006A58C7" w:rsidRDefault="00434EC3" w:rsidP="00434EC3">
            <w:pPr>
              <w:spacing w:after="0"/>
            </w:pPr>
            <w:r w:rsidRPr="00434EC3">
              <w:rPr>
                <w:rFonts w:cs="Calibri"/>
                <w:b/>
                <w:color w:val="FFFFFF"/>
                <w:sz w:val="32"/>
              </w:rPr>
              <w:t xml:space="preserve">III. ZAVRŠNI DIO – IZRAZI </w:t>
            </w:r>
            <w:r w:rsidRPr="00434EC3">
              <w:rPr>
                <w:rFonts w:cs="Calibri"/>
                <w:color w:val="FFFFFF"/>
                <w:sz w:val="20"/>
              </w:rPr>
              <w:t>(približno 7–10 minuta)</w:t>
            </w:r>
          </w:p>
        </w:tc>
      </w:tr>
    </w:tbl>
    <w:p w14:paraId="45831596" w14:textId="77777777" w:rsidR="00D1095B" w:rsidRDefault="002509D4">
      <w:pPr>
        <w:keepNext/>
        <w:spacing w:before="60" w:after="40"/>
      </w:pPr>
      <w:r>
        <w:rPr>
          <w:b/>
          <w:color w:val="C96A00"/>
          <w:sz w:val="26"/>
        </w:rPr>
        <w:t>Aktualizacija:</w:t>
      </w:r>
    </w:p>
    <w:p w14:paraId="50DFEC0A" w14:textId="77777777" w:rsidR="00D1095B" w:rsidRDefault="002509D4">
      <w:pPr>
        <w:spacing w:after="0"/>
        <w:jc w:val="both"/>
      </w:pPr>
      <w:r>
        <w:rPr>
          <w:color w:val="000000"/>
        </w:rPr>
        <w:t>Vjeroučitelj će odabrati dva ili tri pitanja:</w:t>
      </w:r>
    </w:p>
    <w:p w14:paraId="396F1F96" w14:textId="77777777" w:rsidR="00D1095B" w:rsidRDefault="002509D4">
      <w:pPr>
        <w:keepNext/>
        <w:spacing w:after="0"/>
      </w:pPr>
      <w:r>
        <w:rPr>
          <w:color w:val="000000"/>
        </w:rPr>
        <w:t>Razgovor:</w:t>
      </w:r>
    </w:p>
    <w:p w14:paraId="771BA32B" w14:textId="77777777" w:rsidR="00D1095B" w:rsidRDefault="002509D4" w:rsidP="004C1656">
      <w:pPr>
        <w:pStyle w:val="Odlomakpopisa"/>
        <w:numPr>
          <w:ilvl w:val="0"/>
          <w:numId w:val="34"/>
        </w:numPr>
        <w:spacing w:after="20"/>
      </w:pPr>
      <w:r>
        <w:t xml:space="preserve">Koja ti biblijska slika najviše pomaže razumjeti Crkvu? </w:t>
      </w:r>
      <w:r w:rsidRPr="004C1656">
        <w:rPr>
          <w:color w:val="6B6B6B"/>
          <w:sz w:val="18"/>
        </w:rPr>
        <w:t>(Učenik navodi sliku i kratko obrazlaže njezinu poruku.)</w:t>
      </w:r>
    </w:p>
    <w:p w14:paraId="7A4F951D" w14:textId="77777777" w:rsidR="00D1095B" w:rsidRDefault="002509D4" w:rsidP="004C1656">
      <w:pPr>
        <w:pStyle w:val="Odlomakpopisa"/>
        <w:numPr>
          <w:ilvl w:val="0"/>
          <w:numId w:val="34"/>
        </w:numPr>
        <w:spacing w:after="20"/>
      </w:pPr>
      <w:r>
        <w:t xml:space="preserve">Zašto su različiti darovi i službe potrebni Crkvi? </w:t>
      </w:r>
      <w:r w:rsidRPr="004C1656">
        <w:rPr>
          <w:color w:val="6B6B6B"/>
          <w:sz w:val="18"/>
        </w:rPr>
        <w:t>(Jer svaki član doprinosi na drukčiji način i svi se darovi međusobno nadopunjuju.)</w:t>
      </w:r>
    </w:p>
    <w:p w14:paraId="5A187A56" w14:textId="77777777" w:rsidR="00D1095B" w:rsidRDefault="002509D4" w:rsidP="004C1656">
      <w:pPr>
        <w:pStyle w:val="Odlomakpopisa"/>
        <w:numPr>
          <w:ilvl w:val="0"/>
          <w:numId w:val="34"/>
        </w:numPr>
        <w:spacing w:after="20"/>
      </w:pPr>
      <w:r>
        <w:t xml:space="preserve">Tko čini Crkvu? </w:t>
      </w:r>
      <w:r w:rsidRPr="004C1656">
        <w:rPr>
          <w:color w:val="6B6B6B"/>
          <w:sz w:val="18"/>
        </w:rPr>
        <w:t>(Svi vjernici, s različitim darovima i službama, povezani u Kristu i istom Duhu.)</w:t>
      </w:r>
    </w:p>
    <w:p w14:paraId="781A185F" w14:textId="77777777" w:rsidR="00D1095B" w:rsidRDefault="002509D4">
      <w:pPr>
        <w:keepNext/>
        <w:spacing w:before="60" w:after="40"/>
      </w:pPr>
      <w:r>
        <w:rPr>
          <w:b/>
          <w:color w:val="C96A00"/>
          <w:sz w:val="26"/>
        </w:rPr>
        <w:t>Sinteza:</w:t>
      </w:r>
    </w:p>
    <w:p w14:paraId="1C25DA44" w14:textId="77777777" w:rsidR="00D1095B" w:rsidRDefault="002509D4">
      <w:pPr>
        <w:spacing w:after="0"/>
        <w:jc w:val="both"/>
      </w:pPr>
      <w:r>
        <w:rPr>
          <w:color w:val="000000"/>
        </w:rPr>
        <w:t>Učenici će dovršiti „formulu zajedništva“ riječima: MNOGI DAROVI + ISTI DUH + KRIST → __________. Nakon nekoliko prijedloga razred bira izraz koji najbolje odgovara središnjem pitanju.</w:t>
      </w:r>
    </w:p>
    <w:p w14:paraId="73332FF4" w14:textId="77777777" w:rsidR="00D1095B" w:rsidRPr="00C7114A" w:rsidRDefault="002509D4">
      <w:pPr>
        <w:spacing w:after="0"/>
        <w:jc w:val="both"/>
        <w:rPr>
          <w:i/>
          <w:color w:val="6B6B6B"/>
          <w:sz w:val="20"/>
          <w:szCs w:val="20"/>
        </w:rPr>
      </w:pPr>
      <w:r w:rsidRPr="00C7114A">
        <w:rPr>
          <w:i/>
          <w:color w:val="6B6B6B"/>
          <w:sz w:val="20"/>
          <w:szCs w:val="20"/>
        </w:rPr>
        <w:t>Mogući odgovor: JEDNO TIJELO / CRKVA – različiti članovi, različiti darovi, jedno zajedništvo u Kristu.</w:t>
      </w:r>
    </w:p>
    <w:p w14:paraId="0DC387E6" w14:textId="77777777" w:rsidR="004C1656" w:rsidRDefault="004C1656">
      <w:pPr>
        <w:spacing w:after="0"/>
        <w:jc w:val="both"/>
        <w:rPr>
          <w:i/>
          <w:color w:val="6B6B6B"/>
          <w:sz w:val="21"/>
        </w:rPr>
      </w:pPr>
    </w:p>
    <w:p w14:paraId="21413788" w14:textId="77777777" w:rsidR="004C1656" w:rsidRPr="004C1656" w:rsidRDefault="004C1656" w:rsidP="004C1656">
      <w:pPr>
        <w:jc w:val="center"/>
        <w:rPr>
          <w:color w:val="002060"/>
          <w:sz w:val="40"/>
          <w:szCs w:val="40"/>
        </w:rPr>
      </w:pPr>
      <w:r w:rsidRPr="004C1656">
        <w:rPr>
          <w:color w:val="002060"/>
          <w:sz w:val="40"/>
          <w:szCs w:val="40"/>
        </w:rPr>
        <w:t>MNOGI DAROVI + ISTI DUH + KRIST → __________.</w:t>
      </w:r>
    </w:p>
    <w:p w14:paraId="5DFC1FFD" w14:textId="77777777" w:rsidR="004C1656" w:rsidRDefault="004C1656">
      <w:pPr>
        <w:spacing w:after="0"/>
        <w:jc w:val="both"/>
      </w:pPr>
    </w:p>
    <w:tbl>
      <w:tblPr>
        <w:tblW w:w="0" w:type="auto"/>
        <w:jc w:val="center"/>
        <w:tblLook w:val="04A0" w:firstRow="1" w:lastRow="0" w:firstColumn="1" w:lastColumn="0" w:noHBand="0" w:noVBand="1"/>
      </w:tblPr>
      <w:tblGrid>
        <w:gridCol w:w="10681"/>
      </w:tblGrid>
      <w:tr w:rsidR="00D1095B" w14:paraId="1937CDD0" w14:textId="77777777">
        <w:trPr>
          <w:cantSplit/>
          <w:jc w:val="center"/>
        </w:trPr>
        <w:tc>
          <w:tcPr>
            <w:tcW w:w="10681" w:type="dxa"/>
            <w:shd w:val="clear" w:color="auto" w:fill="F1ECF7"/>
            <w:tcMar>
              <w:top w:w="100" w:type="dxa"/>
              <w:left w:w="110" w:type="dxa"/>
              <w:bottom w:w="100" w:type="dxa"/>
              <w:right w:w="110" w:type="dxa"/>
            </w:tcMar>
          </w:tcPr>
          <w:p w14:paraId="2C6426F8" w14:textId="77777777" w:rsidR="00D1095B" w:rsidRDefault="002509D4">
            <w:pPr>
              <w:jc w:val="both"/>
            </w:pPr>
            <w:r>
              <w:rPr>
                <w:b/>
                <w:color w:val="C96A00"/>
                <w:sz w:val="21"/>
              </w:rPr>
              <w:t xml:space="preserve">Zaključak vjeroučitelja: </w:t>
            </w:r>
            <w:r>
              <w:rPr>
                <w:sz w:val="21"/>
              </w:rPr>
              <w:t>Crkva je otajstvo koje biblijske slike približavaju s različitih strana. U njoj su darovi i službe različiti, ali ih povezuje isti Duh. Kao mnogi udovi jednoga tijela, svi članovi imaju svoje mjesto, a Krist ostaje središte, vrata i Dobri pastir svoje Crkve.</w:t>
            </w:r>
          </w:p>
        </w:tc>
      </w:tr>
    </w:tbl>
    <w:p w14:paraId="0CDF769D" w14:textId="77777777" w:rsidR="00D1095B" w:rsidRDefault="002509D4">
      <w:pPr>
        <w:keepNext/>
        <w:spacing w:before="60" w:after="40"/>
      </w:pPr>
      <w:r>
        <w:rPr>
          <w:b/>
          <w:color w:val="C96A00"/>
          <w:sz w:val="26"/>
        </w:rPr>
        <w:t>Samovrednovanje:</w:t>
      </w:r>
    </w:p>
    <w:p w14:paraId="73D61489" w14:textId="77777777" w:rsidR="00D1095B" w:rsidRDefault="002509D4">
      <w:pPr>
        <w:spacing w:after="0"/>
        <w:jc w:val="both"/>
      </w:pPr>
      <w:r>
        <w:rPr>
          <w:color w:val="000000"/>
        </w:rPr>
        <w:t>Učenici će odabrati jedan smjer na prikazu kompasa prema tome koliko jasno mogu povezati biblijske slike Crkve, različite darove i službe te sliku Kristova tijela. Izbor mogu pokazati diskretno prstima 1, 2 ili 3 ili ga zadržati za sebe.</w:t>
      </w:r>
    </w:p>
    <w:p w14:paraId="76DED21D" w14:textId="159E5189" w:rsidR="00D1095B" w:rsidRDefault="00FD2269" w:rsidP="00A86CE6">
      <w:pPr>
        <w:spacing w:before="220" w:after="0"/>
      </w:pPr>
      <w:r w:rsidRPr="00FD2269">
        <w:rPr>
          <w:noProof/>
        </w:rPr>
        <w:drawing>
          <wp:inline distT="0" distB="0" distL="0" distR="0" wp14:anchorId="75AAA71E" wp14:editId="42C7B3D2">
            <wp:extent cx="4478400" cy="2520000"/>
            <wp:effectExtent l="0" t="0" r="0" b="0"/>
            <wp:docPr id="31641492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14923" name=""/>
                    <pic:cNvPicPr/>
                  </pic:nvPicPr>
                  <pic:blipFill>
                    <a:blip r:embed="rId16"/>
                    <a:stretch>
                      <a:fillRect/>
                    </a:stretch>
                  </pic:blipFill>
                  <pic:spPr>
                    <a:xfrm>
                      <a:off x="0" y="0"/>
                      <a:ext cx="4478400" cy="2520000"/>
                    </a:xfrm>
                    <a:prstGeom prst="rect">
                      <a:avLst/>
                    </a:prstGeom>
                  </pic:spPr>
                </pic:pic>
              </a:graphicData>
            </a:graphic>
          </wp:inline>
        </w:drawing>
      </w:r>
    </w:p>
    <w:p w14:paraId="5D2F9699" w14:textId="77777777" w:rsidR="00D1095B" w:rsidRDefault="002509D4">
      <w:pPr>
        <w:keepNext/>
        <w:spacing w:before="60" w:after="40"/>
      </w:pPr>
      <w:r>
        <w:rPr>
          <w:b/>
          <w:color w:val="C96A00"/>
          <w:sz w:val="26"/>
        </w:rPr>
        <w:t>Domaća zadaća:</w:t>
      </w:r>
    </w:p>
    <w:p w14:paraId="05B1535D" w14:textId="77777777" w:rsidR="00D1095B" w:rsidRDefault="002509D4">
      <w:pPr>
        <w:spacing w:after="0"/>
        <w:jc w:val="both"/>
      </w:pPr>
      <w:r>
        <w:rPr>
          <w:color w:val="000000"/>
        </w:rPr>
        <w:t>Učenici će riješiti, ili dovršiti rješavanje RB, str. 41.</w:t>
      </w:r>
    </w:p>
    <w:p w14:paraId="7ED7B9D9" w14:textId="77777777" w:rsidR="00D1095B" w:rsidRDefault="002509D4">
      <w:pPr>
        <w:spacing w:before="220" w:after="0"/>
      </w:pPr>
      <w:r>
        <w:rPr>
          <w:color w:val="000000"/>
        </w:rPr>
        <w:t>Ili:</w:t>
      </w:r>
    </w:p>
    <w:p w14:paraId="3501BA56" w14:textId="77777777" w:rsidR="00D1095B" w:rsidRDefault="002509D4">
      <w:pPr>
        <w:spacing w:after="0"/>
        <w:jc w:val="both"/>
      </w:pPr>
      <w:r>
        <w:rPr>
          <w:color w:val="000000"/>
        </w:rPr>
        <w:t>Učenici će u bilježnicu nacrtati jednu biblijsku sliku Crkve, primjerice „grad postavljen na gori“, i ispod napisati jednu rečenicu koja objašnjava njezinu poruku.</w:t>
      </w:r>
    </w:p>
    <w:p w14:paraId="1E563C80" w14:textId="77777777" w:rsidR="00D1095B" w:rsidRDefault="002509D4">
      <w:pPr>
        <w:spacing w:before="220" w:after="220"/>
        <w:jc w:val="both"/>
      </w:pPr>
      <w:r>
        <w:rPr>
          <w:b/>
          <w:color w:val="000000"/>
        </w:rPr>
        <w:t xml:space="preserve">Izborna domaća zadaća: </w:t>
      </w:r>
      <w:r>
        <w:rPr>
          <w:color w:val="000000"/>
        </w:rPr>
        <w:t>Učenici će iz glavnog teksta odabrati jednu službu u Crkvi i napisati kojim bi darom ta osoba mogla služiti zajednici.</w:t>
      </w:r>
    </w:p>
    <w:p w14:paraId="6D5BCA5F" w14:textId="77777777" w:rsidR="00D1095B" w:rsidRDefault="002509D4">
      <w:pPr>
        <w:keepNext/>
        <w:spacing w:before="60" w:after="40"/>
        <w:jc w:val="both"/>
      </w:pPr>
      <w:r>
        <w:rPr>
          <w:b/>
          <w:color w:val="C96A00"/>
          <w:sz w:val="26"/>
        </w:rPr>
        <w:t>Završna molitva:</w:t>
      </w:r>
    </w:p>
    <w:p w14:paraId="756F907A" w14:textId="77777777" w:rsidR="00D1095B" w:rsidRDefault="002509D4">
      <w:pPr>
        <w:spacing w:after="220"/>
        <w:jc w:val="both"/>
      </w:pPr>
      <w:r>
        <w:rPr>
          <w:color w:val="000000"/>
          <w:sz w:val="48"/>
        </w:rPr>
        <w:t>Hvala ti, Gospodine, što sam poseban. Hvala ti za sve darove koje si mi dao. Prosvijetli me i otkrij mi koje to tvoje darove nosim u sebi i za koju službu me pozivaš. Daj da budem grad na gori i svjetlo ljudima koje susrećem. Amen.</w:t>
      </w:r>
    </w:p>
    <w:p w14:paraId="54067CCC" w14:textId="77777777" w:rsidR="00D1095B" w:rsidRDefault="002509D4">
      <w:pPr>
        <w:spacing w:after="0"/>
        <w:jc w:val="both"/>
      </w:pPr>
      <w:r>
        <w:rPr>
          <w:color w:val="000000"/>
        </w:rPr>
        <w:t>ili:</w:t>
      </w:r>
    </w:p>
    <w:p w14:paraId="17EE8E48" w14:textId="77777777" w:rsidR="00D1095B" w:rsidRDefault="002509D4">
      <w:pPr>
        <w:spacing w:after="220"/>
        <w:jc w:val="both"/>
      </w:pPr>
      <w:r>
        <w:rPr>
          <w:color w:val="000000"/>
        </w:rPr>
        <w:t>Anđele, čuvaru mili…</w:t>
      </w:r>
    </w:p>
    <w:p w14:paraId="35D51069" w14:textId="77777777" w:rsidR="00D1095B" w:rsidRDefault="002509D4">
      <w:pPr>
        <w:spacing w:after="0"/>
        <w:jc w:val="both"/>
      </w:pPr>
      <w:r>
        <w:rPr>
          <w:color w:val="000000"/>
        </w:rPr>
        <w:t>ili:</w:t>
      </w:r>
    </w:p>
    <w:p w14:paraId="49E36516" w14:textId="77777777" w:rsidR="00D1095B" w:rsidRDefault="002509D4">
      <w:pPr>
        <w:spacing w:after="220"/>
        <w:jc w:val="both"/>
      </w:pPr>
      <w:r>
        <w:rPr>
          <w:color w:val="000000"/>
        </w:rPr>
        <w:t>Učenici će poslušati pjesmu „Anđele, čuvaru mili…“; 3:36; Autor: Marinko Grubešić; Izvor: YouTube.</w:t>
      </w:r>
    </w:p>
    <w:p w14:paraId="33A9C7C6" w14:textId="77777777" w:rsidR="002509D4" w:rsidRDefault="002509D4" w:rsidP="00932183">
      <w:pPr>
        <w:spacing w:before="220"/>
      </w:pPr>
      <w:r>
        <w:rPr>
          <w:rFonts w:cs="Calibri"/>
          <w:noProof/>
          <w:lang w:eastAsia="hr-HR"/>
        </w:rPr>
        <w:drawing>
          <wp:inline distT="0" distB="0" distL="0" distR="0" wp14:anchorId="7CD5D51D" wp14:editId="325DA68F">
            <wp:extent cx="2401200" cy="1800000"/>
            <wp:effectExtent l="0" t="0" r="0" b="0"/>
            <wp:docPr id="1537486908" name="Videozapis 1" descr="Anđele čuvaru - Marinko Grubešić">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7"/>
                    </pic:cNvPr>
                    <pic:cNvPicPr/>
                  </pic:nvPicPr>
                  <pic:blipFill>
                    <a:blip r:embed="rId18">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1361B50C" w14:textId="77777777" w:rsidR="00236F8A" w:rsidRDefault="00236F8A">
      <w:pPr>
        <w:spacing w:after="0" w:line="220" w:lineRule="exact"/>
      </w:pPr>
    </w:p>
    <w:p w14:paraId="266B5717" w14:textId="77777777" w:rsidR="00236F8A" w:rsidRDefault="00236F8A">
      <w:pPr>
        <w:spacing w:after="0" w:line="220" w:lineRule="exact"/>
      </w:pPr>
    </w:p>
    <w:tbl>
      <w:tblPr>
        <w:tblW w:w="5000" w:type="pct"/>
        <w:jc w:val="center"/>
        <w:tblLook w:val="04A0" w:firstRow="1" w:lastRow="0" w:firstColumn="1" w:lastColumn="0" w:noHBand="0" w:noVBand="1"/>
      </w:tblPr>
      <w:tblGrid>
        <w:gridCol w:w="10681"/>
      </w:tblGrid>
      <w:tr w:rsidR="000078BC" w14:paraId="2C434C6D" w14:textId="77777777" w:rsidTr="000078BC">
        <w:trPr>
          <w:cantSplit/>
          <w:jc w:val="center"/>
        </w:trPr>
        <w:tc>
          <w:tcPr>
            <w:tcW w:w="5000" w:type="pct"/>
            <w:shd w:val="clear" w:color="auto" w:fill="C96A00"/>
            <w:tcMar>
              <w:top w:w="100" w:type="dxa"/>
              <w:left w:w="100" w:type="dxa"/>
              <w:bottom w:w="100" w:type="dxa"/>
              <w:right w:w="100" w:type="dxa"/>
            </w:tcMar>
            <w:vAlign w:val="center"/>
          </w:tcPr>
          <w:p w14:paraId="7EF8DD00" w14:textId="77777777" w:rsidR="002B0399" w:rsidRDefault="002B0399" w:rsidP="004256D3">
            <w:pPr>
              <w:keepNext/>
              <w:spacing w:after="0"/>
              <w:jc w:val="center"/>
            </w:pPr>
            <w:r>
              <w:rPr>
                <w:b/>
                <w:color w:val="FFFFFF"/>
                <w:sz w:val="32"/>
              </w:rPr>
              <w:t>PREPORUČENI ODABIR ZA 45 MINUTA</w:t>
            </w:r>
          </w:p>
        </w:tc>
      </w:tr>
    </w:tbl>
    <w:p w14:paraId="2CD7BC27" w14:textId="77777777" w:rsidR="00236F8A" w:rsidRDefault="00236F8A">
      <w:pPr>
        <w:spacing w:after="0" w:line="220" w:lineRule="exact"/>
      </w:pP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43"/>
        <w:gridCol w:w="2128"/>
      </w:tblGrid>
      <w:tr w:rsidR="00ED646D" w14:paraId="19D3CB80" w14:textId="77777777" w:rsidTr="000210BC">
        <w:trPr>
          <w:cantSplit/>
        </w:trPr>
        <w:tc>
          <w:tcPr>
            <w:tcW w:w="4003"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6B59F3BD" w14:textId="77777777" w:rsidR="00ED646D" w:rsidRDefault="00ED646D" w:rsidP="008E7FCE">
            <w:pPr>
              <w:keepNext/>
              <w:spacing w:before="60"/>
            </w:pPr>
            <w:r>
              <w:rPr>
                <w:b/>
                <w:color w:val="FFFFFF"/>
              </w:rPr>
              <w:t>Dio sata / odabrana aktivnost</w:t>
            </w:r>
          </w:p>
        </w:tc>
        <w:tc>
          <w:tcPr>
            <w:tcW w:w="997"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74E8961D" w14:textId="77777777" w:rsidR="00ED646D" w:rsidRDefault="00ED646D" w:rsidP="008E7FCE">
            <w:pPr>
              <w:keepNext/>
              <w:spacing w:before="60"/>
              <w:jc w:val="center"/>
            </w:pPr>
            <w:r>
              <w:rPr>
                <w:b/>
                <w:color w:val="FFFFFF"/>
              </w:rPr>
              <w:t>Vrijeme</w:t>
            </w:r>
          </w:p>
        </w:tc>
      </w:tr>
      <w:tr w:rsidR="00ED646D" w14:paraId="306A80C5" w14:textId="77777777" w:rsidTr="000210BC">
        <w:trPr>
          <w:cantSplit/>
        </w:trPr>
        <w:tc>
          <w:tcPr>
            <w:tcW w:w="4003" w:type="pct"/>
            <w:tcBorders>
              <w:top w:val="single" w:sz="4" w:space="0" w:color="000000"/>
              <w:left w:val="single" w:sz="4" w:space="0" w:color="000000"/>
              <w:bottom w:val="single" w:sz="4" w:space="0" w:color="000000"/>
              <w:right w:val="single" w:sz="4" w:space="0" w:color="000000"/>
            </w:tcBorders>
            <w:vAlign w:val="center"/>
          </w:tcPr>
          <w:p w14:paraId="6D32B5CE" w14:textId="77777777" w:rsidR="00ED646D" w:rsidRDefault="00ED646D" w:rsidP="008E7FCE">
            <w:pPr>
              <w:spacing w:before="60"/>
            </w:pPr>
            <w:r>
              <w:rPr>
                <w:color w:val="000000"/>
              </w:rPr>
              <w:t>Uvod, pregled domaće zadaće, motivacija i najava teme</w:t>
            </w:r>
          </w:p>
        </w:tc>
        <w:tc>
          <w:tcPr>
            <w:tcW w:w="997" w:type="pct"/>
            <w:tcBorders>
              <w:top w:val="single" w:sz="4" w:space="0" w:color="000000"/>
              <w:left w:val="single" w:sz="4" w:space="0" w:color="000000"/>
              <w:bottom w:val="single" w:sz="4" w:space="0" w:color="000000"/>
              <w:right w:val="single" w:sz="4" w:space="0" w:color="000000"/>
            </w:tcBorders>
            <w:vAlign w:val="center"/>
          </w:tcPr>
          <w:p w14:paraId="4D75848A" w14:textId="77777777" w:rsidR="00ED646D" w:rsidRDefault="0071703A" w:rsidP="008E7FCE">
            <w:pPr>
              <w:spacing w:before="60"/>
              <w:jc w:val="center"/>
            </w:pPr>
            <w:r>
              <w:rPr>
                <w:color w:val="000000"/>
              </w:rPr>
              <w:t>6 minuta</w:t>
            </w:r>
          </w:p>
        </w:tc>
      </w:tr>
      <w:tr w:rsidR="00ED646D" w14:paraId="266B3C72" w14:textId="77777777" w:rsidTr="000210BC">
        <w:trPr>
          <w:cantSplit/>
        </w:trPr>
        <w:tc>
          <w:tcPr>
            <w:tcW w:w="400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0DAC8DB" w14:textId="77777777" w:rsidR="00ED646D" w:rsidRDefault="00ED646D" w:rsidP="008E7FCE">
            <w:pPr>
              <w:spacing w:before="60"/>
            </w:pPr>
            <w:r w:rsidRPr="0049735F">
              <w:rPr>
                <w:color w:val="000000"/>
              </w:rPr>
              <w:t>Aktivnost 1: Obrada teksta / sadržaja</w:t>
            </w:r>
          </w:p>
        </w:tc>
        <w:tc>
          <w:tcPr>
            <w:tcW w:w="99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4583161" w14:textId="77777777" w:rsidR="00ED646D" w:rsidRDefault="00ED646D" w:rsidP="008E7FCE">
            <w:pPr>
              <w:spacing w:before="60"/>
              <w:jc w:val="center"/>
            </w:pPr>
            <w:r w:rsidRPr="0049735F">
              <w:rPr>
                <w:color w:val="000000"/>
              </w:rPr>
              <w:t>9 minuta</w:t>
            </w:r>
          </w:p>
        </w:tc>
      </w:tr>
      <w:tr w:rsidR="00ED646D" w14:paraId="6C95C6CB" w14:textId="77777777" w:rsidTr="000210BC">
        <w:trPr>
          <w:cantSplit/>
        </w:trPr>
        <w:tc>
          <w:tcPr>
            <w:tcW w:w="4003" w:type="pct"/>
            <w:tcBorders>
              <w:top w:val="single" w:sz="4" w:space="0" w:color="000000"/>
              <w:left w:val="single" w:sz="4" w:space="0" w:color="000000"/>
              <w:bottom w:val="single" w:sz="4" w:space="0" w:color="000000"/>
              <w:right w:val="single" w:sz="4" w:space="0" w:color="000000"/>
            </w:tcBorders>
            <w:vAlign w:val="center"/>
          </w:tcPr>
          <w:p w14:paraId="7AFA970F" w14:textId="77777777" w:rsidR="00ED646D" w:rsidRDefault="00ED646D" w:rsidP="008E7FCE">
            <w:pPr>
              <w:spacing w:before="60"/>
            </w:pPr>
            <w:r w:rsidRPr="0049735F">
              <w:rPr>
                <w:color w:val="000000"/>
              </w:rPr>
              <w:t>Aktivnost 4: Različiti su darovi, a isti Duh</w:t>
            </w:r>
          </w:p>
        </w:tc>
        <w:tc>
          <w:tcPr>
            <w:tcW w:w="997" w:type="pct"/>
            <w:tcBorders>
              <w:top w:val="single" w:sz="4" w:space="0" w:color="000000"/>
              <w:left w:val="single" w:sz="4" w:space="0" w:color="000000"/>
              <w:bottom w:val="single" w:sz="4" w:space="0" w:color="000000"/>
              <w:right w:val="single" w:sz="4" w:space="0" w:color="000000"/>
            </w:tcBorders>
            <w:vAlign w:val="center"/>
          </w:tcPr>
          <w:p w14:paraId="7A821CBF" w14:textId="77777777" w:rsidR="00ED646D" w:rsidRDefault="00ED646D" w:rsidP="008E7FCE">
            <w:pPr>
              <w:spacing w:before="60"/>
              <w:jc w:val="center"/>
            </w:pPr>
            <w:r w:rsidRPr="0049735F">
              <w:rPr>
                <w:color w:val="000000"/>
              </w:rPr>
              <w:t>4 minute</w:t>
            </w:r>
          </w:p>
        </w:tc>
      </w:tr>
      <w:tr w:rsidR="00ED646D" w14:paraId="78D26A55" w14:textId="77777777" w:rsidTr="000210BC">
        <w:trPr>
          <w:cantSplit/>
        </w:trPr>
        <w:tc>
          <w:tcPr>
            <w:tcW w:w="400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8F839E1" w14:textId="77777777" w:rsidR="00ED646D" w:rsidRDefault="00ED646D" w:rsidP="008E7FCE">
            <w:pPr>
              <w:spacing w:before="60"/>
            </w:pPr>
            <w:r w:rsidRPr="0049735F">
              <w:rPr>
                <w:color w:val="000000"/>
              </w:rPr>
              <w:t>Aktivnost 6: Jedno tijelo – mnogo udova</w:t>
            </w:r>
          </w:p>
        </w:tc>
        <w:tc>
          <w:tcPr>
            <w:tcW w:w="99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5D1485F" w14:textId="77777777" w:rsidR="00ED646D" w:rsidRDefault="00ED646D" w:rsidP="008E7FCE">
            <w:pPr>
              <w:spacing w:before="60"/>
              <w:jc w:val="center"/>
            </w:pPr>
            <w:r w:rsidRPr="0049735F">
              <w:rPr>
                <w:color w:val="000000"/>
              </w:rPr>
              <w:t>5 minuta</w:t>
            </w:r>
          </w:p>
        </w:tc>
      </w:tr>
      <w:tr w:rsidR="00ED646D" w14:paraId="7BB85E08" w14:textId="77777777" w:rsidTr="000210BC">
        <w:trPr>
          <w:cantSplit/>
        </w:trPr>
        <w:tc>
          <w:tcPr>
            <w:tcW w:w="4003" w:type="pct"/>
            <w:tcBorders>
              <w:top w:val="single" w:sz="4" w:space="0" w:color="000000"/>
              <w:left w:val="single" w:sz="4" w:space="0" w:color="000000"/>
              <w:bottom w:val="single" w:sz="4" w:space="0" w:color="000000"/>
              <w:right w:val="single" w:sz="4" w:space="0" w:color="000000"/>
            </w:tcBorders>
            <w:vAlign w:val="center"/>
          </w:tcPr>
          <w:p w14:paraId="3B46289A" w14:textId="77777777" w:rsidR="00ED646D" w:rsidRDefault="00ED646D" w:rsidP="008E7FCE">
            <w:pPr>
              <w:spacing w:before="60"/>
            </w:pPr>
            <w:r w:rsidRPr="0049735F">
              <w:rPr>
                <w:color w:val="000000"/>
              </w:rPr>
              <w:t>Aktivnost 10: Krist – vrata i Dobri pastir</w:t>
            </w:r>
          </w:p>
        </w:tc>
        <w:tc>
          <w:tcPr>
            <w:tcW w:w="997" w:type="pct"/>
            <w:tcBorders>
              <w:top w:val="single" w:sz="4" w:space="0" w:color="000000"/>
              <w:left w:val="single" w:sz="4" w:space="0" w:color="000000"/>
              <w:bottom w:val="single" w:sz="4" w:space="0" w:color="000000"/>
              <w:right w:val="single" w:sz="4" w:space="0" w:color="000000"/>
            </w:tcBorders>
            <w:vAlign w:val="center"/>
          </w:tcPr>
          <w:p w14:paraId="0D90812D" w14:textId="77777777" w:rsidR="00ED646D" w:rsidRDefault="00ED646D" w:rsidP="008E7FCE">
            <w:pPr>
              <w:spacing w:before="60"/>
              <w:jc w:val="center"/>
            </w:pPr>
            <w:r w:rsidRPr="0049735F">
              <w:rPr>
                <w:color w:val="000000"/>
              </w:rPr>
              <w:t>6 minuta</w:t>
            </w:r>
          </w:p>
        </w:tc>
      </w:tr>
      <w:tr w:rsidR="00ED646D" w14:paraId="37CB16D4" w14:textId="77777777" w:rsidTr="000210BC">
        <w:trPr>
          <w:cantSplit/>
        </w:trPr>
        <w:tc>
          <w:tcPr>
            <w:tcW w:w="400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AFC4C12" w14:textId="248D43EA" w:rsidR="00ED646D" w:rsidRDefault="00ED646D" w:rsidP="008E7FCE">
            <w:pPr>
              <w:spacing w:before="60"/>
            </w:pPr>
            <w:r w:rsidRPr="0049735F">
              <w:rPr>
                <w:color w:val="000000"/>
              </w:rPr>
              <w:t>Aktivnost 19: Digitalni zadatci</w:t>
            </w:r>
          </w:p>
        </w:tc>
        <w:tc>
          <w:tcPr>
            <w:tcW w:w="99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BFF2F6B" w14:textId="77777777" w:rsidR="00ED646D" w:rsidRDefault="00ED646D" w:rsidP="008E7FCE">
            <w:pPr>
              <w:spacing w:before="60"/>
              <w:jc w:val="center"/>
            </w:pPr>
            <w:r w:rsidRPr="0049735F">
              <w:rPr>
                <w:color w:val="000000"/>
              </w:rPr>
              <w:t>6 minuta</w:t>
            </w:r>
          </w:p>
        </w:tc>
      </w:tr>
      <w:tr w:rsidR="00ED646D" w14:paraId="2A251BAB" w14:textId="77777777" w:rsidTr="000210BC">
        <w:trPr>
          <w:cantSplit/>
        </w:trPr>
        <w:tc>
          <w:tcPr>
            <w:tcW w:w="4003" w:type="pct"/>
            <w:tcBorders>
              <w:top w:val="single" w:sz="4" w:space="0" w:color="000000"/>
              <w:left w:val="single" w:sz="4" w:space="0" w:color="000000"/>
              <w:bottom w:val="single" w:sz="4" w:space="0" w:color="000000"/>
              <w:right w:val="single" w:sz="4" w:space="0" w:color="000000"/>
            </w:tcBorders>
            <w:vAlign w:val="center"/>
          </w:tcPr>
          <w:p w14:paraId="05379FB5" w14:textId="77777777" w:rsidR="00ED646D" w:rsidRDefault="00ED646D" w:rsidP="008E7FCE">
            <w:pPr>
              <w:spacing w:before="60"/>
              <w:rPr>
                <w:color w:val="000000"/>
              </w:rPr>
            </w:pPr>
            <w:r w:rsidRPr="0049735F">
              <w:rPr>
                <w:color w:val="000000"/>
              </w:rPr>
              <w:t>Aktivnost 16: Zapišimo!</w:t>
            </w:r>
          </w:p>
        </w:tc>
        <w:tc>
          <w:tcPr>
            <w:tcW w:w="997" w:type="pct"/>
            <w:tcBorders>
              <w:top w:val="single" w:sz="4" w:space="0" w:color="000000"/>
              <w:left w:val="single" w:sz="4" w:space="0" w:color="000000"/>
              <w:bottom w:val="single" w:sz="4" w:space="0" w:color="000000"/>
              <w:right w:val="single" w:sz="4" w:space="0" w:color="000000"/>
            </w:tcBorders>
            <w:vAlign w:val="center"/>
          </w:tcPr>
          <w:p w14:paraId="41F68A51" w14:textId="77777777" w:rsidR="00ED646D" w:rsidRDefault="00ED646D" w:rsidP="008E7FCE">
            <w:pPr>
              <w:spacing w:before="60"/>
              <w:jc w:val="center"/>
              <w:rPr>
                <w:color w:val="000000"/>
              </w:rPr>
            </w:pPr>
            <w:r w:rsidRPr="0049735F">
              <w:rPr>
                <w:color w:val="000000"/>
              </w:rPr>
              <w:t>5 minuta</w:t>
            </w:r>
          </w:p>
        </w:tc>
      </w:tr>
      <w:tr w:rsidR="00ED646D" w14:paraId="0010EE46" w14:textId="77777777" w:rsidTr="000210BC">
        <w:trPr>
          <w:cantSplit/>
        </w:trPr>
        <w:tc>
          <w:tcPr>
            <w:tcW w:w="400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CA34B95" w14:textId="77777777" w:rsidR="00ED646D" w:rsidRDefault="00ED646D" w:rsidP="008E7FCE">
            <w:pPr>
              <w:spacing w:before="60"/>
              <w:rPr>
                <w:color w:val="000000"/>
              </w:rPr>
            </w:pPr>
            <w:r w:rsidRPr="0049735F">
              <w:rPr>
                <w:color w:val="000000"/>
              </w:rPr>
              <w:t>Aktualizacija, sinteza, samovrednovanje i molitva</w:t>
            </w:r>
          </w:p>
        </w:tc>
        <w:tc>
          <w:tcPr>
            <w:tcW w:w="99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F977283" w14:textId="77777777" w:rsidR="00ED646D" w:rsidRDefault="00ED646D" w:rsidP="008E7FCE">
            <w:pPr>
              <w:spacing w:before="60"/>
              <w:jc w:val="center"/>
              <w:rPr>
                <w:color w:val="000000"/>
              </w:rPr>
            </w:pPr>
            <w:r w:rsidRPr="0049735F">
              <w:rPr>
                <w:color w:val="000000"/>
              </w:rPr>
              <w:t>4 minute</w:t>
            </w:r>
          </w:p>
        </w:tc>
      </w:tr>
    </w:tbl>
    <w:p w14:paraId="2491AF60" w14:textId="77777777" w:rsidR="00ED646D" w:rsidRDefault="00ED646D" w:rsidP="00ED646D">
      <w:pPr>
        <w:spacing w:after="0"/>
        <w:jc w:val="both"/>
        <w:rPr>
          <w:i/>
          <w:color w:val="6B6B6B"/>
        </w:rPr>
      </w:pPr>
      <w:r w:rsidRPr="00EB675C">
        <w:rPr>
          <w:i/>
          <w:color w:val="6B6B6B"/>
        </w:rPr>
        <w:t>Ukupno: 45 minuta. Mikropauza se koristi samo po potrebi; tada se skraćuje predstavljanje skupina ili završna rasprava.</w:t>
      </w:r>
    </w:p>
    <w:p w14:paraId="0401B558" w14:textId="77777777" w:rsidR="00236F8A" w:rsidRDefault="00236F8A">
      <w:pPr>
        <w:spacing w:after="0" w:line="260" w:lineRule="exact"/>
      </w:pPr>
    </w:p>
    <w:p w14:paraId="5096AC50" w14:textId="77777777" w:rsidR="00D1095B" w:rsidRDefault="002509D4">
      <w:pPr>
        <w:keepNext/>
        <w:spacing w:after="0"/>
        <w:jc w:val="both"/>
      </w:pPr>
      <w:r>
        <w:rPr>
          <w:b/>
          <w:color w:val="C96A00"/>
        </w:rPr>
        <w:t>PRILOZI ZA BRZU UPORABU</w:t>
      </w:r>
    </w:p>
    <w:p w14:paraId="3F5D4D82" w14:textId="77777777" w:rsidR="00D1095B" w:rsidRPr="00A11590" w:rsidRDefault="002509D4">
      <w:pPr>
        <w:keepNext/>
        <w:spacing w:after="0"/>
        <w:jc w:val="both"/>
      </w:pPr>
      <w:r w:rsidRPr="00A11590">
        <w:rPr>
          <w:b/>
          <w:color w:val="000000"/>
        </w:rPr>
        <w:t>Prilog 1: Kratka kontrolna lista za vjeroučitelja</w:t>
      </w:r>
    </w:p>
    <w:p w14:paraId="797342E6" w14:textId="77777777" w:rsidR="00D1095B" w:rsidRPr="00A11590" w:rsidRDefault="002509D4">
      <w:pPr>
        <w:spacing w:after="0" w:line="216" w:lineRule="auto"/>
      </w:pPr>
      <w:r w:rsidRPr="00A11590">
        <w:t>□ Mogu li učenici objasniti što znači da je Crkva otajstvo (misterij)?</w:t>
      </w:r>
    </w:p>
    <w:p w14:paraId="55DA671E" w14:textId="77777777" w:rsidR="00D1095B" w:rsidRPr="00A11590" w:rsidRDefault="002509D4">
      <w:pPr>
        <w:spacing w:after="0" w:line="216" w:lineRule="auto"/>
      </w:pPr>
      <w:r w:rsidRPr="00A11590">
        <w:t>□ Mogu li navesti šest biblijskih slika Crkve sa str. 27 i protumačiti barem tri?</w:t>
      </w:r>
    </w:p>
    <w:p w14:paraId="36B2C397" w14:textId="77777777" w:rsidR="00D1095B" w:rsidRPr="00A11590" w:rsidRDefault="002509D4">
      <w:pPr>
        <w:spacing w:after="0" w:line="216" w:lineRule="auto"/>
      </w:pPr>
      <w:r w:rsidRPr="00A11590">
        <w:t>□ Mogu li objasniti poruku 1 Kor 12,4-6 o različitim darovima i istom Duhu?</w:t>
      </w:r>
    </w:p>
    <w:p w14:paraId="03063B98" w14:textId="77777777" w:rsidR="00D1095B" w:rsidRPr="00A11590" w:rsidRDefault="002509D4">
      <w:pPr>
        <w:spacing w:after="0" w:line="216" w:lineRule="auto"/>
      </w:pPr>
      <w:r w:rsidRPr="00A11590">
        <w:t>□ Mogu li objasniti usporedbu Crkve s jednim tijelom i mnogo udova?</w:t>
      </w:r>
    </w:p>
    <w:p w14:paraId="2128F17D" w14:textId="77777777" w:rsidR="00D1095B" w:rsidRPr="00A11590" w:rsidRDefault="002509D4">
      <w:pPr>
        <w:spacing w:after="0" w:line="216" w:lineRule="auto"/>
      </w:pPr>
      <w:r w:rsidRPr="00A11590">
        <w:t>□ Mogu li povezati svoje darove s konkretnom službom i dobrom cijele zajednice?</w:t>
      </w:r>
    </w:p>
    <w:sectPr w:rsidR="00D1095B" w:rsidRPr="00A11590" w:rsidSect="00034616">
      <w:footerReference w:type="default" r:id="rId19"/>
      <w:pgSz w:w="12240" w:h="15840"/>
      <w:pgMar w:top="709" w:right="709" w:bottom="709"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C033D" w14:textId="77777777" w:rsidR="00754E3E" w:rsidRDefault="00754E3E">
      <w:pPr>
        <w:spacing w:after="0"/>
      </w:pPr>
      <w:r>
        <w:separator/>
      </w:r>
    </w:p>
  </w:endnote>
  <w:endnote w:type="continuationSeparator" w:id="0">
    <w:p w14:paraId="13AD1B99" w14:textId="77777777" w:rsidR="00754E3E" w:rsidRDefault="00754E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6E06B" w14:textId="77777777" w:rsidR="000E7DB9" w:rsidRDefault="000E7DB9">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5B70A" w14:textId="77777777" w:rsidR="00754E3E" w:rsidRDefault="00754E3E">
      <w:pPr>
        <w:spacing w:after="0"/>
      </w:pPr>
      <w:r>
        <w:separator/>
      </w:r>
    </w:p>
  </w:footnote>
  <w:footnote w:type="continuationSeparator" w:id="0">
    <w:p w14:paraId="7DF451CE" w14:textId="77777777" w:rsidR="00754E3E" w:rsidRDefault="00754E3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8201EE"/>
    <w:lvl w:ilvl="0">
      <w:start w:val="1"/>
      <w:numFmt w:val="decimal"/>
      <w:pStyle w:val="Brojevi5"/>
      <w:lvlText w:val="%1."/>
      <w:lvlJc w:val="left"/>
      <w:pPr>
        <w:tabs>
          <w:tab w:val="num" w:pos="1492"/>
        </w:tabs>
        <w:ind w:left="1492" w:hanging="360"/>
      </w:pPr>
    </w:lvl>
  </w:abstractNum>
  <w:abstractNum w:abstractNumId="1" w15:restartNumberingAfterBreak="0">
    <w:nsid w:val="FFFFFF7D"/>
    <w:multiLevelType w:val="singleLevel"/>
    <w:tmpl w:val="06AAF330"/>
    <w:lvl w:ilvl="0">
      <w:start w:val="1"/>
      <w:numFmt w:val="decimal"/>
      <w:pStyle w:val="Brojevi4"/>
      <w:lvlText w:val="%1."/>
      <w:lvlJc w:val="left"/>
      <w:pPr>
        <w:tabs>
          <w:tab w:val="num" w:pos="1209"/>
        </w:tabs>
        <w:ind w:left="1209"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0"/>
    <w:multiLevelType w:val="singleLevel"/>
    <w:tmpl w:val="CAC0DC22"/>
    <w:lvl w:ilvl="0">
      <w:start w:val="1"/>
      <w:numFmt w:val="bullet"/>
      <w:pStyle w:val="Grafikeoznak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5CCB52"/>
    <w:lvl w:ilvl="0">
      <w:start w:val="1"/>
      <w:numFmt w:val="bullet"/>
      <w:pStyle w:val="Grafikeoznake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10" w15:restartNumberingAfterBreak="0">
    <w:nsid w:val="004A4F8B"/>
    <w:multiLevelType w:val="hybridMultilevel"/>
    <w:tmpl w:val="9C8E87BA"/>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11" w15:restartNumberingAfterBreak="0">
    <w:nsid w:val="02576D4C"/>
    <w:multiLevelType w:val="hybridMultilevel"/>
    <w:tmpl w:val="9F56543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B76728C"/>
    <w:multiLevelType w:val="hybridMultilevel"/>
    <w:tmpl w:val="540CAF9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BBB2750"/>
    <w:multiLevelType w:val="hybridMultilevel"/>
    <w:tmpl w:val="9F2E143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3585B72"/>
    <w:multiLevelType w:val="hybridMultilevel"/>
    <w:tmpl w:val="E5AEF6A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A2950F8"/>
    <w:multiLevelType w:val="hybridMultilevel"/>
    <w:tmpl w:val="1690D16C"/>
    <w:lvl w:ilvl="0" w:tplc="B1FECC32">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16" w15:restartNumberingAfterBreak="0">
    <w:nsid w:val="1EE856B7"/>
    <w:multiLevelType w:val="hybridMultilevel"/>
    <w:tmpl w:val="087CCEEE"/>
    <w:lvl w:ilvl="0" w:tplc="041A0001">
      <w:start w:val="1"/>
      <w:numFmt w:val="bullet"/>
      <w:lvlText w:val=""/>
      <w:lvlJc w:val="left"/>
      <w:pPr>
        <w:ind w:left="891" w:hanging="360"/>
      </w:pPr>
      <w:rPr>
        <w:rFonts w:ascii="Symbol" w:hAnsi="Symbol"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17" w15:restartNumberingAfterBreak="0">
    <w:nsid w:val="20F76D4C"/>
    <w:multiLevelType w:val="hybridMultilevel"/>
    <w:tmpl w:val="14A6755C"/>
    <w:lvl w:ilvl="0" w:tplc="38C2CE62">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18" w15:restartNumberingAfterBreak="0">
    <w:nsid w:val="256975F0"/>
    <w:multiLevelType w:val="hybridMultilevel"/>
    <w:tmpl w:val="9E8A844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9042B2C"/>
    <w:multiLevelType w:val="hybridMultilevel"/>
    <w:tmpl w:val="FEC46CB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96A7F69"/>
    <w:multiLevelType w:val="hybridMultilevel"/>
    <w:tmpl w:val="76669F44"/>
    <w:lvl w:ilvl="0" w:tplc="23A85036">
      <w:start w:val="1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A9D0224"/>
    <w:multiLevelType w:val="hybridMultilevel"/>
    <w:tmpl w:val="97121B9C"/>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22" w15:restartNumberingAfterBreak="0">
    <w:nsid w:val="2D292E06"/>
    <w:multiLevelType w:val="hybridMultilevel"/>
    <w:tmpl w:val="A28205CA"/>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23" w15:restartNumberingAfterBreak="0">
    <w:nsid w:val="30EA4075"/>
    <w:multiLevelType w:val="hybridMultilevel"/>
    <w:tmpl w:val="F6967F6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8891A39"/>
    <w:multiLevelType w:val="hybridMultilevel"/>
    <w:tmpl w:val="80E2C49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D7D35AC"/>
    <w:multiLevelType w:val="hybridMultilevel"/>
    <w:tmpl w:val="80F4B25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1C60A52"/>
    <w:multiLevelType w:val="hybridMultilevel"/>
    <w:tmpl w:val="A84E4296"/>
    <w:lvl w:ilvl="0" w:tplc="8DB83D36">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27" w15:restartNumberingAfterBreak="0">
    <w:nsid w:val="423B08A0"/>
    <w:multiLevelType w:val="hybridMultilevel"/>
    <w:tmpl w:val="03CC022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2B67711"/>
    <w:multiLevelType w:val="hybridMultilevel"/>
    <w:tmpl w:val="4F1EAFB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5091BD2"/>
    <w:multiLevelType w:val="hybridMultilevel"/>
    <w:tmpl w:val="E25443A8"/>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30" w15:restartNumberingAfterBreak="0">
    <w:nsid w:val="48EC5CD7"/>
    <w:multiLevelType w:val="hybridMultilevel"/>
    <w:tmpl w:val="F6C21F82"/>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31" w15:restartNumberingAfterBreak="0">
    <w:nsid w:val="48F22671"/>
    <w:multiLevelType w:val="hybridMultilevel"/>
    <w:tmpl w:val="2A509C1C"/>
    <w:lvl w:ilvl="0" w:tplc="71C046A8">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2" w15:restartNumberingAfterBreak="0">
    <w:nsid w:val="5A0C495C"/>
    <w:multiLevelType w:val="hybridMultilevel"/>
    <w:tmpl w:val="0D50359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AF82A1C"/>
    <w:multiLevelType w:val="hybridMultilevel"/>
    <w:tmpl w:val="E7BCBDC4"/>
    <w:lvl w:ilvl="0" w:tplc="34BC8B20">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4" w15:restartNumberingAfterBreak="0">
    <w:nsid w:val="688927F6"/>
    <w:multiLevelType w:val="hybridMultilevel"/>
    <w:tmpl w:val="6908D61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ACD76DE"/>
    <w:multiLevelType w:val="hybridMultilevel"/>
    <w:tmpl w:val="A078BF60"/>
    <w:lvl w:ilvl="0" w:tplc="A3126B4C">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6" w15:restartNumberingAfterBreak="0">
    <w:nsid w:val="6B1C59FA"/>
    <w:multiLevelType w:val="hybridMultilevel"/>
    <w:tmpl w:val="5AC6EDC6"/>
    <w:lvl w:ilvl="0" w:tplc="0EBA46B0">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7" w15:restartNumberingAfterBreak="0">
    <w:nsid w:val="6F5901EF"/>
    <w:multiLevelType w:val="hybridMultilevel"/>
    <w:tmpl w:val="A0961EE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5B020FD"/>
    <w:multiLevelType w:val="hybridMultilevel"/>
    <w:tmpl w:val="72521FB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9BC6191"/>
    <w:multiLevelType w:val="multilevel"/>
    <w:tmpl w:val="F71EF44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rPr>
    </w:lvl>
    <w:lvl w:ilvl="2">
      <w:start w:val="2"/>
      <w:numFmt w:val="bullet"/>
      <w:lvlText w:val=""/>
      <w:lvlJc w:val="left"/>
      <w:pPr>
        <w:ind w:left="2160" w:hanging="360"/>
      </w:pPr>
      <w:rPr>
        <w:rFonts w:ascii="Calibri" w:eastAsia="Times New Roman"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C96738"/>
    <w:multiLevelType w:val="hybridMultilevel"/>
    <w:tmpl w:val="5A9C8D8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9E403C7"/>
    <w:multiLevelType w:val="hybridMultilevel"/>
    <w:tmpl w:val="3DF8E0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9F502A8"/>
    <w:multiLevelType w:val="hybridMultilevel"/>
    <w:tmpl w:val="45A8A640"/>
    <w:lvl w:ilvl="0" w:tplc="041A0001">
      <w:start w:val="1"/>
      <w:numFmt w:val="bullet"/>
      <w:lvlText w:val=""/>
      <w:lvlJc w:val="left"/>
      <w:pPr>
        <w:ind w:left="891" w:hanging="360"/>
      </w:pPr>
      <w:rPr>
        <w:rFonts w:ascii="Symbol" w:hAnsi="Symbol"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num w:numId="1" w16cid:durableId="2086995909">
    <w:abstractNumId w:val="9"/>
  </w:num>
  <w:num w:numId="2" w16cid:durableId="858733978">
    <w:abstractNumId w:val="7"/>
  </w:num>
  <w:num w:numId="3" w16cid:durableId="2075544244">
    <w:abstractNumId w:val="6"/>
  </w:num>
  <w:num w:numId="4" w16cid:durableId="1079131578">
    <w:abstractNumId w:val="5"/>
  </w:num>
  <w:num w:numId="5" w16cid:durableId="1715733385">
    <w:abstractNumId w:val="8"/>
  </w:num>
  <w:num w:numId="6" w16cid:durableId="2049067793">
    <w:abstractNumId w:val="3"/>
  </w:num>
  <w:num w:numId="7" w16cid:durableId="1531068501">
    <w:abstractNumId w:val="2"/>
  </w:num>
  <w:num w:numId="8" w16cid:durableId="1669095500">
    <w:abstractNumId w:val="1"/>
  </w:num>
  <w:num w:numId="9" w16cid:durableId="391199442">
    <w:abstractNumId w:val="0"/>
  </w:num>
  <w:num w:numId="10" w16cid:durableId="1120497200">
    <w:abstractNumId w:val="11"/>
  </w:num>
  <w:num w:numId="11" w16cid:durableId="1535581675">
    <w:abstractNumId w:val="34"/>
  </w:num>
  <w:num w:numId="12" w16cid:durableId="1618247408">
    <w:abstractNumId w:val="14"/>
  </w:num>
  <w:num w:numId="13" w16cid:durableId="1045786860">
    <w:abstractNumId w:val="20"/>
  </w:num>
  <w:num w:numId="14" w16cid:durableId="2114086719">
    <w:abstractNumId w:val="24"/>
  </w:num>
  <w:num w:numId="15" w16cid:durableId="752320028">
    <w:abstractNumId w:val="28"/>
  </w:num>
  <w:num w:numId="16" w16cid:durableId="768621428">
    <w:abstractNumId w:val="1"/>
  </w:num>
  <w:num w:numId="17" w16cid:durableId="249317115">
    <w:abstractNumId w:val="0"/>
  </w:num>
  <w:num w:numId="18" w16cid:durableId="628632097">
    <w:abstractNumId w:val="4"/>
  </w:num>
  <w:num w:numId="19" w16cid:durableId="2075620656">
    <w:abstractNumId w:val="41"/>
  </w:num>
  <w:num w:numId="20" w16cid:durableId="1478961381">
    <w:abstractNumId w:val="16"/>
  </w:num>
  <w:num w:numId="21" w16cid:durableId="815024149">
    <w:abstractNumId w:val="17"/>
  </w:num>
  <w:num w:numId="22" w16cid:durableId="800153039">
    <w:abstractNumId w:val="12"/>
  </w:num>
  <w:num w:numId="23" w16cid:durableId="2011911648">
    <w:abstractNumId w:val="22"/>
  </w:num>
  <w:num w:numId="24" w16cid:durableId="1032002285">
    <w:abstractNumId w:val="33"/>
  </w:num>
  <w:num w:numId="25" w16cid:durableId="1691881530">
    <w:abstractNumId w:val="19"/>
  </w:num>
  <w:num w:numId="26" w16cid:durableId="1247029978">
    <w:abstractNumId w:val="21"/>
  </w:num>
  <w:num w:numId="27" w16cid:durableId="541288827">
    <w:abstractNumId w:val="15"/>
  </w:num>
  <w:num w:numId="28" w16cid:durableId="192037483">
    <w:abstractNumId w:val="25"/>
  </w:num>
  <w:num w:numId="29" w16cid:durableId="201939700">
    <w:abstractNumId w:val="10"/>
  </w:num>
  <w:num w:numId="30" w16cid:durableId="336884219">
    <w:abstractNumId w:val="36"/>
  </w:num>
  <w:num w:numId="31" w16cid:durableId="162622373">
    <w:abstractNumId w:val="40"/>
  </w:num>
  <w:num w:numId="32" w16cid:durableId="579144776">
    <w:abstractNumId w:val="30"/>
  </w:num>
  <w:num w:numId="33" w16cid:durableId="995261490">
    <w:abstractNumId w:val="35"/>
  </w:num>
  <w:num w:numId="34" w16cid:durableId="1273170995">
    <w:abstractNumId w:val="27"/>
  </w:num>
  <w:num w:numId="35" w16cid:durableId="1644383199">
    <w:abstractNumId w:val="42"/>
  </w:num>
  <w:num w:numId="36" w16cid:durableId="848981170">
    <w:abstractNumId w:val="26"/>
  </w:num>
  <w:num w:numId="37" w16cid:durableId="12347663">
    <w:abstractNumId w:val="18"/>
  </w:num>
  <w:num w:numId="38" w16cid:durableId="596258820">
    <w:abstractNumId w:val="29"/>
  </w:num>
  <w:num w:numId="39" w16cid:durableId="467549038">
    <w:abstractNumId w:val="31"/>
  </w:num>
  <w:num w:numId="40" w16cid:durableId="759177734">
    <w:abstractNumId w:val="13"/>
  </w:num>
  <w:num w:numId="41" w16cid:durableId="1480226981">
    <w:abstractNumId w:val="23"/>
  </w:num>
  <w:num w:numId="42" w16cid:durableId="1295020525">
    <w:abstractNumId w:val="32"/>
  </w:num>
  <w:num w:numId="43" w16cid:durableId="1454980046">
    <w:abstractNumId w:val="39"/>
  </w:num>
  <w:num w:numId="44" w16cid:durableId="1507013684">
    <w:abstractNumId w:val="38"/>
  </w:num>
  <w:num w:numId="45" w16cid:durableId="133603495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533"/>
    <w:rsid w:val="000210BC"/>
    <w:rsid w:val="00034616"/>
    <w:rsid w:val="0006063C"/>
    <w:rsid w:val="00070439"/>
    <w:rsid w:val="0008576A"/>
    <w:rsid w:val="000A10F1"/>
    <w:rsid w:val="000A4601"/>
    <w:rsid w:val="000E7DB9"/>
    <w:rsid w:val="00104C02"/>
    <w:rsid w:val="001061CF"/>
    <w:rsid w:val="00113A90"/>
    <w:rsid w:val="00135511"/>
    <w:rsid w:val="0015074B"/>
    <w:rsid w:val="00194223"/>
    <w:rsid w:val="001E4D22"/>
    <w:rsid w:val="00236F8A"/>
    <w:rsid w:val="002509D4"/>
    <w:rsid w:val="0029639D"/>
    <w:rsid w:val="002B0399"/>
    <w:rsid w:val="002E3F84"/>
    <w:rsid w:val="00323886"/>
    <w:rsid w:val="00326F90"/>
    <w:rsid w:val="00371C62"/>
    <w:rsid w:val="003A7FA8"/>
    <w:rsid w:val="003D4324"/>
    <w:rsid w:val="003F336B"/>
    <w:rsid w:val="003F603C"/>
    <w:rsid w:val="00434132"/>
    <w:rsid w:val="00434EC3"/>
    <w:rsid w:val="00437E19"/>
    <w:rsid w:val="00440493"/>
    <w:rsid w:val="0046679F"/>
    <w:rsid w:val="00467695"/>
    <w:rsid w:val="00471F8C"/>
    <w:rsid w:val="004953BC"/>
    <w:rsid w:val="004A16B5"/>
    <w:rsid w:val="004C1656"/>
    <w:rsid w:val="004D4D90"/>
    <w:rsid w:val="00514758"/>
    <w:rsid w:val="00520B78"/>
    <w:rsid w:val="00532612"/>
    <w:rsid w:val="0055343F"/>
    <w:rsid w:val="0056070B"/>
    <w:rsid w:val="005C6CFC"/>
    <w:rsid w:val="0060275B"/>
    <w:rsid w:val="006162E1"/>
    <w:rsid w:val="00622813"/>
    <w:rsid w:val="00647D78"/>
    <w:rsid w:val="00652D60"/>
    <w:rsid w:val="00664440"/>
    <w:rsid w:val="006A2B5F"/>
    <w:rsid w:val="006A58C7"/>
    <w:rsid w:val="006B1626"/>
    <w:rsid w:val="00704A8C"/>
    <w:rsid w:val="0071703A"/>
    <w:rsid w:val="0074204C"/>
    <w:rsid w:val="0075390E"/>
    <w:rsid w:val="00754E3E"/>
    <w:rsid w:val="00754E55"/>
    <w:rsid w:val="00763CDB"/>
    <w:rsid w:val="007640DA"/>
    <w:rsid w:val="007667A1"/>
    <w:rsid w:val="00772CA0"/>
    <w:rsid w:val="007D200C"/>
    <w:rsid w:val="007F1AEB"/>
    <w:rsid w:val="007F49D4"/>
    <w:rsid w:val="008656B8"/>
    <w:rsid w:val="008706BC"/>
    <w:rsid w:val="00884336"/>
    <w:rsid w:val="008A0A28"/>
    <w:rsid w:val="008B41DF"/>
    <w:rsid w:val="008E7FCE"/>
    <w:rsid w:val="008F6601"/>
    <w:rsid w:val="00946E58"/>
    <w:rsid w:val="0095150F"/>
    <w:rsid w:val="009741CF"/>
    <w:rsid w:val="009A2BD4"/>
    <w:rsid w:val="00A11590"/>
    <w:rsid w:val="00A330AB"/>
    <w:rsid w:val="00A42A46"/>
    <w:rsid w:val="00A86CE6"/>
    <w:rsid w:val="00AA1D8D"/>
    <w:rsid w:val="00AF6A6B"/>
    <w:rsid w:val="00B015A9"/>
    <w:rsid w:val="00B42047"/>
    <w:rsid w:val="00B47730"/>
    <w:rsid w:val="00B53DD5"/>
    <w:rsid w:val="00B610C0"/>
    <w:rsid w:val="00B81E0F"/>
    <w:rsid w:val="00B864AD"/>
    <w:rsid w:val="00B947C1"/>
    <w:rsid w:val="00BC6076"/>
    <w:rsid w:val="00BF0156"/>
    <w:rsid w:val="00BF2CCC"/>
    <w:rsid w:val="00C01EC0"/>
    <w:rsid w:val="00C05C00"/>
    <w:rsid w:val="00C203FB"/>
    <w:rsid w:val="00C6625B"/>
    <w:rsid w:val="00C7114A"/>
    <w:rsid w:val="00C84B6D"/>
    <w:rsid w:val="00CB0664"/>
    <w:rsid w:val="00CB06F3"/>
    <w:rsid w:val="00D1095B"/>
    <w:rsid w:val="00D45FDD"/>
    <w:rsid w:val="00D55376"/>
    <w:rsid w:val="00D92C37"/>
    <w:rsid w:val="00DB0EC6"/>
    <w:rsid w:val="00DC05C5"/>
    <w:rsid w:val="00DF1E0A"/>
    <w:rsid w:val="00DF3EDE"/>
    <w:rsid w:val="00E12169"/>
    <w:rsid w:val="00E14E26"/>
    <w:rsid w:val="00E4236D"/>
    <w:rsid w:val="00E57CCB"/>
    <w:rsid w:val="00E812A0"/>
    <w:rsid w:val="00E93AF7"/>
    <w:rsid w:val="00E944E2"/>
    <w:rsid w:val="00ED646D"/>
    <w:rsid w:val="00EE36B1"/>
    <w:rsid w:val="00EE44A8"/>
    <w:rsid w:val="00EE55F3"/>
    <w:rsid w:val="00F351E0"/>
    <w:rsid w:val="00F45FDE"/>
    <w:rsid w:val="00F51880"/>
    <w:rsid w:val="00F63D74"/>
    <w:rsid w:val="00FC693F"/>
    <w:rsid w:val="00FD2269"/>
    <w:rsid w:val="00FF5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0ED8C5"/>
  <w14:defaultImageDpi w14:val="300"/>
  <w15:docId w15:val="{2082A128-46F8-47D8-AF86-1980DDDA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E12169"/>
    <w:rPr>
      <w:color w:val="0000FF" w:themeColor="hyperlink"/>
      <w:u w:val="single"/>
    </w:rPr>
  </w:style>
  <w:style w:type="paragraph" w:styleId="Adresaomotnice">
    <w:name w:val="envelope address"/>
    <w:basedOn w:val="Normal"/>
    <w:uiPriority w:val="99"/>
    <w:semiHidden/>
    <w:unhideWhenUsed/>
    <w:rsid w:val="00772CA0"/>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Bibliografija">
    <w:name w:val="Bibliography"/>
    <w:basedOn w:val="Normal"/>
    <w:next w:val="Normal"/>
    <w:uiPriority w:val="37"/>
    <w:semiHidden/>
    <w:unhideWhenUsed/>
    <w:rsid w:val="00772CA0"/>
  </w:style>
  <w:style w:type="paragraph" w:styleId="Blokteksta">
    <w:name w:val="Block Text"/>
    <w:basedOn w:val="Normal"/>
    <w:uiPriority w:val="99"/>
    <w:semiHidden/>
    <w:unhideWhenUsed/>
    <w:rsid w:val="00772CA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rojevi4">
    <w:name w:val="List Number 4"/>
    <w:basedOn w:val="Normal"/>
    <w:uiPriority w:val="99"/>
    <w:semiHidden/>
    <w:unhideWhenUsed/>
    <w:rsid w:val="00772CA0"/>
    <w:pPr>
      <w:numPr>
        <w:numId w:val="16"/>
      </w:numPr>
      <w:contextualSpacing/>
    </w:pPr>
  </w:style>
  <w:style w:type="paragraph" w:styleId="Brojevi5">
    <w:name w:val="List Number 5"/>
    <w:basedOn w:val="Normal"/>
    <w:uiPriority w:val="99"/>
    <w:semiHidden/>
    <w:unhideWhenUsed/>
    <w:rsid w:val="00772CA0"/>
    <w:pPr>
      <w:numPr>
        <w:numId w:val="17"/>
      </w:numPr>
      <w:contextualSpacing/>
    </w:pPr>
  </w:style>
  <w:style w:type="paragraph" w:styleId="Datum">
    <w:name w:val="Date"/>
    <w:basedOn w:val="Normal"/>
    <w:next w:val="Normal"/>
    <w:link w:val="DatumChar"/>
    <w:uiPriority w:val="99"/>
    <w:semiHidden/>
    <w:unhideWhenUsed/>
    <w:rsid w:val="00772CA0"/>
  </w:style>
  <w:style w:type="character" w:customStyle="1" w:styleId="DatumChar">
    <w:name w:val="Datum Char"/>
    <w:basedOn w:val="Zadanifontodlomka"/>
    <w:link w:val="Datum"/>
    <w:uiPriority w:val="99"/>
    <w:semiHidden/>
    <w:rsid w:val="00772CA0"/>
    <w:rPr>
      <w:rFonts w:ascii="Calibri" w:eastAsia="Calibri" w:hAnsi="Calibri"/>
    </w:rPr>
  </w:style>
  <w:style w:type="paragraph" w:styleId="Grafikeoznake4">
    <w:name w:val="List Bullet 4"/>
    <w:basedOn w:val="Normal"/>
    <w:uiPriority w:val="99"/>
    <w:semiHidden/>
    <w:unhideWhenUsed/>
    <w:rsid w:val="00772CA0"/>
    <w:pPr>
      <w:numPr>
        <w:numId w:val="4"/>
      </w:numPr>
      <w:contextualSpacing/>
    </w:pPr>
  </w:style>
  <w:style w:type="paragraph" w:styleId="Grafikeoznake5">
    <w:name w:val="List Bullet 5"/>
    <w:basedOn w:val="Normal"/>
    <w:uiPriority w:val="99"/>
    <w:semiHidden/>
    <w:unhideWhenUsed/>
    <w:rsid w:val="00772CA0"/>
    <w:pPr>
      <w:numPr>
        <w:numId w:val="18"/>
      </w:numPr>
      <w:contextualSpacing/>
    </w:pPr>
  </w:style>
  <w:style w:type="paragraph" w:styleId="HTMLunaprijedoblikovano">
    <w:name w:val="HTML Preformatted"/>
    <w:basedOn w:val="Normal"/>
    <w:link w:val="HTMLunaprijedoblikovanoChar"/>
    <w:uiPriority w:val="99"/>
    <w:semiHidden/>
    <w:unhideWhenUsed/>
    <w:rsid w:val="00772CA0"/>
    <w:pPr>
      <w:spacing w:after="0"/>
    </w:pPr>
    <w:rPr>
      <w:rFonts w:ascii="Consolas" w:hAnsi="Consolas"/>
      <w:sz w:val="20"/>
      <w:szCs w:val="20"/>
    </w:rPr>
  </w:style>
  <w:style w:type="character" w:customStyle="1" w:styleId="HTMLunaprijedoblikovanoChar">
    <w:name w:val="HTML unaprijed oblikovano Char"/>
    <w:basedOn w:val="Zadanifontodlomka"/>
    <w:link w:val="HTMLunaprijedoblikovano"/>
    <w:uiPriority w:val="99"/>
    <w:semiHidden/>
    <w:rsid w:val="00772CA0"/>
    <w:rPr>
      <w:rFonts w:ascii="Consolas" w:eastAsia="Calibri" w:hAnsi="Consolas"/>
      <w:sz w:val="20"/>
      <w:szCs w:val="20"/>
    </w:rPr>
  </w:style>
  <w:style w:type="paragraph" w:styleId="HTML-adresa">
    <w:name w:val="HTML Address"/>
    <w:basedOn w:val="Normal"/>
    <w:link w:val="HTML-adresaChar"/>
    <w:uiPriority w:val="99"/>
    <w:semiHidden/>
    <w:unhideWhenUsed/>
    <w:rsid w:val="00772CA0"/>
    <w:pPr>
      <w:spacing w:after="0"/>
    </w:pPr>
    <w:rPr>
      <w:i/>
      <w:iCs/>
    </w:rPr>
  </w:style>
  <w:style w:type="character" w:customStyle="1" w:styleId="HTML-adresaChar">
    <w:name w:val="HTML-adresa Char"/>
    <w:basedOn w:val="Zadanifontodlomka"/>
    <w:link w:val="HTML-adresa"/>
    <w:uiPriority w:val="99"/>
    <w:semiHidden/>
    <w:rsid w:val="00772CA0"/>
    <w:rPr>
      <w:rFonts w:ascii="Calibri" w:eastAsia="Calibri" w:hAnsi="Calibri"/>
      <w:i/>
      <w:iCs/>
    </w:rPr>
  </w:style>
  <w:style w:type="paragraph" w:styleId="Indeks1">
    <w:name w:val="index 1"/>
    <w:basedOn w:val="Normal"/>
    <w:next w:val="Normal"/>
    <w:autoRedefine/>
    <w:uiPriority w:val="99"/>
    <w:semiHidden/>
    <w:unhideWhenUsed/>
    <w:rsid w:val="00772CA0"/>
    <w:pPr>
      <w:spacing w:after="0"/>
      <w:ind w:left="220" w:hanging="220"/>
    </w:pPr>
  </w:style>
  <w:style w:type="paragraph" w:styleId="Indeks2">
    <w:name w:val="index 2"/>
    <w:basedOn w:val="Normal"/>
    <w:next w:val="Normal"/>
    <w:autoRedefine/>
    <w:uiPriority w:val="99"/>
    <w:semiHidden/>
    <w:unhideWhenUsed/>
    <w:rsid w:val="00772CA0"/>
    <w:pPr>
      <w:spacing w:after="0"/>
      <w:ind w:left="440" w:hanging="220"/>
    </w:pPr>
  </w:style>
  <w:style w:type="paragraph" w:styleId="Indeks3">
    <w:name w:val="index 3"/>
    <w:basedOn w:val="Normal"/>
    <w:next w:val="Normal"/>
    <w:autoRedefine/>
    <w:uiPriority w:val="99"/>
    <w:semiHidden/>
    <w:unhideWhenUsed/>
    <w:rsid w:val="00772CA0"/>
    <w:pPr>
      <w:spacing w:after="0"/>
      <w:ind w:left="660" w:hanging="220"/>
    </w:pPr>
  </w:style>
  <w:style w:type="paragraph" w:styleId="Indeks4">
    <w:name w:val="index 4"/>
    <w:basedOn w:val="Normal"/>
    <w:next w:val="Normal"/>
    <w:autoRedefine/>
    <w:uiPriority w:val="99"/>
    <w:semiHidden/>
    <w:unhideWhenUsed/>
    <w:rsid w:val="00772CA0"/>
    <w:pPr>
      <w:spacing w:after="0"/>
      <w:ind w:left="880" w:hanging="220"/>
    </w:pPr>
  </w:style>
  <w:style w:type="paragraph" w:styleId="Indeks5">
    <w:name w:val="index 5"/>
    <w:basedOn w:val="Normal"/>
    <w:next w:val="Normal"/>
    <w:autoRedefine/>
    <w:uiPriority w:val="99"/>
    <w:semiHidden/>
    <w:unhideWhenUsed/>
    <w:rsid w:val="00772CA0"/>
    <w:pPr>
      <w:spacing w:after="0"/>
      <w:ind w:left="1100" w:hanging="220"/>
    </w:pPr>
  </w:style>
  <w:style w:type="paragraph" w:styleId="Indeks6">
    <w:name w:val="index 6"/>
    <w:basedOn w:val="Normal"/>
    <w:next w:val="Normal"/>
    <w:autoRedefine/>
    <w:uiPriority w:val="99"/>
    <w:semiHidden/>
    <w:unhideWhenUsed/>
    <w:rsid w:val="00772CA0"/>
    <w:pPr>
      <w:spacing w:after="0"/>
      <w:ind w:left="1320" w:hanging="220"/>
    </w:pPr>
  </w:style>
  <w:style w:type="paragraph" w:styleId="Indeks7">
    <w:name w:val="index 7"/>
    <w:basedOn w:val="Normal"/>
    <w:next w:val="Normal"/>
    <w:autoRedefine/>
    <w:uiPriority w:val="99"/>
    <w:semiHidden/>
    <w:unhideWhenUsed/>
    <w:rsid w:val="00772CA0"/>
    <w:pPr>
      <w:spacing w:after="0"/>
      <w:ind w:left="1540" w:hanging="220"/>
    </w:pPr>
  </w:style>
  <w:style w:type="paragraph" w:styleId="Indeks8">
    <w:name w:val="index 8"/>
    <w:basedOn w:val="Normal"/>
    <w:next w:val="Normal"/>
    <w:autoRedefine/>
    <w:uiPriority w:val="99"/>
    <w:semiHidden/>
    <w:unhideWhenUsed/>
    <w:rsid w:val="00772CA0"/>
    <w:pPr>
      <w:spacing w:after="0"/>
      <w:ind w:left="1760" w:hanging="220"/>
    </w:pPr>
  </w:style>
  <w:style w:type="paragraph" w:styleId="Indeks9">
    <w:name w:val="index 9"/>
    <w:basedOn w:val="Normal"/>
    <w:next w:val="Normal"/>
    <w:autoRedefine/>
    <w:uiPriority w:val="99"/>
    <w:semiHidden/>
    <w:unhideWhenUsed/>
    <w:rsid w:val="00772CA0"/>
    <w:pPr>
      <w:spacing w:after="0"/>
      <w:ind w:left="1980" w:hanging="220"/>
    </w:pPr>
  </w:style>
  <w:style w:type="paragraph" w:styleId="Kartadokumenta">
    <w:name w:val="Document Map"/>
    <w:basedOn w:val="Normal"/>
    <w:link w:val="KartadokumentaChar"/>
    <w:uiPriority w:val="99"/>
    <w:semiHidden/>
    <w:unhideWhenUsed/>
    <w:rsid w:val="00772CA0"/>
    <w:pPr>
      <w:spacing w:after="0"/>
    </w:pPr>
    <w:rPr>
      <w:rFonts w:ascii="Segoe UI" w:hAnsi="Segoe UI" w:cs="Segoe UI"/>
      <w:sz w:val="16"/>
      <w:szCs w:val="16"/>
    </w:rPr>
  </w:style>
  <w:style w:type="character" w:customStyle="1" w:styleId="KartadokumentaChar">
    <w:name w:val="Karta dokumenta Char"/>
    <w:basedOn w:val="Zadanifontodlomka"/>
    <w:link w:val="Kartadokumenta"/>
    <w:uiPriority w:val="99"/>
    <w:semiHidden/>
    <w:rsid w:val="00772CA0"/>
    <w:rPr>
      <w:rFonts w:ascii="Segoe UI" w:eastAsia="Calibri" w:hAnsi="Segoe UI" w:cs="Segoe UI"/>
      <w:sz w:val="16"/>
      <w:szCs w:val="16"/>
    </w:rPr>
  </w:style>
  <w:style w:type="paragraph" w:styleId="Naslovbiljeke">
    <w:name w:val="Note Heading"/>
    <w:basedOn w:val="Normal"/>
    <w:next w:val="Normal"/>
    <w:link w:val="NaslovbiljekeChar"/>
    <w:uiPriority w:val="99"/>
    <w:semiHidden/>
    <w:unhideWhenUsed/>
    <w:rsid w:val="00772CA0"/>
    <w:pPr>
      <w:spacing w:after="0"/>
    </w:pPr>
  </w:style>
  <w:style w:type="character" w:customStyle="1" w:styleId="NaslovbiljekeChar">
    <w:name w:val="Naslov bilješke Char"/>
    <w:basedOn w:val="Zadanifontodlomka"/>
    <w:link w:val="Naslovbiljeke"/>
    <w:uiPriority w:val="99"/>
    <w:semiHidden/>
    <w:rsid w:val="00772CA0"/>
    <w:rPr>
      <w:rFonts w:ascii="Calibri" w:eastAsia="Calibri" w:hAnsi="Calibri"/>
    </w:rPr>
  </w:style>
  <w:style w:type="paragraph" w:styleId="Naslovindeksa">
    <w:name w:val="index heading"/>
    <w:basedOn w:val="Normal"/>
    <w:next w:val="Indeks1"/>
    <w:uiPriority w:val="99"/>
    <w:semiHidden/>
    <w:unhideWhenUsed/>
    <w:rsid w:val="00772CA0"/>
    <w:rPr>
      <w:rFonts w:asciiTheme="majorHAnsi" w:eastAsiaTheme="majorEastAsia" w:hAnsiTheme="majorHAnsi" w:cstheme="majorBidi"/>
      <w:b/>
      <w:bCs/>
    </w:rPr>
  </w:style>
  <w:style w:type="paragraph" w:styleId="Naslovtabliceizvora">
    <w:name w:val="toa heading"/>
    <w:basedOn w:val="Normal"/>
    <w:next w:val="Normal"/>
    <w:uiPriority w:val="99"/>
    <w:semiHidden/>
    <w:unhideWhenUsed/>
    <w:rsid w:val="00772CA0"/>
    <w:pPr>
      <w:spacing w:before="120"/>
    </w:pPr>
    <w:rPr>
      <w:rFonts w:asciiTheme="majorHAnsi" w:eastAsiaTheme="majorEastAsia" w:hAnsiTheme="majorHAnsi" w:cstheme="majorBidi"/>
      <w:b/>
      <w:bCs/>
      <w:sz w:val="24"/>
      <w:szCs w:val="24"/>
    </w:rPr>
  </w:style>
  <w:style w:type="paragraph" w:styleId="Nastavakpopisa4">
    <w:name w:val="List Continue 4"/>
    <w:basedOn w:val="Normal"/>
    <w:uiPriority w:val="99"/>
    <w:semiHidden/>
    <w:unhideWhenUsed/>
    <w:rsid w:val="00772CA0"/>
    <w:pPr>
      <w:spacing w:after="120"/>
      <w:ind w:left="1132"/>
      <w:contextualSpacing/>
    </w:pPr>
  </w:style>
  <w:style w:type="paragraph" w:styleId="Nastavakpopisa5">
    <w:name w:val="List Continue 5"/>
    <w:basedOn w:val="Normal"/>
    <w:uiPriority w:val="99"/>
    <w:semiHidden/>
    <w:unhideWhenUsed/>
    <w:rsid w:val="00772CA0"/>
    <w:pPr>
      <w:spacing w:after="120"/>
      <w:ind w:left="1415"/>
      <w:contextualSpacing/>
    </w:pPr>
  </w:style>
  <w:style w:type="paragraph" w:styleId="Obinitekst">
    <w:name w:val="Plain Text"/>
    <w:basedOn w:val="Normal"/>
    <w:link w:val="ObinitekstChar"/>
    <w:uiPriority w:val="99"/>
    <w:semiHidden/>
    <w:unhideWhenUsed/>
    <w:rsid w:val="00772CA0"/>
    <w:pPr>
      <w:spacing w:after="0"/>
    </w:pPr>
    <w:rPr>
      <w:rFonts w:ascii="Consolas" w:hAnsi="Consolas"/>
      <w:sz w:val="21"/>
      <w:szCs w:val="21"/>
    </w:rPr>
  </w:style>
  <w:style w:type="character" w:customStyle="1" w:styleId="ObinitekstChar">
    <w:name w:val="Obični tekst Char"/>
    <w:basedOn w:val="Zadanifontodlomka"/>
    <w:link w:val="Obinitekst"/>
    <w:uiPriority w:val="99"/>
    <w:semiHidden/>
    <w:rsid w:val="00772CA0"/>
    <w:rPr>
      <w:rFonts w:ascii="Consolas" w:eastAsia="Calibri" w:hAnsi="Consolas"/>
      <w:sz w:val="21"/>
      <w:szCs w:val="21"/>
    </w:rPr>
  </w:style>
  <w:style w:type="paragraph" w:styleId="Obinouvueno">
    <w:name w:val="Normal Indent"/>
    <w:basedOn w:val="Normal"/>
    <w:uiPriority w:val="99"/>
    <w:semiHidden/>
    <w:unhideWhenUsed/>
    <w:rsid w:val="00772CA0"/>
    <w:pPr>
      <w:ind w:left="708"/>
    </w:pPr>
  </w:style>
  <w:style w:type="paragraph" w:styleId="Popis4">
    <w:name w:val="List 4"/>
    <w:basedOn w:val="Normal"/>
    <w:uiPriority w:val="99"/>
    <w:semiHidden/>
    <w:unhideWhenUsed/>
    <w:rsid w:val="00772CA0"/>
    <w:pPr>
      <w:ind w:left="1132" w:hanging="283"/>
      <w:contextualSpacing/>
    </w:pPr>
  </w:style>
  <w:style w:type="paragraph" w:styleId="Popis5">
    <w:name w:val="List 5"/>
    <w:basedOn w:val="Normal"/>
    <w:uiPriority w:val="99"/>
    <w:semiHidden/>
    <w:unhideWhenUsed/>
    <w:rsid w:val="00772CA0"/>
    <w:pPr>
      <w:ind w:left="1415" w:hanging="283"/>
      <w:contextualSpacing/>
    </w:pPr>
  </w:style>
  <w:style w:type="paragraph" w:styleId="Potpis">
    <w:name w:val="Signature"/>
    <w:basedOn w:val="Normal"/>
    <w:link w:val="PotpisChar"/>
    <w:uiPriority w:val="99"/>
    <w:semiHidden/>
    <w:unhideWhenUsed/>
    <w:rsid w:val="00772CA0"/>
    <w:pPr>
      <w:spacing w:after="0"/>
      <w:ind w:left="4252"/>
    </w:pPr>
  </w:style>
  <w:style w:type="character" w:customStyle="1" w:styleId="PotpisChar">
    <w:name w:val="Potpis Char"/>
    <w:basedOn w:val="Zadanifontodlomka"/>
    <w:link w:val="Potpis"/>
    <w:uiPriority w:val="99"/>
    <w:semiHidden/>
    <w:rsid w:val="00772CA0"/>
    <w:rPr>
      <w:rFonts w:ascii="Calibri" w:eastAsia="Calibri" w:hAnsi="Calibri"/>
    </w:rPr>
  </w:style>
  <w:style w:type="paragraph" w:styleId="Potpise-pote">
    <w:name w:val="E-mail Signature"/>
    <w:basedOn w:val="Normal"/>
    <w:link w:val="Potpise-poteChar"/>
    <w:uiPriority w:val="99"/>
    <w:semiHidden/>
    <w:unhideWhenUsed/>
    <w:rsid w:val="00772CA0"/>
    <w:pPr>
      <w:spacing w:after="0"/>
    </w:pPr>
  </w:style>
  <w:style w:type="character" w:customStyle="1" w:styleId="Potpise-poteChar">
    <w:name w:val="Potpis e-pošte Char"/>
    <w:basedOn w:val="Zadanifontodlomka"/>
    <w:link w:val="Potpise-pote"/>
    <w:uiPriority w:val="99"/>
    <w:semiHidden/>
    <w:rsid w:val="00772CA0"/>
    <w:rPr>
      <w:rFonts w:ascii="Calibri" w:eastAsia="Calibri" w:hAnsi="Calibri"/>
    </w:rPr>
  </w:style>
  <w:style w:type="paragraph" w:styleId="Povratnaomotnica">
    <w:name w:val="envelope return"/>
    <w:basedOn w:val="Normal"/>
    <w:uiPriority w:val="99"/>
    <w:semiHidden/>
    <w:unhideWhenUsed/>
    <w:rsid w:val="00772CA0"/>
    <w:pPr>
      <w:spacing w:after="0"/>
    </w:pPr>
    <w:rPr>
      <w:rFonts w:asciiTheme="majorHAnsi" w:eastAsiaTheme="majorEastAsia" w:hAnsiTheme="majorHAnsi" w:cstheme="majorBidi"/>
      <w:sz w:val="20"/>
      <w:szCs w:val="20"/>
    </w:rPr>
  </w:style>
  <w:style w:type="paragraph" w:styleId="Pozdrav">
    <w:name w:val="Salutation"/>
    <w:basedOn w:val="Normal"/>
    <w:next w:val="Normal"/>
    <w:link w:val="PozdravChar"/>
    <w:uiPriority w:val="99"/>
    <w:semiHidden/>
    <w:unhideWhenUsed/>
    <w:rsid w:val="00772CA0"/>
  </w:style>
  <w:style w:type="character" w:customStyle="1" w:styleId="PozdravChar">
    <w:name w:val="Pozdrav Char"/>
    <w:basedOn w:val="Zadanifontodlomka"/>
    <w:link w:val="Pozdrav"/>
    <w:uiPriority w:val="99"/>
    <w:semiHidden/>
    <w:rsid w:val="00772CA0"/>
    <w:rPr>
      <w:rFonts w:ascii="Calibri" w:eastAsia="Calibri" w:hAnsi="Calibri"/>
    </w:rPr>
  </w:style>
  <w:style w:type="paragraph" w:styleId="Tekstkomentara">
    <w:name w:val="annotation text"/>
    <w:basedOn w:val="Normal"/>
    <w:link w:val="TekstkomentaraChar"/>
    <w:uiPriority w:val="99"/>
    <w:semiHidden/>
    <w:unhideWhenUsed/>
    <w:rsid w:val="00772CA0"/>
    <w:rPr>
      <w:sz w:val="20"/>
      <w:szCs w:val="20"/>
    </w:rPr>
  </w:style>
  <w:style w:type="character" w:customStyle="1" w:styleId="TekstkomentaraChar">
    <w:name w:val="Tekst komentara Char"/>
    <w:basedOn w:val="Zadanifontodlomka"/>
    <w:link w:val="Tekstkomentara"/>
    <w:uiPriority w:val="99"/>
    <w:semiHidden/>
    <w:rsid w:val="00772CA0"/>
    <w:rPr>
      <w:rFonts w:ascii="Calibri" w:eastAsia="Calibri" w:hAnsi="Calibri"/>
      <w:sz w:val="20"/>
      <w:szCs w:val="20"/>
    </w:rPr>
  </w:style>
  <w:style w:type="paragraph" w:styleId="Predmetkomentara">
    <w:name w:val="annotation subject"/>
    <w:basedOn w:val="Tekstkomentara"/>
    <w:next w:val="Tekstkomentara"/>
    <w:link w:val="PredmetkomentaraChar"/>
    <w:uiPriority w:val="99"/>
    <w:semiHidden/>
    <w:unhideWhenUsed/>
    <w:rsid w:val="00772CA0"/>
    <w:rPr>
      <w:b/>
      <w:bCs/>
    </w:rPr>
  </w:style>
  <w:style w:type="character" w:customStyle="1" w:styleId="PredmetkomentaraChar">
    <w:name w:val="Predmet komentara Char"/>
    <w:basedOn w:val="TekstkomentaraChar"/>
    <w:link w:val="Predmetkomentara"/>
    <w:uiPriority w:val="99"/>
    <w:semiHidden/>
    <w:rsid w:val="00772CA0"/>
    <w:rPr>
      <w:rFonts w:ascii="Calibri" w:eastAsia="Calibri" w:hAnsi="Calibri"/>
      <w:b/>
      <w:bCs/>
      <w:sz w:val="20"/>
      <w:szCs w:val="20"/>
    </w:rPr>
  </w:style>
  <w:style w:type="paragraph" w:styleId="Sadraj1">
    <w:name w:val="toc 1"/>
    <w:basedOn w:val="Normal"/>
    <w:next w:val="Normal"/>
    <w:autoRedefine/>
    <w:uiPriority w:val="39"/>
    <w:semiHidden/>
    <w:unhideWhenUsed/>
    <w:rsid w:val="00772CA0"/>
    <w:pPr>
      <w:spacing w:after="100"/>
    </w:pPr>
  </w:style>
  <w:style w:type="paragraph" w:styleId="Sadraj2">
    <w:name w:val="toc 2"/>
    <w:basedOn w:val="Normal"/>
    <w:next w:val="Normal"/>
    <w:autoRedefine/>
    <w:uiPriority w:val="39"/>
    <w:semiHidden/>
    <w:unhideWhenUsed/>
    <w:rsid w:val="00772CA0"/>
    <w:pPr>
      <w:spacing w:after="100"/>
      <w:ind w:left="220"/>
    </w:pPr>
  </w:style>
  <w:style w:type="paragraph" w:styleId="Sadraj3">
    <w:name w:val="toc 3"/>
    <w:basedOn w:val="Normal"/>
    <w:next w:val="Normal"/>
    <w:autoRedefine/>
    <w:uiPriority w:val="39"/>
    <w:semiHidden/>
    <w:unhideWhenUsed/>
    <w:rsid w:val="00772CA0"/>
    <w:pPr>
      <w:spacing w:after="100"/>
      <w:ind w:left="440"/>
    </w:pPr>
  </w:style>
  <w:style w:type="paragraph" w:styleId="Sadraj4">
    <w:name w:val="toc 4"/>
    <w:basedOn w:val="Normal"/>
    <w:next w:val="Normal"/>
    <w:autoRedefine/>
    <w:uiPriority w:val="39"/>
    <w:semiHidden/>
    <w:unhideWhenUsed/>
    <w:rsid w:val="00772CA0"/>
    <w:pPr>
      <w:spacing w:after="100"/>
      <w:ind w:left="660"/>
    </w:pPr>
  </w:style>
  <w:style w:type="paragraph" w:styleId="Sadraj5">
    <w:name w:val="toc 5"/>
    <w:basedOn w:val="Normal"/>
    <w:next w:val="Normal"/>
    <w:autoRedefine/>
    <w:uiPriority w:val="39"/>
    <w:semiHidden/>
    <w:unhideWhenUsed/>
    <w:rsid w:val="00772CA0"/>
    <w:pPr>
      <w:spacing w:after="100"/>
      <w:ind w:left="880"/>
    </w:pPr>
  </w:style>
  <w:style w:type="paragraph" w:styleId="Sadraj6">
    <w:name w:val="toc 6"/>
    <w:basedOn w:val="Normal"/>
    <w:next w:val="Normal"/>
    <w:autoRedefine/>
    <w:uiPriority w:val="39"/>
    <w:semiHidden/>
    <w:unhideWhenUsed/>
    <w:rsid w:val="00772CA0"/>
    <w:pPr>
      <w:spacing w:after="100"/>
      <w:ind w:left="1100"/>
    </w:pPr>
  </w:style>
  <w:style w:type="paragraph" w:styleId="Sadraj7">
    <w:name w:val="toc 7"/>
    <w:basedOn w:val="Normal"/>
    <w:next w:val="Normal"/>
    <w:autoRedefine/>
    <w:uiPriority w:val="39"/>
    <w:semiHidden/>
    <w:unhideWhenUsed/>
    <w:rsid w:val="00772CA0"/>
    <w:pPr>
      <w:spacing w:after="100"/>
      <w:ind w:left="1320"/>
    </w:pPr>
  </w:style>
  <w:style w:type="paragraph" w:styleId="Sadraj8">
    <w:name w:val="toc 8"/>
    <w:basedOn w:val="Normal"/>
    <w:next w:val="Normal"/>
    <w:autoRedefine/>
    <w:uiPriority w:val="39"/>
    <w:semiHidden/>
    <w:unhideWhenUsed/>
    <w:rsid w:val="00772CA0"/>
    <w:pPr>
      <w:spacing w:after="100"/>
      <w:ind w:left="1540"/>
    </w:pPr>
  </w:style>
  <w:style w:type="paragraph" w:styleId="Sadraj9">
    <w:name w:val="toc 9"/>
    <w:basedOn w:val="Normal"/>
    <w:next w:val="Normal"/>
    <w:autoRedefine/>
    <w:uiPriority w:val="39"/>
    <w:semiHidden/>
    <w:unhideWhenUsed/>
    <w:rsid w:val="00772CA0"/>
    <w:pPr>
      <w:spacing w:after="100"/>
      <w:ind w:left="1760"/>
    </w:pPr>
  </w:style>
  <w:style w:type="paragraph" w:styleId="StandardWeb">
    <w:name w:val="Normal (Web)"/>
    <w:basedOn w:val="Normal"/>
    <w:uiPriority w:val="99"/>
    <w:semiHidden/>
    <w:unhideWhenUsed/>
    <w:rsid w:val="00772CA0"/>
    <w:rPr>
      <w:rFonts w:ascii="Times New Roman" w:hAnsi="Times New Roman" w:cs="Times New Roman"/>
      <w:sz w:val="24"/>
      <w:szCs w:val="24"/>
    </w:rPr>
  </w:style>
  <w:style w:type="paragraph" w:styleId="Tablicaizvora">
    <w:name w:val="table of authorities"/>
    <w:basedOn w:val="Normal"/>
    <w:next w:val="Normal"/>
    <w:uiPriority w:val="99"/>
    <w:semiHidden/>
    <w:unhideWhenUsed/>
    <w:rsid w:val="00772CA0"/>
    <w:pPr>
      <w:spacing w:after="0"/>
      <w:ind w:left="220" w:hanging="220"/>
    </w:pPr>
  </w:style>
  <w:style w:type="paragraph" w:styleId="Tablicaslika">
    <w:name w:val="table of figures"/>
    <w:basedOn w:val="Normal"/>
    <w:next w:val="Normal"/>
    <w:uiPriority w:val="99"/>
    <w:semiHidden/>
    <w:unhideWhenUsed/>
    <w:rsid w:val="00772CA0"/>
    <w:pPr>
      <w:spacing w:after="0"/>
    </w:pPr>
  </w:style>
  <w:style w:type="paragraph" w:styleId="Tekstbalonia">
    <w:name w:val="Balloon Text"/>
    <w:basedOn w:val="Normal"/>
    <w:link w:val="TekstbaloniaChar"/>
    <w:uiPriority w:val="99"/>
    <w:semiHidden/>
    <w:unhideWhenUsed/>
    <w:rsid w:val="00772CA0"/>
    <w:pPr>
      <w:spacing w:after="0"/>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72CA0"/>
    <w:rPr>
      <w:rFonts w:ascii="Segoe UI" w:eastAsia="Calibri" w:hAnsi="Segoe UI" w:cs="Segoe UI"/>
      <w:sz w:val="18"/>
      <w:szCs w:val="18"/>
    </w:rPr>
  </w:style>
  <w:style w:type="paragraph" w:styleId="Tekstfusnote">
    <w:name w:val="footnote text"/>
    <w:basedOn w:val="Normal"/>
    <w:link w:val="TekstfusnoteChar"/>
    <w:uiPriority w:val="99"/>
    <w:semiHidden/>
    <w:unhideWhenUsed/>
    <w:rsid w:val="00772CA0"/>
    <w:pPr>
      <w:spacing w:after="0"/>
    </w:pPr>
    <w:rPr>
      <w:sz w:val="20"/>
      <w:szCs w:val="20"/>
    </w:rPr>
  </w:style>
  <w:style w:type="character" w:customStyle="1" w:styleId="TekstfusnoteChar">
    <w:name w:val="Tekst fusnote Char"/>
    <w:basedOn w:val="Zadanifontodlomka"/>
    <w:link w:val="Tekstfusnote"/>
    <w:uiPriority w:val="99"/>
    <w:semiHidden/>
    <w:rsid w:val="00772CA0"/>
    <w:rPr>
      <w:rFonts w:ascii="Calibri" w:eastAsia="Calibri" w:hAnsi="Calibri"/>
      <w:sz w:val="20"/>
      <w:szCs w:val="20"/>
    </w:rPr>
  </w:style>
  <w:style w:type="paragraph" w:styleId="Tekstkrajnjebiljeke">
    <w:name w:val="endnote text"/>
    <w:basedOn w:val="Normal"/>
    <w:link w:val="TekstkrajnjebiljekeChar"/>
    <w:uiPriority w:val="99"/>
    <w:semiHidden/>
    <w:unhideWhenUsed/>
    <w:rsid w:val="00772CA0"/>
    <w:pPr>
      <w:spacing w:after="0"/>
    </w:pPr>
    <w:rPr>
      <w:sz w:val="20"/>
      <w:szCs w:val="20"/>
    </w:rPr>
  </w:style>
  <w:style w:type="character" w:customStyle="1" w:styleId="TekstkrajnjebiljekeChar">
    <w:name w:val="Tekst krajnje bilješke Char"/>
    <w:basedOn w:val="Zadanifontodlomka"/>
    <w:link w:val="Tekstkrajnjebiljeke"/>
    <w:uiPriority w:val="99"/>
    <w:semiHidden/>
    <w:rsid w:val="00772CA0"/>
    <w:rPr>
      <w:rFonts w:ascii="Calibri" w:eastAsia="Calibri" w:hAnsi="Calibri"/>
      <w:sz w:val="20"/>
      <w:szCs w:val="20"/>
    </w:rPr>
  </w:style>
  <w:style w:type="paragraph" w:styleId="Tijeloteksta-prvauvlaka">
    <w:name w:val="Body Text First Indent"/>
    <w:basedOn w:val="Tijeloteksta"/>
    <w:link w:val="Tijeloteksta-prvauvlakaChar"/>
    <w:uiPriority w:val="99"/>
    <w:semiHidden/>
    <w:unhideWhenUsed/>
    <w:rsid w:val="00772CA0"/>
    <w:pPr>
      <w:spacing w:after="60"/>
      <w:ind w:firstLine="360"/>
    </w:pPr>
  </w:style>
  <w:style w:type="character" w:customStyle="1" w:styleId="Tijeloteksta-prvauvlakaChar">
    <w:name w:val="Tijelo teksta - prva uvlaka Char"/>
    <w:basedOn w:val="TijelotekstaChar"/>
    <w:link w:val="Tijeloteksta-prvauvlaka"/>
    <w:uiPriority w:val="99"/>
    <w:semiHidden/>
    <w:rsid w:val="00772CA0"/>
    <w:rPr>
      <w:rFonts w:ascii="Calibri" w:eastAsia="Calibri" w:hAnsi="Calibri"/>
    </w:rPr>
  </w:style>
  <w:style w:type="paragraph" w:styleId="Uvuenotijeloteksta">
    <w:name w:val="Body Text Indent"/>
    <w:basedOn w:val="Normal"/>
    <w:link w:val="UvuenotijelotekstaChar"/>
    <w:uiPriority w:val="99"/>
    <w:semiHidden/>
    <w:unhideWhenUsed/>
    <w:rsid w:val="00772CA0"/>
    <w:pPr>
      <w:spacing w:after="120"/>
      <w:ind w:left="283"/>
    </w:pPr>
  </w:style>
  <w:style w:type="character" w:customStyle="1" w:styleId="UvuenotijelotekstaChar">
    <w:name w:val="Uvučeno tijelo teksta Char"/>
    <w:basedOn w:val="Zadanifontodlomka"/>
    <w:link w:val="Uvuenotijeloteksta"/>
    <w:uiPriority w:val="99"/>
    <w:semiHidden/>
    <w:rsid w:val="00772CA0"/>
    <w:rPr>
      <w:rFonts w:ascii="Calibri" w:eastAsia="Calibri" w:hAnsi="Calibri"/>
    </w:rPr>
  </w:style>
  <w:style w:type="paragraph" w:styleId="Tijeloteksta-prvauvlaka2">
    <w:name w:val="Body Text First Indent 2"/>
    <w:basedOn w:val="Uvuenotijeloteksta"/>
    <w:link w:val="Tijeloteksta-prvauvlaka2Char"/>
    <w:uiPriority w:val="99"/>
    <w:semiHidden/>
    <w:unhideWhenUsed/>
    <w:rsid w:val="00772CA0"/>
    <w:pPr>
      <w:spacing w:after="60"/>
      <w:ind w:left="360" w:firstLine="360"/>
    </w:pPr>
  </w:style>
  <w:style w:type="character" w:customStyle="1" w:styleId="Tijeloteksta-prvauvlaka2Char">
    <w:name w:val="Tijelo teksta - prva uvlaka 2 Char"/>
    <w:basedOn w:val="UvuenotijelotekstaChar"/>
    <w:link w:val="Tijeloteksta-prvauvlaka2"/>
    <w:uiPriority w:val="99"/>
    <w:semiHidden/>
    <w:rsid w:val="00772CA0"/>
    <w:rPr>
      <w:rFonts w:ascii="Calibri" w:eastAsia="Calibri" w:hAnsi="Calibri"/>
    </w:rPr>
  </w:style>
  <w:style w:type="paragraph" w:styleId="Tijeloteksta-uvlaka2">
    <w:name w:val="Body Text Indent 2"/>
    <w:basedOn w:val="Normal"/>
    <w:link w:val="Tijeloteksta-uvlaka2Char"/>
    <w:uiPriority w:val="99"/>
    <w:semiHidden/>
    <w:unhideWhenUsed/>
    <w:rsid w:val="00772CA0"/>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772CA0"/>
    <w:rPr>
      <w:rFonts w:ascii="Calibri" w:eastAsia="Calibri" w:hAnsi="Calibri"/>
    </w:rPr>
  </w:style>
  <w:style w:type="paragraph" w:styleId="Tijeloteksta-uvlaka3">
    <w:name w:val="Body Text Indent 3"/>
    <w:basedOn w:val="Normal"/>
    <w:link w:val="Tijeloteksta-uvlaka3Char"/>
    <w:uiPriority w:val="99"/>
    <w:semiHidden/>
    <w:unhideWhenUsed/>
    <w:rsid w:val="00772CA0"/>
    <w:pPr>
      <w:spacing w:after="120"/>
      <w:ind w:left="283"/>
    </w:pPr>
    <w:rPr>
      <w:sz w:val="16"/>
      <w:szCs w:val="16"/>
    </w:rPr>
  </w:style>
  <w:style w:type="character" w:customStyle="1" w:styleId="Tijeloteksta-uvlaka3Char">
    <w:name w:val="Tijelo teksta - uvlaka 3 Char"/>
    <w:basedOn w:val="Zadanifontodlomka"/>
    <w:link w:val="Tijeloteksta-uvlaka3"/>
    <w:uiPriority w:val="99"/>
    <w:semiHidden/>
    <w:rsid w:val="00772CA0"/>
    <w:rPr>
      <w:rFonts w:ascii="Calibri" w:eastAsia="Calibri" w:hAnsi="Calibri"/>
      <w:sz w:val="16"/>
      <w:szCs w:val="16"/>
    </w:rPr>
  </w:style>
  <w:style w:type="paragraph" w:styleId="Zaglavljeporuke">
    <w:name w:val="Message Header"/>
    <w:basedOn w:val="Normal"/>
    <w:link w:val="ZaglavljeporukeChar"/>
    <w:uiPriority w:val="99"/>
    <w:semiHidden/>
    <w:unhideWhenUsed/>
    <w:rsid w:val="00772CA0"/>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ZaglavljeporukeChar">
    <w:name w:val="Zaglavlje poruke Char"/>
    <w:basedOn w:val="Zadanifontodlomka"/>
    <w:link w:val="Zaglavljeporuke"/>
    <w:uiPriority w:val="99"/>
    <w:semiHidden/>
    <w:rsid w:val="00772CA0"/>
    <w:rPr>
      <w:rFonts w:asciiTheme="majorHAnsi" w:eastAsiaTheme="majorEastAsia" w:hAnsiTheme="majorHAnsi" w:cstheme="majorBidi"/>
      <w:sz w:val="24"/>
      <w:szCs w:val="24"/>
      <w:shd w:val="pct20" w:color="auto" w:fill="auto"/>
    </w:rPr>
  </w:style>
  <w:style w:type="paragraph" w:styleId="Zavretak">
    <w:name w:val="Closing"/>
    <w:basedOn w:val="Normal"/>
    <w:link w:val="ZavretakChar"/>
    <w:uiPriority w:val="99"/>
    <w:semiHidden/>
    <w:unhideWhenUsed/>
    <w:rsid w:val="00772CA0"/>
    <w:pPr>
      <w:spacing w:after="0"/>
      <w:ind w:left="4252"/>
    </w:pPr>
  </w:style>
  <w:style w:type="character" w:customStyle="1" w:styleId="ZavretakChar">
    <w:name w:val="Završetak Char"/>
    <w:basedOn w:val="Zadanifontodlomka"/>
    <w:link w:val="Zavretak"/>
    <w:uiPriority w:val="99"/>
    <w:semiHidden/>
    <w:rsid w:val="00772CA0"/>
    <w:rPr>
      <w:rFonts w:ascii="Calibri" w:eastAsia="Calibri" w:hAnsi="Calibri"/>
    </w:rPr>
  </w:style>
  <w:style w:type="character" w:styleId="Nerijeenospominjanje">
    <w:name w:val="Unresolved Mention"/>
    <w:basedOn w:val="Zadanifontodlomka"/>
    <w:uiPriority w:val="99"/>
    <w:semiHidden/>
    <w:unhideWhenUsed/>
    <w:rsid w:val="00763C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youtube.com/embed/PixLa1QlpZA?feature=oembed"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dzbenici.ks.hr/media/os6_str_27_o_crkvi_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1211</TotalTime>
  <Pages>3</Pages>
  <Words>3889</Words>
  <Characters>22173</Characters>
  <Application>Microsoft Office Word</Application>
  <DocSecurity>0</DocSecurity>
  <Lines>184</Lines>
  <Paragraphs>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26010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Josip Kunac</cp:lastModifiedBy>
  <cp:revision>40</cp:revision>
  <cp:lastPrinted>2026-07-07T23:26:00Z</cp:lastPrinted>
  <dcterms:created xsi:type="dcterms:W3CDTF">2026-07-07T22:53:00Z</dcterms:created>
  <dcterms:modified xsi:type="dcterms:W3CDTF">2026-09-11T14:55:00Z</dcterms:modified>
  <cp:category/>
</cp:coreProperties>
</file>