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17DC5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B70C8D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50D68E24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5730004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86CA03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7A4C2B8F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76897C60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786F928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4011662C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632036" w14:paraId="39EC2965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3755947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17EEA993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66006CB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3FCDBF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069039A7" w14:textId="77777777" w:rsidR="00D1095B" w:rsidRDefault="002509D4">
            <w:pPr>
              <w:spacing w:before="60" w:after="60"/>
              <w:ind w:left="108" w:right="108"/>
            </w:pPr>
            <w:r>
              <w:rPr>
                <w:color w:val="000000"/>
              </w:rPr>
              <w:t>18.</w:t>
            </w:r>
          </w:p>
        </w:tc>
      </w:tr>
      <w:tr w:rsidR="00632036" w14:paraId="18F948D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958B441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1B07E56D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III. CRKVA – TO SMO MI?</w:t>
            </w:r>
          </w:p>
        </w:tc>
      </w:tr>
      <w:tr w:rsidR="00632036" w14:paraId="53CCEDEA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E6C0319" w14:textId="77777777" w:rsidR="002509D4" w:rsidRPr="00632036" w:rsidRDefault="002509D4" w:rsidP="00632036">
            <w:pPr>
              <w:spacing w:before="60" w:after="60"/>
              <w:rPr>
                <w:b/>
              </w:rPr>
              <w:ind w:left="108" w:right="108"/>
            </w:pPr>
            <w:r w:rsidRPr="00632036"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00BFA942" w14:textId="3372A393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1. Što je Crkva? I.</w:t>
            </w:r>
          </w:p>
        </w:tc>
      </w:tr>
    </w:tbl>
    <w:p w14:paraId="77D018E6" w14:textId="77777777" w:rsidR="00D1095B" w:rsidRDefault="002509D4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055834A2" w14:textId="77777777" w:rsidR="00D1095B" w:rsidRDefault="002509D4">
      <w:pPr>
        <w:spacing w:after="0"/>
        <w:jc w:val="both"/>
      </w:pPr>
      <w:r>
        <w:rPr>
          <w:color w:val="000000"/>
        </w:rPr>
        <w:t>OŠ KV B.6.2. Učenik prepoznaje u Isusu Kristu Osloboditelja koji riječima i djelima pokazuje istinski put slobode i spasenja.</w:t>
      </w:r>
    </w:p>
    <w:p w14:paraId="23E7CEBF" w14:textId="77777777" w:rsidR="00D1095B" w:rsidRDefault="002509D4">
      <w:pPr>
        <w:spacing w:after="0"/>
        <w:jc w:val="both"/>
      </w:pPr>
      <w:r>
        <w:rPr>
          <w:color w:val="000000"/>
        </w:rPr>
        <w:t>OŠ KV B.6.3. Učenik otkriva u Božjoj riječi, sakramentima i životu Crkve njezino božansko i ljudsko poslanje, različite darove i službe te Marijino posebno mjesto u Crkvi.</w:t>
      </w:r>
    </w:p>
    <w:p w14:paraId="0EF32917" w14:textId="77777777" w:rsidR="00D1095B" w:rsidRDefault="002509D4">
      <w:pPr>
        <w:spacing w:after="0"/>
        <w:jc w:val="both"/>
      </w:pPr>
      <w:r>
        <w:rPr>
          <w:color w:val="000000"/>
        </w:rPr>
        <w:t>OŠ KV D.6.1. Učenik navodi primjere kršćanskoga djelovanja u društvu.</w:t>
      </w:r>
    </w:p>
    <w:p w14:paraId="004C1C3C" w14:textId="77777777" w:rsidR="006A2B5F" w:rsidRDefault="006A2B5F" w:rsidP="006A2B5F">
      <w:pPr>
        <w:spacing w:after="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2DCFA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E3DE53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AD4D64A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Crkva, crkva, Isus Krist, apostoli, Duh Sveti, Pedesetnica, prva kršćanska zajednica, božansko i ljudsko lice Crkve, poslanje</w:t>
            </w:r>
          </w:p>
        </w:tc>
      </w:tr>
      <w:tr w:rsidR="00632036" w14:paraId="1F8EEC0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285151C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0687B748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Kako je nastala Crkva i kako u njoj prepoznajemo božansko i ljudsko lice?</w:t>
            </w:r>
          </w:p>
        </w:tc>
      </w:tr>
      <w:tr w:rsidR="00632036" w14:paraId="01A804B4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9024640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774DE06F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razgovor, rad na tekstu i slici, klasična obrada s pitanjima, analiza biblijskoga teksta i citata, rad s tablicom, shematski prikaz, problemsko i suradničko učenje, likovna analiza, crtanje, formativna provjera</w:t>
            </w:r>
          </w:p>
        </w:tc>
      </w:tr>
      <w:tr w:rsidR="00632036" w14:paraId="6958E19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5C922F7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304F32B4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frontalni rad, individualni rad, rad u paru, rad u skupinama</w:t>
            </w:r>
          </w:p>
        </w:tc>
      </w:tr>
      <w:tr w:rsidR="00632036" w14:paraId="6706631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1D451C4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19518274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udžbenik „Biram slobodu“, str. 26, radna bilježnica, str. 40, bilježnica, radni predlošci, projektor / pametna ploča, bojice, digitalni udžbenik i priloženi likovni i biblijski sadržaji</w:t>
            </w:r>
          </w:p>
        </w:tc>
      </w:tr>
      <w:tr w:rsidR="00632036" w14:paraId="283BAE7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B149071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5EF64180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Osobni i socijalni razvoj – osr B.3.2. Razvija komunikacijske kompetencije i uvažavajuće odnose s drugima; osr B.3.4. Suradnički uči i radi u timu; Učiti kako učiti – uku A.3.3. Učenik samostalno oblikuje svoje ideje i kreativno pristupa rješavanju problema; Hrvatski jezik – OŠ HJ A.6.1. kratko izlaže na zadanu temu; Likovna kultura – OŠ LK B.6.1. Učenik opisuje osobni doživljaj djela i povezuje ga s vlastitim iskustvom, osjećajima, mislima i stavovima; Informatika – C.6.1. izrađuje i predstavlja digitalne sadržaje poštujući uvjete korištenja i privatnost</w:t>
            </w:r>
          </w:p>
        </w:tc>
      </w:tr>
    </w:tbl>
    <w:p w14:paraId="14A17C81" w14:textId="77777777" w:rsidR="00D1095B" w:rsidRDefault="002509D4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12320FD9" w14:textId="77777777" w:rsidR="00D1095B" w:rsidRPr="00984DAF" w:rsidRDefault="002509D4">
      <w:pPr>
        <w:spacing w:after="0"/>
        <w:jc w:val="both"/>
      </w:pPr>
      <w:r w:rsidRPr="00984DAF">
        <w:rPr>
          <w:b/>
          <w:bCs/>
        </w:rPr>
        <w:t>Vrednovanje za učenje:</w:t>
      </w:r>
      <w:r w:rsidRPr="00984DAF">
        <w:t xml:space="preserve"> Praćenje razumijevanja nastanka Crkve, njezina božanskoga i ljudskoga lica, poruke biblijskih tekstova o Duhovima i prvoj zajednici te obrazloženja likovnih i citatnih sadržaja.</w:t>
      </w:r>
    </w:p>
    <w:p w14:paraId="2596A70A" w14:textId="77777777" w:rsidR="00D1095B" w:rsidRDefault="002509D4">
      <w:pPr>
        <w:spacing w:after="0"/>
        <w:jc w:val="both"/>
      </w:pPr>
      <w:r>
        <w:rPr>
          <w:b/>
          <w:color w:val="000000"/>
        </w:rPr>
        <w:t>Vrednovanje kao učenje:</w:t>
      </w:r>
      <w:r>
        <w:rPr>
          <w:color w:val="000000"/>
        </w:rPr>
        <w:t xml:space="preserve"> Samoprocjena učenika mogu li objasniti što je Crkva, tko ju je ustanovio i kako se u njoj povezuju Božje djelovanje i ljudska zajednica.</w:t>
      </w:r>
    </w:p>
    <w:p w14:paraId="1F92EEBF" w14:textId="77777777" w:rsidR="00D1095B" w:rsidRDefault="002509D4">
      <w:pPr>
        <w:spacing w:after="0"/>
        <w:jc w:val="both"/>
      </w:pPr>
      <w:r>
        <w:rPr>
          <w:b/>
          <w:color w:val="000000"/>
        </w:rPr>
        <w:t>Vrednovanje naučenoga:</w:t>
      </w:r>
      <w:r>
        <w:rPr>
          <w:color w:val="000000"/>
        </w:rPr>
        <w:t xml:space="preserve"> Formalno brojčano vrednovanje nije predviđeno.</w:t>
      </w:r>
    </w:p>
    <w:p w14:paraId="62DDCD22" w14:textId="77777777" w:rsidR="00D1095B" w:rsidRDefault="002509D4">
      <w:pPr>
        <w:spacing w:after="0"/>
      </w:pPr>
      <w:r>
        <w:br w:type="page"/>
      </w:r>
    </w:p>
    <w:p w14:paraId="72137095" w14:textId="77777777" w:rsidR="00D1095B" w:rsidRPr="008E7C8A" w:rsidRDefault="002509D4">
      <w:pPr>
        <w:keepNext/>
        <w:spacing w:after="220"/>
        <w:jc w:val="center"/>
        <w:rPr>
          <w:color w:val="0070C0"/>
        </w:rPr>
      </w:pPr>
      <w:r w:rsidRPr="008E7C8A">
        <w:rPr>
          <w:b/>
          <w:color w:val="0070C0"/>
          <w:sz w:val="40"/>
        </w:rPr>
        <w:lastRenderedPageBreak/>
        <w:t>TIJEK NASTAVNOGA SATA</w:t>
      </w: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2F93ABA0" w14:textId="77777777" w:rsidTr="008D73EC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D2FF29" w14:textId="7512A744" w:rsidR="006A58C7" w:rsidRDefault="008D73EC" w:rsidP="008D73EC">
            <w:pPr>
              <w:spacing w:after="0"/>
            </w:pPr>
            <w:r w:rsidRPr="008D73EC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8D73EC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F2BE9F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Uvodna molitva:</w:t>
      </w:r>
    </w:p>
    <w:p w14:paraId="62BBCEEB" w14:textId="77777777" w:rsidR="00D1095B" w:rsidRDefault="002509D4">
      <w:pPr>
        <w:spacing w:after="220"/>
      </w:pPr>
      <w:r>
        <w:rPr>
          <w:color w:val="000000"/>
        </w:rPr>
        <w:t>Oče naš…</w:t>
      </w:r>
    </w:p>
    <w:p w14:paraId="59FE08ED" w14:textId="77777777" w:rsidR="00D1095B" w:rsidRDefault="002509D4">
      <w:pPr>
        <w:spacing w:after="220"/>
      </w:pPr>
      <w:r>
        <w:rPr>
          <w:color w:val="000000"/>
        </w:rPr>
        <w:t>ili:</w:t>
      </w:r>
    </w:p>
    <w:p w14:paraId="01A95A19" w14:textId="77777777" w:rsidR="00F63D74" w:rsidRDefault="002509D4" w:rsidP="00F63D74">
      <w:pPr>
        <w:spacing w:before="220" w:after="220"/>
        <w:jc w:val="both"/>
      </w:pPr>
      <w:r>
        <w:rPr>
          <w:color w:val="000000"/>
          <w:sz w:val="48"/>
        </w:rPr>
        <w:t>Gospodine Isuse, hvala Ti što si utemeljio Crkvu i pozvao ljude da nastave Tvoje djelo. Daj nam otvoreno srce za Duha Svetoga i nauči nas graditi zajednicu vjere, nade i ljubavi. Amen.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8"/>
      </w:tblGrid>
      <w:tr w:rsidR="00F63D74" w14:paraId="5A6BEAE6" w14:textId="77777777" w:rsidTr="003B20CA">
        <w:trPr>
          <w:cantSplit/>
        </w:trPr>
        <w:tc>
          <w:tcPr>
            <w:tcW w:w="10658" w:type="dxa"/>
            <w:tcBorders>
              <w:top w:val="single" w:sz="6" w:space="0" w:color="EAF4E2"/>
              <w:left w:val="single" w:sz="6" w:space="0" w:color="EAF4E2"/>
              <w:bottom w:val="single" w:sz="6" w:space="0" w:color="EAF4E2"/>
              <w:right w:val="single" w:sz="6" w:space="0" w:color="EAF4E2"/>
            </w:tcBorders>
            <w:shd w:val="clear" w:color="auto" w:fill="EAF4E2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8F21712" w14:textId="77777777" w:rsidR="00F63D74" w:rsidRDefault="00F63D74" w:rsidP="003B20CA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 w:rsidRPr="00F63D74">
              <w:rPr>
                <w:color w:val="000000"/>
                <w:sz w:val="21"/>
              </w:rPr>
              <w:t>Vjeroučitelj će pročitati: „Tko vas sluša, mene sluša; tko vas prezire, mene prezire. A tko mene prezire onoga koji me posla.“ (Lk 10,16). Nakon kratke tišine učenici će izgovoriti: „Isuse, pomozi mi slušati Tvoju riječ i graditi Crkvu.“</w:t>
            </w:r>
          </w:p>
        </w:tc>
      </w:tr>
    </w:tbl>
    <w:p w14:paraId="791F6B4B" w14:textId="77777777" w:rsidR="00D1095B" w:rsidRDefault="002509D4" w:rsidP="00F63D74">
      <w:pPr>
        <w:keepNext/>
        <w:spacing w:before="12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4564121C" w14:textId="77777777" w:rsidR="00D1095B" w:rsidRDefault="002509D4" w:rsidP="00AA23CA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2B178B5F" w14:textId="77777777" w:rsidR="00D1095B" w:rsidRDefault="002509D4" w:rsidP="00AA23CA">
      <w:pPr>
        <w:spacing w:after="0"/>
        <w:jc w:val="both"/>
      </w:pPr>
      <w:r>
        <w:rPr>
          <w:i/>
          <w:color w:val="000000"/>
        </w:rPr>
        <w:t>„Učenici će riješiti, ili dovršiti rješavanje RB, str. 38.“</w:t>
      </w:r>
    </w:p>
    <w:p w14:paraId="414A9520" w14:textId="77777777" w:rsidR="00D1095B" w:rsidRDefault="002509D4" w:rsidP="00AA23CA">
      <w:pPr>
        <w:spacing w:before="60" w:after="0"/>
        <w:jc w:val="both"/>
      </w:pPr>
      <w:r>
        <w:rPr>
          <w:color w:val="000000"/>
        </w:rPr>
        <w:t>Ili:</w:t>
      </w:r>
    </w:p>
    <w:p w14:paraId="6547CFC1" w14:textId="77777777" w:rsidR="00D1095B" w:rsidRDefault="002509D4" w:rsidP="00AA23CA">
      <w:pPr>
        <w:spacing w:after="0"/>
        <w:jc w:val="both"/>
      </w:pPr>
      <w:r>
        <w:rPr>
          <w:i/>
          <w:color w:val="000000"/>
        </w:rPr>
        <w:t>„Učenici će u bilježnicu nacrtati jedan simbol cjeline i napisati rečenicu: ‘Put prema slobodi traži…’“</w:t>
      </w:r>
    </w:p>
    <w:p w14:paraId="0EFA04D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289985C0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Vjeroučitelj će prikazati umjetničko djelo Andree di Bonaiuta „Put spasenja“ s udžbenika, str. 26. Učenici bez čitanja teksta najprije opisuju što vide, gdje uočavaju mnoštvo ljudi i što ih na slici povezuje.</w:t>
      </w:r>
    </w:p>
    <w:p w14:paraId="27C487A7" w14:textId="77777777" w:rsidR="00AA23CA" w:rsidRDefault="00AA23CA">
      <w:pPr>
        <w:spacing w:after="0"/>
        <w:jc w:val="both"/>
        <w:rPr>
          <w:color w:val="000000"/>
        </w:rPr>
      </w:pPr>
    </w:p>
    <w:p w14:paraId="20D6AF01" w14:textId="77338125" w:rsidR="00AA23CA" w:rsidRPr="00AA23CA" w:rsidRDefault="00AA23CA">
      <w:pPr>
        <w:spacing w:after="0"/>
        <w:jc w:val="both"/>
        <w:rPr>
          <w:b/>
          <w:bCs/>
          <w:color w:val="000000"/>
        </w:rPr>
      </w:pPr>
      <w:r w:rsidRPr="00AA23CA">
        <w:rPr>
          <w:b/>
          <w:bCs/>
          <w:color w:val="000000"/>
        </w:rPr>
        <w:t>Informativno o umjetniku:</w:t>
      </w:r>
    </w:p>
    <w:p w14:paraId="2C56445D" w14:textId="26131DED" w:rsidR="00AA23CA" w:rsidRDefault="00AA23CA" w:rsidP="00AA23CA">
      <w:pPr>
        <w:spacing w:after="0"/>
        <w:jc w:val="both"/>
      </w:pPr>
      <w:r w:rsidRPr="00AA23CA">
        <w:rPr>
          <w:color w:val="0070C0"/>
        </w:rPr>
        <w:t xml:space="preserve">Andrea di Bonaiuto </w:t>
      </w:r>
      <w:r>
        <w:t>(oko 1325.–1377.) bio je talijanski slikar iz Firence, jedan od značajnijih umjetnika 14. stoljeća. Najpoznatiji je po velikom ciklusu fresaka u Španjolskoj kapeli bazilike Santa Maria Novella u Firenci, nastalom 1360-ih godina. Njegova djela odlikuju se mnoštvom likova, bogatim bojama i složenim prizorima kojima je prikazivao kršćanski nauk i život Crkve.</w:t>
      </w:r>
    </w:p>
    <w:p w14:paraId="0EF7AAB1" w14:textId="048965CD" w:rsidR="00AA23CA" w:rsidRDefault="00AA23CA" w:rsidP="00AA23CA">
      <w:pPr>
        <w:spacing w:after="0"/>
        <w:jc w:val="both"/>
      </w:pPr>
      <w:r>
        <w:t>Freska „Put spasenja“ pripada tom ciklusu i slikovito prikazuje Crkvu i čovjekov put prema Kristu i spasenju.</w:t>
      </w:r>
    </w:p>
    <w:p w14:paraId="24ACED12" w14:textId="63E418C9" w:rsidR="00D1095B" w:rsidRDefault="00AA23CA">
      <w:pPr>
        <w:spacing w:before="220" w:after="0"/>
        <w:jc w:val="center"/>
      </w:pPr>
      <w:r>
        <w:rPr>
          <w:noProof/>
        </w:rPr>
        <w:lastRenderedPageBreak/>
        <w:drawing>
          <wp:inline distT="0" distB="0" distL="0" distR="0" wp14:anchorId="31B30217" wp14:editId="20884F3B">
            <wp:extent cx="4118400" cy="3240000"/>
            <wp:effectExtent l="0" t="0" r="0" b="0"/>
            <wp:docPr id="66385433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4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F889C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3F87D93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Što na slici pokazuje da Crkvu čine ljudi? </w:t>
      </w:r>
      <w:r w:rsidRPr="00520B78">
        <w:rPr>
          <w:color w:val="6B6B6B"/>
          <w:sz w:val="18"/>
        </w:rPr>
        <w:t>(Vidljivo je mnoštvo različitih osoba okupljenih u jednom prizoru.)</w:t>
      </w:r>
    </w:p>
    <w:p w14:paraId="6EF62D04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Što na slici upućuje na božansku dimenziju Crkve? </w:t>
      </w:r>
      <w:r w:rsidRPr="00520B78">
        <w:rPr>
          <w:color w:val="6B6B6B"/>
          <w:sz w:val="18"/>
        </w:rPr>
        <w:t>(Krist, sveti likovi i prikaz spasenja usmjeravaju pogled prema Bogu.)</w:t>
      </w:r>
    </w:p>
    <w:p w14:paraId="7529F0A1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Može li se Crkva svesti samo na zgradu? </w:t>
      </w:r>
      <w:r w:rsidRPr="00520B78">
        <w:rPr>
          <w:color w:val="6B6B6B"/>
          <w:sz w:val="18"/>
        </w:rPr>
        <w:t>(Ne; Crkva je prije svega zajednica vjernika koju je ustanovio Krist.)</w:t>
      </w:r>
    </w:p>
    <w:p w14:paraId="65014C31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Najava teme i središnjega pitanja:</w:t>
      </w:r>
    </w:p>
    <w:p w14:paraId="7DD4EFCE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Danas ćemo istražiti kako je nastala Crkva, tko ju je ustanovio, zašto se njezinim početkom smatra dan Duhova te kako Crkva istodobno ima božansko i ljudsko lice. Istraživat ćemo: Kako je nastala Crkva i kako u njoj prepoznajemo božansko i ljudsko lice?</w:t>
      </w:r>
    </w:p>
    <w:p w14:paraId="6D00A346" w14:textId="77777777" w:rsidR="00135511" w:rsidRDefault="00135511">
      <w:pPr>
        <w:spacing w:after="0"/>
        <w:jc w:val="both"/>
        <w:rPr>
          <w:color w:val="000000"/>
        </w:rPr>
      </w:pPr>
    </w:p>
    <w:p w14:paraId="4C84B4EE" w14:textId="77777777" w:rsidR="00135511" w:rsidRDefault="00135511">
      <w:pPr>
        <w:spacing w:after="0"/>
        <w:jc w:val="both"/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0B5C8182" w14:textId="77777777" w:rsidTr="008D73EC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1DFC15" w14:textId="2BBDBB46" w:rsidR="006A58C7" w:rsidRDefault="008D73EC" w:rsidP="008D73EC">
            <w:pPr>
              <w:spacing w:after="0"/>
            </w:pPr>
            <w:r w:rsidRPr="008D73EC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8D73EC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76E0FD77" w14:textId="77777777" w:rsidR="00AF6A6B" w:rsidRDefault="00AF6A6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393409FA" w14:textId="77777777">
        <w:trPr>
          <w:cantSplit/>
          <w:jc w:val="center"/>
        </w:trPr>
        <w:tc>
          <w:tcPr>
            <w:tcW w:w="10681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68A2A3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1C6F8F98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12 minuta)</w:t>
      </w:r>
    </w:p>
    <w:p w14:paraId="7EE4708A" w14:textId="7AF7800B" w:rsidR="00D1095B" w:rsidRDefault="008065B1">
      <w:pPr>
        <w:spacing w:after="0"/>
        <w:jc w:val="both"/>
      </w:pPr>
      <w:r w:rsidRPr="008065B1">
        <w:rPr>
          <w:highlight w:val="cyan"/>
        </w:rPr>
        <w:t>a)</w:t>
      </w:r>
      <w:r>
        <w:t xml:space="preserve"> </w:t>
      </w:r>
      <w:r w:rsidR="00135511">
        <w:t>Učenici će pročitati glavni tekst „Što je Crkva?“, udžbenik, str. 26. Izdvajaju četiri ključne poruke: Isus Krist je utemeljio Crkvu; apostoli nastavljaju njegovo djelo i osnivaju kršćanske zajednice; Duh Sveti posvećuje i vodi Crkvu; Crkvu čine vjernici pa ona ima božansko i ljudsko lice. U paru će u radni predložak zapisati sažetak svake poruke.</w:t>
      </w:r>
    </w:p>
    <w:p w14:paraId="1CBE526D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Isus Krist ustanovio je Crkvu da nastavi njegovo poslanje. Apostoli su naviještali Evanđelje i osnivali zajednice, a Crkva se širila po svijetu. Crkva je dar Božji, znak i oruđe spasenja, posvećuje je i vodi Duh Sveti. Istodobno je zajednica vjernika koji mogu biti slabi i grješni; zato govorimo o božanskom i ljudskom licu Crkve.</w:t>
      </w:r>
    </w:p>
    <w:p w14:paraId="4C6CCF7A" w14:textId="77777777" w:rsidR="00A86CE6" w:rsidRDefault="00A86CE6" w:rsidP="00A86CE6"/>
    <w:p w14:paraId="056057C9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46EE0DB0" w14:textId="77777777" w:rsidTr="00520B78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14730A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ISUS UTEMELJUJE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8E293E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APOSTOLI NASTAVLJAJU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D0E47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DUH SVETI VODI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FDAC616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VJERNICI ČINE CRKVU</w:t>
            </w:r>
          </w:p>
        </w:tc>
      </w:tr>
      <w:tr w:rsidR="000327E0" w14:paraId="3D5F0EAF" w14:textId="77777777" w:rsidTr="00520B78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932233A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 w:rsidRPr="00520B78">
              <w:rPr>
                <w:sz w:val="40"/>
                <w:szCs w:val="40"/>
              </w:rPr>
              <w:t xml:space="preserve">Moj sažetak: </w:t>
            </w:r>
            <w:r>
              <w:rPr>
                <w:color w:val="000000"/>
                <w:sz w:val="28"/>
              </w:rPr>
              <w:t>_________________</w:t>
            </w:r>
          </w:p>
          <w:p w14:paraId="0BE24CDD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</w:t>
            </w:r>
          </w:p>
          <w:p w14:paraId="65BCC7BC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</w:t>
            </w:r>
          </w:p>
          <w:p w14:paraId="358FEEA8" w14:textId="47897225" w:rsidR="000327E0" w:rsidRDefault="000327E0" w:rsidP="000327E0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B01220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 w:rsidRPr="00520B78">
              <w:rPr>
                <w:sz w:val="40"/>
                <w:szCs w:val="40"/>
              </w:rPr>
              <w:t xml:space="preserve">Moj sažetak: </w:t>
            </w:r>
            <w:r>
              <w:rPr>
                <w:color w:val="000000"/>
                <w:sz w:val="28"/>
              </w:rPr>
              <w:t>_________________</w:t>
            </w:r>
          </w:p>
          <w:p w14:paraId="37B40F9F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</w:t>
            </w:r>
          </w:p>
          <w:p w14:paraId="11C810DF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</w:t>
            </w:r>
          </w:p>
          <w:p w14:paraId="6DC37513" w14:textId="433BF7C7" w:rsidR="000327E0" w:rsidRDefault="000327E0" w:rsidP="000327E0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9536076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 w:rsidRPr="00520B78">
              <w:rPr>
                <w:sz w:val="40"/>
                <w:szCs w:val="40"/>
              </w:rPr>
              <w:t xml:space="preserve">Moj sažetak: </w:t>
            </w:r>
            <w:r>
              <w:rPr>
                <w:color w:val="000000"/>
                <w:sz w:val="28"/>
              </w:rPr>
              <w:t>_________________</w:t>
            </w:r>
          </w:p>
          <w:p w14:paraId="7EA86542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</w:t>
            </w:r>
          </w:p>
          <w:p w14:paraId="1D417F61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</w:t>
            </w:r>
          </w:p>
          <w:p w14:paraId="7E6F5621" w14:textId="74C05D04" w:rsidR="000327E0" w:rsidRDefault="000327E0" w:rsidP="000327E0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2BEAA6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 w:rsidRPr="00520B78">
              <w:rPr>
                <w:sz w:val="40"/>
                <w:szCs w:val="40"/>
              </w:rPr>
              <w:t xml:space="preserve">Moj sažetak: </w:t>
            </w:r>
            <w:r>
              <w:rPr>
                <w:color w:val="000000"/>
                <w:sz w:val="28"/>
              </w:rPr>
              <w:t>_________________</w:t>
            </w:r>
          </w:p>
          <w:p w14:paraId="69D58A9D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</w:t>
            </w:r>
          </w:p>
          <w:p w14:paraId="40339E9A" w14:textId="77777777" w:rsidR="000327E0" w:rsidRDefault="000327E0" w:rsidP="000327E0">
            <w:pPr>
              <w:spacing w:after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_________________</w:t>
            </w:r>
          </w:p>
          <w:p w14:paraId="1048367D" w14:textId="17584434" w:rsidR="000327E0" w:rsidRDefault="000327E0" w:rsidP="000327E0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</w:t>
            </w:r>
          </w:p>
        </w:tc>
      </w:tr>
    </w:tbl>
    <w:p w14:paraId="03C408B9" w14:textId="77777777" w:rsidR="008065B1" w:rsidRDefault="008065B1" w:rsidP="008065B1">
      <w:pPr>
        <w:spacing w:after="0"/>
        <w:textAlignment w:val="center"/>
        <w:rPr>
          <w:rFonts w:asciiTheme="majorHAnsi" w:hAnsiTheme="majorHAnsi" w:cstheme="majorHAnsi"/>
          <w:color w:val="000000"/>
        </w:rPr>
      </w:pPr>
    </w:p>
    <w:p w14:paraId="5EACCCB6" w14:textId="2F4C3CD7" w:rsidR="008065B1" w:rsidRPr="008065B1" w:rsidRDefault="008065B1" w:rsidP="008065B1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D04D54">
        <w:rPr>
          <w:rFonts w:asciiTheme="majorHAnsi" w:hAnsiTheme="majorHAnsi" w:cstheme="majorHAnsi"/>
          <w:color w:val="000000"/>
          <w:highlight w:val="cyan"/>
        </w:rPr>
        <w:t>b)</w:t>
      </w:r>
      <w:r w:rsidRPr="008065B1">
        <w:rPr>
          <w:rFonts w:asciiTheme="majorHAnsi" w:hAnsiTheme="majorHAnsi" w:cstheme="majorHAnsi"/>
          <w:color w:val="000000"/>
        </w:rPr>
        <w:t xml:space="preserve"> Učenici će pogledati video – zapis </w:t>
      </w:r>
      <w:r>
        <w:rPr>
          <w:rFonts w:asciiTheme="majorHAnsi" w:hAnsiTheme="majorHAnsi" w:cstheme="majorHAnsi"/>
          <w:color w:val="000000"/>
        </w:rPr>
        <w:t>“</w:t>
      </w:r>
      <w:r w:rsidRPr="008065B1">
        <w:rPr>
          <w:rFonts w:asciiTheme="majorHAnsi" w:eastAsia="Times New Roman" w:hAnsiTheme="majorHAnsi" w:cstheme="majorHAnsi"/>
          <w:lang w:eastAsia="hr-HR"/>
        </w:rPr>
        <w:t>Duhovi – Pedesetnica: Svi se napuniše Duha Svetoga“</w:t>
      </w:r>
      <w:r>
        <w:rPr>
          <w:rFonts w:asciiTheme="majorHAnsi" w:eastAsia="Times New Roman" w:hAnsiTheme="majorHAnsi" w:cstheme="majorHAnsi"/>
          <w:lang w:eastAsia="hr-HR"/>
        </w:rPr>
        <w:t>; 4;37;</w:t>
      </w:r>
      <w:r w:rsidRPr="008065B1">
        <w:rPr>
          <w:rFonts w:asciiTheme="majorHAnsi" w:eastAsia="Times New Roman" w:hAnsiTheme="majorHAnsi" w:cstheme="majorHAnsi"/>
          <w:lang w:eastAsia="hr-HR"/>
        </w:rPr>
        <w:t xml:space="preserve"> Izvor: Zakkhaios, YouTube</w:t>
      </w:r>
    </w:p>
    <w:p w14:paraId="26364699" w14:textId="77777777" w:rsidR="008065B1" w:rsidRPr="008065B1" w:rsidRDefault="008065B1" w:rsidP="008065B1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782A3D37" w14:textId="77777777" w:rsidR="008065B1" w:rsidRDefault="008065B1" w:rsidP="008065B1">
      <w:pPr>
        <w:keepNext/>
        <w:spacing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2252F6" wp14:editId="443B14C8">
            <wp:extent cx="2401200" cy="1800000"/>
            <wp:effectExtent l="0" t="0" r="0" b="0"/>
            <wp:docPr id="279672547" name="Videozapis 1" descr="Duhovi - Pedesetnica: Svi se napuniše Duha Svetoga (Nastanak Crkve)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72547" name="Videozapis 1" descr="Duhovi - Pedesetnica: Svi se napuniše Duha Svetoga (Nastanak Crkve)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2dYVF5Pgy8M?feature=oembed&quot; frameborder=&quot;0&quot; allow=&quot;accelerometer; autoplay; clipboard-write; encrypted-media; gyroscope; picture-in-picture; web-share&quot; referrerpolicy=&quot;strict-origin-when-cross-origin&quot; allowfullscreen=&quot;&quot; title=&quot;Duhovi - Pedesetnica: Svi se napuniše Duha Svetoga (Nastanak Crkve)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EDB18" w14:textId="77777777" w:rsidR="008065B1" w:rsidRDefault="008065B1" w:rsidP="008065B1">
      <w:pPr>
        <w:keepNext/>
        <w:spacing w:after="0"/>
        <w:rPr>
          <w:color w:val="000000"/>
        </w:rPr>
      </w:pPr>
    </w:p>
    <w:p w14:paraId="42E5BAA1" w14:textId="077B6E9B" w:rsidR="00D1095B" w:rsidRDefault="002509D4" w:rsidP="008065B1">
      <w:pPr>
        <w:keepNext/>
        <w:spacing w:after="0"/>
      </w:pPr>
      <w:r>
        <w:rPr>
          <w:color w:val="000000"/>
        </w:rPr>
        <w:t>Ili:</w:t>
      </w:r>
    </w:p>
    <w:p w14:paraId="02358D4E" w14:textId="294B98E9" w:rsidR="00D1095B" w:rsidRDefault="00135511">
      <w:pPr>
        <w:spacing w:after="0"/>
        <w:jc w:val="both"/>
      </w:pPr>
      <w:r>
        <w:t>Učenici će zajednički pročitati glavni tekst „Što je Crkva?“, udžbenik, str. 26, a zatim odgovarati na pitanja. Vjeroučitelj će na ploči zapisati: ISUS KRIST – APOSTOLI – DUH SVETI – ZAJEDNICA VJERNIKA.</w:t>
      </w:r>
    </w:p>
    <w:p w14:paraId="5B7AA281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AB91F69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 xml:space="preserve">Tko je ustanovio Crkvu i zašto? </w:t>
      </w:r>
      <w:r w:rsidRPr="000327E0">
        <w:rPr>
          <w:color w:val="808080" w:themeColor="background1" w:themeShade="80"/>
          <w:sz w:val="18"/>
          <w:szCs w:val="18"/>
        </w:rPr>
        <w:t>(Isus Krist, da nastavi ono što je on započeo na zemlji.)</w:t>
      </w:r>
    </w:p>
    <w:p w14:paraId="7AF6C2E0" w14:textId="77777777" w:rsidR="00D1095B" w:rsidRPr="000327E0" w:rsidRDefault="002509D4" w:rsidP="00520B78">
      <w:pPr>
        <w:pStyle w:val="Odlomakpopisa"/>
        <w:numPr>
          <w:ilvl w:val="0"/>
          <w:numId w:val="40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Što su činili apostoli nakon Isusa? </w:t>
      </w:r>
      <w:r w:rsidRPr="000327E0">
        <w:rPr>
          <w:color w:val="808080" w:themeColor="background1" w:themeShade="80"/>
          <w:sz w:val="18"/>
          <w:szCs w:val="18"/>
        </w:rPr>
        <w:t>(Propovijedali su, zapisivali događaje iz Isusova života i osnivali kršćanske zajednice.)</w:t>
      </w:r>
    </w:p>
    <w:p w14:paraId="679F135E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 xml:space="preserve">Do kada će se Božja vijest širiti po Crkvi? </w:t>
      </w:r>
      <w:r w:rsidRPr="000327E0">
        <w:rPr>
          <w:color w:val="808080" w:themeColor="background1" w:themeShade="80"/>
          <w:sz w:val="18"/>
          <w:szCs w:val="18"/>
        </w:rPr>
        <w:t>(Do ponovnoga Kristova dolaska.)</w:t>
      </w:r>
    </w:p>
    <w:p w14:paraId="5CB6F110" w14:textId="77777777" w:rsidR="00D1095B" w:rsidRPr="000327E0" w:rsidRDefault="002509D4" w:rsidP="00520B78">
      <w:pPr>
        <w:pStyle w:val="Odlomakpopisa"/>
        <w:numPr>
          <w:ilvl w:val="0"/>
          <w:numId w:val="40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Što znači da Crkva ima božansko lice? </w:t>
      </w:r>
      <w:r w:rsidRPr="000327E0">
        <w:rPr>
          <w:color w:val="808080" w:themeColor="background1" w:themeShade="80"/>
          <w:sz w:val="18"/>
          <w:szCs w:val="18"/>
        </w:rPr>
        <w:t>(Ustanovio ju je Krist, posvećuje i vodi Duh Sveti, a ona je znak Božje ljubavi i spasenja.)</w:t>
      </w:r>
    </w:p>
    <w:p w14:paraId="714ACC93" w14:textId="77777777" w:rsidR="00D1095B" w:rsidRPr="000327E0" w:rsidRDefault="002509D4" w:rsidP="00520B78">
      <w:pPr>
        <w:pStyle w:val="Odlomakpopisa"/>
        <w:numPr>
          <w:ilvl w:val="0"/>
          <w:numId w:val="40"/>
        </w:numPr>
        <w:spacing w:after="0"/>
        <w:rPr>
          <w:color w:val="808080" w:themeColor="background1" w:themeShade="80"/>
          <w:sz w:val="18"/>
          <w:szCs w:val="18"/>
        </w:rPr>
      </w:pPr>
      <w:r>
        <w:t>Što znači da Crkva ima ljudsko lice?</w:t>
      </w:r>
      <w:r w:rsidRPr="000327E0">
        <w:rPr>
          <w:color w:val="808080" w:themeColor="background1" w:themeShade="80"/>
          <w:sz w:val="18"/>
          <w:szCs w:val="18"/>
        </w:rPr>
        <w:t xml:space="preserve"> (Crkvu čine ljudi i vjernici koji mogu biti slabi, pogriješiti i trebaju obraćenje.)</w:t>
      </w:r>
    </w:p>
    <w:p w14:paraId="1905BC5A" w14:textId="77777777" w:rsidR="000327E0" w:rsidRDefault="000327E0" w:rsidP="000327E0">
      <w:pPr>
        <w:spacing w:after="0"/>
      </w:pPr>
    </w:p>
    <w:p w14:paraId="57882186" w14:textId="1C7AECF2" w:rsidR="000327E0" w:rsidRPr="000327E0" w:rsidRDefault="000327E0" w:rsidP="000327E0">
      <w:pPr>
        <w:spacing w:after="0"/>
        <w:jc w:val="center"/>
        <w:rPr>
          <w:color w:val="002060"/>
          <w:sz w:val="40"/>
          <w:szCs w:val="40"/>
        </w:rPr>
      </w:pPr>
      <w:r w:rsidRPr="000327E0">
        <w:rPr>
          <w:color w:val="002060"/>
          <w:sz w:val="40"/>
          <w:szCs w:val="40"/>
        </w:rPr>
        <w:t>ISUS KRIST – APOSTOLI – DUH SVETI – ZAJEDNICA VJERNIKA</w:t>
      </w:r>
    </w:p>
    <w:p w14:paraId="5D971478" w14:textId="77777777" w:rsidR="00D1095B" w:rsidRDefault="002509D4">
      <w:pPr>
        <w:keepNext/>
        <w:spacing w:before="220" w:after="0"/>
      </w:pPr>
      <w:r>
        <w:rPr>
          <w:color w:val="000000"/>
        </w:rPr>
        <w:t>Shematski prikaz i ključni naglasci:</w:t>
      </w:r>
    </w:p>
    <w:p w14:paraId="07F91D2F" w14:textId="147C7602" w:rsidR="00D1095B" w:rsidRDefault="000327E0">
      <w:pPr>
        <w:spacing w:before="220" w:after="0"/>
        <w:jc w:val="center"/>
      </w:pPr>
      <w:r w:rsidRPr="000327E0">
        <w:rPr>
          <w:noProof/>
        </w:rPr>
        <w:drawing>
          <wp:inline distT="0" distB="0" distL="0" distR="0" wp14:anchorId="05C7F3B6" wp14:editId="29A7FE99">
            <wp:extent cx="4478400" cy="2520000"/>
            <wp:effectExtent l="0" t="0" r="0" b="0"/>
            <wp:docPr id="172128587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2858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7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4287" w14:textId="77777777" w:rsidR="00D1095B" w:rsidRDefault="002509D4">
      <w:pPr>
        <w:spacing w:before="220" w:after="220"/>
        <w:jc w:val="both"/>
      </w:pPr>
      <w:r>
        <w:rPr>
          <w:b/>
          <w:color w:val="548235"/>
          <w:sz w:val="36"/>
        </w:rPr>
        <w:t xml:space="preserve">Kršćanski naglasak: </w:t>
      </w:r>
      <w:r>
        <w:rPr>
          <w:color w:val="000000"/>
          <w:sz w:val="36"/>
        </w:rPr>
        <w:t>Crkva je Božji dar i zajednica ljudi: Krist ju je ustanovio, Duh Sveti je vodi, a vjernici su pozvani svojim životom pokazivati njezinu svetost i poslanje.</w:t>
      </w:r>
    </w:p>
    <w:p w14:paraId="2EC2269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2: Crkva i crkva – dvije riječi</w:t>
      </w:r>
      <w:r>
        <w:rPr>
          <w:i/>
          <w:color w:val="6B6B6B"/>
          <w:sz w:val="20"/>
        </w:rPr>
        <w:t xml:space="preserve"> (rad u paru, 6 minuta)</w:t>
      </w:r>
    </w:p>
    <w:p w14:paraId="694E1CFB" w14:textId="77777777" w:rsidR="00D1095B" w:rsidRDefault="002509D4">
      <w:pPr>
        <w:spacing w:after="0"/>
        <w:jc w:val="both"/>
      </w:pPr>
      <w:r>
        <w:rPr>
          <w:color w:val="000000"/>
        </w:rPr>
        <w:t>Rad u paru. Učenici će pročitati definiciju u narančastom okviru na str. 26 i bilješku na lijevom rubu: „Kad govoriš o Crkvi, sjeti se da si i ti Crkva.“ U tablicu upisuju što znači Crkva velikim početnim slovom, što znači crkva kao građevina te što znači rečenica „I ja sam Crkva“.</w:t>
      </w:r>
    </w:p>
    <w:p w14:paraId="74BAABA3" w14:textId="77777777" w:rsidR="00D1095B" w:rsidRPr="00602E1C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602E1C">
        <w:rPr>
          <w:i/>
          <w:color w:val="6B6B6B"/>
          <w:sz w:val="20"/>
          <w:szCs w:val="20"/>
        </w:rPr>
        <w:t>Rješenje: Crkva je zajednica ljudi koji vjeruju u Isusa Krista; ustanovio ju je Isus, a njezinim početkom smatra se dan Duhova. Crkva kao građevina jest mjesto okupljanja i molitve. „I ja sam Crkva“ znači da svojim životom, vjerom i ponašanjem sudjelujem u životu zajednice vjernika.</w:t>
      </w:r>
    </w:p>
    <w:p w14:paraId="38577FFB" w14:textId="77777777" w:rsidR="00A86CE6" w:rsidRDefault="00A86CE6" w:rsidP="00A86CE6"/>
    <w:p w14:paraId="0FD58C17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D1095B" w14:paraId="0192FCF8" w14:textId="77777777" w:rsidTr="000327E0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C01E9" w14:textId="0CA5AABC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C</w:t>
            </w:r>
            <w:r w:rsidR="000327E0">
              <w:rPr>
                <w:b/>
                <w:color w:val="FFFFFF"/>
                <w:sz w:val="40"/>
                <w:szCs w:val="40"/>
              </w:rPr>
              <w:t>rkva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1F9EB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crkva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DA800" w14:textId="6F07C953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 xml:space="preserve">I </w:t>
            </w:r>
            <w:r w:rsidR="000327E0">
              <w:rPr>
                <w:b/>
                <w:color w:val="FFFFFF"/>
                <w:sz w:val="40"/>
                <w:szCs w:val="40"/>
              </w:rPr>
              <w:t>ja sam</w:t>
            </w:r>
            <w:r w:rsidRPr="00E14E26">
              <w:rPr>
                <w:b/>
                <w:color w:val="FFFFFF"/>
                <w:sz w:val="40"/>
                <w:szCs w:val="40"/>
              </w:rPr>
              <w:t xml:space="preserve"> C</w:t>
            </w:r>
            <w:r w:rsidR="000327E0">
              <w:rPr>
                <w:b/>
                <w:color w:val="FFFFFF"/>
                <w:sz w:val="40"/>
                <w:szCs w:val="40"/>
              </w:rPr>
              <w:t>rkva</w:t>
            </w:r>
          </w:p>
        </w:tc>
      </w:tr>
      <w:tr w:rsidR="000327E0" w14:paraId="31AA47C2" w14:textId="77777777" w:rsidTr="000327E0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F57F5" w14:textId="5580F03D" w:rsidR="000327E0" w:rsidRDefault="000327E0" w:rsidP="000327E0">
            <w:pPr>
              <w:spacing w:after="0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0327E0">
              <w:rPr>
                <w:color w:val="000000"/>
                <w:sz w:val="28"/>
                <w:szCs w:val="28"/>
              </w:rPr>
              <w:t>_______________________</w:t>
            </w:r>
            <w:r>
              <w:rPr>
                <w:color w:val="000000"/>
                <w:sz w:val="28"/>
                <w:szCs w:val="28"/>
              </w:rPr>
              <w:t>_</w:t>
            </w:r>
            <w:r w:rsidRPr="000327E0">
              <w:rPr>
                <w:color w:val="000000"/>
                <w:sz w:val="28"/>
                <w:szCs w:val="28"/>
              </w:rPr>
              <w:t>_</w:t>
            </w:r>
            <w:r>
              <w:rPr>
                <w:color w:val="000000"/>
                <w:sz w:val="28"/>
                <w:szCs w:val="28"/>
              </w:rPr>
              <w:t>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DE561B" w14:textId="63CB6EEB" w:rsidR="000327E0" w:rsidRDefault="000327E0" w:rsidP="000327E0">
            <w:pPr>
              <w:spacing w:after="0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0327E0">
              <w:rPr>
                <w:color w:val="000000"/>
                <w:sz w:val="28"/>
                <w:szCs w:val="28"/>
              </w:rPr>
              <w:t>_______________________</w:t>
            </w:r>
            <w:r>
              <w:rPr>
                <w:color w:val="000000"/>
                <w:sz w:val="28"/>
                <w:szCs w:val="28"/>
              </w:rPr>
              <w:t>_</w:t>
            </w:r>
            <w:r w:rsidRPr="000327E0">
              <w:rPr>
                <w:color w:val="000000"/>
                <w:sz w:val="28"/>
                <w:szCs w:val="28"/>
              </w:rPr>
              <w:t>_</w:t>
            </w:r>
            <w:r>
              <w:rPr>
                <w:color w:val="000000"/>
                <w:sz w:val="28"/>
                <w:szCs w:val="28"/>
              </w:rPr>
              <w:t>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A11D2" w14:textId="3C08E864" w:rsidR="000327E0" w:rsidRDefault="000327E0" w:rsidP="000327E0">
            <w:pPr>
              <w:spacing w:after="0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0327E0">
              <w:rPr>
                <w:color w:val="000000"/>
                <w:sz w:val="28"/>
                <w:szCs w:val="28"/>
              </w:rPr>
              <w:t>_______________________</w:t>
            </w:r>
            <w:r>
              <w:rPr>
                <w:color w:val="000000"/>
                <w:sz w:val="28"/>
                <w:szCs w:val="28"/>
              </w:rPr>
              <w:t>_</w:t>
            </w:r>
            <w:r w:rsidRPr="000327E0">
              <w:rPr>
                <w:color w:val="000000"/>
                <w:sz w:val="28"/>
                <w:szCs w:val="28"/>
              </w:rPr>
              <w:t>_</w:t>
            </w:r>
            <w:r>
              <w:rPr>
                <w:color w:val="000000"/>
                <w:sz w:val="28"/>
                <w:szCs w:val="28"/>
              </w:rPr>
              <w:t>_______________________</w:t>
            </w:r>
          </w:p>
        </w:tc>
      </w:tr>
    </w:tbl>
    <w:p w14:paraId="6C8FA63B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3: Od Isusa do nas</w:t>
      </w:r>
      <w:r>
        <w:rPr>
          <w:i/>
          <w:color w:val="6B6B6B"/>
          <w:sz w:val="20"/>
        </w:rPr>
        <w:t xml:space="preserve"> (rad u skupinama, 7 minuta)</w:t>
      </w:r>
    </w:p>
    <w:p w14:paraId="5DE91915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složiti slijed razvoja Crkve prema glavnom tekstu: Isus ustanovljuje Crkvu; apostoli slušaju Učitelja i osnivaju zajednice; Crkva se širi tijekom stoljeća; vjernici danas nastavljaju Kristovo poslanje. Svaka skupina u tablicu upisuje po jednu ključnu radnju i poruku.</w:t>
      </w:r>
    </w:p>
    <w:p w14:paraId="52743596" w14:textId="77777777" w:rsidR="00D1095B" w:rsidRPr="00602E1C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602E1C">
        <w:rPr>
          <w:i/>
          <w:color w:val="6B6B6B"/>
          <w:sz w:val="20"/>
          <w:szCs w:val="20"/>
        </w:rPr>
        <w:t>Rješenje: Isus – ustanovljuje i šalje; apostoli – propovijedaju, svjedoče i osnivaju zajednice; prva Crkva – raste i širi Evanđelje; Crkva danas – nastavlja naviještati Krista i služiti ljudima.</w:t>
      </w:r>
    </w:p>
    <w:p w14:paraId="4F38981A" w14:textId="77777777" w:rsidR="00A86CE6" w:rsidRDefault="00A86CE6" w:rsidP="00A86CE6"/>
    <w:p w14:paraId="49300AC4" w14:textId="5D37F6B1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2702"/>
        <w:gridCol w:w="2703"/>
        <w:gridCol w:w="2703"/>
      </w:tblGrid>
      <w:tr w:rsidR="00D1095B" w14:paraId="7CD77342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9DB91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RAZDOBLJE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0925C4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TKO?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A8CBF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ŠTO ČINI?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64C3C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PORUKA / POSLANJE</w:t>
            </w:r>
          </w:p>
        </w:tc>
      </w:tr>
      <w:tr w:rsidR="00E14E26" w14:paraId="2D1B2278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DA688" w14:textId="4C826FFB" w:rsidR="00E14E26" w:rsidRPr="00E14E26" w:rsidRDefault="008065B1" w:rsidP="00E14E26">
            <w:pPr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od 30. - 33. g.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9A9D7A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824B6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C560B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60F94775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629F8" w14:textId="60D3DF96" w:rsidR="00E14E26" w:rsidRPr="00E14E26" w:rsidRDefault="008065B1" w:rsidP="00E14E26">
            <w:pPr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1. st.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4B070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718C0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1501F8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10B5A14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72E77" w14:textId="637C4910" w:rsidR="00E14E26" w:rsidRPr="00E14E26" w:rsidRDefault="008065B1" w:rsidP="00E14E26">
            <w:pPr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21. st. (danas)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E78B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9535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E915C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1B8B7B13" w14:textId="77777777" w:rsidR="00D1095B" w:rsidRDefault="002509D4" w:rsidP="00520B78">
      <w:pPr>
        <w:widowControl w:val="0"/>
        <w:spacing w:before="100" w:after="40"/>
      </w:pPr>
      <w:r>
        <w:rPr>
          <w:b/>
          <w:color w:val="C65F00"/>
        </w:rPr>
        <w:t>Aktivnost 4: Božansko i ljudsko lice Crkve</w:t>
      </w:r>
      <w:r>
        <w:rPr>
          <w:i/>
          <w:color w:val="6B6B6B"/>
          <w:sz w:val="20"/>
        </w:rPr>
        <w:t xml:space="preserve"> (individualni rad, 6 minuta)</w:t>
      </w:r>
    </w:p>
    <w:p w14:paraId="50FD3828" w14:textId="77777777" w:rsidR="00D1095B" w:rsidRDefault="002509D4">
      <w:pPr>
        <w:spacing w:after="0"/>
        <w:jc w:val="both"/>
      </w:pPr>
      <w:r>
        <w:t>Učenici će za svaku tvrdnju odabrati tumačenje A ili B koje je u skladu s glavnim tekstom na str. 26. Nakon rada uz dva odgovora kratko obrazlažu izbor.</w:t>
      </w:r>
    </w:p>
    <w:p w14:paraId="1D602F79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B – Crkvu je ustanovio Krist. 2. A – Duh Sveti posvećuje i vodi Crkvu. 3. A – Crkvu čine ljudi koji mogu biti slabi i grješni. 4. B – božansko i ljudsko lice povezani su u jednoj Crkvi.</w:t>
      </w:r>
    </w:p>
    <w:p w14:paraId="0E09FFBD" w14:textId="77777777" w:rsidR="00A86CE6" w:rsidRDefault="00A86CE6">
      <w:pPr>
        <w:spacing w:after="0"/>
        <w:jc w:val="both"/>
      </w:pPr>
    </w:p>
    <w:p w14:paraId="30A4B3C7" w14:textId="77777777" w:rsidR="00520B78" w:rsidRDefault="00520B78">
      <w:pPr>
        <w:spacing w:after="0"/>
        <w:jc w:val="both"/>
      </w:pPr>
    </w:p>
    <w:p w14:paraId="7F6F8F50" w14:textId="77777777" w:rsidR="00432F17" w:rsidRDefault="00432F17" w:rsidP="00A86CE6"/>
    <w:p w14:paraId="46EB7AF8" w14:textId="77777777" w:rsidR="00432F17" w:rsidRDefault="00432F17" w:rsidP="00A86CE6"/>
    <w:p w14:paraId="3991A306" w14:textId="75D9FDD3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3E05929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5B5B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27ECD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DB55E1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1E6EFAB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3855B1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IZBOR</w:t>
            </w:r>
          </w:p>
        </w:tc>
      </w:tr>
      <w:tr w:rsidR="00D1095B" w14:paraId="72C5CA5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6D5C55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1. Crkva je nastala…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0122B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samo dogovorom ljudi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09E1E5A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Kristovim ustanovljenjem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FF21F0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00AB6376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8F0A115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2. Duh Sveti…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2607A12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posvećuje i vodi Crkvu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A37DD68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nema veze s Crkvom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C35A298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EEDBA3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A1348D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3. Ljudsko lice Crkve znači…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DEF317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vjernici mogu biti slabi i grješni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420B67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Crkva je samo zgrada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0599EC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6CA93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96CBB14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4. Božansko i ljudsko lice…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B51D75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međusobno se isključuju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BE0B6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povezani su u jednoj Crkvi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C7509F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</w:tbl>
    <w:p w14:paraId="76A4B1C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5: „Crkva nije muzej za svece…“</w:t>
      </w:r>
      <w:r>
        <w:rPr>
          <w:i/>
          <w:color w:val="6B6B6B"/>
          <w:sz w:val="20"/>
        </w:rPr>
        <w:t xml:space="preserve"> (rad u paru, 6 minuta)</w:t>
      </w:r>
    </w:p>
    <w:p w14:paraId="27459A88" w14:textId="77777777" w:rsidR="00D1095B" w:rsidRDefault="002509D4">
      <w:pPr>
        <w:spacing w:after="0"/>
        <w:jc w:val="both"/>
      </w:pPr>
      <w:r>
        <w:rPr>
          <w:color w:val="000000"/>
        </w:rPr>
        <w:t>Rad u paru. Učenici će pročitati misao Abigail Van Buren na lijevom rubu str. 26: „Crkva nije muzej za svece, već bolnica za grešnike.“ U tablicu upisuju što bi značila slika „muzej za svece“, što znači „bolnica za grešnike“ i kako ta misao pomaže razumjeti ljudsko lice Crkve.</w:t>
      </w:r>
    </w:p>
    <w:p w14:paraId="34460888" w14:textId="77777777" w:rsidR="00D1095B" w:rsidRPr="00602E1C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602E1C">
        <w:rPr>
          <w:i/>
          <w:color w:val="6B6B6B"/>
          <w:sz w:val="20"/>
          <w:szCs w:val="20"/>
        </w:rPr>
        <w:t>Rješenje: Crkva nije zajednica samo savršenih ljudi. U njoj vjernici priznaju slabosti, traže oproštenje, liječenje grijeha i rast u svetosti. Ta slika naglašava da Božja milost djeluje među stvarnim ljudima koji trebaju obraćenje.</w:t>
      </w:r>
    </w:p>
    <w:p w14:paraId="7DC21AED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1A8FE7EB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8"/>
        <w:gridCol w:w="2670"/>
        <w:gridCol w:w="2666"/>
        <w:gridCol w:w="2667"/>
      </w:tblGrid>
      <w:tr w:rsidR="00D1095B" w14:paraId="5CC82F9F" w14:textId="77777777" w:rsidTr="00E14E26">
        <w:trPr>
          <w:cantSplit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0D28D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SLIKA / NAVOD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A3D33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ZNAČI?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A761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UČI O ČOVJEKU?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027EA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UČI O CRKVI?</w:t>
            </w:r>
          </w:p>
        </w:tc>
      </w:tr>
      <w:tr w:rsidR="00E14E26" w14:paraId="752C4A15" w14:textId="77777777" w:rsidTr="00E14E26">
        <w:trPr>
          <w:cantSplit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D7CB18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„muzej za svece“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7138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4607C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62AFF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65338EA" w14:textId="77777777" w:rsidTr="00E14E26">
        <w:trPr>
          <w:cantSplit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3097B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„bolnica za grešnike“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2F8548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8ED9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F191D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31BB3882" w14:textId="77777777" w:rsidR="00D1095B" w:rsidRDefault="002509D4">
      <w:pPr>
        <w:keepNext/>
        <w:spacing w:before="100" w:after="40"/>
      </w:pPr>
      <w:r>
        <w:rPr>
          <w:b/>
          <w:color w:val="C65F00"/>
        </w:rPr>
        <w:t>Aktivnost 6: Isus apostolima – „Tko vas sluša, mene sluša“</w:t>
      </w:r>
      <w:r>
        <w:rPr>
          <w:i/>
          <w:color w:val="6B6B6B"/>
          <w:sz w:val="20"/>
        </w:rPr>
        <w:t xml:space="preserve"> (individualni rad, 6 minuta)</w:t>
      </w:r>
    </w:p>
    <w:p w14:paraId="7673A259" w14:textId="77777777" w:rsidR="00D1095B" w:rsidRDefault="002509D4">
      <w:pPr>
        <w:spacing w:after="0"/>
        <w:jc w:val="both"/>
      </w:pPr>
      <w:r>
        <w:t>Učenici će pročitati navod Lk 10,16 na lijevom rubu udžbenika: „Tko vas sluša, mene sluša; tko vas prezire, mene prezire. A tko mene prezire onoga koji me posla.“ U predložak izdvajaju odnos između Isusa, apostola i Boga koji šalje.</w:t>
      </w:r>
    </w:p>
    <w:p w14:paraId="4D282957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Isus šalje apostole kao svoje svjedoke. Slušanje njihova navještaja povezano je sa slušanjem Krista, a Krist svoje poslanje prima od Oca. Crkva nastavlja to apostolsko poslanje naviještanja Evanđelja.</w:t>
      </w:r>
    </w:p>
    <w:p w14:paraId="18C6D5EF" w14:textId="77777777" w:rsidR="00A86CE6" w:rsidRDefault="00A86CE6" w:rsidP="00A86CE6"/>
    <w:p w14:paraId="1F09F7CF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759B402F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748CB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RIJEČ / ODNOS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E469A52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OTKRIVA O POSLANJU?</w:t>
            </w:r>
          </w:p>
        </w:tc>
      </w:tr>
      <w:tr w:rsidR="00D1095B" w14:paraId="6A68ACAD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FFA49C7" w14:textId="77777777" w:rsidR="00F51880" w:rsidRPr="00520B78" w:rsidRDefault="005C6CFC">
            <w:pPr>
              <w:spacing w:after="0"/>
              <w:jc w:val="center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„sluša vas“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FED3721" w14:textId="77777777" w:rsidR="00F51880" w:rsidRDefault="005C6CFC" w:rsidP="004A16B5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4A16B5" w14:paraId="174166F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B551D2" w14:textId="77777777" w:rsidR="004A16B5" w:rsidRPr="00520B78" w:rsidRDefault="004A16B5" w:rsidP="004A16B5">
            <w:pPr>
              <w:spacing w:after="0"/>
              <w:jc w:val="center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„mene sluša“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310D17C" w14:textId="77777777" w:rsidR="004A16B5" w:rsidRDefault="004A16B5" w:rsidP="004A16B5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4A16B5" w14:paraId="2274B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1851FF" w14:textId="77777777" w:rsidR="004A16B5" w:rsidRPr="00520B78" w:rsidRDefault="004A16B5" w:rsidP="004A16B5">
            <w:pPr>
              <w:spacing w:after="0"/>
              <w:jc w:val="center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„prezire vas“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0E80ED" w14:textId="77777777" w:rsidR="004A16B5" w:rsidRDefault="004A16B5" w:rsidP="004A16B5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4A16B5" w14:paraId="54CB886C" w14:textId="77777777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3852AA1" w14:textId="77777777" w:rsidR="004A16B5" w:rsidRPr="00520B78" w:rsidRDefault="004A16B5" w:rsidP="004A16B5">
            <w:pPr>
              <w:spacing w:after="0"/>
              <w:jc w:val="center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„onoga koji me posla“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C1684F" w14:textId="77777777" w:rsidR="004A16B5" w:rsidRDefault="004A16B5" w:rsidP="004A16B5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</w:tbl>
    <w:p w14:paraId="1F3D7C64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7: Pedesetnica – početak Crkve</w:t>
      </w:r>
      <w:r>
        <w:rPr>
          <w:i/>
          <w:color w:val="6B6B6B"/>
          <w:sz w:val="20"/>
        </w:rPr>
        <w:t xml:space="preserve"> (rad u skupinama, 8 minuta)</w:t>
      </w:r>
    </w:p>
    <w:p w14:paraId="14D9C40D" w14:textId="3B5627E1" w:rsidR="00D1095B" w:rsidRDefault="002509D4">
      <w:pPr>
        <w:spacing w:after="0"/>
        <w:jc w:val="both"/>
      </w:pPr>
      <w:r>
        <w:rPr>
          <w:color w:val="000000"/>
        </w:rPr>
        <w:t xml:space="preserve">Rad u skupinama. Učenici će prema </w:t>
      </w:r>
      <w:r w:rsidR="000307CC">
        <w:rPr>
          <w:color w:val="000000"/>
        </w:rPr>
        <w:t>biblijskom tekstu iz digitalnog udžbenika</w:t>
      </w:r>
      <w:r w:rsidR="00373C39">
        <w:rPr>
          <w:color w:val="000000"/>
        </w:rPr>
        <w:t xml:space="preserve"> izd</w:t>
      </w:r>
      <w:r>
        <w:rPr>
          <w:color w:val="000000"/>
        </w:rPr>
        <w:t>vojiti četiri elementa događaja Pedesetnice: zajednica učenika na istome mjestu, šum poput silna vjetra, ognjeni jezici i ispunjenje Duhom Svetim. Zatim zaključuju zašto se dan Duhova smatra početkom Crkve.</w:t>
      </w:r>
    </w:p>
    <w:p w14:paraId="0142D149" w14:textId="77777777" w:rsidR="00D1095B" w:rsidRPr="00602E1C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602E1C">
        <w:rPr>
          <w:i/>
          <w:color w:val="6B6B6B"/>
          <w:sz w:val="20"/>
          <w:szCs w:val="20"/>
        </w:rPr>
        <w:t>Rješenje: Učenici su okupljeni; Duh Sveti dolazi u znakovima vjetra i ognja; učenici govore drugim jezicima i naviještaju veličanstvena djela Božja; poruka se otvara ljudima različitih naroda. Duh Sveti osposobljava zajednicu za javno svjedočenje.</w:t>
      </w:r>
    </w:p>
    <w:p w14:paraId="7B639796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03E58608" w14:textId="77777777" w:rsidR="000307CC" w:rsidRPr="00342AE1" w:rsidRDefault="000307CC" w:rsidP="000307CC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0307CC" w14:paraId="28426BF3" w14:textId="77777777" w:rsidTr="001B734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7539E20" w14:textId="66C1E283" w:rsidR="000307CC" w:rsidRDefault="00373C39" w:rsidP="001B7347">
            <w:pPr>
              <w:widowControl w:val="0"/>
              <w:shd w:val="clear" w:color="auto" w:fill="403A73"/>
              <w:spacing w:before="100" w:after="100"/>
              <w:jc w:val="center"/>
            </w:pPr>
            <w:r w:rsidRPr="00373C39">
              <w:rPr>
                <w:b/>
                <w:color w:val="FFFFFF"/>
                <w:sz w:val="40"/>
              </w:rPr>
              <w:t xml:space="preserve">PEDESETNICA </w:t>
            </w:r>
            <w:r w:rsidR="000307CC">
              <w:rPr>
                <w:b/>
                <w:color w:val="FFFFFF"/>
                <w:sz w:val="40"/>
              </w:rPr>
              <w:t>-</w:t>
            </w:r>
            <w:r>
              <w:rPr>
                <w:b/>
                <w:color w:val="FFFFFF"/>
                <w:sz w:val="40"/>
              </w:rPr>
              <w:t xml:space="preserve"> </w:t>
            </w:r>
            <w:r w:rsidRPr="00373C39">
              <w:rPr>
                <w:b/>
                <w:color w:val="FFFFFF"/>
              </w:rPr>
              <w:t>Dj 2,1-13</w:t>
            </w:r>
          </w:p>
          <w:p w14:paraId="79E02D9A" w14:textId="2C371B54" w:rsidR="000307CC" w:rsidRPr="00B76CAD" w:rsidRDefault="00373C39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 w:rsidRPr="00373C39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Kad je napokon došao dan Pedesetnice, svi su bili zajedno na istome mjestu. I eto iznenada šuma s neba, kao kad se digne silan vjetar. Ispuni svu kuću u kojoj su bili. I pokažu im se kao neki ognjeni razdijeljeni jezici te siđe po jedan na svakoga od njih. Svi se napune Duha Svetoga i počeše govoriti drugim jezicima, kako im već Duh davaše zboriti. A u Jeruzalemu su boravili Židovi, ljudi pobožni iz svakog naroda pod nebom. Pa kad nasta ona huka, strča se mnoštvo i smete jer ih je svatko čuo govoriti svojim jezikom. Svi su bili izvan sebe i divili se govoreći: „Gle! Nisu li svi ovi što govore Galilejci? Pa kako to da ih svatko od nas čuje na svojem materinskom jeziku? Parti, Međani, Elamljani, žitelji Mezopotamije, Judeje i Kapadocije, Ponta i Azije, Frigije i Pamfilije, Egipta i krajeva libijskih oko Cirene, pridošlice Rimljani, Židovi i sljedbenici, Krećani i Arapi – svi ih mi čujemo gdje našim jezicima razglašuju veličanstvena djela Božja.“ Svi su izvan sebe zbunjeno jedan drugog pitali: „Što bi to moglo biti?“ Drugi su pak, podrugujući se, govorili: „Slatkoga su se vina ponapili!“</w:t>
            </w:r>
          </w:p>
        </w:tc>
      </w:tr>
    </w:tbl>
    <w:p w14:paraId="36BB4CEE" w14:textId="77777777" w:rsidR="004A16B5" w:rsidRDefault="004A16B5" w:rsidP="00A86CE6"/>
    <w:p w14:paraId="6265B412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0"/>
        <w:gridCol w:w="2666"/>
        <w:gridCol w:w="2666"/>
        <w:gridCol w:w="2669"/>
      </w:tblGrid>
      <w:tr w:rsidR="00D1095B" w14:paraId="5999799D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9FD9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OKUPLJENI UČENICI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1742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ZNAKOVI DUHA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1B2F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NOVO DJELOVANJE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A98E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ZAŠTO POČETAK CRKVE?</w:t>
            </w:r>
          </w:p>
        </w:tc>
      </w:tr>
      <w:tr w:rsidR="00E14E26" w14:paraId="7B0FA372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B5ABE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6"/>
              </w:rPr>
              <w:t>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351BA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6"/>
              </w:rPr>
              <w:t>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723CB8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6"/>
              </w:rPr>
              <w:t>__________________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902606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6"/>
              </w:rPr>
              <w:t>__________________</w:t>
            </w:r>
          </w:p>
        </w:tc>
      </w:tr>
    </w:tbl>
    <w:p w14:paraId="21FE4294" w14:textId="77777777" w:rsidR="00D1095B" w:rsidRDefault="002509D4">
      <w:pPr>
        <w:keepNext/>
        <w:spacing w:before="100" w:after="40"/>
      </w:pPr>
      <w:r>
        <w:rPr>
          <w:b/>
          <w:color w:val="C65F00"/>
        </w:rPr>
        <w:t>Aktivnost 8: Prva kršćanska zajednica</w:t>
      </w:r>
      <w:r>
        <w:rPr>
          <w:i/>
          <w:color w:val="6B6B6B"/>
          <w:sz w:val="20"/>
        </w:rPr>
        <w:t xml:space="preserve"> (individualni rad, 5 minuta)</w:t>
      </w:r>
    </w:p>
    <w:p w14:paraId="324CEC7A" w14:textId="48691A8C" w:rsidR="00D1095B" w:rsidRDefault="002509D4">
      <w:pPr>
        <w:spacing w:after="0"/>
        <w:jc w:val="both"/>
      </w:pPr>
      <w:r>
        <w:t xml:space="preserve">Učenici će prema tekstu Dj 2,42-47 </w:t>
      </w:r>
      <w:r w:rsidR="00373C39">
        <w:t xml:space="preserve">iz digitalnog udžbenika </w:t>
      </w:r>
      <w:r>
        <w:t>izdvojiti obilježja prve kršćanske zajednice. Za svaku poruku u tablici napisat će što ona znači za zajednicu vjernika. Cjeloviti tekst nalazi se u plavkastom okviru u aktivnosti 19.</w:t>
      </w:r>
    </w:p>
    <w:p w14:paraId="4C18CD73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Nauk apostolski – učenje vjere; zajedništvo – međusobna povezanost i dijeljenje; lomljenje kruha – euharistijsko zajedništvo; molitve – odnos s Bogom; briga za potrebite – konkretna ljubav i solidarnost.</w:t>
      </w:r>
    </w:p>
    <w:p w14:paraId="6E8E9967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0AB529E8" w14:textId="77777777" w:rsidR="00373C39" w:rsidRPr="00342AE1" w:rsidRDefault="00373C39" w:rsidP="00373C39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373C39" w14:paraId="65D39B31" w14:textId="77777777" w:rsidTr="001B734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3155CC1" w14:textId="65E0FDAF" w:rsidR="00373C39" w:rsidRDefault="00373C39" w:rsidP="001B7347">
            <w:pPr>
              <w:widowControl w:val="0"/>
              <w:shd w:val="clear" w:color="auto" w:fill="403A73"/>
              <w:spacing w:before="100" w:after="100"/>
              <w:jc w:val="center"/>
            </w:pPr>
            <w:r w:rsidRPr="00373C39">
              <w:rPr>
                <w:b/>
                <w:color w:val="FFFFFF"/>
                <w:sz w:val="40"/>
              </w:rPr>
              <w:t xml:space="preserve">PRVA KRŠĆANSKA ZAJEDNICA </w:t>
            </w:r>
            <w:r>
              <w:rPr>
                <w:b/>
                <w:color w:val="FFFFFF"/>
                <w:sz w:val="40"/>
              </w:rPr>
              <w:t xml:space="preserve">- </w:t>
            </w:r>
            <w:r w:rsidRPr="00373C39">
              <w:rPr>
                <w:b/>
                <w:color w:val="FFFFFF"/>
              </w:rPr>
              <w:t>Dj 2,42-47</w:t>
            </w:r>
          </w:p>
          <w:p w14:paraId="45945026" w14:textId="0CF98D4C" w:rsidR="00373C39" w:rsidRPr="00B76CAD" w:rsidRDefault="00373C39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 w:rsidRPr="00373C39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Bijahu postojani u nauku apostolskom, u zajedništvu, lomljenju kruha i molitvama. Strahopoštovanje obuzimaše svaku dušu: apostoli su činili mnoga čudesa i znamenja. Svi koji prigrliše vjeru bijahu združeni i sve im bijaše zajedničko. Sva bi imanja i dobra prodali i porazdijelili svima kako bi tko trebao. Svaki bi dan jednodušno i postojano hrlili u Hram, u kućama bi lomili kruh te u radosti i prostodušnosti srca zajednički uzimali hranu hvaleći Boga i uživajući naklonost svega naroda. Gospodin je pak danomice zajednici pridruživao spašenike.</w:t>
            </w:r>
          </w:p>
        </w:tc>
      </w:tr>
    </w:tbl>
    <w:p w14:paraId="46571715" w14:textId="77777777" w:rsidR="00373C39" w:rsidRDefault="00373C39" w:rsidP="00A86CE6"/>
    <w:p w14:paraId="6FA00272" w14:textId="01F59B65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47E1287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88ABD5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OBILJEŽJE PRVE ZAJEDNICE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D8E51B4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TO ZNAČI?</w:t>
            </w:r>
          </w:p>
        </w:tc>
      </w:tr>
      <w:tr w:rsidR="00D1095B" w14:paraId="56E34479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DAB21B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nauk apostolski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EF6ADC" w14:textId="77777777" w:rsidR="00F51880" w:rsidRDefault="005C6CFC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E14E26" w14:paraId="2EF74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7C6CBE4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zajedništvo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088E649" w14:textId="77777777" w:rsidR="00F51880" w:rsidRDefault="005C6CFC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E14E26" w14:paraId="2FDA86C8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53869F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lomljenje kruha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F60639D" w14:textId="77777777" w:rsidR="00F51880" w:rsidRDefault="005C6CFC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  <w:tr w:rsidR="00E14E26" w14:paraId="469A7BC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716D29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molitve i dijeljenje dobara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375BB2D" w14:textId="77777777" w:rsidR="00F51880" w:rsidRDefault="005C6CFC">
            <w:pPr>
              <w:spacing w:after="0"/>
            </w:pPr>
            <w:r>
              <w:rPr>
                <w:color w:val="000000"/>
                <w:sz w:val="28"/>
              </w:rPr>
              <w:t>_____________________________________</w:t>
            </w:r>
          </w:p>
        </w:tc>
      </w:tr>
    </w:tbl>
    <w:p w14:paraId="2F8C21C5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9: Je li Crkva samo sveta?</w:t>
      </w:r>
      <w:r>
        <w:rPr>
          <w:i/>
          <w:color w:val="6B6B6B"/>
          <w:sz w:val="20"/>
        </w:rPr>
        <w:t xml:space="preserve"> (frontalni rad i razgovor, 6 minuta)</w:t>
      </w:r>
    </w:p>
    <w:p w14:paraId="2DF8422F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Vjeroučitelj će napisati na ploču rečenicu: „Ako je Crkva sveta, u njoj ne bi smjelo biti slabih i grješnih ljudi.“ Učenici se opredjeljuju slažu li se ili ne te obrazlažu, oslanjajući se na glavni tekst i misao „bolnica za grešnike“.</w:t>
      </w:r>
    </w:p>
    <w:p w14:paraId="280FC0B8" w14:textId="77777777" w:rsidR="004A16B5" w:rsidRDefault="004A16B5">
      <w:pPr>
        <w:spacing w:after="0"/>
        <w:jc w:val="both"/>
        <w:rPr>
          <w:color w:val="000000"/>
        </w:rPr>
      </w:pPr>
    </w:p>
    <w:p w14:paraId="7F611CCB" w14:textId="77777777" w:rsidR="004A16B5" w:rsidRPr="004A16B5" w:rsidRDefault="004A16B5" w:rsidP="004A16B5">
      <w:pPr>
        <w:spacing w:after="0"/>
        <w:jc w:val="center"/>
        <w:rPr>
          <w:color w:val="002060"/>
          <w:sz w:val="40"/>
          <w:szCs w:val="40"/>
        </w:rPr>
      </w:pPr>
      <w:r w:rsidRPr="004A16B5">
        <w:rPr>
          <w:color w:val="002060"/>
          <w:sz w:val="40"/>
          <w:szCs w:val="40"/>
        </w:rPr>
        <w:t>Ako je Crkva sveta, u njoj ne bi smjelo biti slabih i grješnih ljudi.</w:t>
      </w:r>
    </w:p>
    <w:p w14:paraId="4B9AA2AA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65F249C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 xml:space="preserve">Odakle dolazi svetost Crkve? </w:t>
      </w:r>
      <w:r w:rsidRPr="004C1656">
        <w:rPr>
          <w:color w:val="6B6B6B"/>
          <w:sz w:val="18"/>
        </w:rPr>
        <w:t>(Od Krista i Duha Svetoga koji je posvećuje i vodi.)</w:t>
      </w:r>
    </w:p>
    <w:p w14:paraId="0B0C27C7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 xml:space="preserve">Zašto u Crkvi ipak susrećemo ljudske slabosti i grijehe? </w:t>
      </w:r>
      <w:r w:rsidRPr="004C1656">
        <w:rPr>
          <w:color w:val="6B6B6B"/>
          <w:sz w:val="18"/>
        </w:rPr>
        <w:t>(Jer Crkvu čine stvarni ljudi koji trebaju obraćenje i Božju milost.)</w:t>
      </w:r>
    </w:p>
    <w:p w14:paraId="6C5EAC1F" w14:textId="77777777" w:rsidR="00D1095B" w:rsidRDefault="002509D4">
      <w:pPr>
        <w:keepNext/>
        <w:spacing w:before="100" w:after="40"/>
      </w:pPr>
      <w:r>
        <w:rPr>
          <w:b/>
          <w:color w:val="C65F00"/>
        </w:rPr>
        <w:t>Aktivnost 10: „Put spasenja“ – Crkva na umjetničkom djelu</w:t>
      </w:r>
      <w:r>
        <w:rPr>
          <w:i/>
          <w:color w:val="6B6B6B"/>
          <w:sz w:val="20"/>
        </w:rPr>
        <w:t xml:space="preserve"> (rad u skupinama, 8 minuta)</w:t>
      </w:r>
    </w:p>
    <w:p w14:paraId="06FE0F43" w14:textId="77777777" w:rsidR="00D1095B" w:rsidRDefault="002509D4">
      <w:pPr>
        <w:spacing w:after="0"/>
        <w:jc w:val="both"/>
      </w:pPr>
      <w:r>
        <w:t>Učenici će ponovno promotriti djelo Andree di Bonaiuta „Put spasenja“ na str. 26. Jedna polovica skupina izdvaja elemente koji upućuju na zajednicu ljudi, a druga elemente koji upućuju na Krista, svetost i spasenje. Zatim svaka skupina objašnjava kako slika povezuje božansko i ljudsko lice Crkve.</w:t>
      </w:r>
    </w:p>
    <w:p w14:paraId="5B9C2354" w14:textId="77777777" w:rsidR="00D1095B" w:rsidRDefault="002509D4">
      <w:pPr>
        <w:spacing w:after="0"/>
        <w:jc w:val="both"/>
      </w:pPr>
      <w:r>
        <w:rPr>
          <w:i/>
          <w:color w:val="6B6B6B"/>
          <w:sz w:val="20"/>
        </w:rPr>
        <w:t>Rješenje: Mnoštvo različitih ljudi pokazuje ljudsku zajednicu Crkve; Krist, sveti likovi i motiv spasenja upućuju na njezino božansko poslanje. Djelo vizualno povezuje zemaljsku Crkvu s usmjerenošću prema Bogu i spasenju.</w:t>
      </w:r>
    </w:p>
    <w:p w14:paraId="0E7A8766" w14:textId="77777777" w:rsidR="00A475F7" w:rsidRDefault="00A475F7">
      <w:pPr>
        <w:spacing w:before="60" w:after="40"/>
      </w:pPr>
    </w:p>
    <w:p w14:paraId="26D25241" w14:textId="77777777" w:rsidR="00A475F7" w:rsidRDefault="00A475F7">
      <w:pPr>
        <w:spacing w:before="60" w:after="40"/>
      </w:pPr>
    </w:p>
    <w:p w14:paraId="10042AE1" w14:textId="0DA8FBD8" w:rsidR="00F51880" w:rsidRDefault="005C6CFC">
      <w:pPr>
        <w:spacing w:before="60" w:after="40"/>
      </w:pPr>
      <w:r>
        <w:t>Radni predložak:</w:t>
      </w:r>
    </w:p>
    <w:tbl>
      <w:tblPr>
        <w:tblStyle w:val="Reetkatablice"/>
        <w:tblW w:w="10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0"/>
        <w:gridCol w:w="5340"/>
      </w:tblGrid>
      <w:tr w:rsidR="00F51880" w14:paraId="3404D1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AEDB9A8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LJUDSKO LICE NA SLICI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F8132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BOŽANSKO LICE NA SLICI</w:t>
            </w:r>
          </w:p>
        </w:tc>
      </w:tr>
      <w:tr w:rsidR="00373C39" w14:paraId="7D2DE730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7F59756" w14:textId="032C40EF" w:rsidR="00373C39" w:rsidRPr="00373C39" w:rsidRDefault="00373C39" w:rsidP="00373C39">
            <w:pPr>
              <w:spacing w:after="0"/>
              <w:rPr>
                <w:i/>
                <w:iCs/>
              </w:rPr>
            </w:pPr>
            <w:r w:rsidRPr="00373C39">
              <w:rPr>
                <w:i/>
                <w:iCs/>
              </w:rPr>
              <w:t>Navesti: _______________________________________________</w:t>
            </w:r>
          </w:p>
          <w:p w14:paraId="63BB80DA" w14:textId="77777777" w:rsidR="00373C39" w:rsidRPr="00373C39" w:rsidRDefault="00373C39" w:rsidP="00373C39">
            <w:pPr>
              <w:spacing w:after="0"/>
            </w:pPr>
          </w:p>
          <w:p w14:paraId="2B4B1765" w14:textId="77777777" w:rsidR="00373C39" w:rsidRPr="00373C39" w:rsidRDefault="00373C39" w:rsidP="00373C39">
            <w:pPr>
              <w:spacing w:after="0"/>
            </w:pP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4CEE5EC" w14:textId="77777777" w:rsidR="00373C39" w:rsidRPr="00373C39" w:rsidRDefault="00373C39" w:rsidP="00373C39">
            <w:pPr>
              <w:spacing w:after="0"/>
              <w:rPr>
                <w:i/>
                <w:iCs/>
              </w:rPr>
            </w:pPr>
            <w:r w:rsidRPr="00373C39">
              <w:rPr>
                <w:i/>
                <w:iCs/>
              </w:rPr>
              <w:t>Navesti: _______________________________________________</w:t>
            </w:r>
          </w:p>
          <w:p w14:paraId="4057930F" w14:textId="77777777" w:rsidR="00373C39" w:rsidRPr="00373C39" w:rsidRDefault="00373C39" w:rsidP="00373C39">
            <w:pPr>
              <w:spacing w:after="0"/>
            </w:pPr>
          </w:p>
          <w:p w14:paraId="05071E9C" w14:textId="77777777" w:rsidR="00373C39" w:rsidRPr="00373C39" w:rsidRDefault="00373C39" w:rsidP="00373C39">
            <w:pPr>
              <w:spacing w:after="0"/>
            </w:pPr>
          </w:p>
        </w:tc>
      </w:tr>
      <w:tr w:rsidR="00A475F7" w14:paraId="666A6A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50B1632" w14:textId="36430A6F" w:rsidR="00A475F7" w:rsidRPr="00A475F7" w:rsidRDefault="00A475F7" w:rsidP="00A475F7">
            <w:pPr>
              <w:spacing w:after="0"/>
            </w:pPr>
            <w:r w:rsidRPr="00A475F7">
              <w:rPr>
                <w:sz w:val="40"/>
                <w:szCs w:val="40"/>
              </w:rPr>
              <w:t xml:space="preserve">Moja poruka: </w:t>
            </w:r>
            <w:r w:rsidRPr="00A475F7">
              <w:rPr>
                <w:sz w:val="28"/>
                <w:szCs w:val="28"/>
              </w:rPr>
              <w:t>__________________________________________________________________________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55F5C72" w14:textId="05847768" w:rsidR="00A475F7" w:rsidRDefault="00A475F7" w:rsidP="00A475F7">
            <w:pPr>
              <w:spacing w:after="0"/>
            </w:pPr>
            <w:r w:rsidRPr="00A475F7">
              <w:rPr>
                <w:sz w:val="40"/>
                <w:szCs w:val="40"/>
              </w:rPr>
              <w:t xml:space="preserve">Moja poruka: </w:t>
            </w:r>
            <w:r w:rsidRPr="00A475F7">
              <w:rPr>
                <w:sz w:val="28"/>
                <w:szCs w:val="28"/>
              </w:rPr>
              <w:t>__________________________________________________________________________</w:t>
            </w:r>
          </w:p>
        </w:tc>
      </w:tr>
    </w:tbl>
    <w:p w14:paraId="1B946342" w14:textId="77777777" w:rsidR="00D1095B" w:rsidRDefault="002509D4">
      <w:pPr>
        <w:keepNext/>
        <w:spacing w:before="100" w:after="40"/>
      </w:pPr>
      <w:r>
        <w:rPr>
          <w:b/>
          <w:color w:val="C65F00"/>
        </w:rPr>
        <w:t>Aktivnost 11: „Kad govoriš o Crkvi, sjeti se da si i ti Crkva“</w:t>
      </w:r>
      <w:r>
        <w:rPr>
          <w:i/>
          <w:color w:val="6B6B6B"/>
          <w:sz w:val="20"/>
        </w:rPr>
        <w:t xml:space="preserve"> (rad u paru i razgovor, 6 minuta)</w:t>
      </w:r>
    </w:p>
    <w:p w14:paraId="26B0A30F" w14:textId="77777777" w:rsidR="00D1095B" w:rsidRDefault="002509D4">
      <w:pPr>
        <w:spacing w:after="0"/>
        <w:jc w:val="both"/>
      </w:pPr>
      <w:r>
        <w:t>Rad u paru. Učenici će protumačiti bilješku na str. 26: „Kad govoriš o Crkvi, sjeti se da si i ti Crkva. Crkva je onakva kakvi smo mi, njezini vjernici.“ Svaki par oblikuje jednu rečenicu o tome kako pojedini vjernik svojim ponašanjem može graditi ili ranjavati zajednicu.</w:t>
      </w:r>
    </w:p>
    <w:p w14:paraId="616C463F" w14:textId="77777777" w:rsidR="00440493" w:rsidRDefault="00440493">
      <w:pPr>
        <w:spacing w:after="0"/>
        <w:jc w:val="both"/>
      </w:pPr>
      <w:r>
        <w:t>Razgovor:</w:t>
      </w:r>
    </w:p>
    <w:p w14:paraId="11CFC9E3" w14:textId="77777777" w:rsidR="00D1095B" w:rsidRDefault="002509D4" w:rsidP="00440493">
      <w:pPr>
        <w:pStyle w:val="Odlomakpopisa"/>
        <w:numPr>
          <w:ilvl w:val="0"/>
          <w:numId w:val="41"/>
        </w:numPr>
        <w:spacing w:after="20"/>
      </w:pPr>
      <w:r>
        <w:t xml:space="preserve">Što znači rečenica „i ti si Crkva“? </w:t>
      </w:r>
      <w:r w:rsidRPr="00440493">
        <w:rPr>
          <w:color w:val="6B6B6B"/>
          <w:sz w:val="18"/>
        </w:rPr>
        <w:t>(Vjernik nije samo promatrač nego član zajednice koji sudjeluje u njezinu životu i poslanju.)</w:t>
      </w:r>
    </w:p>
    <w:p w14:paraId="6B80CBA0" w14:textId="77777777" w:rsidR="00D1095B" w:rsidRDefault="002509D4" w:rsidP="00440493">
      <w:pPr>
        <w:pStyle w:val="Odlomakpopisa"/>
        <w:numPr>
          <w:ilvl w:val="0"/>
          <w:numId w:val="41"/>
        </w:numPr>
        <w:spacing w:after="20"/>
      </w:pPr>
      <w:r>
        <w:t xml:space="preserve">Kako učenik može pridonijeti ljepšem licu Crkve? </w:t>
      </w:r>
      <w:r w:rsidRPr="00440493">
        <w:rPr>
          <w:color w:val="6B6B6B"/>
          <w:sz w:val="18"/>
        </w:rPr>
        <w:t>(Molitvom, poštovanjem, služenjem, praštanjem i odgovornim ponašanjem prema drugima.)</w:t>
      </w:r>
    </w:p>
    <w:p w14:paraId="4710A1E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12: Četiri riječi – jedna Crkva</w:t>
      </w:r>
      <w:r>
        <w:rPr>
          <w:i/>
          <w:color w:val="6B6B6B"/>
          <w:sz w:val="20"/>
        </w:rPr>
        <w:t xml:space="preserve"> (rad u skupinama, 6 minuta)</w:t>
      </w:r>
    </w:p>
    <w:p w14:paraId="641EE5D0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povezati riječi KRIST – DUH SVETI – APOSTOLI – VJERNICI kratkom rečenicom između svakoga para. Skupina zatim čita vezu koja najbolje objašnjava nastanak i poslanje Crkve.</w:t>
      </w:r>
    </w:p>
    <w:p w14:paraId="10635BCB" w14:textId="77777777" w:rsidR="00D1095B" w:rsidRPr="00602E1C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602E1C">
        <w:rPr>
          <w:i/>
          <w:color w:val="6B6B6B"/>
          <w:sz w:val="20"/>
          <w:szCs w:val="20"/>
        </w:rPr>
        <w:t>Rješenje: Krist ustanovljuje i šalje; Duh Sveti posvećuje i vodi; apostoli naviještaju i osnivaju zajednice; vjernici danas nastavljaju živjeti i svjedočiti Evanđelje. Sve pripada jednoj Crkvi.</w:t>
      </w:r>
    </w:p>
    <w:p w14:paraId="7FFDB62F" w14:textId="77777777" w:rsidR="00440493" w:rsidRDefault="00440493" w:rsidP="00440493"/>
    <w:p w14:paraId="434318CB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0"/>
        <w:gridCol w:w="2572"/>
        <w:gridCol w:w="2882"/>
        <w:gridCol w:w="2567"/>
      </w:tblGrid>
      <w:tr w:rsidR="00D1095B" w14:paraId="5B028EDB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1AF6FF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KRIST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2408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DUH SVETI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2FF4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APOSTOLI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7DC12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VJERNICI</w:t>
            </w:r>
          </w:p>
        </w:tc>
      </w:tr>
      <w:tr w:rsidR="004C1656" w14:paraId="39D10ABD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F4C1E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7C53D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65A53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3FF98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</w:tr>
    </w:tbl>
    <w:p w14:paraId="2395C80F" w14:textId="647F9A66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 xml:space="preserve">Aktivnost 13: Učimo </w:t>
      </w:r>
      <w:r w:rsidR="000307CC">
        <w:rPr>
          <w:b/>
          <w:color w:val="C96A00"/>
          <w:sz w:val="26"/>
        </w:rPr>
        <w:t>iz</w:t>
      </w:r>
      <w:r>
        <w:rPr>
          <w:b/>
          <w:color w:val="C96A00"/>
          <w:sz w:val="26"/>
        </w:rPr>
        <w:t xml:space="preserve"> umjetnosti</w:t>
      </w:r>
      <w:r>
        <w:rPr>
          <w:i/>
          <w:color w:val="6B6B6B"/>
          <w:sz w:val="20"/>
        </w:rPr>
        <w:t xml:space="preserve"> (rad u skupinama, 8 minuta)</w:t>
      </w:r>
    </w:p>
    <w:p w14:paraId="4428A14B" w14:textId="439DB249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promotriti likovne sadržaje</w:t>
      </w:r>
      <w:r w:rsidR="00A475F7">
        <w:rPr>
          <w:color w:val="000000"/>
        </w:rPr>
        <w:t xml:space="preserve"> iz udžbenika i digitalnog dijela udžbeenika</w:t>
      </w:r>
      <w:r>
        <w:rPr>
          <w:color w:val="000000"/>
        </w:rPr>
        <w:t>: Emil Nolde „Duhovi“ (1909), prikaz Petrova propovijedanja, Rubensove „Ruke u molitvi“, mozaik „Krist i Crkva“ u Santa Maria in Trastevere te suvremeni prikaz križa sastavljenoga od ljudi. Skupine za svako djelo izdvajaju jedan vidljivi element i jednu poruku o Crkvi. Na kraju biraju djelo koje im najjasnije pokazuje da je Crkva zajednica okupljena oko Krista i vođena Duhom Svetim.</w:t>
      </w:r>
    </w:p>
    <w:p w14:paraId="2F5C7E68" w14:textId="77777777" w:rsidR="00013CD4" w:rsidRPr="00602E1C" w:rsidRDefault="00013CD4" w:rsidP="00013CD4">
      <w:pPr>
        <w:spacing w:after="0"/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</w:pP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t>Rješenja:</w:t>
      </w:r>
    </w:p>
    <w:p w14:paraId="693A2FFE" w14:textId="7817426E" w:rsidR="00013CD4" w:rsidRPr="00602E1C" w:rsidRDefault="00013CD4" w:rsidP="00013CD4">
      <w:pPr>
        <w:spacing w:after="0"/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</w:pP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t>Emil Nolde, „Duhovi“, 1909.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Vidljivi element: okupljeni ljudi i plameni jezici iznad njihovih glava.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Poruka o Crkvi: Duh Sveti okuplja, nadahnjuje i osnažuje Crkvu.</w:t>
      </w:r>
    </w:p>
    <w:p w14:paraId="78501C34" w14:textId="77777777" w:rsidR="00013CD4" w:rsidRPr="00602E1C" w:rsidRDefault="00013CD4" w:rsidP="00013CD4">
      <w:pPr>
        <w:spacing w:after="0"/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</w:pP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t>Masolino da Panicale, „Petrovo propovijedanje“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Vidljivi element: Petar govori okupljenom mnoštvu koje ga sluša.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Poruka o Crkvi: Crkva naviješta Evanđelje i svjedoči vjeru u Isusa Krista.</w:t>
      </w:r>
    </w:p>
    <w:p w14:paraId="3456FD8A" w14:textId="77777777" w:rsidR="00013CD4" w:rsidRPr="00602E1C" w:rsidRDefault="00013CD4" w:rsidP="00013CD4">
      <w:pPr>
        <w:spacing w:after="0"/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</w:pP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t>Peter Paul Rubens, „Ruke u molitvi“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Vidljivi element: sklopljene ruke u molitvi.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Poruka o Crkvi: Crkva je zajednica vjernika koja se okuplja u molitvi i obraća Bogu.</w:t>
      </w:r>
    </w:p>
    <w:p w14:paraId="08495A59" w14:textId="77777777" w:rsidR="00013CD4" w:rsidRPr="00602E1C" w:rsidRDefault="00013CD4" w:rsidP="00013CD4">
      <w:pPr>
        <w:spacing w:after="0"/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</w:pP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t>Mozaik „Krist i Crkva“, Santa Maria in Trastevere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Vidljivi element: Krist u središtu, okružen Marijom, svetima i simbolima zajednice vjernika.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Poruka o Crkvi: Krist je središte Crkve i s njime su njezini članovi povezani u jednu zajednicu.</w:t>
      </w:r>
    </w:p>
    <w:p w14:paraId="011BB930" w14:textId="77777777" w:rsidR="00013CD4" w:rsidRPr="00602E1C" w:rsidRDefault="00013CD4" w:rsidP="00013CD4">
      <w:pPr>
        <w:spacing w:after="0"/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</w:pP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t>Suvremeni prikaz križa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Vidljivi element: mnoštvo ljudi svojim tijelima oblikuje veliki križ.</w:t>
      </w:r>
      <w:r w:rsidRPr="00602E1C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0"/>
          <w:szCs w:val="20"/>
          <w:lang w:val="hr-HR" w:eastAsia="hr-HR"/>
        </w:rPr>
        <w:br/>
        <w:t>Poruka o Crkvi: Crkvu čine ljudi okupljeni oko Krista; različiti pojedinci zajedno tvore jednu zajednicu.</w:t>
      </w:r>
    </w:p>
    <w:p w14:paraId="0BA0D96E" w14:textId="77777777" w:rsidR="00A475F7" w:rsidRDefault="00A475F7">
      <w:pPr>
        <w:spacing w:after="0"/>
        <w:jc w:val="both"/>
        <w:rPr>
          <w:color w:val="000000"/>
        </w:rPr>
      </w:pPr>
    </w:p>
    <w:p w14:paraId="13A6BD8D" w14:textId="5A15ECA1" w:rsidR="00A475F7" w:rsidRDefault="00A475F7">
      <w:pPr>
        <w:spacing w:after="0"/>
        <w:jc w:val="both"/>
        <w:rPr>
          <w:b/>
          <w:bCs/>
          <w:color w:val="000000"/>
        </w:rPr>
      </w:pPr>
      <w:r w:rsidRPr="00AA23CA">
        <w:rPr>
          <w:b/>
          <w:bCs/>
          <w:color w:val="000000"/>
        </w:rPr>
        <w:t>Informativno o umjetni</w:t>
      </w:r>
      <w:r>
        <w:rPr>
          <w:b/>
          <w:bCs/>
          <w:color w:val="000000"/>
        </w:rPr>
        <w:t>cima</w:t>
      </w:r>
      <w:r w:rsidRPr="00AA23CA">
        <w:rPr>
          <w:b/>
          <w:bCs/>
          <w:color w:val="000000"/>
        </w:rPr>
        <w:t>:</w:t>
      </w:r>
    </w:p>
    <w:p w14:paraId="076B434E" w14:textId="77777777" w:rsidR="00A475F7" w:rsidRDefault="00A475F7" w:rsidP="00A475F7">
      <w:pPr>
        <w:spacing w:after="0"/>
        <w:jc w:val="both"/>
      </w:pPr>
      <w:r w:rsidRPr="00A475F7">
        <w:rPr>
          <w:color w:val="0070C0"/>
        </w:rPr>
        <w:t>Emil Nolde</w:t>
      </w:r>
      <w:r>
        <w:t xml:space="preserve"> (1867.–1956.) – njemačko-danski slikar i jedan od važnih predstavnika ekspresionizma. Poznat je po snažnim bojama i vrlo izražajnim prikazima religioznih tema.</w:t>
      </w:r>
    </w:p>
    <w:p w14:paraId="3901AA2E" w14:textId="77777777" w:rsidR="00A475F7" w:rsidRDefault="00A475F7" w:rsidP="00A475F7">
      <w:pPr>
        <w:spacing w:after="0"/>
        <w:jc w:val="both"/>
      </w:pPr>
      <w:r w:rsidRPr="00A475F7">
        <w:rPr>
          <w:color w:val="0070C0"/>
        </w:rPr>
        <w:t xml:space="preserve">Masolino da Panicale </w:t>
      </w:r>
      <w:r>
        <w:t>(oko 1383.–oko 1447.) – talijanski slikar rane renesanse. Freska „Petrovo propovijedanje“ nalazi se u kapeli Brancacci u Firenci i dio je ciklusa o životu sv. Petra.</w:t>
      </w:r>
    </w:p>
    <w:p w14:paraId="0FEA6BF3" w14:textId="77777777" w:rsidR="00A475F7" w:rsidRDefault="00A475F7" w:rsidP="00A475F7">
      <w:pPr>
        <w:spacing w:after="0"/>
        <w:jc w:val="both"/>
      </w:pPr>
      <w:r w:rsidRPr="00A475F7">
        <w:rPr>
          <w:color w:val="0070C0"/>
        </w:rPr>
        <w:t>Peter Paul Rubens</w:t>
      </w:r>
      <w:r>
        <w:t xml:space="preserve"> (1577.–1640.) – flamanski barokni slikar, jedan od najutjecajnijih umjetnika 17. stoljeća. Posebno se isticao snažnim, živim prikazima ljudskoga tijela, pokreta i osjećaja.</w:t>
      </w:r>
    </w:p>
    <w:p w14:paraId="61A6DF0B" w14:textId="2F3BF676" w:rsidR="00A475F7" w:rsidRDefault="00A475F7" w:rsidP="00A475F7">
      <w:pPr>
        <w:spacing w:after="0"/>
        <w:jc w:val="both"/>
      </w:pPr>
      <w:r w:rsidRPr="00A475F7">
        <w:rPr>
          <w:color w:val="0070C0"/>
        </w:rPr>
        <w:t>Mozaik „Krist i Crkva“</w:t>
      </w:r>
      <w:r>
        <w:t>, Santa Maria in Trastevere – srednjovjekovni mozaik u apsidi rimske bazilike. Autor nije pouzdano poznat, pa se djelo pripisuje anonimnim srednjovjekovnim mozaičarima.</w:t>
      </w:r>
    </w:p>
    <w:p w14:paraId="65C09CC6" w14:textId="77777777" w:rsidR="00D1095B" w:rsidRDefault="00A86CE6" w:rsidP="00013CD4">
      <w:pPr>
        <w:widowControl w:val="0"/>
        <w:spacing w:before="220" w:after="0"/>
      </w:pPr>
      <w:r>
        <w:t>Radni predložak:</w:t>
      </w:r>
    </w:p>
    <w:p w14:paraId="2B9D39AB" w14:textId="7EF020D0" w:rsidR="00A475F7" w:rsidRDefault="00A475F7" w:rsidP="00013CD4">
      <w:pPr>
        <w:widowControl w:val="0"/>
        <w:spacing w:before="220" w:after="0"/>
        <w:jc w:val="center"/>
      </w:pPr>
      <w:r>
        <w:rPr>
          <w:noProof/>
        </w:rPr>
        <w:drawing>
          <wp:inline distT="0" distB="0" distL="0" distR="0" wp14:anchorId="5D27C039" wp14:editId="52D9448C">
            <wp:extent cx="5904000" cy="3240000"/>
            <wp:effectExtent l="0" t="0" r="1905" b="0"/>
            <wp:docPr id="802278526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278526" name="Slika 8022785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4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724A3" w14:textId="6933C31A" w:rsidR="00A475F7" w:rsidRDefault="00A475F7" w:rsidP="00013CD4">
      <w:pPr>
        <w:widowControl w:val="0"/>
        <w:spacing w:before="220" w:after="0"/>
        <w:jc w:val="center"/>
        <w:rPr>
          <w:i/>
          <w:iCs/>
          <w:color w:val="808080" w:themeColor="background1" w:themeShade="80"/>
        </w:rPr>
      </w:pPr>
      <w:r w:rsidRPr="00A475F7">
        <w:rPr>
          <w:i/>
          <w:iCs/>
          <w:color w:val="808080" w:themeColor="background1" w:themeShade="80"/>
        </w:rPr>
        <w:t>Emil Nolde, Duhovi, 1909.</w:t>
      </w:r>
    </w:p>
    <w:p w14:paraId="57F57EB4" w14:textId="06619F39" w:rsidR="00A475F7" w:rsidRDefault="00A475F7" w:rsidP="00013CD4">
      <w:pPr>
        <w:widowControl w:val="0"/>
        <w:spacing w:before="220" w:after="0"/>
        <w:jc w:val="center"/>
        <w:rPr>
          <w:color w:val="808080" w:themeColor="background1" w:themeShade="80"/>
        </w:rPr>
      </w:pPr>
      <w:r>
        <w:rPr>
          <w:noProof/>
        </w:rPr>
        <w:drawing>
          <wp:inline distT="0" distB="0" distL="0" distR="0" wp14:anchorId="211131D7" wp14:editId="7427A17F">
            <wp:extent cx="2548800" cy="3240000"/>
            <wp:effectExtent l="0" t="0" r="4445" b="0"/>
            <wp:docPr id="1056487970" name="Slika 4" descr="Masolino da Panicale - Wikiquo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solino da Panicale - Wikiquo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8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12B7F" w14:textId="4B82DE5A" w:rsidR="00A475F7" w:rsidRDefault="00A475F7" w:rsidP="00013CD4">
      <w:pPr>
        <w:widowControl w:val="0"/>
        <w:spacing w:before="220" w:after="0"/>
        <w:jc w:val="center"/>
        <w:rPr>
          <w:i/>
          <w:iCs/>
          <w:color w:val="808080" w:themeColor="background1" w:themeShade="80"/>
        </w:rPr>
      </w:pPr>
      <w:r w:rsidRPr="00A475F7">
        <w:rPr>
          <w:i/>
          <w:iCs/>
          <w:color w:val="808080" w:themeColor="background1" w:themeShade="80"/>
        </w:rPr>
        <w:t>Masolino da Panicale,</w:t>
      </w:r>
      <w:r>
        <w:rPr>
          <w:i/>
          <w:iCs/>
          <w:color w:val="808080" w:themeColor="background1" w:themeShade="80"/>
        </w:rPr>
        <w:t>Petrovo propovijedanje</w:t>
      </w:r>
    </w:p>
    <w:p w14:paraId="68A0C878" w14:textId="0142B438" w:rsidR="002B0A47" w:rsidRPr="002B0A47" w:rsidRDefault="002B0A47" w:rsidP="00A475F7">
      <w:pPr>
        <w:keepNext/>
        <w:spacing w:before="220" w:after="0"/>
        <w:jc w:val="center"/>
        <w:rPr>
          <w:color w:val="808080" w:themeColor="background1" w:themeShade="80"/>
        </w:rPr>
      </w:pPr>
      <w:r>
        <w:rPr>
          <w:noProof/>
        </w:rPr>
        <w:drawing>
          <wp:inline distT="0" distB="0" distL="0" distR="0" wp14:anchorId="59D80D5D" wp14:editId="58DE4141">
            <wp:extent cx="4986000" cy="3240000"/>
            <wp:effectExtent l="0" t="0" r="5715" b="0"/>
            <wp:docPr id="1450407664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447BF" w14:textId="6D412A1C" w:rsidR="00A475F7" w:rsidRDefault="002B0A47" w:rsidP="00A475F7">
      <w:pPr>
        <w:keepNext/>
        <w:spacing w:before="220" w:after="0"/>
        <w:jc w:val="center"/>
        <w:rPr>
          <w:i/>
          <w:iCs/>
          <w:color w:val="808080" w:themeColor="background1" w:themeShade="80"/>
        </w:rPr>
      </w:pPr>
      <w:r w:rsidRPr="002B0A47">
        <w:rPr>
          <w:i/>
          <w:iCs/>
          <w:color w:val="808080" w:themeColor="background1" w:themeShade="80"/>
        </w:rPr>
        <w:t>Peter Paul Rubens</w:t>
      </w:r>
      <w:r w:rsidRPr="00A475F7">
        <w:rPr>
          <w:i/>
          <w:iCs/>
          <w:color w:val="808080" w:themeColor="background1" w:themeShade="80"/>
        </w:rPr>
        <w:t>,</w:t>
      </w:r>
      <w:r>
        <w:rPr>
          <w:i/>
          <w:iCs/>
          <w:color w:val="808080" w:themeColor="background1" w:themeShade="80"/>
        </w:rPr>
        <w:t>Ruke u molitvi</w:t>
      </w:r>
    </w:p>
    <w:p w14:paraId="36CA45DE" w14:textId="75C46A54" w:rsidR="002B0A47" w:rsidRPr="002B0A47" w:rsidRDefault="002B0A47" w:rsidP="00A475F7">
      <w:pPr>
        <w:keepNext/>
        <w:spacing w:before="220" w:after="0"/>
        <w:jc w:val="center"/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33FB383E" wp14:editId="0B2FFE7F">
            <wp:extent cx="4651200" cy="3240000"/>
            <wp:effectExtent l="0" t="0" r="0" b="0"/>
            <wp:docPr id="1227879129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2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63A1F" w14:textId="0F1FFACC" w:rsidR="002B0A47" w:rsidRDefault="002B0A47" w:rsidP="002B0A47">
      <w:pPr>
        <w:keepNext/>
        <w:spacing w:before="220" w:after="0"/>
        <w:jc w:val="center"/>
        <w:rPr>
          <w:i/>
          <w:iCs/>
          <w:color w:val="808080" w:themeColor="background1" w:themeShade="80"/>
        </w:rPr>
      </w:pPr>
      <w:r w:rsidRPr="002B0A47">
        <w:rPr>
          <w:i/>
          <w:iCs/>
          <w:color w:val="808080" w:themeColor="background1" w:themeShade="80"/>
        </w:rPr>
        <w:t>Mozaik „Krist i Crkva“, Santa Maria in Trastevere</w:t>
      </w:r>
    </w:p>
    <w:p w14:paraId="49AF0B77" w14:textId="03BAF343" w:rsidR="00D1095B" w:rsidRDefault="002B0A47" w:rsidP="00013CD4">
      <w:pPr>
        <w:keepNext/>
        <w:spacing w:before="220" w:after="0"/>
        <w:jc w:val="center"/>
        <w:rPr>
          <w:color w:val="808080" w:themeColor="background1" w:themeShade="80"/>
        </w:rPr>
      </w:pPr>
      <w:r>
        <w:rPr>
          <w:noProof/>
        </w:rPr>
        <w:drawing>
          <wp:inline distT="0" distB="0" distL="0" distR="0" wp14:anchorId="3664E0CE" wp14:editId="2963C836">
            <wp:extent cx="2721600" cy="3240000"/>
            <wp:effectExtent l="0" t="0" r="3175" b="0"/>
            <wp:docPr id="1806250001" name="Slika 8" descr="Seek the Unity of the Renewal” ~Pope Francis | NSC db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eek the Unity of the Renewal” ~Pope Francis | NSC dba ..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1947F" w14:textId="77777777" w:rsidR="00013CD4" w:rsidRPr="00013CD4" w:rsidRDefault="00013CD4" w:rsidP="00013CD4">
      <w:pPr>
        <w:keepNext/>
        <w:spacing w:before="220" w:after="0"/>
        <w:jc w:val="center"/>
        <w:rPr>
          <w:color w:val="808080" w:themeColor="background1" w:themeShade="80"/>
        </w:rPr>
      </w:pP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013CD4" w14:paraId="220FE7B1" w14:textId="77777777" w:rsidTr="001B7347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4E9D3E" w14:textId="4AC40BC2" w:rsidR="00013CD4" w:rsidRPr="00E14E26" w:rsidRDefault="00013CD4" w:rsidP="001B7347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UMJETNIČKO DJELO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F32964" w14:textId="56EE9987" w:rsidR="00013CD4" w:rsidRPr="00E14E26" w:rsidRDefault="00013CD4" w:rsidP="001B7347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VIDLJIVI ELEMENT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87C14F" w14:textId="7155F3AA" w:rsidR="00013CD4" w:rsidRPr="00E14E26" w:rsidRDefault="00013CD4" w:rsidP="001B7347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PORUKA O CRKVI</w:t>
            </w:r>
          </w:p>
        </w:tc>
      </w:tr>
      <w:tr w:rsidR="00013CD4" w14:paraId="3A733E24" w14:textId="77777777" w:rsidTr="001B7347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382BAB" w14:textId="01951EBB" w:rsidR="00013CD4" w:rsidRPr="00013CD4" w:rsidRDefault="00013CD4" w:rsidP="001B7347">
            <w:pPr>
              <w:spacing w:after="0"/>
              <w:rPr>
                <w:sz w:val="36"/>
                <w:szCs w:val="36"/>
              </w:rPr>
            </w:pPr>
            <w:r w:rsidRPr="00013CD4">
              <w:rPr>
                <w:sz w:val="36"/>
                <w:szCs w:val="36"/>
              </w:rPr>
              <w:t>Emil Nolde, Duhovi, 1909.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F02C12" w14:textId="728B61FF" w:rsidR="00013CD4" w:rsidRPr="00013CD4" w:rsidRDefault="00013CD4" w:rsidP="00013CD4">
            <w:pPr>
              <w:spacing w:after="0" w:line="276" w:lineRule="auto"/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D76610" w14:textId="16353142" w:rsidR="00013CD4" w:rsidRPr="00013CD4" w:rsidRDefault="00013CD4" w:rsidP="00013CD4">
            <w:pPr>
              <w:spacing w:after="0" w:line="276" w:lineRule="auto"/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</w:tr>
      <w:tr w:rsidR="00013CD4" w14:paraId="2870F0C3" w14:textId="77777777" w:rsidTr="001B7347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0C7F66" w14:textId="0010082C" w:rsidR="00013CD4" w:rsidRPr="00013CD4" w:rsidRDefault="00013CD4" w:rsidP="00013CD4">
            <w:pPr>
              <w:spacing w:after="0"/>
              <w:rPr>
                <w:color w:val="000000"/>
                <w:sz w:val="36"/>
                <w:szCs w:val="36"/>
              </w:rPr>
            </w:pPr>
            <w:r w:rsidRPr="00013CD4">
              <w:rPr>
                <w:color w:val="000000"/>
                <w:sz w:val="36"/>
                <w:szCs w:val="36"/>
              </w:rPr>
              <w:t>Masolino da Panicale,Petrovo propovijedanje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8036C3" w14:textId="0360E13B" w:rsidR="00013CD4" w:rsidRPr="00013CD4" w:rsidRDefault="00013CD4" w:rsidP="00013CD4">
            <w:pPr>
              <w:spacing w:after="0"/>
              <w:rPr>
                <w:sz w:val="40"/>
                <w:szCs w:val="40"/>
              </w:rPr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C18DFC" w14:textId="36AD49C9" w:rsidR="00013CD4" w:rsidRPr="00013CD4" w:rsidRDefault="00013CD4" w:rsidP="00013CD4">
            <w:pPr>
              <w:spacing w:after="0"/>
              <w:rPr>
                <w:sz w:val="40"/>
                <w:szCs w:val="40"/>
              </w:rPr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</w:tr>
      <w:tr w:rsidR="00013CD4" w14:paraId="3A7FB57C" w14:textId="77777777" w:rsidTr="001B7347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099C9C" w14:textId="517DFDF1" w:rsidR="00013CD4" w:rsidRPr="00013CD4" w:rsidRDefault="00013CD4" w:rsidP="00013CD4">
            <w:pPr>
              <w:spacing w:after="0"/>
              <w:rPr>
                <w:color w:val="000000"/>
                <w:sz w:val="36"/>
                <w:szCs w:val="36"/>
              </w:rPr>
            </w:pPr>
            <w:r w:rsidRPr="00013CD4">
              <w:rPr>
                <w:color w:val="000000"/>
                <w:sz w:val="36"/>
                <w:szCs w:val="36"/>
              </w:rPr>
              <w:t>Peter Paul Rubens,Ruke u molitvi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C9F919" w14:textId="30F46416" w:rsidR="00013CD4" w:rsidRPr="00013CD4" w:rsidRDefault="00013CD4" w:rsidP="00013CD4">
            <w:pPr>
              <w:spacing w:after="0"/>
              <w:rPr>
                <w:sz w:val="40"/>
                <w:szCs w:val="40"/>
              </w:rPr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65E144" w14:textId="2AB05F15" w:rsidR="00013CD4" w:rsidRPr="00013CD4" w:rsidRDefault="00013CD4" w:rsidP="00013CD4">
            <w:pPr>
              <w:spacing w:after="0"/>
              <w:rPr>
                <w:sz w:val="40"/>
                <w:szCs w:val="40"/>
              </w:rPr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</w:tr>
      <w:tr w:rsidR="00013CD4" w14:paraId="73BDA656" w14:textId="77777777" w:rsidTr="001B7347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646440" w14:textId="068F3615" w:rsidR="00013CD4" w:rsidRPr="00013CD4" w:rsidRDefault="00013CD4" w:rsidP="00013CD4">
            <w:pPr>
              <w:spacing w:after="0"/>
              <w:rPr>
                <w:color w:val="000000"/>
                <w:sz w:val="36"/>
                <w:szCs w:val="36"/>
              </w:rPr>
            </w:pPr>
            <w:r w:rsidRPr="00013CD4">
              <w:rPr>
                <w:color w:val="000000"/>
                <w:sz w:val="36"/>
                <w:szCs w:val="36"/>
              </w:rPr>
              <w:t>Mozaik „Krist i Crkva“, Santa Maria in Trastevere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66C83D" w14:textId="4B3C8038" w:rsidR="00013CD4" w:rsidRPr="00013CD4" w:rsidRDefault="00013CD4" w:rsidP="00013CD4">
            <w:pPr>
              <w:spacing w:after="0"/>
              <w:rPr>
                <w:sz w:val="40"/>
                <w:szCs w:val="40"/>
              </w:rPr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1C8F98" w14:textId="6B0FCB25" w:rsidR="00013CD4" w:rsidRPr="00013CD4" w:rsidRDefault="00013CD4" w:rsidP="00013CD4">
            <w:pPr>
              <w:spacing w:after="0"/>
              <w:rPr>
                <w:sz w:val="40"/>
                <w:szCs w:val="40"/>
              </w:rPr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</w:tr>
      <w:tr w:rsidR="00013CD4" w14:paraId="636B4AAF" w14:textId="77777777" w:rsidTr="001B7347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E651C4" w14:textId="6B82D669" w:rsidR="00013CD4" w:rsidRPr="00013CD4" w:rsidRDefault="00013CD4" w:rsidP="00013CD4">
            <w:pPr>
              <w:spacing w:after="0"/>
              <w:rPr>
                <w:color w:val="000000"/>
                <w:sz w:val="36"/>
                <w:szCs w:val="36"/>
              </w:rPr>
            </w:pPr>
            <w:r w:rsidRPr="00013CD4">
              <w:rPr>
                <w:color w:val="000000"/>
                <w:sz w:val="36"/>
                <w:szCs w:val="36"/>
              </w:rPr>
              <w:t>Suvremeni prikaz križa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B7078" w14:textId="57F12C5F" w:rsidR="00013CD4" w:rsidRPr="00013CD4" w:rsidRDefault="00013CD4" w:rsidP="00013CD4">
            <w:pPr>
              <w:spacing w:after="0"/>
              <w:rPr>
                <w:sz w:val="40"/>
                <w:szCs w:val="40"/>
              </w:rPr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768223" w14:textId="5A4021EF" w:rsidR="00013CD4" w:rsidRPr="00013CD4" w:rsidRDefault="00013CD4" w:rsidP="00013CD4">
            <w:pPr>
              <w:spacing w:after="0"/>
              <w:rPr>
                <w:sz w:val="40"/>
                <w:szCs w:val="40"/>
              </w:rPr>
            </w:pPr>
            <w:r w:rsidRPr="00013CD4">
              <w:rPr>
                <w:sz w:val="28"/>
                <w:szCs w:val="28"/>
              </w:rPr>
              <w:t>________________________________________________</w:t>
            </w:r>
          </w:p>
        </w:tc>
      </w:tr>
    </w:tbl>
    <w:p w14:paraId="4CC3A576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14: Križ zajednice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08AF8686" w14:textId="77777777" w:rsidR="00D1095B" w:rsidRDefault="002509D4">
      <w:pPr>
        <w:spacing w:after="0"/>
        <w:jc w:val="both"/>
      </w:pPr>
      <w:r>
        <w:rPr>
          <w:color w:val="000000"/>
        </w:rPr>
        <w:t>Učenici će u pet polja križa upisati ili nacrtati pet elemenata koji grade Crkvu kao zajednicu: Krist, Duh Sveti, vjera, sakramenti i zajedništvo. Ispod crteža pišu jednu kratku rečenicu: „Crkvu gradi…“</w:t>
      </w:r>
    </w:p>
    <w:p w14:paraId="50C8704F" w14:textId="77777777" w:rsidR="00D1095B" w:rsidRDefault="00A86CE6">
      <w:pPr>
        <w:keepNext/>
        <w:spacing w:before="220" w:after="0"/>
      </w:pPr>
      <w:r>
        <w:t>Radni predložak:</w:t>
      </w:r>
    </w:p>
    <w:p w14:paraId="3489784B" w14:textId="268CCA09" w:rsidR="00D1095B" w:rsidRDefault="00520E66">
      <w:pPr>
        <w:spacing w:before="220" w:after="0"/>
        <w:jc w:val="center"/>
      </w:pPr>
      <w:r w:rsidRPr="00520E66">
        <w:rPr>
          <w:noProof/>
        </w:rPr>
        <w:drawing>
          <wp:inline distT="0" distB="0" distL="0" distR="0" wp14:anchorId="022F7CE9" wp14:editId="7FCD648A">
            <wp:extent cx="5756400" cy="3240000"/>
            <wp:effectExtent l="0" t="0" r="0" b="0"/>
            <wp:docPr id="5603994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399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896D0" w14:textId="77777777" w:rsidR="00D1095B" w:rsidRPr="00602E1C" w:rsidRDefault="002509D4">
      <w:pPr>
        <w:keepNext/>
        <w:spacing w:before="220" w:after="0"/>
      </w:pPr>
      <w:r w:rsidRPr="00602E1C">
        <w:rPr>
          <w:i/>
          <w:color w:val="6B6B6B"/>
        </w:rPr>
        <w:t>Mogući primjer rješenja:</w:t>
      </w:r>
    </w:p>
    <w:p w14:paraId="481E5A91" w14:textId="132FDE04" w:rsidR="00D1095B" w:rsidRDefault="00520E66">
      <w:pPr>
        <w:spacing w:before="220" w:after="0"/>
        <w:jc w:val="center"/>
      </w:pPr>
      <w:r w:rsidRPr="00520E66">
        <w:rPr>
          <w:noProof/>
        </w:rPr>
        <w:drawing>
          <wp:inline distT="0" distB="0" distL="0" distR="0" wp14:anchorId="2E64EF7C" wp14:editId="7C47EA95">
            <wp:extent cx="5756400" cy="3240000"/>
            <wp:effectExtent l="0" t="0" r="0" b="0"/>
            <wp:docPr id="5596112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61126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53E92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15: O Crkvi – tri pogleda</w:t>
      </w:r>
      <w:r>
        <w:rPr>
          <w:i/>
          <w:color w:val="6B6B6B"/>
          <w:sz w:val="20"/>
        </w:rPr>
        <w:t xml:space="preserve"> (individualni rad i razgovor, 8 minuta)</w:t>
      </w:r>
    </w:p>
    <w:p w14:paraId="45BE5555" w14:textId="3E185DE0" w:rsidR="00D1095B" w:rsidRDefault="002509D4">
      <w:pPr>
        <w:spacing w:after="0"/>
        <w:jc w:val="both"/>
        <w:rPr>
          <w:i/>
          <w:color w:val="000000"/>
        </w:rPr>
      </w:pPr>
      <w:r>
        <w:rPr>
          <w:i/>
          <w:color w:val="000000"/>
        </w:rPr>
        <w:t xml:space="preserve">Vjeroučitelj će učenicima pročitati </w:t>
      </w:r>
      <w:r w:rsidR="00423B6D">
        <w:rPr>
          <w:i/>
          <w:color w:val="000000"/>
        </w:rPr>
        <w:t xml:space="preserve">jedan od </w:t>
      </w:r>
      <w:r>
        <w:rPr>
          <w:i/>
          <w:color w:val="000000"/>
        </w:rPr>
        <w:t xml:space="preserve"> tekstov</w:t>
      </w:r>
      <w:r w:rsidR="00423B6D">
        <w:rPr>
          <w:i/>
          <w:color w:val="000000"/>
        </w:rPr>
        <w:t xml:space="preserve">a </w:t>
      </w:r>
      <w:r w:rsidR="00423B6D" w:rsidRPr="00423B6D">
        <w:rPr>
          <w:i/>
          <w:color w:val="000000"/>
        </w:rPr>
        <w:t>„O Crkvi“</w:t>
      </w:r>
      <w:r>
        <w:rPr>
          <w:i/>
          <w:color w:val="000000"/>
        </w:rPr>
        <w:t xml:space="preserve"> iz digitalnoga sadržaja.</w:t>
      </w:r>
    </w:p>
    <w:p w14:paraId="0E02A267" w14:textId="77777777" w:rsidR="00423B6D" w:rsidRDefault="00423B6D">
      <w:pPr>
        <w:spacing w:after="0"/>
        <w:jc w:val="both"/>
      </w:pPr>
    </w:p>
    <w:p w14:paraId="31DC861B" w14:textId="015E5F7B" w:rsidR="00D1095B" w:rsidRDefault="002509D4">
      <w:pPr>
        <w:spacing w:before="60" w:after="40"/>
      </w:pPr>
      <w:r>
        <w:rPr>
          <w:b/>
          <w:color w:val="000000"/>
        </w:rPr>
        <w:t xml:space="preserve">Robert Mayer </w:t>
      </w:r>
    </w:p>
    <w:p w14:paraId="73019922" w14:textId="77777777" w:rsidR="00423B6D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 xml:space="preserve">Crkva nije od ljudi mada je ljudi čine. Nije samo Božja iako je u njoj Njegov život. Nije samo sveta jer računa na čovjeka, a nije ni samo grješna jer se oslanja na Boga. U njoj i crv i miš imaju svoje mjesto, bludnica svoje dostojanstvo, lopov svoj obraz, umnik svoju skromnost, uglednik svoju poniznost, siromah svoje bogatstvo a imućnik svoju oskudnost… a najveći joj nije na tronu već na njezinom početku. Ona čezne za svima onima koji stoje izvan nje. I ne živi od onih koji u nju samo ulaze – obični, nepromijenjeni, svakodnevni. Ne govori jezikom zapovijedi već savjetom, ne upire prstom osude već pruža ruku opraštanja. Ne traži već nudi, ne obećava već ostvaruje. Ne zadaje rane već ih povija. Suzu ne krije i drugom je briše te i u njoj traži sjaj osmijeha. Crkva nije svećenik, ni vjernik, vođa ni puk, pastir ni narod. Ona je susret čovjeka s milošću usred života i sve ono blago koje taj susret kroz povijest sobom nosi. </w:t>
      </w:r>
    </w:p>
    <w:p w14:paraId="4124B636" w14:textId="77777777" w:rsidR="00423B6D" w:rsidRDefault="00423B6D">
      <w:pPr>
        <w:spacing w:after="0"/>
        <w:jc w:val="both"/>
        <w:rPr>
          <w:color w:val="000000"/>
        </w:rPr>
      </w:pPr>
    </w:p>
    <w:p w14:paraId="3A57B884" w14:textId="27A0528D" w:rsidR="00423B6D" w:rsidRDefault="00423B6D" w:rsidP="00423B6D">
      <w:pPr>
        <w:spacing w:before="60" w:after="40"/>
      </w:pPr>
      <w:r>
        <w:rPr>
          <w:b/>
          <w:color w:val="000000"/>
        </w:rPr>
        <w:t>p. Ike Mandurić</w:t>
      </w:r>
    </w:p>
    <w:p w14:paraId="30A55B82" w14:textId="77777777" w:rsidR="00423B6D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„Da, kršćani kradu, varaju, nevjerni su. Svakakvi smo mi. Ali, mi nismo Crkva. To jest, nismo samo mi. Meni je Crkva i dalje sveta. Ako je netko želi napustiti zbog bilo čega, neka to čini brzo. Vjernim i pravednim Kristu se može smatrati tek onaj koji je spreman zakleti joj ostati vjeran i poslušan, ma kakva ona bila. Ja sam taj. Ali vam kažem: kakva god da je, budite sigurni: to će uvijek biti najtoplije mjesto na svijetu, i jedino na kojem nešto dušu i srce svetim smislom grije. A vani je takva bijeda i zima. Znam, bio sam. Kakva god da je, u njoj je nešto sveto, čega nigdje drugdje nema. Ovo je jedino pravo mjesto za živjeti. Zato ostajem zauvijek tu.“</w:t>
      </w:r>
    </w:p>
    <w:p w14:paraId="19DD8879" w14:textId="52B45169" w:rsidR="00423B6D" w:rsidRDefault="00423B6D">
      <w:pPr>
        <w:spacing w:after="0"/>
        <w:jc w:val="both"/>
        <w:rPr>
          <w:color w:val="000000"/>
        </w:rPr>
      </w:pPr>
      <w:r>
        <w:rPr>
          <w:color w:val="000000"/>
        </w:rPr>
        <w:t xml:space="preserve"> </w:t>
      </w:r>
      <w:r w:rsidR="002509D4">
        <w:rPr>
          <w:color w:val="000000"/>
        </w:rPr>
        <w:br/>
      </w:r>
      <w:r>
        <w:rPr>
          <w:b/>
          <w:color w:val="000000"/>
        </w:rPr>
        <w:t>Papa Franjo</w:t>
      </w:r>
      <w:r>
        <w:rPr>
          <w:color w:val="000000"/>
        </w:rPr>
        <w:t xml:space="preserve"> </w:t>
      </w:r>
    </w:p>
    <w:p w14:paraId="741186AF" w14:textId="3C5EBF4C" w:rsidR="00D1095B" w:rsidRDefault="002509D4">
      <w:pPr>
        <w:spacing w:after="0"/>
        <w:jc w:val="both"/>
      </w:pPr>
      <w:r>
        <w:rPr>
          <w:color w:val="000000"/>
        </w:rPr>
        <w:t>„Gledajući u Crkvu, svetu i grešnu, vide se stalni nedostaci i grijesi, ali se ne smije izgubiti iz vida niti svetost mnogih muškaraca i žena koji danas rade u Crkvi. Neće me sablazniti, jer Crkva je moja majka. Nedostatke i grijehe moram gledati onako kako bih gledao na nedostatke i grijehe moje majke. I kad se sjetim majke, sjećam se prije svega lijepih stvari koje je činila, a ne toliko nedostataka i mana. Majku se, više nego riječima, brani srcem punim ljubavi.“ – papa Franjo</w:t>
      </w:r>
    </w:p>
    <w:p w14:paraId="5F68CF59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52E77933" w14:textId="77777777" w:rsidR="00D1095B" w:rsidRDefault="002509D4" w:rsidP="00423B6D">
      <w:pPr>
        <w:pStyle w:val="Odlomakpopisa"/>
        <w:numPr>
          <w:ilvl w:val="0"/>
          <w:numId w:val="46"/>
        </w:numPr>
        <w:spacing w:after="20"/>
      </w:pPr>
      <w:r>
        <w:t xml:space="preserve">Koja se dva lica Crkve pojavljuju u Mayerovu tekstu? </w:t>
      </w:r>
      <w:r w:rsidRPr="00423B6D">
        <w:rPr>
          <w:color w:val="6B6B6B"/>
          <w:sz w:val="18"/>
        </w:rPr>
        <w:t>(Božansko, povezano s milošću i svetošću, i ljudsko, povezano s ljudskim slabostima i životom zajednice.)</w:t>
      </w:r>
    </w:p>
    <w:p w14:paraId="15217AA3" w14:textId="77777777" w:rsidR="00D1095B" w:rsidRDefault="002509D4" w:rsidP="00423B6D">
      <w:pPr>
        <w:pStyle w:val="Odlomakpopisa"/>
        <w:numPr>
          <w:ilvl w:val="0"/>
          <w:numId w:val="46"/>
        </w:numPr>
        <w:spacing w:after="20"/>
      </w:pPr>
      <w:r>
        <w:t xml:space="preserve">Što p. Ike Mandurić naglašava kada govori o Crkvi? </w:t>
      </w:r>
      <w:r w:rsidRPr="00423B6D">
        <w:rPr>
          <w:color w:val="6B6B6B"/>
          <w:sz w:val="18"/>
        </w:rPr>
        <w:t>(Da Crkva nije samo zbroj slabosti kršćana i da u njoj prepoznaje nešto sveto čega drugdje nema.)</w:t>
      </w:r>
    </w:p>
    <w:p w14:paraId="406A8247" w14:textId="77777777" w:rsidR="00D1095B" w:rsidRDefault="002509D4" w:rsidP="00423B6D">
      <w:pPr>
        <w:pStyle w:val="Odlomakpopisa"/>
        <w:numPr>
          <w:ilvl w:val="0"/>
          <w:numId w:val="46"/>
        </w:numPr>
        <w:spacing w:after="20"/>
      </w:pPr>
      <w:r>
        <w:t xml:space="preserve">Kako papa Franjo predlaže gledati nedostatke i grijehe Crkve? </w:t>
      </w:r>
      <w:r w:rsidRPr="00423B6D">
        <w:rPr>
          <w:color w:val="6B6B6B"/>
          <w:sz w:val="18"/>
        </w:rPr>
        <w:t>(Ne zatvarati oči pred njima, ali ne izgubiti iz vida svetost i dobro koje mnogi ljudi u Crkvi žive.)</w:t>
      </w:r>
    </w:p>
    <w:p w14:paraId="5114A712" w14:textId="77777777" w:rsidR="004C1656" w:rsidRDefault="004C1656">
      <w:pPr>
        <w:spacing w:before="60" w:after="0"/>
        <w:jc w:val="both"/>
        <w:rPr>
          <w:b/>
          <w:color w:val="000000"/>
        </w:rPr>
      </w:pPr>
    </w:p>
    <w:p w14:paraId="205A501B" w14:textId="77777777" w:rsidR="00D1095B" w:rsidRDefault="002509D4">
      <w:pPr>
        <w:spacing w:before="60" w:after="0"/>
        <w:jc w:val="both"/>
      </w:pPr>
      <w:r>
        <w:rPr>
          <w:b/>
          <w:color w:val="000000"/>
        </w:rPr>
        <w:t xml:space="preserve">Pouka: </w:t>
      </w:r>
      <w:r w:rsidRPr="00423B6D">
        <w:rPr>
          <w:bCs/>
          <w:color w:val="000000"/>
        </w:rPr>
        <w:t>Ljubav prema Crkvi nije poricanje ljudskih slabosti, nego sposobnost vidjeti i Božju svetost i potrebu stalnoga obraćenja njezinih članova.</w:t>
      </w:r>
    </w:p>
    <w:p w14:paraId="43BFEB3C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34B024F4" w14:textId="77777777" w:rsidR="00D1095B" w:rsidRDefault="002509D4">
      <w:pPr>
        <w:spacing w:after="0"/>
        <w:jc w:val="both"/>
      </w:pPr>
      <w:r>
        <w:rPr>
          <w:color w:val="000000"/>
        </w:rPr>
        <w:t>Učenici će ispraviti četiri netočne rečenice tako da svaku preoblikuju u točnu. Vjeroučitelj će nakon rada pročitati ispravne formulacije, a učenici će usporediti svoje zapise.</w:t>
      </w:r>
    </w:p>
    <w:p w14:paraId="64867B68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Crkva nije samo zgrada; Crkva je zajednica vjernika. 2. Crkvu je ustanovio Isus Krist. 3. Duh Sveti posvećuje i vodi Crkvu. 4. Crkva ima božansko i ljudsko lice jer je Božji dar, ali je čine ljudi koji mogu biti slabi i grješni.</w:t>
      </w:r>
    </w:p>
    <w:p w14:paraId="16392BA9" w14:textId="77777777" w:rsidR="00A86CE6" w:rsidRDefault="00A86CE6">
      <w:pPr>
        <w:spacing w:after="0"/>
        <w:jc w:val="both"/>
      </w:pPr>
    </w:p>
    <w:p w14:paraId="2A4CB4EF" w14:textId="77777777" w:rsidR="00440493" w:rsidRDefault="00440493">
      <w:pPr>
        <w:spacing w:after="0"/>
        <w:jc w:val="both"/>
      </w:pPr>
    </w:p>
    <w:tbl>
      <w:tblPr>
        <w:tblW w:w="0" w:type="auto"/>
        <w:jc w:val="center"/>
        <w:tblBorders>
          <w:top w:val="single" w:sz="2" w:space="0" w:color="C96A00"/>
          <w:left w:val="single" w:sz="2" w:space="0" w:color="C96A00"/>
          <w:bottom w:val="single" w:sz="2" w:space="0" w:color="C96A00"/>
          <w:right w:val="single" w:sz="2" w:space="0" w:color="C96A00"/>
          <w:insideH w:val="single" w:sz="2" w:space="0" w:color="C96A00"/>
          <w:insideV w:val="single" w:sz="2" w:space="0" w:color="C96A00"/>
        </w:tblBorders>
        <w:tblLook w:val="04A0" w:firstRow="1" w:lastRow="0" w:firstColumn="1" w:lastColumn="0" w:noHBand="0" w:noVBand="1"/>
      </w:tblPr>
      <w:tblGrid>
        <w:gridCol w:w="10675"/>
      </w:tblGrid>
      <w:tr w:rsidR="00D1095B" w14:paraId="04FDD0A7" w14:textId="77777777" w:rsidTr="00A86CE6">
        <w:trPr>
          <w:cantSplit/>
          <w:jc w:val="center"/>
        </w:trPr>
        <w:tc>
          <w:tcPr>
            <w:tcW w:w="10681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BC5F3B0" w14:textId="70E48DF4" w:rsidR="00440493" w:rsidRDefault="00423B6D" w:rsidP="00440493">
            <w:pPr>
              <w:spacing w:after="0"/>
              <w:jc w:val="center"/>
              <w:rPr>
                <w:b/>
                <w:color w:val="C96A00"/>
                <w:sz w:val="48"/>
                <w:szCs w:val="48"/>
              </w:rPr>
            </w:pPr>
            <w:r>
              <w:rPr>
                <w:b/>
                <w:color w:val="C96A00"/>
                <w:sz w:val="48"/>
                <w:szCs w:val="48"/>
              </w:rPr>
              <w:t xml:space="preserve">ŠTO JE </w:t>
            </w:r>
            <w:r w:rsidR="00440493" w:rsidRPr="004D3C3C">
              <w:rPr>
                <w:b/>
                <w:color w:val="C96A00"/>
                <w:sz w:val="48"/>
                <w:szCs w:val="48"/>
              </w:rPr>
              <w:t>CRKVA</w:t>
            </w:r>
            <w:r>
              <w:rPr>
                <w:b/>
                <w:color w:val="C96A00"/>
                <w:sz w:val="48"/>
                <w:szCs w:val="48"/>
              </w:rPr>
              <w:t>?</w:t>
            </w:r>
          </w:p>
          <w:p w14:paraId="54228FFC" w14:textId="77777777" w:rsidR="00440493" w:rsidRDefault="00440493" w:rsidP="00440493">
            <w:pPr>
              <w:rPr>
                <w:b/>
              </w:rPr>
            </w:pPr>
          </w:p>
          <w:p w14:paraId="4CFAA9B6" w14:textId="77777777" w:rsidR="00440493" w:rsidRPr="00440493" w:rsidRDefault="00440493" w:rsidP="00440493">
            <w:pPr>
              <w:rPr>
                <w:color w:val="002060"/>
              </w:rPr>
            </w:pPr>
            <w:r w:rsidRPr="00440493">
              <w:rPr>
                <w:b/>
                <w:color w:val="002060"/>
              </w:rPr>
              <w:t>ISPRAVI SVAKU REČENICU TAKO DA POSTANE TOČNA!</w:t>
            </w:r>
          </w:p>
          <w:p w14:paraId="474D8BED" w14:textId="77777777" w:rsidR="00F51880" w:rsidRDefault="005C6CFC">
            <w:r w:rsidRPr="00440493">
              <w:rPr>
                <w:b/>
              </w:rPr>
              <w:br/>
            </w:r>
            <w:r w:rsidRPr="00440493">
              <w:rPr>
                <w:sz w:val="48"/>
                <w:szCs w:val="48"/>
              </w:rPr>
              <w:t>1. Crkva je samo zgrada.</w:t>
            </w:r>
            <w:r w:rsidRPr="00440493">
              <w:rPr>
                <w:sz w:val="48"/>
                <w:szCs w:val="48"/>
              </w:rPr>
              <w:br/>
              <w:t>2. Crkvu su utemeljili ljudi bez Isusa.</w:t>
            </w:r>
            <w:r w:rsidRPr="00440493">
              <w:rPr>
                <w:sz w:val="48"/>
                <w:szCs w:val="48"/>
              </w:rPr>
              <w:br/>
              <w:t>3. Duh Sveti nema ulogu u životu Crkve.</w:t>
            </w:r>
            <w:r w:rsidRPr="00440493">
              <w:rPr>
                <w:sz w:val="48"/>
                <w:szCs w:val="48"/>
              </w:rPr>
              <w:br/>
              <w:t>4. Crkva nema ljudskih slabosti jer je sveta.</w:t>
            </w:r>
            <w:r>
              <w:br/>
            </w:r>
            <w:r>
              <w:br/>
            </w:r>
          </w:p>
        </w:tc>
      </w:tr>
    </w:tbl>
    <w:p w14:paraId="183A4A12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8 minuta)</w:t>
      </w:r>
    </w:p>
    <w:p w14:paraId="0F385F3F" w14:textId="66E8F5E2" w:rsidR="00D1095B" w:rsidRDefault="002509D4">
      <w:pPr>
        <w:spacing w:after="0"/>
        <w:jc w:val="both"/>
      </w:pPr>
      <w:r>
        <w:rPr>
          <w:color w:val="000000"/>
        </w:rPr>
        <w:t xml:space="preserve">Učenici će uz pomoć vjeroučitelja rješavati RB, str. 40 (mogu biti i odabrani zadatci po želji). </w:t>
      </w:r>
    </w:p>
    <w:p w14:paraId="00AAAB0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5 minuta)</w:t>
      </w:r>
    </w:p>
    <w:p w14:paraId="2E70461F" w14:textId="77777777" w:rsidR="00D1095B" w:rsidRDefault="002509D4">
      <w:pPr>
        <w:spacing w:after="0"/>
        <w:jc w:val="both"/>
      </w:pPr>
      <w:r>
        <w:rPr>
          <w:color w:val="000000"/>
        </w:rPr>
        <w:t>Vjeroučitelj će pročitati pet tvrdnji. Učenici će pokazati A ako je tvrdnja točna ili B ako je netočna. Nakon netočne tvrdnje vjeroučitelj proziva učenika koji je treba ispraviti.</w:t>
      </w:r>
    </w:p>
    <w:p w14:paraId="243EE28A" w14:textId="77777777" w:rsidR="00D1095B" w:rsidRDefault="002509D4" w:rsidP="00423B6D">
      <w:pPr>
        <w:pStyle w:val="Odlomakpopisa"/>
        <w:numPr>
          <w:ilvl w:val="0"/>
          <w:numId w:val="45"/>
        </w:numPr>
        <w:spacing w:after="20"/>
      </w:pPr>
      <w:r>
        <w:t>Crkvu je ustanovio Isus Krist. (A)</w:t>
      </w:r>
    </w:p>
    <w:p w14:paraId="1B858DDB" w14:textId="77777777" w:rsidR="00D1095B" w:rsidRDefault="002509D4" w:rsidP="00423B6D">
      <w:pPr>
        <w:pStyle w:val="Odlomakpopisa"/>
        <w:numPr>
          <w:ilvl w:val="0"/>
          <w:numId w:val="45"/>
        </w:numPr>
        <w:spacing w:after="20"/>
      </w:pPr>
      <w:r>
        <w:t>Dan Duhova smatra se početkom Crkve. (A)</w:t>
      </w:r>
    </w:p>
    <w:p w14:paraId="6D9FD1DA" w14:textId="77777777" w:rsidR="00D1095B" w:rsidRDefault="002509D4" w:rsidP="00423B6D">
      <w:pPr>
        <w:pStyle w:val="Odlomakpopisa"/>
        <w:numPr>
          <w:ilvl w:val="0"/>
          <w:numId w:val="45"/>
        </w:numPr>
        <w:spacing w:after="20"/>
      </w:pPr>
      <w:r>
        <w:t>Crkva je samo božanska i ljudi u njoj nemaju nikakvu ulogu. (B – Crkva ima božansko i ljudsko lice.)</w:t>
      </w:r>
    </w:p>
    <w:p w14:paraId="27427EBD" w14:textId="77777777" w:rsidR="00D1095B" w:rsidRDefault="002509D4" w:rsidP="00423B6D">
      <w:pPr>
        <w:pStyle w:val="Odlomakpopisa"/>
        <w:numPr>
          <w:ilvl w:val="0"/>
          <w:numId w:val="45"/>
        </w:numPr>
        <w:spacing w:after="20"/>
      </w:pPr>
      <w:r>
        <w:t>Apostoli su osnivali kršćanske zajednice i širili Evanđelje. (A)</w:t>
      </w:r>
    </w:p>
    <w:p w14:paraId="3D04CF22" w14:textId="77777777" w:rsidR="00D1095B" w:rsidRDefault="002509D4" w:rsidP="00423B6D">
      <w:pPr>
        <w:pStyle w:val="Odlomakpopisa"/>
        <w:numPr>
          <w:ilvl w:val="0"/>
          <w:numId w:val="45"/>
        </w:numPr>
        <w:spacing w:after="20"/>
      </w:pPr>
      <w:r>
        <w:t>Ljudske slabosti znače da u Crkvi nema Božjega djelovanja. (B – Božje djelovanje i ljudska slabost ne isključuju se.)</w:t>
      </w:r>
    </w:p>
    <w:p w14:paraId="7C8B2736" w14:textId="15824AAA" w:rsidR="00F51880" w:rsidRDefault="005C6CFC" w:rsidP="006236B7">
      <w:pPr>
        <w:widowControl w:val="0"/>
        <w:spacing w:before="100" w:after="40"/>
      </w:pPr>
      <w:r>
        <w:rPr>
          <w:b/>
          <w:color w:val="C96A00"/>
          <w:sz w:val="26"/>
        </w:rPr>
        <w:t xml:space="preserve">Aktivnost 19: </w:t>
      </w:r>
      <w:r w:rsidR="00763CDB">
        <w:rPr>
          <w:b/>
          <w:color w:val="C96A00"/>
          <w:sz w:val="26"/>
        </w:rPr>
        <w:t>Digitalni zadatci</w:t>
      </w:r>
      <w:r>
        <w:rPr>
          <w:i/>
          <w:color w:val="6B6B6B"/>
          <w:sz w:val="20"/>
        </w:rPr>
        <w:t xml:space="preserve"> (</w:t>
      </w:r>
      <w:r w:rsidR="00763CDB">
        <w:rPr>
          <w:i/>
          <w:color w:val="6B6B6B"/>
          <w:sz w:val="20"/>
        </w:rPr>
        <w:t xml:space="preserve">individualni rad, rad u paru, </w:t>
      </w:r>
      <w:r>
        <w:rPr>
          <w:i/>
          <w:color w:val="6B6B6B"/>
          <w:sz w:val="20"/>
        </w:rPr>
        <w:t>rad u skupinama, 8 minuta)</w:t>
      </w:r>
    </w:p>
    <w:p w14:paraId="016C36FC" w14:textId="77777777" w:rsidR="00763CDB" w:rsidRPr="00DF5473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  <w:r w:rsidRPr="00763CDB">
        <w:rPr>
          <w:color w:val="000000"/>
          <w:highlight w:val="cyan"/>
        </w:rPr>
        <w:t>a)</w:t>
      </w:r>
      <w:r>
        <w:rPr>
          <w:color w:val="000000"/>
        </w:rPr>
        <w:t xml:space="preserve"> Učenici će riješiti zadatak pod ikonom smješka u digitalnom udžbeniku, str. 26.</w:t>
      </w:r>
    </w:p>
    <w:p w14:paraId="2F861878" w14:textId="77777777" w:rsidR="00763CDB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</w:p>
    <w:p w14:paraId="466592E7" w14:textId="76A348F3" w:rsidR="00763CDB" w:rsidRDefault="00763CDB" w:rsidP="00763CDB">
      <w:pPr>
        <w:pStyle w:val="Odlomakpopisa"/>
        <w:ind w:left="0"/>
      </w:pPr>
      <w:hyperlink r:id="rId19" w:history="1">
        <w:r w:rsidRPr="00E06CFA">
          <w:rPr>
            <w:rStyle w:val="Hiperveza"/>
            <w:b/>
          </w:rPr>
          <w:t>klikni ovdje – poveznica</w:t>
        </w:r>
      </w:hyperlink>
    </w:p>
    <w:p w14:paraId="41C18F0F" w14:textId="77777777" w:rsidR="00763CDB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</w:p>
    <w:p w14:paraId="3999FA3B" w14:textId="77777777" w:rsidR="00763CDB" w:rsidRPr="00DF5473" w:rsidRDefault="00763CDB" w:rsidP="00763CDB">
      <w:pPr>
        <w:pStyle w:val="Odlomakpopisa"/>
        <w:ind w:left="0"/>
        <w:rPr>
          <w:rFonts w:eastAsia="Times New Roman" w:cs="Calibri"/>
          <w:b/>
          <w:bCs/>
          <w:lang w:eastAsia="hr-HR"/>
        </w:rPr>
      </w:pPr>
      <w:r w:rsidRPr="00DF5473">
        <w:rPr>
          <w:rFonts w:eastAsia="Times New Roman" w:cs="Calibri"/>
          <w:b/>
          <w:bCs/>
          <w:lang w:eastAsia="hr-HR"/>
        </w:rPr>
        <w:t>Kod:</w:t>
      </w:r>
    </w:p>
    <w:p w14:paraId="632183B8" w14:textId="77777777" w:rsidR="00763CDB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</w:p>
    <w:p w14:paraId="17C72554" w14:textId="26CE2DC2" w:rsidR="00763CDB" w:rsidRDefault="006236B7" w:rsidP="00763CDB">
      <w:pPr>
        <w:pStyle w:val="Odlomakpopisa"/>
        <w:ind w:left="0"/>
        <w:rPr>
          <w:rFonts w:eastAsia="Times New Roman" w:cs="Calibri"/>
          <w:lang w:eastAsia="hr-HR"/>
        </w:rPr>
      </w:pPr>
      <w:r>
        <w:rPr>
          <w:rFonts w:asciiTheme="minorHAnsi" w:eastAsia="Times New Roman" w:hAnsiTheme="minorHAnsi" w:cstheme="minorHAnsi"/>
          <w:noProof/>
          <w:lang w:eastAsia="hr-HR"/>
        </w:rPr>
        <w:drawing>
          <wp:inline distT="0" distB="0" distL="0" distR="0" wp14:anchorId="4EBE3CA0" wp14:editId="73289519">
            <wp:extent cx="1440000" cy="1440000"/>
            <wp:effectExtent l="0" t="0" r="8255" b="8255"/>
            <wp:docPr id="1632819259" name="Slika 1632819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FC82E" w14:textId="77777777" w:rsidR="00763CDB" w:rsidRPr="006540E6" w:rsidRDefault="00763CDB" w:rsidP="00763CDB">
      <w:pPr>
        <w:pStyle w:val="Odlomakpopisa"/>
        <w:ind w:left="0"/>
        <w:rPr>
          <w:rFonts w:eastAsia="Times New Roman" w:cs="Calibri"/>
          <w:lang w:eastAsia="hr-HR"/>
        </w:rPr>
      </w:pPr>
    </w:p>
    <w:p w14:paraId="02DF5D30" w14:textId="3984A2D9" w:rsidR="00763CDB" w:rsidRPr="006540E6" w:rsidRDefault="00763CDB" w:rsidP="00763CDB">
      <w:pPr>
        <w:pStyle w:val="Odlomakpopisa"/>
        <w:spacing w:after="0"/>
        <w:ind w:left="0"/>
        <w:rPr>
          <w:rFonts w:eastAsia="Times New Roman" w:cs="Calibri"/>
          <w:lang w:eastAsia="hr-HR"/>
        </w:rPr>
      </w:pPr>
      <w:r>
        <w:rPr>
          <w:rFonts w:eastAsia="Times New Roman" w:cs="Calibri"/>
          <w:lang w:eastAsia="hr-HR"/>
        </w:rPr>
        <w:t>Predstavljanje rezultata.</w:t>
      </w:r>
    </w:p>
    <w:p w14:paraId="4E06B10F" w14:textId="77777777" w:rsidR="00763CDB" w:rsidRDefault="00763CDB" w:rsidP="00763CDB">
      <w:pPr>
        <w:spacing w:after="0"/>
        <w:textAlignment w:val="center"/>
        <w:rPr>
          <w:rFonts w:eastAsia="Times New Roman" w:cs="Calibri"/>
          <w:lang w:eastAsia="hr-HR"/>
        </w:rPr>
      </w:pPr>
    </w:p>
    <w:p w14:paraId="43752048" w14:textId="51CE649D" w:rsidR="00F51880" w:rsidRDefault="006236B7">
      <w:pPr>
        <w:spacing w:after="0"/>
        <w:jc w:val="both"/>
        <w:rPr>
          <w:color w:val="000000"/>
        </w:rPr>
      </w:pPr>
      <w:r w:rsidRPr="00E52659">
        <w:rPr>
          <w:rFonts w:asciiTheme="majorHAnsi" w:hAnsiTheme="majorHAnsi" w:cstheme="majorHAnsi"/>
          <w:b/>
          <w:bCs/>
          <w:color w:val="000000"/>
        </w:rPr>
        <w:t>Nedigitalna alternativa:</w:t>
      </w:r>
      <w:r w:rsidR="00763CDB">
        <w:rPr>
          <w:color w:val="000000"/>
        </w:rPr>
        <w:t xml:space="preserve"> Učenici će pročitati tekst</w:t>
      </w:r>
      <w:r w:rsidR="00520E66">
        <w:rPr>
          <w:color w:val="000000"/>
        </w:rPr>
        <w:t xml:space="preserve"> </w:t>
      </w:r>
      <w:r w:rsidR="00520E66" w:rsidRPr="00520E66">
        <w:rPr>
          <w:color w:val="000000"/>
        </w:rPr>
        <w:t>Dj 2,36-41</w:t>
      </w:r>
      <w:r w:rsidR="00763CDB">
        <w:rPr>
          <w:color w:val="000000"/>
        </w:rPr>
        <w:t xml:space="preserve">. </w:t>
      </w:r>
      <w:r w:rsidR="00520E66">
        <w:rPr>
          <w:color w:val="000000"/>
        </w:rPr>
        <w:t>I</w:t>
      </w:r>
      <w:r w:rsidR="00763CDB">
        <w:rPr>
          <w:color w:val="000000"/>
        </w:rPr>
        <w:t>zdv</w:t>
      </w:r>
      <w:r w:rsidR="00520E66">
        <w:rPr>
          <w:color w:val="000000"/>
        </w:rPr>
        <w:t>ojit će</w:t>
      </w:r>
      <w:r w:rsidR="00763CDB">
        <w:rPr>
          <w:color w:val="000000"/>
        </w:rPr>
        <w:t>: što se dogodilo</w:t>
      </w:r>
      <w:r w:rsidR="00520E66">
        <w:rPr>
          <w:color w:val="000000"/>
        </w:rPr>
        <w:t xml:space="preserve"> i</w:t>
      </w:r>
      <w:r w:rsidR="00763CDB">
        <w:rPr>
          <w:color w:val="000000"/>
        </w:rPr>
        <w:t xml:space="preserve"> što tekst otkriva o nastanku i životu Crkve.</w:t>
      </w:r>
    </w:p>
    <w:p w14:paraId="69557717" w14:textId="77777777" w:rsidR="00520E66" w:rsidRPr="00602E1C" w:rsidRDefault="00A11590" w:rsidP="00432F17">
      <w:pPr>
        <w:spacing w:after="0"/>
        <w:jc w:val="both"/>
        <w:rPr>
          <w:bCs/>
          <w:i/>
          <w:iCs/>
          <w:color w:val="808080" w:themeColor="background1" w:themeShade="80"/>
          <w:sz w:val="20"/>
          <w:szCs w:val="20"/>
        </w:rPr>
      </w:pPr>
      <w:r w:rsidRPr="00602E1C">
        <w:rPr>
          <w:bCs/>
          <w:i/>
          <w:iCs/>
          <w:color w:val="808080" w:themeColor="background1" w:themeShade="80"/>
          <w:sz w:val="20"/>
          <w:szCs w:val="20"/>
        </w:rPr>
        <w:t>Rješenje / mogući odgovori:</w:t>
      </w:r>
      <w:r w:rsidR="00520E66" w:rsidRPr="00602E1C">
        <w:rPr>
          <w:bCs/>
          <w:sz w:val="20"/>
          <w:szCs w:val="20"/>
        </w:rPr>
        <w:t xml:space="preserve"> </w:t>
      </w:r>
      <w:r w:rsidR="00520E66" w:rsidRPr="00602E1C">
        <w:rPr>
          <w:bCs/>
          <w:i/>
          <w:iCs/>
          <w:color w:val="808080" w:themeColor="background1" w:themeShade="80"/>
          <w:sz w:val="20"/>
          <w:szCs w:val="20"/>
        </w:rPr>
        <w:t xml:space="preserve">Što se dogodilo? Petar je navijestio Isusa. Ljudi su se obratili, krstili i oko tri tisuće pridružilo se zajednici. </w:t>
      </w:r>
    </w:p>
    <w:p w14:paraId="7F643D19" w14:textId="76AF7C1C" w:rsidR="00A11590" w:rsidRPr="00602E1C" w:rsidRDefault="00520E66" w:rsidP="00432F17">
      <w:pPr>
        <w:spacing w:after="0"/>
        <w:jc w:val="both"/>
        <w:rPr>
          <w:bCs/>
          <w:i/>
          <w:iCs/>
          <w:color w:val="808080" w:themeColor="background1" w:themeShade="80"/>
          <w:sz w:val="20"/>
          <w:szCs w:val="20"/>
        </w:rPr>
      </w:pPr>
      <w:r w:rsidRPr="00602E1C">
        <w:rPr>
          <w:bCs/>
          <w:i/>
          <w:iCs/>
          <w:color w:val="808080" w:themeColor="background1" w:themeShade="80"/>
          <w:sz w:val="20"/>
          <w:szCs w:val="20"/>
        </w:rPr>
        <w:t>Što tekst otkriva o Crkvi? Crkva nastaje vjerom u Krista, krštenjem i djelovanjem Duha Svetoga te raste primanjem novih vjernika.</w:t>
      </w:r>
    </w:p>
    <w:p w14:paraId="4388EB35" w14:textId="77777777" w:rsidR="00A11590" w:rsidRDefault="00A11590">
      <w:pPr>
        <w:spacing w:after="0"/>
        <w:jc w:val="both"/>
        <w:rPr>
          <w:color w:val="000000"/>
        </w:rPr>
      </w:pPr>
    </w:p>
    <w:p w14:paraId="76B4254B" w14:textId="77777777" w:rsidR="00440493" w:rsidRDefault="00440493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440493" w14:paraId="066CFF39" w14:textId="77777777" w:rsidTr="00520E66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807B4AA" w14:textId="12D925CE" w:rsidR="00440493" w:rsidRDefault="006236B7" w:rsidP="00520E66">
            <w:pPr>
              <w:widowControl w:val="0"/>
              <w:shd w:val="clear" w:color="auto" w:fill="403A73"/>
              <w:spacing w:before="100" w:after="100"/>
              <w:jc w:val="center"/>
            </w:pPr>
            <w:r w:rsidRPr="006236B7">
              <w:rPr>
                <w:b/>
                <w:color w:val="FFFFFF"/>
                <w:sz w:val="40"/>
              </w:rPr>
              <w:t>PETROVA PROPOVIJED</w:t>
            </w:r>
            <w:r>
              <w:rPr>
                <w:b/>
                <w:color w:val="FFFFFF"/>
                <w:sz w:val="40"/>
              </w:rPr>
              <w:t xml:space="preserve"> </w:t>
            </w:r>
            <w:r w:rsidRPr="006236B7">
              <w:rPr>
                <w:b/>
                <w:color w:val="FFFFFF"/>
              </w:rPr>
              <w:t>- Dj 2,36-41</w:t>
            </w:r>
          </w:p>
          <w:p w14:paraId="6F7499A4" w14:textId="18F69FF8" w:rsidR="00440493" w:rsidRPr="00A11590" w:rsidRDefault="00440493" w:rsidP="00520E66">
            <w:pPr>
              <w:widowControl w:val="0"/>
              <w:spacing w:after="0"/>
              <w:ind w:left="198" w:hanging="85"/>
              <w:jc w:val="both"/>
              <w:rPr>
                <w:sz w:val="40"/>
                <w:szCs w:val="40"/>
              </w:rPr>
            </w:pPr>
            <w:r w:rsidRPr="00A11590">
              <w:rPr>
                <w:color w:val="000000"/>
                <w:sz w:val="40"/>
                <w:szCs w:val="40"/>
              </w:rPr>
              <w:t>„Pouzdano dakle neka znade sav dom Izraelov da je toga Isusa kojega vi razapeste Bog učinio i Gospodinom i Kristom.“ Kad su to čuli, duboko potreseni rekoše Petru i drugim apostolima: „Što nam je činiti, braćo?“ Petar će im: „Obratite se i svatko od vas neka se krsti u ime Isusa Krista da vam se oproste grijesi i primit ćete dar, Duha Svetoga. Ta za vas je ovo obećanje i za djecu vašu i za sve one izdaleka, koje pozove Gospodin Bog naš.“ I mnogim je drugim riječima još svjedočio i hrabrio ih: „Spasite se od naraštaja ovog opakog!“ I oni prigrliše riječ njegovu i krstiše se te im se u onaj dan pridruži oko tri tisuće duša.</w:t>
            </w:r>
          </w:p>
          <w:p w14:paraId="4FA19F67" w14:textId="440F7486" w:rsidR="00440493" w:rsidRPr="006236B7" w:rsidRDefault="00440493" w:rsidP="00520E66">
            <w:pPr>
              <w:widowControl w:val="0"/>
              <w:spacing w:after="0"/>
              <w:ind w:left="198" w:hanging="85"/>
              <w:rPr>
                <w:sz w:val="40"/>
                <w:szCs w:val="40"/>
              </w:rPr>
            </w:pPr>
          </w:p>
        </w:tc>
      </w:tr>
    </w:tbl>
    <w:p w14:paraId="1E87E827" w14:textId="77777777" w:rsidR="00440493" w:rsidRDefault="00440493">
      <w:pPr>
        <w:spacing w:after="0"/>
        <w:jc w:val="both"/>
      </w:pPr>
    </w:p>
    <w:p w14:paraId="5EE1EDB8" w14:textId="77777777" w:rsidR="00F51880" w:rsidRDefault="005C6CFC">
      <w:pPr>
        <w:spacing w:after="4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5"/>
        <w:gridCol w:w="5336"/>
      </w:tblGrid>
      <w:tr w:rsidR="006236B7" w14:paraId="349E3FD1" w14:textId="77777777" w:rsidTr="00520E66">
        <w:trPr>
          <w:cantSplit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7B2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377C61" w14:textId="77777777" w:rsidR="006236B7" w:rsidRPr="00520E66" w:rsidRDefault="006236B7">
            <w:pPr>
              <w:spacing w:after="0"/>
              <w:jc w:val="center"/>
              <w:rPr>
                <w:sz w:val="40"/>
                <w:szCs w:val="40"/>
              </w:rPr>
            </w:pPr>
            <w:r w:rsidRPr="00520E66">
              <w:rPr>
                <w:b/>
                <w:color w:val="FFFFFF"/>
                <w:sz w:val="40"/>
                <w:szCs w:val="40"/>
              </w:rPr>
              <w:t>ŠTO SE DOGODILO?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AB4C63" w14:textId="77777777" w:rsidR="006236B7" w:rsidRPr="00520E66" w:rsidRDefault="006236B7">
            <w:pPr>
              <w:spacing w:after="0"/>
              <w:jc w:val="center"/>
              <w:rPr>
                <w:sz w:val="40"/>
                <w:szCs w:val="40"/>
              </w:rPr>
            </w:pPr>
            <w:r w:rsidRPr="00520E66">
              <w:rPr>
                <w:b/>
                <w:color w:val="FFFFFF"/>
                <w:sz w:val="40"/>
                <w:szCs w:val="40"/>
              </w:rPr>
              <w:t>ŠTO OTKRIVA O CRKVI?</w:t>
            </w:r>
          </w:p>
        </w:tc>
      </w:tr>
      <w:tr w:rsidR="00520E66" w14:paraId="524978D6" w14:textId="77777777" w:rsidTr="00520E66">
        <w:trPr>
          <w:cantSplit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C4F91D" w14:textId="22ACB498" w:rsidR="00520E66" w:rsidRDefault="00520E66" w:rsidP="00520E66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____________________________________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95862F" w14:textId="0D33FFD8" w:rsidR="00520E66" w:rsidRDefault="00520E66" w:rsidP="00520E66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____________________________________</w:t>
            </w:r>
          </w:p>
        </w:tc>
      </w:tr>
      <w:tr w:rsidR="00520E66" w14:paraId="281CA154" w14:textId="77777777" w:rsidTr="00520E66">
        <w:trPr>
          <w:cantSplit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EDB6A7" w14:textId="431F9344" w:rsidR="00520E66" w:rsidRDefault="00520E66" w:rsidP="00520E66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____________________________________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84E39B" w14:textId="30235772" w:rsidR="00520E66" w:rsidRDefault="00520E66" w:rsidP="00520E66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____________________________________</w:t>
            </w:r>
          </w:p>
        </w:tc>
      </w:tr>
    </w:tbl>
    <w:p w14:paraId="6D65DC45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(rad u paru, 2 minute)</w:t>
      </w:r>
    </w:p>
    <w:p w14:paraId="77C02B37" w14:textId="77777777" w:rsidR="00D1095B" w:rsidRDefault="002509D4">
      <w:pPr>
        <w:spacing w:after="0"/>
        <w:jc w:val="both"/>
      </w:pPr>
      <w:r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2246C967" w14:textId="77777777" w:rsidR="00D1095B" w:rsidRDefault="002509D4">
      <w:pPr>
        <w:spacing w:before="220" w:after="0"/>
        <w:rPr>
          <w:color w:val="7030A0"/>
        </w:rPr>
      </w:pPr>
      <w:r>
        <w:rPr>
          <w:color w:val="7030A0"/>
        </w:rPr>
        <w:t>U paru učenici stoje okrenuti jedan prema drugomu. Prvi napravi dva spora, jednostavna pokreta rukama, a drugi ih zrcalno ponovi. Nakon 20 sekundi zamjenjuju uloge. Završava na znak: „Hvala – sjedamo i nastavljamo.“</w:t>
      </w:r>
    </w:p>
    <w:p w14:paraId="10A947F7" w14:textId="77777777" w:rsidR="00A86CE6" w:rsidRDefault="00A86CE6" w:rsidP="00A11590"/>
    <w:p w14:paraId="493A9683" w14:textId="77777777" w:rsidR="00A86CE6" w:rsidRDefault="00A86CE6" w:rsidP="00A11590"/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71FB01DB" w14:textId="77777777" w:rsidTr="008D73EC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ACF9E0" w14:textId="577A4E25" w:rsidR="006A58C7" w:rsidRDefault="008D73EC" w:rsidP="008D73EC">
            <w:pPr>
              <w:spacing w:after="0"/>
            </w:pPr>
            <w:r w:rsidRPr="008D73EC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8D73EC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5831596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Aktualizacija:</w:t>
      </w:r>
    </w:p>
    <w:p w14:paraId="50DFEC0A" w14:textId="77777777" w:rsidR="00D1095B" w:rsidRDefault="002509D4">
      <w:pPr>
        <w:spacing w:after="0"/>
        <w:jc w:val="both"/>
      </w:pPr>
      <w:r>
        <w:rPr>
          <w:color w:val="000000"/>
        </w:rPr>
        <w:t>Vjeroučitelj će odabrati dva ili tri pitanja:</w:t>
      </w:r>
    </w:p>
    <w:p w14:paraId="396F1F96" w14:textId="77777777" w:rsidR="00D1095B" w:rsidRDefault="002509D4">
      <w:pPr>
        <w:keepNext/>
        <w:spacing w:after="0"/>
      </w:pPr>
      <w:r>
        <w:rPr>
          <w:color w:val="000000"/>
        </w:rPr>
        <w:t>Razgovor:</w:t>
      </w:r>
    </w:p>
    <w:p w14:paraId="771BA32B" w14:textId="77777777" w:rsidR="00D1095B" w:rsidRDefault="002509D4" w:rsidP="004C1656">
      <w:pPr>
        <w:pStyle w:val="Odlomakpopisa"/>
        <w:numPr>
          <w:ilvl w:val="0"/>
          <w:numId w:val="34"/>
        </w:numPr>
        <w:spacing w:after="20"/>
      </w:pPr>
      <w:r>
        <w:t xml:space="preserve">Kako bi svijet danas izgledao da nema Crkve? </w:t>
      </w:r>
      <w:r w:rsidRPr="004C1656">
        <w:rPr>
          <w:color w:val="6B6B6B"/>
          <w:sz w:val="18"/>
        </w:rPr>
        <w:t>(Učenici navode promišljene primjere iz područja vjere, služenja, kulture, pomoći i zajedništva.)</w:t>
      </w:r>
    </w:p>
    <w:p w14:paraId="7A4F951D" w14:textId="77777777" w:rsidR="00D1095B" w:rsidRDefault="002509D4" w:rsidP="004C1656">
      <w:pPr>
        <w:pStyle w:val="Odlomakpopisa"/>
        <w:numPr>
          <w:ilvl w:val="0"/>
          <w:numId w:val="34"/>
        </w:numPr>
        <w:spacing w:after="20"/>
      </w:pPr>
      <w:r>
        <w:t xml:space="preserve">Što meni znači Crkva? </w:t>
      </w:r>
      <w:r w:rsidRPr="004C1656">
        <w:rPr>
          <w:color w:val="6B6B6B"/>
          <w:sz w:val="18"/>
        </w:rPr>
        <w:t>(Odgovori su osobni; potiče se povezivanje s vjerom, zajedništvom, sakramentima i pripadanjem.)</w:t>
      </w:r>
    </w:p>
    <w:p w14:paraId="5A187A56" w14:textId="77777777" w:rsidR="00D1095B" w:rsidRDefault="002509D4" w:rsidP="004C1656">
      <w:pPr>
        <w:pStyle w:val="Odlomakpopisa"/>
        <w:numPr>
          <w:ilvl w:val="0"/>
          <w:numId w:val="34"/>
        </w:numPr>
        <w:spacing w:after="20"/>
      </w:pPr>
      <w:r>
        <w:t xml:space="preserve">Kako se u Crkvi povezuju božansko i ljudsko lice? </w:t>
      </w:r>
      <w:r w:rsidRPr="004C1656">
        <w:rPr>
          <w:color w:val="6B6B6B"/>
          <w:sz w:val="18"/>
        </w:rPr>
        <w:t>(Krist i Duh Sveti djeluju u zajednici ljudi koji su pozvani na svetost, ali mogu biti slabi i trebaju obraćenje.)</w:t>
      </w:r>
    </w:p>
    <w:p w14:paraId="781A185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Sinteza:</w:t>
      </w:r>
    </w:p>
    <w:p w14:paraId="1C25DA44" w14:textId="77777777" w:rsidR="00D1095B" w:rsidRDefault="002509D4">
      <w:pPr>
        <w:spacing w:after="0"/>
        <w:jc w:val="both"/>
      </w:pPr>
      <w:r>
        <w:rPr>
          <w:color w:val="000000"/>
        </w:rPr>
        <w:t>Učenici će dovršiti „formulu Crkve“ riječima: ISUS KRIST + DUH SVETI + ZAJEDNICA VJERNIKA → __________. Nakon nekoliko prijedloga razred bira riječ koja najbolje sažima temu.</w:t>
      </w:r>
    </w:p>
    <w:p w14:paraId="73332FF4" w14:textId="77777777" w:rsidR="00D1095B" w:rsidRPr="00602E1C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602E1C">
        <w:rPr>
          <w:i/>
          <w:color w:val="6B6B6B"/>
          <w:sz w:val="20"/>
          <w:szCs w:val="20"/>
        </w:rPr>
        <w:t>Mogući odgovor: CRKVA – zajednica koju je ustanovio Krist, koju vodi Duh Sveti i koju čine vjernici.</w:t>
      </w:r>
    </w:p>
    <w:p w14:paraId="0DC387E6" w14:textId="77777777" w:rsidR="004C1656" w:rsidRDefault="004C1656">
      <w:pPr>
        <w:spacing w:after="0"/>
        <w:jc w:val="both"/>
        <w:rPr>
          <w:i/>
          <w:color w:val="6B6B6B"/>
          <w:sz w:val="21"/>
        </w:rPr>
      </w:pPr>
    </w:p>
    <w:p w14:paraId="21413788" w14:textId="77777777" w:rsidR="004C1656" w:rsidRPr="004C1656" w:rsidRDefault="004C1656" w:rsidP="004C1656">
      <w:pPr>
        <w:jc w:val="center"/>
        <w:rPr>
          <w:color w:val="002060"/>
          <w:sz w:val="40"/>
          <w:szCs w:val="40"/>
        </w:rPr>
      </w:pPr>
      <w:r w:rsidRPr="004C1656">
        <w:rPr>
          <w:color w:val="002060"/>
          <w:sz w:val="40"/>
          <w:szCs w:val="40"/>
        </w:rPr>
        <w:t>ISUS KRIST + DUH SVETI + ZAJEDNICA VJERNIKA → __________.</w:t>
      </w:r>
    </w:p>
    <w:p w14:paraId="5DFC1FFD" w14:textId="77777777" w:rsidR="004C1656" w:rsidRDefault="004C1656">
      <w:pPr>
        <w:spacing w:after="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1937CDD0" w14:textId="77777777">
        <w:trPr>
          <w:cantSplit/>
          <w:jc w:val="center"/>
        </w:trPr>
        <w:tc>
          <w:tcPr>
            <w:tcW w:w="10681" w:type="dxa"/>
            <w:shd w:val="clear" w:color="auto" w:fill="F1EC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6426F8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sz w:val="21"/>
              </w:rPr>
              <w:t>Crkva je Božji dar i zajednica ljudi. Isus Krist ju je ustanovio, Duh Sveti posvećuje i vodi, a vjernici kroz povijest nastavljaju Kristovo poslanje. Zato u Crkvi prepoznajemo i božansko i ljudsko lice.</w:t>
            </w:r>
          </w:p>
        </w:tc>
      </w:tr>
    </w:tbl>
    <w:p w14:paraId="0CDF769D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73D61489" w14:textId="77777777" w:rsidR="00D1095B" w:rsidRDefault="002509D4">
      <w:pPr>
        <w:spacing w:after="0"/>
        <w:jc w:val="both"/>
      </w:pPr>
      <w:r>
        <w:rPr>
          <w:color w:val="000000"/>
        </w:rPr>
        <w:t>Učenici će odabrati jedan smjer na prikazu kompasa prema tome koliko jasno mogu objasniti što je Crkva, njezin nastanak te božansko i ljudsko lice. Izbor mogu pokazati diskretno prstima 1, 2 ili 3 ili ga zadržati za sebe.</w:t>
      </w:r>
    </w:p>
    <w:p w14:paraId="76DED21D" w14:textId="10AF6A2C" w:rsidR="00D1095B" w:rsidRDefault="00432F17" w:rsidP="00A86CE6">
      <w:pPr>
        <w:spacing w:before="220" w:after="0"/>
      </w:pPr>
      <w:r w:rsidRPr="00432F17">
        <w:rPr>
          <w:noProof/>
        </w:rPr>
        <w:drawing>
          <wp:inline distT="0" distB="0" distL="0" distR="0" wp14:anchorId="3488CF7C" wp14:editId="48C482CA">
            <wp:extent cx="4478400" cy="2520000"/>
            <wp:effectExtent l="0" t="0" r="0" b="0"/>
            <wp:docPr id="144268931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68931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7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969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05B1535D" w14:textId="77777777" w:rsidR="00D1095B" w:rsidRDefault="002509D4">
      <w:pPr>
        <w:spacing w:after="0"/>
        <w:jc w:val="both"/>
      </w:pPr>
      <w:r>
        <w:rPr>
          <w:color w:val="000000"/>
        </w:rPr>
        <w:t>Učenici će riješiti, ili dovršiti rješavanje RB, str. 40.</w:t>
      </w:r>
    </w:p>
    <w:p w14:paraId="7ED7B9D9" w14:textId="77777777" w:rsidR="00D1095B" w:rsidRDefault="002509D4">
      <w:pPr>
        <w:spacing w:before="220" w:after="0"/>
      </w:pPr>
      <w:r>
        <w:rPr>
          <w:color w:val="000000"/>
        </w:rPr>
        <w:t>Ili:</w:t>
      </w:r>
    </w:p>
    <w:p w14:paraId="3501BA56" w14:textId="77777777" w:rsidR="00D1095B" w:rsidRDefault="002509D4">
      <w:pPr>
        <w:spacing w:after="0"/>
        <w:jc w:val="both"/>
      </w:pPr>
      <w:r>
        <w:rPr>
          <w:color w:val="000000"/>
        </w:rPr>
        <w:t>Učenici će u bilježnicu nacrtati jedan simbol Crkve kao zajednice i napisati rečenicu: „Crkva je za mene…“</w:t>
      </w:r>
    </w:p>
    <w:p w14:paraId="1E563C80" w14:textId="4F0D7B37" w:rsidR="00D1095B" w:rsidRDefault="002509D4">
      <w:pPr>
        <w:spacing w:before="220" w:after="220"/>
        <w:jc w:val="both"/>
      </w:pPr>
      <w:r>
        <w:rPr>
          <w:b/>
          <w:color w:val="000000"/>
        </w:rPr>
        <w:t xml:space="preserve">Izborna domaća zadaća: </w:t>
      </w:r>
      <w:r>
        <w:rPr>
          <w:color w:val="000000"/>
        </w:rPr>
        <w:t xml:space="preserve">Učenici će odabrati jedno umjetničko djelo iz aktivnosti „Učimo </w:t>
      </w:r>
      <w:r w:rsidR="00432F17">
        <w:rPr>
          <w:color w:val="000000"/>
        </w:rPr>
        <w:t>iz</w:t>
      </w:r>
      <w:r>
        <w:rPr>
          <w:color w:val="000000"/>
        </w:rPr>
        <w:t xml:space="preserve"> umjetnosti“ i u jednoj rečenici zapisati što im ono govori o Crkvi.</w:t>
      </w:r>
    </w:p>
    <w:p w14:paraId="6D5BCA5F" w14:textId="77777777" w:rsidR="00D1095B" w:rsidRDefault="002509D4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756F907A" w14:textId="77777777" w:rsidR="00D1095B" w:rsidRDefault="002509D4">
      <w:pPr>
        <w:spacing w:after="220"/>
        <w:jc w:val="both"/>
      </w:pPr>
      <w:r>
        <w:rPr>
          <w:color w:val="000000"/>
          <w:sz w:val="48"/>
        </w:rPr>
        <w:t>Hvala ti, Gospodine, za Crkvu. U njoj imamo oltare, sakramente po kojima nam se omogućava spasenje i olakšava ovozemaljski hod. Hvala ti za Crkvu jer ona nam otvara vrata raja. Amen.</w:t>
      </w:r>
    </w:p>
    <w:p w14:paraId="54067CCC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17EE8E48" w14:textId="77777777" w:rsidR="00D1095B" w:rsidRDefault="002509D4">
      <w:pPr>
        <w:spacing w:after="220"/>
        <w:jc w:val="both"/>
      </w:pPr>
      <w:r>
        <w:rPr>
          <w:color w:val="000000"/>
        </w:rPr>
        <w:t>Anđele, čuvaru mili…</w:t>
      </w:r>
    </w:p>
    <w:p w14:paraId="35D51069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49E36516" w14:textId="77777777" w:rsidR="00D1095B" w:rsidRDefault="002509D4">
      <w:pPr>
        <w:spacing w:after="220"/>
        <w:jc w:val="both"/>
      </w:pPr>
      <w:r>
        <w:rPr>
          <w:color w:val="000000"/>
        </w:rPr>
        <w:t>Učenici će poslušati pjesmu „Anđele, čuvaru mili…“; 3:36; Autor: Marinko Grubešić; Izvor: YouTube.</w:t>
      </w:r>
    </w:p>
    <w:p w14:paraId="33A9C7C6" w14:textId="77777777" w:rsidR="002509D4" w:rsidRDefault="002509D4" w:rsidP="00932183">
      <w:pPr>
        <w:spacing w:before="220"/>
      </w:pPr>
      <w:r>
        <w:rPr>
          <w:rFonts w:cs="Calibri"/>
          <w:noProof/>
          <w:lang w:eastAsia="hr-HR"/>
        </w:rPr>
        <w:drawing>
          <wp:inline distT="0" distB="0" distL="0" distR="0" wp14:anchorId="7CD5D51D" wp14:editId="325DA68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22"/>
                    </pic:cNvPr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1B50C" w14:textId="77777777" w:rsidR="00236F8A" w:rsidRDefault="00236F8A">
      <w:pPr>
        <w:spacing w:after="0" w:line="220" w:lineRule="exact"/>
      </w:pPr>
    </w:p>
    <w:p w14:paraId="266B5717" w14:textId="77777777" w:rsidR="00236F8A" w:rsidRDefault="00236F8A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0078BC" w14:paraId="2C434C6D" w14:textId="77777777" w:rsidTr="000078BC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8DD00" w14:textId="77777777" w:rsidR="002B0399" w:rsidRDefault="002B0399" w:rsidP="004256D3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CD7BC27" w14:textId="77777777" w:rsidR="00236F8A" w:rsidRDefault="00236F8A">
      <w:pPr>
        <w:spacing w:after="0" w:line="220" w:lineRule="exact"/>
      </w:pP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3"/>
        <w:gridCol w:w="2128"/>
      </w:tblGrid>
      <w:tr w:rsidR="00ED646D" w14:paraId="19D3CB80" w14:textId="77777777" w:rsidTr="004256D3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</w:tcPr>
          <w:p w14:paraId="6B59F3BD" w14:textId="77777777" w:rsidR="00ED646D" w:rsidRDefault="00ED646D" w:rsidP="004256D3">
            <w:pPr>
              <w:keepNext/>
              <w:spacing w:before="60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74E8961D" w14:textId="77777777" w:rsidR="00ED646D" w:rsidRDefault="00ED646D" w:rsidP="004256D3">
            <w:pPr>
              <w:keepNext/>
              <w:spacing w:before="6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ED646D" w14:paraId="306A80C5" w14:textId="77777777" w:rsidTr="004256D3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2B5CE" w14:textId="77777777" w:rsidR="00ED646D" w:rsidRDefault="00ED646D" w:rsidP="004256D3">
            <w:pPr>
              <w:spacing w:before="60"/>
            </w:pPr>
            <w:r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848A" w14:textId="77777777" w:rsidR="00ED646D" w:rsidRDefault="0071703A" w:rsidP="004256D3">
            <w:pPr>
              <w:spacing w:before="60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ED646D" w14:paraId="266B3C72" w14:textId="77777777" w:rsidTr="003F603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DAC8DB" w14:textId="77777777" w:rsidR="00ED646D" w:rsidRDefault="00ED646D" w:rsidP="00ED646D">
            <w:pPr>
              <w:spacing w:before="60"/>
            </w:pPr>
            <w:r w:rsidRPr="0049735F">
              <w:rPr>
                <w:color w:val="000000"/>
              </w:rPr>
              <w:t>Aktivnost 1: Obrada teksta / sadržaja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583161" w14:textId="77777777" w:rsidR="00ED646D" w:rsidRDefault="00ED646D" w:rsidP="00ED646D">
            <w:pPr>
              <w:spacing w:before="60"/>
              <w:jc w:val="center"/>
            </w:pPr>
            <w:r w:rsidRPr="0049735F">
              <w:rPr>
                <w:color w:val="000000"/>
              </w:rPr>
              <w:t>9 minuta</w:t>
            </w:r>
          </w:p>
        </w:tc>
      </w:tr>
      <w:tr w:rsidR="00ED646D" w14:paraId="6C95C6CB" w14:textId="77777777" w:rsidTr="00C43BFA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970F" w14:textId="77777777" w:rsidR="00ED646D" w:rsidRDefault="00ED646D" w:rsidP="00ED646D">
            <w:pPr>
              <w:spacing w:before="60"/>
            </w:pPr>
            <w:r w:rsidRPr="0049735F">
              <w:rPr>
                <w:color w:val="000000"/>
              </w:rPr>
              <w:t>Aktivnost 4: Božansko i ljudsko lice Crkve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1CBF" w14:textId="77777777" w:rsidR="00ED646D" w:rsidRDefault="00ED646D" w:rsidP="00ED646D">
            <w:pPr>
              <w:spacing w:before="60"/>
              <w:jc w:val="center"/>
            </w:pPr>
            <w:r w:rsidRPr="0049735F">
              <w:rPr>
                <w:color w:val="000000"/>
              </w:rPr>
              <w:t>4 minute</w:t>
            </w:r>
          </w:p>
        </w:tc>
      </w:tr>
      <w:tr w:rsidR="00ED646D" w14:paraId="78D26A55" w14:textId="77777777" w:rsidTr="003F603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F839E1" w14:textId="77777777" w:rsidR="00ED646D" w:rsidRDefault="00ED646D" w:rsidP="00ED646D">
            <w:pPr>
              <w:spacing w:before="60"/>
            </w:pPr>
            <w:r w:rsidRPr="0049735F">
              <w:rPr>
                <w:color w:val="000000"/>
              </w:rPr>
              <w:t>Aktivnost 7: Pedesetnica – početak Crkve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D1485F" w14:textId="77777777" w:rsidR="00ED646D" w:rsidRDefault="00ED646D" w:rsidP="00ED646D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7BB85E08" w14:textId="77777777" w:rsidTr="00C43BFA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289A" w14:textId="77777777" w:rsidR="00ED646D" w:rsidRDefault="00ED646D" w:rsidP="00ED646D">
            <w:pPr>
              <w:spacing w:before="60"/>
            </w:pPr>
            <w:r w:rsidRPr="0049735F">
              <w:rPr>
                <w:color w:val="000000"/>
              </w:rPr>
              <w:t>Aktivnost 13: Učimo o umjetnosti – pet pogleda na Crkvu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812D" w14:textId="77777777" w:rsidR="00ED646D" w:rsidRDefault="00ED646D" w:rsidP="00ED646D">
            <w:pPr>
              <w:spacing w:before="60"/>
              <w:jc w:val="center"/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37CB16D4" w14:textId="77777777" w:rsidTr="003F603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FC4C12" w14:textId="533CBB48" w:rsidR="00ED646D" w:rsidRDefault="00ED646D" w:rsidP="00ED646D">
            <w:pPr>
              <w:spacing w:before="60"/>
            </w:pPr>
            <w:r w:rsidRPr="0049735F">
              <w:rPr>
                <w:color w:val="000000"/>
              </w:rPr>
              <w:t>Aktivnost 19: Digitalni zadatci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FF2F6B" w14:textId="77777777" w:rsidR="00ED646D" w:rsidRDefault="00ED646D" w:rsidP="00ED646D">
            <w:pPr>
              <w:spacing w:before="60"/>
              <w:jc w:val="center"/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2A251BAB" w14:textId="77777777" w:rsidTr="00C43BFA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9FB5" w14:textId="77777777" w:rsidR="00ED646D" w:rsidRDefault="00ED646D" w:rsidP="00ED646D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>Aktivnost 16: Zapišimo!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8A51" w14:textId="77777777" w:rsidR="00ED646D" w:rsidRDefault="00ED646D" w:rsidP="00ED646D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0010EE46" w14:textId="77777777" w:rsidTr="003F603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A34B95" w14:textId="77777777" w:rsidR="00ED646D" w:rsidRDefault="00ED646D" w:rsidP="00ED646D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>Aktualizacija, sinteza, samovrednovanje i molitva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977283" w14:textId="77777777" w:rsidR="00ED646D" w:rsidRDefault="00ED646D" w:rsidP="00ED646D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4 minute</w:t>
            </w:r>
          </w:p>
        </w:tc>
      </w:tr>
    </w:tbl>
    <w:p w14:paraId="2491AF60" w14:textId="77777777" w:rsidR="00ED646D" w:rsidRDefault="00ED646D" w:rsidP="00ED646D">
      <w:pPr>
        <w:spacing w:after="0"/>
        <w:jc w:val="both"/>
        <w:rPr>
          <w:i/>
          <w:color w:val="6B6B6B"/>
        </w:rPr>
      </w:pPr>
      <w:r w:rsidRPr="00EB675C">
        <w:rPr>
          <w:i/>
          <w:color w:val="6B6B6B"/>
        </w:rPr>
        <w:t>Ukupno: 45 minuta. Mikropauza se koristi samo po potrebi; tada se skraćuje predstavljanje skupina ili završna rasprava.</w:t>
      </w:r>
    </w:p>
    <w:p w14:paraId="0401B558" w14:textId="77777777" w:rsidR="00236F8A" w:rsidRDefault="00236F8A">
      <w:pPr>
        <w:spacing w:after="0" w:line="260" w:lineRule="exact"/>
      </w:pPr>
    </w:p>
    <w:p w14:paraId="5096AC50" w14:textId="77777777" w:rsidR="00D1095B" w:rsidRDefault="002509D4">
      <w:pPr>
        <w:keepNext/>
        <w:spacing w:after="0"/>
        <w:jc w:val="both"/>
      </w:pPr>
      <w:r>
        <w:rPr>
          <w:b/>
          <w:color w:val="C96A00"/>
        </w:rPr>
        <w:t>PRILOZI ZA BRZU UPORABU</w:t>
      </w:r>
    </w:p>
    <w:p w14:paraId="3F5D4D82" w14:textId="77777777" w:rsidR="00D1095B" w:rsidRPr="00A11590" w:rsidRDefault="002509D4">
      <w:pPr>
        <w:keepNext/>
        <w:spacing w:after="0"/>
        <w:jc w:val="both"/>
      </w:pPr>
      <w:r w:rsidRPr="00A11590">
        <w:rPr>
          <w:b/>
          <w:color w:val="000000"/>
        </w:rPr>
        <w:t>Prilog 1: Kratka kontrolna lista za vjeroučitelja</w:t>
      </w:r>
    </w:p>
    <w:p w14:paraId="797342E6" w14:textId="77777777" w:rsidR="00D1095B" w:rsidRPr="00A11590" w:rsidRDefault="002509D4">
      <w:pPr>
        <w:spacing w:after="0" w:line="216" w:lineRule="auto"/>
      </w:pPr>
      <w:r w:rsidRPr="00A11590">
        <w:t>□ Mogu li učenici objasniti tko je ustanovio Crkvu i zašto?</w:t>
      </w:r>
    </w:p>
    <w:p w14:paraId="55DA671E" w14:textId="77777777" w:rsidR="00D1095B" w:rsidRPr="00A11590" w:rsidRDefault="002509D4">
      <w:pPr>
        <w:spacing w:after="0" w:line="216" w:lineRule="auto"/>
      </w:pPr>
      <w:r w:rsidRPr="00A11590">
        <w:t>□ Mogu li povezati Isusa Krista, apostole i Duha Svetoga s nastankom i poslanjem Crkve?</w:t>
      </w:r>
    </w:p>
    <w:p w14:paraId="36B2C397" w14:textId="77777777" w:rsidR="00D1095B" w:rsidRPr="00A11590" w:rsidRDefault="002509D4">
      <w:pPr>
        <w:spacing w:after="0" w:line="216" w:lineRule="auto"/>
      </w:pPr>
      <w:r w:rsidRPr="00A11590">
        <w:t>□ Mogu li objasniti što znači božansko i ljudsko lice Crkve?</w:t>
      </w:r>
    </w:p>
    <w:p w14:paraId="03063B98" w14:textId="77777777" w:rsidR="00D1095B" w:rsidRPr="00A11590" w:rsidRDefault="002509D4">
      <w:pPr>
        <w:spacing w:after="0" w:line="216" w:lineRule="auto"/>
      </w:pPr>
      <w:r w:rsidRPr="00A11590">
        <w:t>□ Mogu li iz biblijskih tekstova Dj 2 izdvojiti znakove Pedesetnice i obilježja prve kršćanske zajednice?</w:t>
      </w:r>
    </w:p>
    <w:p w14:paraId="2128F17D" w14:textId="77777777" w:rsidR="00D1095B" w:rsidRPr="00A11590" w:rsidRDefault="002509D4">
      <w:pPr>
        <w:spacing w:after="0" w:line="216" w:lineRule="auto"/>
      </w:pPr>
      <w:r w:rsidRPr="00A11590">
        <w:t>□ Mogu li protumačiti barem jedno umjetničko djelo ili citat o Crkvi u skladu sa sadržajem lekcije?</w:t>
      </w:r>
    </w:p>
    <w:sectPr w:rsidR="00D1095B" w:rsidRPr="00A11590" w:rsidSect="00034616">
      <w:headerReference w:type="default" r:id="rId24"/>
      <w:footerReference w:type="default" r:id="rId25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E1EBA" w14:textId="77777777" w:rsidR="00A462D9" w:rsidRDefault="00A462D9">
      <w:pPr>
        <w:spacing w:after="0"/>
      </w:pPr>
      <w:r>
        <w:separator/>
      </w:r>
    </w:p>
  </w:endnote>
  <w:endnote w:type="continuationSeparator" w:id="0">
    <w:p w14:paraId="294712AF" w14:textId="77777777" w:rsidR="00A462D9" w:rsidRDefault="00A462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E06B" w14:textId="77777777"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7DBC1" w14:textId="77777777" w:rsidR="00A462D9" w:rsidRDefault="00A462D9">
      <w:pPr>
        <w:spacing w:after="0"/>
      </w:pPr>
      <w:r>
        <w:separator/>
      </w:r>
    </w:p>
  </w:footnote>
  <w:footnote w:type="continuationSeparator" w:id="0">
    <w:p w14:paraId="50C14F3D" w14:textId="77777777" w:rsidR="00A462D9" w:rsidRDefault="00A462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D3DA" w14:textId="77777777" w:rsidR="00D1095B" w:rsidRDefault="00D109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A4F8B"/>
    <w:multiLevelType w:val="hybridMultilevel"/>
    <w:tmpl w:val="9C8E87B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02576D4C"/>
    <w:multiLevelType w:val="hybridMultilevel"/>
    <w:tmpl w:val="9F56543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D71CB6"/>
    <w:multiLevelType w:val="hybridMultilevel"/>
    <w:tmpl w:val="4FAE37F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76728C"/>
    <w:multiLevelType w:val="hybridMultilevel"/>
    <w:tmpl w:val="540CAF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BB2750"/>
    <w:multiLevelType w:val="hybridMultilevel"/>
    <w:tmpl w:val="9F2E143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585B72"/>
    <w:multiLevelType w:val="hybridMultilevel"/>
    <w:tmpl w:val="E5AEF6A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2950F8"/>
    <w:multiLevelType w:val="hybridMultilevel"/>
    <w:tmpl w:val="1690D16C"/>
    <w:lvl w:ilvl="0" w:tplc="B1FECC3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7" w15:restartNumberingAfterBreak="0">
    <w:nsid w:val="1EE856B7"/>
    <w:multiLevelType w:val="hybridMultilevel"/>
    <w:tmpl w:val="087CCEEE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8" w15:restartNumberingAfterBreak="0">
    <w:nsid w:val="20F76D4C"/>
    <w:multiLevelType w:val="hybridMultilevel"/>
    <w:tmpl w:val="14A6755C"/>
    <w:lvl w:ilvl="0" w:tplc="38C2CE6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9" w15:restartNumberingAfterBreak="0">
    <w:nsid w:val="256975F0"/>
    <w:multiLevelType w:val="hybridMultilevel"/>
    <w:tmpl w:val="9E8A844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042B2C"/>
    <w:multiLevelType w:val="hybridMultilevel"/>
    <w:tmpl w:val="FEC46CB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6A7F69"/>
    <w:multiLevelType w:val="hybridMultilevel"/>
    <w:tmpl w:val="76669F44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9D0224"/>
    <w:multiLevelType w:val="hybridMultilevel"/>
    <w:tmpl w:val="97121B9C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3" w15:restartNumberingAfterBreak="0">
    <w:nsid w:val="2BAE762A"/>
    <w:multiLevelType w:val="hybridMultilevel"/>
    <w:tmpl w:val="FF0E560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292E06"/>
    <w:multiLevelType w:val="hybridMultilevel"/>
    <w:tmpl w:val="A28205C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5" w15:restartNumberingAfterBreak="0">
    <w:nsid w:val="30EA4075"/>
    <w:multiLevelType w:val="hybridMultilevel"/>
    <w:tmpl w:val="F6967F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A853F1"/>
    <w:multiLevelType w:val="hybridMultilevel"/>
    <w:tmpl w:val="361AEA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891A39"/>
    <w:multiLevelType w:val="hybridMultilevel"/>
    <w:tmpl w:val="80E2C4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7D35AC"/>
    <w:multiLevelType w:val="hybridMultilevel"/>
    <w:tmpl w:val="80F4B25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C60A52"/>
    <w:multiLevelType w:val="hybridMultilevel"/>
    <w:tmpl w:val="A84E4296"/>
    <w:lvl w:ilvl="0" w:tplc="8DB83D36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0" w15:restartNumberingAfterBreak="0">
    <w:nsid w:val="423B08A0"/>
    <w:multiLevelType w:val="hybridMultilevel"/>
    <w:tmpl w:val="03CC022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B67711"/>
    <w:multiLevelType w:val="hybridMultilevel"/>
    <w:tmpl w:val="4F1EAF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091BD2"/>
    <w:multiLevelType w:val="hybridMultilevel"/>
    <w:tmpl w:val="E25443A8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3" w15:restartNumberingAfterBreak="0">
    <w:nsid w:val="48EC5CD7"/>
    <w:multiLevelType w:val="hybridMultilevel"/>
    <w:tmpl w:val="F6C21F82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4" w15:restartNumberingAfterBreak="0">
    <w:nsid w:val="48F22671"/>
    <w:multiLevelType w:val="hybridMultilevel"/>
    <w:tmpl w:val="2A509C1C"/>
    <w:lvl w:ilvl="0" w:tplc="71C046A8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5" w15:restartNumberingAfterBreak="0">
    <w:nsid w:val="5A0C495C"/>
    <w:multiLevelType w:val="hybridMultilevel"/>
    <w:tmpl w:val="0D50359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F82A1C"/>
    <w:multiLevelType w:val="hybridMultilevel"/>
    <w:tmpl w:val="E7BCBDC4"/>
    <w:lvl w:ilvl="0" w:tplc="34BC8B2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7" w15:restartNumberingAfterBreak="0">
    <w:nsid w:val="688927F6"/>
    <w:multiLevelType w:val="hybridMultilevel"/>
    <w:tmpl w:val="6908D61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CD76DE"/>
    <w:multiLevelType w:val="hybridMultilevel"/>
    <w:tmpl w:val="A078BF60"/>
    <w:lvl w:ilvl="0" w:tplc="A3126B4C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9" w15:restartNumberingAfterBreak="0">
    <w:nsid w:val="6B1C59FA"/>
    <w:multiLevelType w:val="hybridMultilevel"/>
    <w:tmpl w:val="5AC6EDC6"/>
    <w:lvl w:ilvl="0" w:tplc="0EBA46B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40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C96738"/>
    <w:multiLevelType w:val="hybridMultilevel"/>
    <w:tmpl w:val="5A9C8D8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E403C7"/>
    <w:multiLevelType w:val="hybridMultilevel"/>
    <w:tmpl w:val="3DF8E0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F502A8"/>
    <w:multiLevelType w:val="hybridMultilevel"/>
    <w:tmpl w:val="45A8A640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1669095500">
    <w:abstractNumId w:val="1"/>
  </w:num>
  <w:num w:numId="9" w16cid:durableId="391199442">
    <w:abstractNumId w:val="0"/>
  </w:num>
  <w:num w:numId="10" w16cid:durableId="1120497200">
    <w:abstractNumId w:val="11"/>
  </w:num>
  <w:num w:numId="11" w16cid:durableId="1535581675">
    <w:abstractNumId w:val="37"/>
  </w:num>
  <w:num w:numId="12" w16cid:durableId="1618247408">
    <w:abstractNumId w:val="15"/>
  </w:num>
  <w:num w:numId="13" w16cid:durableId="1045786860">
    <w:abstractNumId w:val="21"/>
  </w:num>
  <w:num w:numId="14" w16cid:durableId="2114086719">
    <w:abstractNumId w:val="27"/>
  </w:num>
  <w:num w:numId="15" w16cid:durableId="752320028">
    <w:abstractNumId w:val="31"/>
  </w:num>
  <w:num w:numId="16" w16cid:durableId="768621428">
    <w:abstractNumId w:val="1"/>
  </w:num>
  <w:num w:numId="17" w16cid:durableId="249317115">
    <w:abstractNumId w:val="0"/>
  </w:num>
  <w:num w:numId="18" w16cid:durableId="628632097">
    <w:abstractNumId w:val="4"/>
  </w:num>
  <w:num w:numId="19" w16cid:durableId="2075620656">
    <w:abstractNumId w:val="42"/>
  </w:num>
  <w:num w:numId="20" w16cid:durableId="1478961381">
    <w:abstractNumId w:val="17"/>
  </w:num>
  <w:num w:numId="21" w16cid:durableId="815024149">
    <w:abstractNumId w:val="18"/>
  </w:num>
  <w:num w:numId="22" w16cid:durableId="800153039">
    <w:abstractNumId w:val="13"/>
  </w:num>
  <w:num w:numId="23" w16cid:durableId="2011911648">
    <w:abstractNumId w:val="24"/>
  </w:num>
  <w:num w:numId="24" w16cid:durableId="1032002285">
    <w:abstractNumId w:val="36"/>
  </w:num>
  <w:num w:numId="25" w16cid:durableId="1691881530">
    <w:abstractNumId w:val="20"/>
  </w:num>
  <w:num w:numId="26" w16cid:durableId="1247029978">
    <w:abstractNumId w:val="22"/>
  </w:num>
  <w:num w:numId="27" w16cid:durableId="541288827">
    <w:abstractNumId w:val="16"/>
  </w:num>
  <w:num w:numId="28" w16cid:durableId="192037483">
    <w:abstractNumId w:val="28"/>
  </w:num>
  <w:num w:numId="29" w16cid:durableId="201939700">
    <w:abstractNumId w:val="10"/>
  </w:num>
  <w:num w:numId="30" w16cid:durableId="336884219">
    <w:abstractNumId w:val="39"/>
  </w:num>
  <w:num w:numId="31" w16cid:durableId="162622373">
    <w:abstractNumId w:val="41"/>
  </w:num>
  <w:num w:numId="32" w16cid:durableId="579144776">
    <w:abstractNumId w:val="33"/>
  </w:num>
  <w:num w:numId="33" w16cid:durableId="995261490">
    <w:abstractNumId w:val="38"/>
  </w:num>
  <w:num w:numId="34" w16cid:durableId="1273170995">
    <w:abstractNumId w:val="30"/>
  </w:num>
  <w:num w:numId="35" w16cid:durableId="1644383199">
    <w:abstractNumId w:val="43"/>
  </w:num>
  <w:num w:numId="36" w16cid:durableId="848981170">
    <w:abstractNumId w:val="29"/>
  </w:num>
  <w:num w:numId="37" w16cid:durableId="12347663">
    <w:abstractNumId w:val="19"/>
  </w:num>
  <w:num w:numId="38" w16cid:durableId="596258820">
    <w:abstractNumId w:val="32"/>
  </w:num>
  <w:num w:numId="39" w16cid:durableId="467549038">
    <w:abstractNumId w:val="34"/>
  </w:num>
  <w:num w:numId="40" w16cid:durableId="759177734">
    <w:abstractNumId w:val="14"/>
  </w:num>
  <w:num w:numId="41" w16cid:durableId="1480226981">
    <w:abstractNumId w:val="25"/>
  </w:num>
  <w:num w:numId="42" w16cid:durableId="1295020525">
    <w:abstractNumId w:val="35"/>
  </w:num>
  <w:num w:numId="43" w16cid:durableId="1454980046">
    <w:abstractNumId w:val="40"/>
  </w:num>
  <w:num w:numId="44" w16cid:durableId="127480479">
    <w:abstractNumId w:val="26"/>
  </w:num>
  <w:num w:numId="45" w16cid:durableId="1677070190">
    <w:abstractNumId w:val="23"/>
  </w:num>
  <w:num w:numId="46" w16cid:durableId="7876283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13CD4"/>
    <w:rsid w:val="000307CC"/>
    <w:rsid w:val="000327E0"/>
    <w:rsid w:val="00034616"/>
    <w:rsid w:val="0006063C"/>
    <w:rsid w:val="00070439"/>
    <w:rsid w:val="0008576A"/>
    <w:rsid w:val="000A4601"/>
    <w:rsid w:val="000B2AB8"/>
    <w:rsid w:val="000E7DB9"/>
    <w:rsid w:val="00102620"/>
    <w:rsid w:val="00104C02"/>
    <w:rsid w:val="001061CF"/>
    <w:rsid w:val="00113A90"/>
    <w:rsid w:val="00135511"/>
    <w:rsid w:val="00146003"/>
    <w:rsid w:val="0015074B"/>
    <w:rsid w:val="00194223"/>
    <w:rsid w:val="002118AF"/>
    <w:rsid w:val="00236F8A"/>
    <w:rsid w:val="002509D4"/>
    <w:rsid w:val="0029639D"/>
    <w:rsid w:val="002B0399"/>
    <w:rsid w:val="002B0A47"/>
    <w:rsid w:val="002D2D01"/>
    <w:rsid w:val="002E3F84"/>
    <w:rsid w:val="00323886"/>
    <w:rsid w:val="00326F90"/>
    <w:rsid w:val="00373C39"/>
    <w:rsid w:val="003A7FA8"/>
    <w:rsid w:val="003D4324"/>
    <w:rsid w:val="003F603C"/>
    <w:rsid w:val="00423B6D"/>
    <w:rsid w:val="00432F17"/>
    <w:rsid w:val="00434132"/>
    <w:rsid w:val="00437E19"/>
    <w:rsid w:val="00440493"/>
    <w:rsid w:val="0046679F"/>
    <w:rsid w:val="00467695"/>
    <w:rsid w:val="00471F8C"/>
    <w:rsid w:val="004953BC"/>
    <w:rsid w:val="004A16B5"/>
    <w:rsid w:val="004B680C"/>
    <w:rsid w:val="004C1656"/>
    <w:rsid w:val="00514758"/>
    <w:rsid w:val="00520B78"/>
    <w:rsid w:val="00520E66"/>
    <w:rsid w:val="00532612"/>
    <w:rsid w:val="0055343F"/>
    <w:rsid w:val="005C6CFC"/>
    <w:rsid w:val="0060275B"/>
    <w:rsid w:val="00602E1C"/>
    <w:rsid w:val="006162E1"/>
    <w:rsid w:val="006236B7"/>
    <w:rsid w:val="00652D60"/>
    <w:rsid w:val="00664440"/>
    <w:rsid w:val="006A2B5F"/>
    <w:rsid w:val="006A58C7"/>
    <w:rsid w:val="006B1626"/>
    <w:rsid w:val="00704A8C"/>
    <w:rsid w:val="0071703A"/>
    <w:rsid w:val="0074204C"/>
    <w:rsid w:val="0075390E"/>
    <w:rsid w:val="00754E55"/>
    <w:rsid w:val="00763CDB"/>
    <w:rsid w:val="007640DA"/>
    <w:rsid w:val="007667A1"/>
    <w:rsid w:val="00772CA0"/>
    <w:rsid w:val="007D200C"/>
    <w:rsid w:val="007F1AEB"/>
    <w:rsid w:val="008065B1"/>
    <w:rsid w:val="008656B8"/>
    <w:rsid w:val="008706BC"/>
    <w:rsid w:val="00884336"/>
    <w:rsid w:val="008A0A28"/>
    <w:rsid w:val="008B41DF"/>
    <w:rsid w:val="008D73EC"/>
    <w:rsid w:val="008E7C8A"/>
    <w:rsid w:val="008F6601"/>
    <w:rsid w:val="00946E58"/>
    <w:rsid w:val="0095150F"/>
    <w:rsid w:val="009741CF"/>
    <w:rsid w:val="00984DAF"/>
    <w:rsid w:val="009A2BD4"/>
    <w:rsid w:val="009F1407"/>
    <w:rsid w:val="00A11590"/>
    <w:rsid w:val="00A330AB"/>
    <w:rsid w:val="00A42A46"/>
    <w:rsid w:val="00A462D9"/>
    <w:rsid w:val="00A475F7"/>
    <w:rsid w:val="00A86CE6"/>
    <w:rsid w:val="00AA1D8D"/>
    <w:rsid w:val="00AA23CA"/>
    <w:rsid w:val="00AF6A6B"/>
    <w:rsid w:val="00B015A9"/>
    <w:rsid w:val="00B47730"/>
    <w:rsid w:val="00B53DD5"/>
    <w:rsid w:val="00B610C0"/>
    <w:rsid w:val="00B81E0F"/>
    <w:rsid w:val="00BC6076"/>
    <w:rsid w:val="00BF2CCC"/>
    <w:rsid w:val="00C01EC0"/>
    <w:rsid w:val="00C05C00"/>
    <w:rsid w:val="00C203FB"/>
    <w:rsid w:val="00C6625B"/>
    <w:rsid w:val="00C97AD9"/>
    <w:rsid w:val="00CB0664"/>
    <w:rsid w:val="00D04D54"/>
    <w:rsid w:val="00D1095B"/>
    <w:rsid w:val="00D45FDD"/>
    <w:rsid w:val="00DB0EC6"/>
    <w:rsid w:val="00DC05C5"/>
    <w:rsid w:val="00DF1E0A"/>
    <w:rsid w:val="00E12169"/>
    <w:rsid w:val="00E14E26"/>
    <w:rsid w:val="00E4236D"/>
    <w:rsid w:val="00E4450F"/>
    <w:rsid w:val="00E57CCB"/>
    <w:rsid w:val="00E93AF7"/>
    <w:rsid w:val="00E944E2"/>
    <w:rsid w:val="00ED646D"/>
    <w:rsid w:val="00EE36B1"/>
    <w:rsid w:val="00EE44A8"/>
    <w:rsid w:val="00F351E0"/>
    <w:rsid w:val="00F45FDE"/>
    <w:rsid w:val="00F47C81"/>
    <w:rsid w:val="00F51880"/>
    <w:rsid w:val="00F63D74"/>
    <w:rsid w:val="00FC693F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0ED8C5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16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17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8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semiHidden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763CD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065B1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013C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jpg"/><Relationship Id="rId10" Type="http://schemas.openxmlformats.org/officeDocument/2006/relationships/image" Target="media/image2.jpg"/><Relationship Id="rId19" Type="http://schemas.openxmlformats.org/officeDocument/2006/relationships/hyperlink" Target="https://udzbenici.ks.hr/media/os6_str_26_o_crkv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embed/2dYVF5Pgy8M?feature=oembed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www.youtube.com/embed/PixLa1QlpZA?feature=oembed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4600</Words>
  <Characters>26221</Characters>
  <Application>Microsoft Office Word</Application>
  <DocSecurity>0</DocSecurity>
  <Lines>218</Lines>
  <Paragraphs>61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39</cp:revision>
  <cp:lastPrinted>2026-07-07T23:26:00Z</cp:lastPrinted>
  <dcterms:created xsi:type="dcterms:W3CDTF">2026-07-07T22:53:00Z</dcterms:created>
  <dcterms:modified xsi:type="dcterms:W3CDTF">2026-09-11T14:55:00Z</dcterms:modified>
  <cp:category/>
</cp:coreProperties>
</file>