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9C4169" w14:paraId="32AD6F26" w14:textId="77777777">
        <w:trPr>
          <w:cantSplit/>
          <w:jc w:val="center"/>
        </w:trPr>
        <w:tc>
          <w:tcPr>
            <w:tcW w:w="3779" w:type="dxa"/>
            <w:shd w:val="clear" w:color="auto" w:fill="EAF6EC"/>
            <w:vAlign w:val="center"/>
          </w:tcPr>
          <w:p w14:paraId="3DF08261" w14:textId="77777777" w:rsidR="009C4169" w:rsidRDefault="007C64BC">
            <w:pPr>
              <w:spacing w:before="65" w:after="65"/>
              <w:ind w:left="85" w:right="85"/>
              <w:jc w:val="both"/>
            </w:pPr>
            <w:r>
              <w:rPr>
                <w:b/>
                <w:color w:val="166534"/>
              </w:rPr>
              <w:t>Osnovna škola</w:t>
            </w:r>
          </w:p>
        </w:tc>
        <w:tc>
          <w:tcPr>
            <w:tcW w:w="6568" w:type="dxa"/>
            <w:vAlign w:val="center"/>
          </w:tcPr>
          <w:p w14:paraId="4EC690CA" w14:textId="77777777" w:rsidR="009C4169" w:rsidRDefault="007C64BC">
            <w:pPr>
              <w:spacing w:before="65" w:after="65"/>
              <w:ind w:left="85" w:right="85"/>
              <w:jc w:val="both"/>
            </w:pPr>
            <w:r>
              <w:rPr>
                <w:color w:val="000000"/>
              </w:rPr>
              <w:t>Klinča Sela</w:t>
            </w:r>
          </w:p>
        </w:tc>
      </w:tr>
      <w:tr w:rsidR="009C4169" w14:paraId="27239F83" w14:textId="77777777">
        <w:trPr>
          <w:cantSplit/>
          <w:jc w:val="center"/>
        </w:trPr>
        <w:tc>
          <w:tcPr>
            <w:tcW w:w="3779" w:type="dxa"/>
            <w:shd w:val="clear" w:color="auto" w:fill="F1F8F2"/>
            <w:vAlign w:val="center"/>
          </w:tcPr>
          <w:p w14:paraId="428DCF82" w14:textId="77777777" w:rsidR="009C4169" w:rsidRDefault="007C64BC">
            <w:pPr>
              <w:spacing w:before="65" w:after="65"/>
              <w:ind w:left="85" w:right="85"/>
              <w:jc w:val="both"/>
            </w:pPr>
            <w:r>
              <w:rPr>
                <w:b/>
                <w:color w:val="166534"/>
              </w:rPr>
              <w:t>Nastavni predmet</w:t>
            </w:r>
          </w:p>
        </w:tc>
        <w:tc>
          <w:tcPr>
            <w:tcW w:w="6568" w:type="dxa"/>
            <w:vAlign w:val="center"/>
          </w:tcPr>
          <w:p w14:paraId="555E8BBC" w14:textId="77777777" w:rsidR="009C4169" w:rsidRDefault="007C64BC">
            <w:pPr>
              <w:spacing w:before="65" w:after="65"/>
              <w:ind w:left="85" w:right="85"/>
              <w:jc w:val="both"/>
            </w:pPr>
            <w:r>
              <w:rPr>
                <w:color w:val="000000"/>
              </w:rPr>
              <w:t>Katolički vjeronauk</w:t>
            </w:r>
          </w:p>
        </w:tc>
      </w:tr>
      <w:tr w:rsidR="009C4169" w14:paraId="42A974A8" w14:textId="77777777">
        <w:trPr>
          <w:cantSplit/>
          <w:jc w:val="center"/>
        </w:trPr>
        <w:tc>
          <w:tcPr>
            <w:tcW w:w="3779" w:type="dxa"/>
            <w:shd w:val="clear" w:color="auto" w:fill="EAF6EC"/>
            <w:vAlign w:val="center"/>
          </w:tcPr>
          <w:p w14:paraId="1CAB33DE" w14:textId="77777777" w:rsidR="009C4169" w:rsidRDefault="007C64BC">
            <w:pPr>
              <w:spacing w:before="65" w:after="65"/>
              <w:ind w:left="85" w:right="85"/>
              <w:jc w:val="both"/>
            </w:pPr>
            <w:r>
              <w:rPr>
                <w:b/>
                <w:color w:val="166534"/>
              </w:rPr>
              <w:t>Vjeroučitelj</w:t>
            </w:r>
          </w:p>
        </w:tc>
        <w:tc>
          <w:tcPr>
            <w:tcW w:w="6568" w:type="dxa"/>
            <w:vAlign w:val="center"/>
          </w:tcPr>
          <w:p w14:paraId="6EF185DD" w14:textId="77777777" w:rsidR="009C4169" w:rsidRDefault="007C64BC">
            <w:pPr>
              <w:spacing w:before="65" w:after="65"/>
              <w:ind w:left="85" w:right="85"/>
              <w:jc w:val="both"/>
            </w:pPr>
            <w:r>
              <w:rPr>
                <w:color w:val="000000"/>
              </w:rPr>
              <w:t>Josip Kunac, prof.</w:t>
            </w:r>
          </w:p>
        </w:tc>
      </w:tr>
      <w:tr w:rsidR="009C4169" w14:paraId="262EAF2F" w14:textId="77777777">
        <w:trPr>
          <w:cantSplit/>
          <w:jc w:val="center"/>
        </w:trPr>
        <w:tc>
          <w:tcPr>
            <w:tcW w:w="3779" w:type="dxa"/>
            <w:shd w:val="clear" w:color="auto" w:fill="F1F8F2"/>
            <w:vAlign w:val="center"/>
          </w:tcPr>
          <w:p w14:paraId="79ED3728" w14:textId="77777777" w:rsidR="009C4169" w:rsidRDefault="007C64BC">
            <w:pPr>
              <w:spacing w:before="65" w:after="65"/>
              <w:ind w:left="85" w:right="85"/>
              <w:jc w:val="both"/>
            </w:pPr>
            <w:r>
              <w:rPr>
                <w:b/>
                <w:color w:val="166534"/>
              </w:rPr>
              <w:t>Razredni odjel</w:t>
            </w:r>
          </w:p>
        </w:tc>
        <w:tc>
          <w:tcPr>
            <w:tcW w:w="6568" w:type="dxa"/>
            <w:vAlign w:val="center"/>
          </w:tcPr>
          <w:p w14:paraId="1C69E97A" w14:textId="77777777" w:rsidR="009C4169" w:rsidRDefault="007C64BC">
            <w:pPr>
              <w:spacing w:before="65" w:after="65"/>
              <w:ind w:left="85" w:right="85"/>
              <w:jc w:val="both"/>
            </w:pPr>
            <w:r>
              <w:rPr>
                <w:color w:val="000000"/>
              </w:rPr>
              <w:t>7.</w:t>
            </w:r>
          </w:p>
        </w:tc>
      </w:tr>
      <w:tr w:rsidR="009C4169" w14:paraId="1415E685" w14:textId="77777777">
        <w:trPr>
          <w:cantSplit/>
          <w:jc w:val="center"/>
        </w:trPr>
        <w:tc>
          <w:tcPr>
            <w:tcW w:w="3779" w:type="dxa"/>
            <w:shd w:val="clear" w:color="auto" w:fill="EAF6EC"/>
            <w:vAlign w:val="center"/>
          </w:tcPr>
          <w:p w14:paraId="68036AF3" w14:textId="77777777" w:rsidR="009C4169" w:rsidRDefault="007C64BC">
            <w:pPr>
              <w:spacing w:before="65" w:after="65"/>
              <w:ind w:left="85" w:right="85"/>
              <w:jc w:val="both"/>
            </w:pPr>
            <w:r>
              <w:rPr>
                <w:b/>
                <w:color w:val="166534"/>
              </w:rPr>
              <w:t>Redni broj pripreme</w:t>
            </w:r>
          </w:p>
        </w:tc>
        <w:tc>
          <w:tcPr>
            <w:tcW w:w="6568" w:type="dxa"/>
            <w:vAlign w:val="center"/>
          </w:tcPr>
          <w:p w14:paraId="662AD40D" w14:textId="77777777" w:rsidR="009C4169" w:rsidRDefault="007C64BC">
            <w:pPr>
              <w:spacing w:before="65" w:after="65"/>
              <w:ind w:left="85" w:right="85"/>
              <w:jc w:val="both"/>
            </w:pPr>
            <w:r>
              <w:rPr>
                <w:color w:val="000000"/>
              </w:rPr>
              <w:t>14.</w:t>
            </w:r>
          </w:p>
        </w:tc>
      </w:tr>
      <w:tr w:rsidR="009C4169" w14:paraId="329299D3" w14:textId="77777777">
        <w:trPr>
          <w:cantSplit/>
          <w:jc w:val="center"/>
        </w:trPr>
        <w:tc>
          <w:tcPr>
            <w:tcW w:w="3779" w:type="dxa"/>
            <w:shd w:val="clear" w:color="auto" w:fill="F1F8F2"/>
            <w:vAlign w:val="center"/>
          </w:tcPr>
          <w:p w14:paraId="27393018" w14:textId="77777777" w:rsidR="009C4169" w:rsidRDefault="007C64BC">
            <w:pPr>
              <w:spacing w:before="65" w:after="65"/>
              <w:ind w:left="85" w:right="85"/>
              <w:jc w:val="both"/>
            </w:pPr>
            <w:r>
              <w:rPr>
                <w:b/>
                <w:color w:val="166534"/>
              </w:rPr>
              <w:t>Nastavna cjelina / tema</w:t>
            </w:r>
          </w:p>
        </w:tc>
        <w:tc>
          <w:tcPr>
            <w:tcW w:w="6568" w:type="dxa"/>
            <w:vAlign w:val="center"/>
          </w:tcPr>
          <w:p w14:paraId="57F6CFE6" w14:textId="77777777" w:rsidR="009C4169" w:rsidRDefault="007C64BC">
            <w:pPr>
              <w:spacing w:before="65" w:after="65"/>
              <w:ind w:left="85" w:right="85"/>
              <w:jc w:val="both"/>
            </w:pPr>
            <w:r>
              <w:rPr>
                <w:color w:val="000000"/>
              </w:rPr>
              <w:t>II. PUT KOJI VODI U ŽIVOT</w:t>
            </w:r>
          </w:p>
        </w:tc>
      </w:tr>
      <w:tr w:rsidR="009C4169" w14:paraId="54F95390" w14:textId="77777777">
        <w:trPr>
          <w:cantSplit/>
          <w:jc w:val="center"/>
        </w:trPr>
        <w:tc>
          <w:tcPr>
            <w:tcW w:w="3779" w:type="dxa"/>
            <w:shd w:val="clear" w:color="auto" w:fill="EAF6EC"/>
            <w:vAlign w:val="center"/>
          </w:tcPr>
          <w:p w14:paraId="3D240360" w14:textId="77777777" w:rsidR="009C4169" w:rsidRDefault="007C64BC">
            <w:pPr>
              <w:spacing w:before="65" w:after="65"/>
              <w:ind w:left="85" w:right="85"/>
              <w:jc w:val="both"/>
            </w:pPr>
            <w:r>
              <w:rPr>
                <w:b/>
                <w:color w:val="166534"/>
              </w:rPr>
              <w:t>Nastavna jedinica / podtema</w:t>
            </w:r>
          </w:p>
        </w:tc>
        <w:tc>
          <w:tcPr>
            <w:tcW w:w="6568" w:type="dxa"/>
            <w:vAlign w:val="center"/>
          </w:tcPr>
          <w:p w14:paraId="29A25DE8" w14:textId="7D41D27E" w:rsidR="009C4169" w:rsidRPr="00CD346B" w:rsidRDefault="00CD346B">
            <w:pPr>
              <w:spacing w:before="65" w:after="65"/>
              <w:ind w:left="85" w:right="85"/>
              <w:jc w:val="both"/>
              <w:rPr>
                <w:bCs/>
              </w:rPr>
            </w:pPr>
            <w:r w:rsidRPr="00CD346B">
              <w:rPr>
                <w:bCs/>
                <w:color w:val="000000"/>
              </w:rPr>
              <w:t>3</w:t>
            </w:r>
            <w:r w:rsidR="007C64BC" w:rsidRPr="00CD346B">
              <w:rPr>
                <w:bCs/>
                <w:color w:val="000000"/>
              </w:rPr>
              <w:t>. Bogoslovna krepost ljubavi</w:t>
            </w:r>
          </w:p>
        </w:tc>
      </w:tr>
    </w:tbl>
    <w:p w14:paraId="7C07A3AF" w14:textId="77777777" w:rsidR="009C4169" w:rsidRDefault="007C64BC">
      <w:pPr>
        <w:keepNext/>
        <w:spacing w:before="160"/>
        <w:jc w:val="both"/>
      </w:pPr>
      <w:r>
        <w:rPr>
          <w:b/>
          <w:color w:val="C96A00"/>
          <w:sz w:val="26"/>
        </w:rPr>
        <w:t>Odgojno-obrazovni ishodi učenja:</w:t>
      </w:r>
    </w:p>
    <w:p w14:paraId="4C1F71C0" w14:textId="77777777" w:rsidR="009C4169" w:rsidRDefault="007C64BC">
      <w:pPr>
        <w:jc w:val="both"/>
      </w:pPr>
      <w:r>
        <w:rPr>
          <w:color w:val="000000"/>
        </w:rPr>
        <w:t>OŠ KV C.7.1. Učenik navodi bogoslovne kreposti i objašnjava njihovu važnost za čovjekov odnos prema Bogu.</w:t>
      </w:r>
    </w:p>
    <w:p w14:paraId="6D5BB248" w14:textId="77777777" w:rsidR="009C4169" w:rsidRDefault="007C64BC" w:rsidP="00CD346B">
      <w:pPr>
        <w:spacing w:after="160"/>
        <w:jc w:val="both"/>
      </w:pPr>
      <w:r>
        <w:rPr>
          <w:color w:val="000000"/>
        </w:rPr>
        <w:t>OŠ KV C.7.1. Učenik objašnjava da se zapovijedi temelje na ljubavi prema Bogu i bližnjemu.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9C4169" w14:paraId="66F021C6" w14:textId="77777777">
        <w:trPr>
          <w:cantSplit/>
          <w:jc w:val="center"/>
        </w:trPr>
        <w:tc>
          <w:tcPr>
            <w:tcW w:w="3779" w:type="dxa"/>
            <w:shd w:val="clear" w:color="auto" w:fill="EAF6EC"/>
            <w:vAlign w:val="center"/>
          </w:tcPr>
          <w:p w14:paraId="71D364B2" w14:textId="77777777" w:rsidR="009C4169" w:rsidRDefault="007C64BC">
            <w:pPr>
              <w:spacing w:before="65" w:after="65"/>
              <w:ind w:left="85" w:right="85"/>
              <w:jc w:val="both"/>
            </w:pPr>
            <w:r>
              <w:rPr>
                <w:b/>
                <w:color w:val="1F6D3A"/>
              </w:rPr>
              <w:t>Ključni pojmovi</w:t>
            </w:r>
          </w:p>
        </w:tc>
        <w:tc>
          <w:tcPr>
            <w:tcW w:w="6568" w:type="dxa"/>
            <w:vAlign w:val="center"/>
          </w:tcPr>
          <w:p w14:paraId="55CAFA46" w14:textId="77777777" w:rsidR="009C4169" w:rsidRDefault="007C64BC">
            <w:pPr>
              <w:spacing w:before="65" w:after="65"/>
              <w:ind w:left="85" w:right="85"/>
              <w:jc w:val="both"/>
            </w:pPr>
            <w:r>
              <w:rPr>
                <w:color w:val="000000"/>
              </w:rPr>
              <w:t>ljubav; Bog je ljubav; bližnji; služenje; zapovijed ljubavi; darivanje</w:t>
            </w:r>
          </w:p>
        </w:tc>
      </w:tr>
      <w:tr w:rsidR="009C4169" w14:paraId="6F2B9DAB" w14:textId="77777777">
        <w:trPr>
          <w:cantSplit/>
          <w:jc w:val="center"/>
        </w:trPr>
        <w:tc>
          <w:tcPr>
            <w:tcW w:w="3779" w:type="dxa"/>
            <w:shd w:val="clear" w:color="auto" w:fill="F1F8F2"/>
            <w:vAlign w:val="center"/>
          </w:tcPr>
          <w:p w14:paraId="254C9AAC" w14:textId="77777777" w:rsidR="009C4169" w:rsidRDefault="007C64BC">
            <w:pPr>
              <w:spacing w:before="65" w:after="65"/>
              <w:ind w:left="85" w:right="85"/>
              <w:jc w:val="both"/>
            </w:pPr>
            <w:r>
              <w:rPr>
                <w:b/>
                <w:color w:val="1F6D3A"/>
              </w:rPr>
              <w:t>Središnje / problemsko pitanje</w:t>
            </w:r>
          </w:p>
        </w:tc>
        <w:tc>
          <w:tcPr>
            <w:tcW w:w="6568" w:type="dxa"/>
            <w:vAlign w:val="center"/>
          </w:tcPr>
          <w:p w14:paraId="06D687FD" w14:textId="77777777" w:rsidR="009C4169" w:rsidRDefault="007C64BC">
            <w:pPr>
              <w:spacing w:before="65" w:after="65"/>
              <w:ind w:left="85" w:right="85"/>
              <w:jc w:val="both"/>
            </w:pPr>
            <w:r>
              <w:rPr>
                <w:color w:val="000000"/>
              </w:rPr>
              <w:t>Kako primljena Božja ljubav postaje ljubav prema bližnjemu?</w:t>
            </w:r>
          </w:p>
        </w:tc>
      </w:tr>
      <w:tr w:rsidR="009C4169" w14:paraId="338FF07C" w14:textId="77777777">
        <w:trPr>
          <w:cantSplit/>
          <w:jc w:val="center"/>
        </w:trPr>
        <w:tc>
          <w:tcPr>
            <w:tcW w:w="3779" w:type="dxa"/>
            <w:shd w:val="clear" w:color="auto" w:fill="EAF6EC"/>
            <w:vAlign w:val="center"/>
          </w:tcPr>
          <w:p w14:paraId="774CA221" w14:textId="77777777" w:rsidR="009C4169" w:rsidRDefault="007C64BC">
            <w:pPr>
              <w:spacing w:before="65" w:after="65"/>
              <w:ind w:left="85" w:right="85"/>
              <w:jc w:val="both"/>
            </w:pPr>
            <w:r>
              <w:rPr>
                <w:b/>
                <w:color w:val="1F6D3A"/>
              </w:rPr>
              <w:t>Oblici rada</w:t>
            </w:r>
          </w:p>
        </w:tc>
        <w:tc>
          <w:tcPr>
            <w:tcW w:w="6568" w:type="dxa"/>
            <w:vAlign w:val="center"/>
          </w:tcPr>
          <w:p w14:paraId="51F4B350" w14:textId="77777777" w:rsidR="009C4169" w:rsidRDefault="007C64BC">
            <w:pPr>
              <w:spacing w:before="65" w:after="65"/>
              <w:ind w:left="85" w:right="85"/>
              <w:jc w:val="both"/>
            </w:pPr>
            <w:r>
              <w:rPr>
                <w:color w:val="000000"/>
              </w:rPr>
              <w:t>frontalni rad, individualni rad, rad u paru, rad u skupinama</w:t>
            </w:r>
          </w:p>
        </w:tc>
      </w:tr>
      <w:tr w:rsidR="009C4169" w14:paraId="28ABBB66" w14:textId="77777777">
        <w:trPr>
          <w:cantSplit/>
          <w:jc w:val="center"/>
        </w:trPr>
        <w:tc>
          <w:tcPr>
            <w:tcW w:w="3779" w:type="dxa"/>
            <w:shd w:val="clear" w:color="auto" w:fill="F1F8F2"/>
            <w:vAlign w:val="center"/>
          </w:tcPr>
          <w:p w14:paraId="34099885" w14:textId="77777777" w:rsidR="009C4169" w:rsidRDefault="007C64BC">
            <w:pPr>
              <w:spacing w:before="65" w:after="65"/>
              <w:ind w:left="85" w:right="85"/>
              <w:jc w:val="both"/>
            </w:pPr>
            <w:r>
              <w:rPr>
                <w:b/>
                <w:color w:val="1F6D3A"/>
              </w:rPr>
              <w:t>Nastavne metode</w:t>
            </w:r>
          </w:p>
        </w:tc>
        <w:tc>
          <w:tcPr>
            <w:tcW w:w="6568" w:type="dxa"/>
            <w:vAlign w:val="center"/>
          </w:tcPr>
          <w:p w14:paraId="6F2CE720" w14:textId="77777777" w:rsidR="009C4169" w:rsidRDefault="007C64BC">
            <w:pPr>
              <w:spacing w:before="65" w:after="65"/>
              <w:ind w:left="85" w:right="85"/>
              <w:jc w:val="both"/>
            </w:pPr>
            <w:r>
              <w:rPr>
                <w:color w:val="000000"/>
              </w:rPr>
              <w:t>istraživanje tvrdnji, povezivanje teksta i postupka, usporedba, moralna dilema, planiranje služenja</w:t>
            </w:r>
          </w:p>
        </w:tc>
      </w:tr>
      <w:tr w:rsidR="009C4169" w14:paraId="32488A1C" w14:textId="77777777">
        <w:trPr>
          <w:cantSplit/>
          <w:jc w:val="center"/>
        </w:trPr>
        <w:tc>
          <w:tcPr>
            <w:tcW w:w="3779" w:type="dxa"/>
            <w:shd w:val="clear" w:color="auto" w:fill="EAF6EC"/>
            <w:vAlign w:val="center"/>
          </w:tcPr>
          <w:p w14:paraId="5F410CCC" w14:textId="77777777" w:rsidR="009C4169" w:rsidRDefault="007C64BC">
            <w:pPr>
              <w:spacing w:before="65" w:after="65"/>
              <w:ind w:left="85" w:right="85"/>
              <w:jc w:val="both"/>
            </w:pPr>
            <w:r>
              <w:rPr>
                <w:b/>
                <w:color w:val="1F6D3A"/>
              </w:rPr>
              <w:t>Nastavna sredstva i pomagala</w:t>
            </w:r>
          </w:p>
        </w:tc>
        <w:tc>
          <w:tcPr>
            <w:tcW w:w="6568" w:type="dxa"/>
            <w:vAlign w:val="center"/>
          </w:tcPr>
          <w:p w14:paraId="5D94D8A8" w14:textId="77777777" w:rsidR="009C4169" w:rsidRDefault="007C64BC">
            <w:pPr>
              <w:spacing w:before="65" w:after="65"/>
              <w:ind w:left="85" w:right="85"/>
              <w:jc w:val="both"/>
            </w:pPr>
            <w:r>
              <w:rPr>
                <w:color w:val="000000"/>
              </w:rPr>
              <w:t>udžbenik Neka je Bog prvi, str. 23–24; RB, str. 24–25; Biblija, bilježnica, radni predlošci, ploča ili projektor; izborni videozapisi</w:t>
            </w:r>
          </w:p>
        </w:tc>
      </w:tr>
      <w:tr w:rsidR="009C4169" w14:paraId="6939EC5E" w14:textId="77777777">
        <w:trPr>
          <w:cantSplit/>
          <w:jc w:val="center"/>
        </w:trPr>
        <w:tc>
          <w:tcPr>
            <w:tcW w:w="3779" w:type="dxa"/>
            <w:shd w:val="clear" w:color="auto" w:fill="F1F8F2"/>
            <w:vAlign w:val="center"/>
          </w:tcPr>
          <w:p w14:paraId="23E72F49" w14:textId="77777777" w:rsidR="009C4169" w:rsidRDefault="007C64BC">
            <w:pPr>
              <w:spacing w:before="65" w:after="65"/>
              <w:ind w:left="85" w:right="85"/>
              <w:jc w:val="both"/>
            </w:pPr>
            <w:r>
              <w:rPr>
                <w:b/>
                <w:color w:val="1F6D3A"/>
              </w:rPr>
              <w:t>Međupredmetne teme</w:t>
            </w:r>
          </w:p>
        </w:tc>
        <w:tc>
          <w:tcPr>
            <w:tcW w:w="6568" w:type="dxa"/>
            <w:vAlign w:val="center"/>
          </w:tcPr>
          <w:p w14:paraId="770DD88F" w14:textId="77777777" w:rsidR="009C4169" w:rsidRDefault="007C64BC">
            <w:pPr>
              <w:spacing w:before="65" w:after="65"/>
              <w:ind w:left="85" w:right="85"/>
              <w:jc w:val="both"/>
            </w:pPr>
            <w:r>
              <w:rPr>
                <w:color w:val="000000"/>
              </w:rPr>
              <w:t>uku A.3.4. Učenik kritički promišlja i vrednuje ideje uz podršku učitelja. uku B.3.4. Učenik samovrednuje proces učenja i svoje rezultate, procjenjuje ostvareni napredak te na temelju toga planira buduće učenje.</w:t>
            </w:r>
          </w:p>
        </w:tc>
      </w:tr>
      <w:tr w:rsidR="009C4169" w14:paraId="148D0720" w14:textId="77777777">
        <w:trPr>
          <w:cantSplit/>
          <w:jc w:val="center"/>
        </w:trPr>
        <w:tc>
          <w:tcPr>
            <w:tcW w:w="3779" w:type="dxa"/>
            <w:shd w:val="clear" w:color="auto" w:fill="EAF6EC"/>
            <w:vAlign w:val="center"/>
          </w:tcPr>
          <w:p w14:paraId="6E2DCD41" w14:textId="77777777" w:rsidR="009C4169" w:rsidRDefault="007C64BC">
            <w:pPr>
              <w:spacing w:before="65" w:after="65"/>
              <w:ind w:left="85" w:right="85"/>
              <w:jc w:val="both"/>
            </w:pPr>
            <w:r>
              <w:rPr>
                <w:b/>
                <w:color w:val="1F6D3A"/>
              </w:rPr>
              <w:t>Korelacija</w:t>
            </w:r>
          </w:p>
        </w:tc>
        <w:tc>
          <w:tcPr>
            <w:tcW w:w="6568" w:type="dxa"/>
            <w:vAlign w:val="center"/>
          </w:tcPr>
          <w:p w14:paraId="6E282129" w14:textId="77777777" w:rsidR="009C4169" w:rsidRDefault="007C64BC">
            <w:pPr>
              <w:spacing w:before="65" w:after="65"/>
              <w:ind w:left="85" w:right="85"/>
              <w:jc w:val="both"/>
            </w:pPr>
            <w:r>
              <w:rPr>
                <w:color w:val="000000"/>
              </w:rPr>
              <w:t>Hrvatski jezik: OŠ HJ A.7.2. – izdvajanje bitnoga i sažimanje; OŠ HJ C.7.2. – povezivanje teksta i života.</w:t>
            </w:r>
          </w:p>
        </w:tc>
      </w:tr>
    </w:tbl>
    <w:p w14:paraId="01571964" w14:textId="77777777" w:rsidR="009C4169" w:rsidRDefault="007C64BC">
      <w:pPr>
        <w:keepNext/>
        <w:spacing w:before="160"/>
        <w:jc w:val="both"/>
      </w:pPr>
      <w:r>
        <w:rPr>
          <w:b/>
          <w:color w:val="C96A00"/>
          <w:sz w:val="26"/>
        </w:rPr>
        <w:t>Vrednovanje:</w:t>
      </w:r>
    </w:p>
    <w:p w14:paraId="0575BEBD" w14:textId="77777777" w:rsidR="009C4169" w:rsidRDefault="007C64BC">
      <w:pPr>
        <w:jc w:val="both"/>
      </w:pPr>
      <w:r w:rsidRPr="00CD346B">
        <w:rPr>
          <w:b/>
          <w:bCs/>
          <w:color w:val="000000"/>
        </w:rPr>
        <w:t xml:space="preserve">Vrednovanje za učenje: </w:t>
      </w:r>
      <w:r>
        <w:rPr>
          <w:color w:val="000000"/>
        </w:rPr>
        <w:t>vjeroučitelj će pratiti tumačenje pojmova, povezivanje izvora i primjera te obrazloženje odluka; povratnu informaciju dat će tijekom razgovora i završne provjere.</w:t>
      </w:r>
    </w:p>
    <w:p w14:paraId="11230EFD" w14:textId="77777777" w:rsidR="009C4169" w:rsidRDefault="007C64BC">
      <w:pPr>
        <w:jc w:val="both"/>
      </w:pPr>
      <w:r w:rsidRPr="00CD346B">
        <w:rPr>
          <w:b/>
          <w:bCs/>
          <w:color w:val="000000"/>
        </w:rPr>
        <w:t xml:space="preserve">Vrednovanje kao učenje: </w:t>
      </w:r>
      <w:r>
        <w:rPr>
          <w:color w:val="000000"/>
        </w:rPr>
        <w:t>učenici će procijeniti razumijevanje uz ponuđeni oblik samovrednovanja i odrediti što još trebaju uvježbati.</w:t>
      </w:r>
    </w:p>
    <w:p w14:paraId="0902B2F9" w14:textId="77777777" w:rsidR="009C4169" w:rsidRDefault="007C64BC">
      <w:pPr>
        <w:jc w:val="both"/>
      </w:pPr>
      <w:r w:rsidRPr="00CD346B">
        <w:rPr>
          <w:b/>
          <w:bCs/>
          <w:color w:val="000000"/>
        </w:rPr>
        <w:t xml:space="preserve">Vrednovanje naučenoga: </w:t>
      </w:r>
      <w:r>
        <w:rPr>
          <w:color w:val="000000"/>
        </w:rPr>
        <w:t>formalno brojčano ocjenjivanje nije predviđeno.</w:t>
      </w:r>
    </w:p>
    <w:p w14:paraId="4798B15C" w14:textId="77777777" w:rsidR="009C4169" w:rsidRDefault="007C64BC">
      <w:pPr>
        <w:pageBreakBefore/>
        <w:jc w:val="center"/>
      </w:pPr>
      <w:r>
        <w:rPr>
          <w:b/>
          <w:color w:val="0070C0"/>
          <w:sz w:val="40"/>
        </w:rPr>
        <w:lastRenderedPageBreak/>
        <w:t>TIJEK NASTAVNOGA SATA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6A84FD0A" w14:textId="77777777">
        <w:trPr>
          <w:cantSplit/>
          <w:jc w:val="center"/>
        </w:trPr>
        <w:tc>
          <w:tcPr>
            <w:tcW w:w="10346" w:type="dxa"/>
            <w:shd w:val="clear" w:color="auto" w:fill="00B050"/>
            <w:vAlign w:val="center"/>
          </w:tcPr>
          <w:p w14:paraId="47D8FD94" w14:textId="77777777" w:rsidR="009C4169" w:rsidRDefault="007C64BC">
            <w:pPr>
              <w:keepNext/>
              <w:spacing w:before="80"/>
              <w:ind w:left="85" w:right="85"/>
            </w:pPr>
            <w:r>
              <w:rPr>
                <w:b/>
                <w:color w:val="FFFFFF"/>
                <w:sz w:val="32"/>
              </w:rPr>
              <w:t>I. UVODNI DIO – PITAJ</w:t>
            </w:r>
            <w:r>
              <w:rPr>
                <w:color w:val="FFFFFF"/>
                <w:sz w:val="20"/>
              </w:rPr>
              <w:t xml:space="preserve"> (8 min)</w:t>
            </w:r>
          </w:p>
        </w:tc>
      </w:tr>
    </w:tbl>
    <w:p w14:paraId="0AEC6684" w14:textId="77777777" w:rsidR="009C4169" w:rsidRDefault="009C4169">
      <w:pPr>
        <w:keepNext/>
        <w:spacing w:after="0" w:line="120" w:lineRule="exact"/>
        <w:jc w:val="both"/>
      </w:pPr>
    </w:p>
    <w:p w14:paraId="2A258F6D" w14:textId="77777777" w:rsidR="009C4169" w:rsidRDefault="007C64BC">
      <w:pPr>
        <w:keepNext/>
        <w:spacing w:before="160"/>
        <w:jc w:val="both"/>
      </w:pPr>
      <w:r>
        <w:rPr>
          <w:b/>
          <w:color w:val="C96A00"/>
          <w:sz w:val="26"/>
        </w:rPr>
        <w:t>Uvodna molitva:</w:t>
      </w:r>
    </w:p>
    <w:p w14:paraId="7DFC0849" w14:textId="77777777" w:rsidR="009C4169" w:rsidRDefault="007C64BC">
      <w:pPr>
        <w:jc w:val="both"/>
      </w:pPr>
      <w:r>
        <w:rPr>
          <w:color w:val="000000"/>
        </w:rPr>
        <w:t>Oče naš…</w:t>
      </w:r>
    </w:p>
    <w:p w14:paraId="48D6C17E" w14:textId="77777777" w:rsidR="009C4169" w:rsidRDefault="007C64BC">
      <w:pPr>
        <w:jc w:val="both"/>
      </w:pPr>
      <w:r>
        <w:rPr>
          <w:color w:val="000000"/>
        </w:rPr>
        <w:t>ili: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6A4AF0E4" w14:textId="77777777">
        <w:trPr>
          <w:cantSplit/>
          <w:jc w:val="center"/>
        </w:trPr>
        <w:tc>
          <w:tcPr>
            <w:tcW w:w="10346" w:type="dxa"/>
            <w:shd w:val="clear" w:color="auto" w:fill="F7FBF7"/>
            <w:vAlign w:val="center"/>
          </w:tcPr>
          <w:p w14:paraId="71C9EB0B" w14:textId="77777777" w:rsidR="009C4169" w:rsidRDefault="007C64BC">
            <w:pPr>
              <w:spacing w:before="65" w:after="65"/>
              <w:ind w:left="85" w:right="85"/>
              <w:jc w:val="both"/>
            </w:pPr>
            <w:r>
              <w:rPr>
                <w:color w:val="000000"/>
                <w:sz w:val="40"/>
              </w:rPr>
              <w:t>Bože ljubavi, nauči nas prepoznati dobro u ljudima. Oslobodi nas ravnodušnosti i potrebe da uvijek budemo u središtu. Daj da danas nekoga saslušamo i učinimo mu dobro. Amen.</w:t>
            </w:r>
          </w:p>
        </w:tc>
      </w:tr>
    </w:tbl>
    <w:p w14:paraId="58084A3F" w14:textId="77777777" w:rsidR="009C4169" w:rsidRDefault="009C4169">
      <w:pPr>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34F446A6" w14:textId="77777777">
        <w:trPr>
          <w:cantSplit/>
          <w:jc w:val="center"/>
        </w:trPr>
        <w:tc>
          <w:tcPr>
            <w:tcW w:w="10346" w:type="dxa"/>
            <w:shd w:val="clear" w:color="auto" w:fill="EAF4E2"/>
            <w:vAlign w:val="center"/>
          </w:tcPr>
          <w:p w14:paraId="5115308C" w14:textId="77777777" w:rsidR="009C4169" w:rsidRDefault="007C64BC">
            <w:pPr>
              <w:spacing w:before="65" w:after="65"/>
              <w:ind w:left="85" w:right="85"/>
              <w:jc w:val="both"/>
            </w:pPr>
            <w:r>
              <w:rPr>
                <w:b/>
                <w:color w:val="C96A00"/>
                <w:sz w:val="21"/>
              </w:rPr>
              <w:t>Alternativa:</w:t>
            </w:r>
            <w:r>
              <w:rPr>
                <w:sz w:val="21"/>
              </w:rPr>
              <w:t xml:space="preserve"> „A sada: ostaju vjera, ufanje i ljubav – to troje – ali najveća je među njima ljubav.“ (1 Kor 13,13; prema udžbeniku, str. 24.) Učenici će u tišini razmisliti o jednom djelu ljubavi koje su primili.</w:t>
            </w:r>
          </w:p>
        </w:tc>
      </w:tr>
    </w:tbl>
    <w:p w14:paraId="1A471557" w14:textId="77777777" w:rsidR="009C4169" w:rsidRDefault="007C64BC">
      <w:pPr>
        <w:keepNext/>
        <w:spacing w:before="160"/>
        <w:jc w:val="both"/>
      </w:pPr>
      <w:r>
        <w:rPr>
          <w:b/>
          <w:color w:val="C96A00"/>
          <w:sz w:val="26"/>
        </w:rPr>
        <w:t>Povezivanje s prethodnim satom / pregled domaće zadaće:</w:t>
      </w:r>
    </w:p>
    <w:p w14:paraId="340A6593" w14:textId="77777777" w:rsidR="009C4169" w:rsidRDefault="007C64BC">
      <w:pPr>
        <w:jc w:val="both"/>
      </w:pPr>
      <w:r>
        <w:rPr>
          <w:color w:val="000000"/>
        </w:rPr>
        <w:t>Učenici će vjeroučitelju dati na uvid domaću zadaću s prethodnoga susreta:</w:t>
      </w:r>
    </w:p>
    <w:p w14:paraId="0DE7905F" w14:textId="77777777" w:rsidR="009C4169" w:rsidRPr="004D01CE" w:rsidRDefault="007C64BC">
      <w:pPr>
        <w:jc w:val="both"/>
        <w:rPr>
          <w:i/>
          <w:iCs/>
        </w:rPr>
      </w:pPr>
      <w:r w:rsidRPr="004D01CE">
        <w:rPr>
          <w:i/>
          <w:iCs/>
          <w:color w:val="000000"/>
        </w:rPr>
        <w:t>Učenici će riješiti ili dovršiti zadatke u RB-u, str. 22–23.</w:t>
      </w:r>
    </w:p>
    <w:p w14:paraId="079A496F" w14:textId="77777777" w:rsidR="009C4169" w:rsidRDefault="007C64BC">
      <w:pPr>
        <w:jc w:val="both"/>
      </w:pPr>
      <w:r>
        <w:rPr>
          <w:color w:val="000000"/>
        </w:rPr>
        <w:t>Ili:</w:t>
      </w:r>
    </w:p>
    <w:p w14:paraId="44FFCE49" w14:textId="77777777" w:rsidR="009C4169" w:rsidRPr="004D01CE" w:rsidRDefault="007C64BC">
      <w:pPr>
        <w:jc w:val="both"/>
        <w:rPr>
          <w:i/>
          <w:iCs/>
        </w:rPr>
      </w:pPr>
      <w:r w:rsidRPr="004D01CE">
        <w:rPr>
          <w:i/>
          <w:iCs/>
          <w:color w:val="000000"/>
        </w:rPr>
        <w:t>Učenici će napisati poruku nade osobi koja je doživjela neuspjeh. U četiri rečenice povezivat će priznanje teškoće, pouzdanje u Boga i jedan ostvariv korak.</w:t>
      </w:r>
    </w:p>
    <w:p w14:paraId="2499B1BE" w14:textId="77777777" w:rsidR="009C4169" w:rsidRDefault="007C64BC">
      <w:pPr>
        <w:keepNext/>
        <w:spacing w:before="120"/>
        <w:jc w:val="both"/>
      </w:pPr>
      <w:r>
        <w:rPr>
          <w:color w:val="000000"/>
        </w:rPr>
        <w:t>Razgovor</w:t>
      </w:r>
    </w:p>
    <w:p w14:paraId="37449D17" w14:textId="77777777" w:rsidR="009C4169" w:rsidRDefault="007C64BC">
      <w:pPr>
        <w:numPr>
          <w:ilvl w:val="0"/>
          <w:numId w:val="1"/>
        </w:numPr>
        <w:jc w:val="both"/>
      </w:pPr>
      <w:r>
        <w:rPr>
          <w:color w:val="000000"/>
        </w:rPr>
        <w:t xml:space="preserve">Kako nada otvara prostor djelima ljubavi? </w:t>
      </w:r>
      <w:r>
        <w:rPr>
          <w:color w:val="6B6B6B"/>
          <w:sz w:val="18"/>
        </w:rPr>
        <w:t>(Daje snagu da činimo dobro i kada ne vidimo trenutačan rezultat.)</w:t>
      </w:r>
    </w:p>
    <w:p w14:paraId="5E4B57BE" w14:textId="77777777" w:rsidR="009C4169" w:rsidRDefault="007C64BC">
      <w:pPr>
        <w:keepNext/>
        <w:spacing w:before="160"/>
        <w:jc w:val="both"/>
      </w:pPr>
      <w:r>
        <w:rPr>
          <w:b/>
          <w:color w:val="C96A00"/>
          <w:sz w:val="26"/>
        </w:rPr>
        <w:t>Motivacija:</w:t>
      </w:r>
    </w:p>
    <w:p w14:paraId="0B71EC71" w14:textId="3FF736B7" w:rsidR="009C4169" w:rsidRDefault="007C64BC">
      <w:pPr>
        <w:jc w:val="both"/>
        <w:rPr>
          <w:color w:val="000000"/>
        </w:rPr>
      </w:pPr>
      <w:r>
        <w:rPr>
          <w:color w:val="000000"/>
        </w:rPr>
        <w:t>Učenici će poslušati razgovor iz udžbenika i odabrati pitanje na koje im nije lako odgovoriti samo jednom riječju.</w:t>
      </w:r>
    </w:p>
    <w:p w14:paraId="7443FA87" w14:textId="77777777" w:rsidR="00690300" w:rsidRDefault="00690300">
      <w:pPr>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088D9C79" w14:textId="77777777">
        <w:trPr>
          <w:jc w:val="center"/>
        </w:trPr>
        <w:tc>
          <w:tcPr>
            <w:tcW w:w="10346" w:type="dxa"/>
            <w:shd w:val="clear" w:color="auto" w:fill="46437E"/>
            <w:vAlign w:val="center"/>
          </w:tcPr>
          <w:p w14:paraId="2C886B6A" w14:textId="77777777" w:rsidR="009C4169" w:rsidRDefault="007C64BC">
            <w:pPr>
              <w:keepNext/>
              <w:spacing w:before="65" w:after="65"/>
              <w:ind w:left="85" w:right="85"/>
              <w:jc w:val="center"/>
            </w:pPr>
            <w:r>
              <w:rPr>
                <w:b/>
                <w:color w:val="FFFFFF"/>
                <w:sz w:val="40"/>
              </w:rPr>
              <w:t>PITANJA MLADIH</w:t>
            </w:r>
          </w:p>
        </w:tc>
      </w:tr>
      <w:tr w:rsidR="009C4169" w14:paraId="687D8FE4" w14:textId="77777777">
        <w:trPr>
          <w:cantSplit/>
          <w:jc w:val="center"/>
        </w:trPr>
        <w:tc>
          <w:tcPr>
            <w:tcW w:w="10346" w:type="dxa"/>
            <w:shd w:val="clear" w:color="auto" w:fill="F3F6FA"/>
            <w:vAlign w:val="center"/>
          </w:tcPr>
          <w:p w14:paraId="3BB89511" w14:textId="77777777" w:rsidR="009C4169" w:rsidRDefault="007C64BC" w:rsidP="00690300">
            <w:pPr>
              <w:spacing w:before="65" w:after="0"/>
              <w:ind w:left="85" w:right="85"/>
              <w:jc w:val="both"/>
            </w:pPr>
            <w:r>
              <w:rPr>
                <w:color w:val="000000"/>
                <w:sz w:val="40"/>
              </w:rPr>
              <w:t>Imam za tebe četiri važna pitanja: Zanima me što me može ispuniti? Što je sveto? Za što vrijedi umrijeti? I za što vrijedi živjeti?</w:t>
            </w:r>
          </w:p>
          <w:p w14:paraId="333B6F1D" w14:textId="77777777" w:rsidR="009C4169" w:rsidRDefault="009C4169" w:rsidP="00690300">
            <w:pPr>
              <w:spacing w:after="0"/>
            </w:pPr>
          </w:p>
          <w:p w14:paraId="7E0A5A76" w14:textId="77777777" w:rsidR="00D47F25" w:rsidRDefault="007C64BC">
            <w:pPr>
              <w:spacing w:before="65" w:after="65"/>
              <w:ind w:left="85" w:right="85"/>
              <w:jc w:val="both"/>
              <w:rPr>
                <w:color w:val="000000"/>
                <w:sz w:val="40"/>
              </w:rPr>
            </w:pPr>
            <w:r>
              <w:rPr>
                <w:color w:val="000000"/>
                <w:sz w:val="40"/>
              </w:rPr>
              <w:t>Vrlo jednostavno! Za sva tvoja četiri pitanja imam isti odgovor. Ljubav!</w:t>
            </w:r>
          </w:p>
          <w:p w14:paraId="0A227F62" w14:textId="6E3D4B44" w:rsidR="009C4169" w:rsidRDefault="007C64BC" w:rsidP="00D47F25">
            <w:pPr>
              <w:spacing w:before="65" w:after="65"/>
              <w:ind w:left="85" w:right="85"/>
              <w:jc w:val="right"/>
            </w:pPr>
            <w:r>
              <w:rPr>
                <w:color w:val="000000"/>
                <w:sz w:val="20"/>
              </w:rPr>
              <w:t>Udžbenik, str. 23–24.</w:t>
            </w:r>
          </w:p>
        </w:tc>
      </w:tr>
    </w:tbl>
    <w:p w14:paraId="34060DFF" w14:textId="77777777" w:rsidR="009C4169" w:rsidRDefault="009C4169">
      <w:pPr>
        <w:spacing w:after="0" w:line="120" w:lineRule="exact"/>
        <w:jc w:val="both"/>
      </w:pPr>
    </w:p>
    <w:p w14:paraId="6753C640" w14:textId="77777777" w:rsidR="009C4169" w:rsidRDefault="007C64BC">
      <w:pPr>
        <w:keepNext/>
        <w:spacing w:before="120"/>
        <w:jc w:val="both"/>
      </w:pPr>
      <w:r>
        <w:rPr>
          <w:color w:val="000000"/>
        </w:rPr>
        <w:t>Razgovor</w:t>
      </w:r>
    </w:p>
    <w:p w14:paraId="13E9848E" w14:textId="77777777" w:rsidR="009C4169" w:rsidRDefault="007C64BC">
      <w:pPr>
        <w:numPr>
          <w:ilvl w:val="0"/>
          <w:numId w:val="1"/>
        </w:numPr>
        <w:jc w:val="both"/>
      </w:pPr>
      <w:r>
        <w:rPr>
          <w:color w:val="000000"/>
        </w:rPr>
        <w:t xml:space="preserve">Zašto riječ ljubav traži dodatno objašnjenje? </w:t>
      </w:r>
      <w:r>
        <w:rPr>
          <w:color w:val="6B6B6B"/>
          <w:sz w:val="18"/>
        </w:rPr>
        <w:t>(Može označavati osjećaj, privlačnost, odnos ili odluku za tuđe dobro.)</w:t>
      </w:r>
    </w:p>
    <w:p w14:paraId="008F065E" w14:textId="77777777" w:rsidR="009C4169" w:rsidRDefault="007C64BC">
      <w:pPr>
        <w:numPr>
          <w:ilvl w:val="0"/>
          <w:numId w:val="1"/>
        </w:numPr>
        <w:jc w:val="both"/>
      </w:pPr>
      <w:r>
        <w:rPr>
          <w:color w:val="000000"/>
        </w:rPr>
        <w:t xml:space="preserve">Kako biste razlikovali lijepu riječ i stvarnu brigu? </w:t>
      </w:r>
      <w:r>
        <w:rPr>
          <w:color w:val="6B6B6B"/>
          <w:sz w:val="18"/>
        </w:rPr>
        <w:t>(Prema djelima i poštovanju dostojanstva osobe.)</w:t>
      </w:r>
    </w:p>
    <w:p w14:paraId="09F40245" w14:textId="315DC8FF" w:rsidR="009C4169" w:rsidRDefault="00CD346B">
      <w:pPr>
        <w:jc w:val="both"/>
        <w:rPr>
          <w:color w:val="000000"/>
        </w:rPr>
      </w:pPr>
      <w:r>
        <w:rPr>
          <w:b/>
          <w:color w:val="166534"/>
        </w:rPr>
        <w:t xml:space="preserve">Početni stav: </w:t>
      </w:r>
      <w:r w:rsidR="007C64BC">
        <w:rPr>
          <w:color w:val="000000"/>
        </w:rPr>
        <w:t>Učenici će zapisati jedan glagol koji povezuju s ljubavlju. Na kraju će ga potvrditi ili zamijeniti i obrazložiti izbor.</w:t>
      </w:r>
    </w:p>
    <w:p w14:paraId="1FC50869" w14:textId="77777777" w:rsidR="00CD346B" w:rsidRDefault="00CD346B">
      <w:pPr>
        <w:jc w:val="both"/>
        <w:rPr>
          <w:color w:val="000000"/>
        </w:rPr>
      </w:pPr>
    </w:p>
    <w:p w14:paraId="11B2F0B7" w14:textId="401EE4CE" w:rsidR="00CD346B" w:rsidRPr="00CD346B" w:rsidRDefault="00CD346B" w:rsidP="00CD346B">
      <w:pPr>
        <w:jc w:val="center"/>
        <w:rPr>
          <w:color w:val="002060"/>
          <w:sz w:val="40"/>
          <w:szCs w:val="40"/>
        </w:rPr>
      </w:pPr>
      <w:r w:rsidRPr="00CD346B">
        <w:rPr>
          <w:color w:val="002060"/>
          <w:sz w:val="40"/>
          <w:szCs w:val="40"/>
        </w:rPr>
        <w:lastRenderedPageBreak/>
        <w:t xml:space="preserve">Zapisati jedan glagol koji </w:t>
      </w:r>
      <w:r w:rsidR="00690300">
        <w:rPr>
          <w:color w:val="002060"/>
          <w:sz w:val="40"/>
          <w:szCs w:val="40"/>
        </w:rPr>
        <w:t xml:space="preserve">se </w:t>
      </w:r>
      <w:r w:rsidRPr="00CD346B">
        <w:rPr>
          <w:color w:val="002060"/>
          <w:sz w:val="40"/>
          <w:szCs w:val="40"/>
        </w:rPr>
        <w:t>povezuje s ljubavlju.</w:t>
      </w:r>
    </w:p>
    <w:p w14:paraId="7107B46E" w14:textId="77777777" w:rsidR="009C4169" w:rsidRDefault="007C64BC">
      <w:pPr>
        <w:keepNext/>
        <w:spacing w:before="160"/>
        <w:jc w:val="both"/>
      </w:pPr>
      <w:r>
        <w:rPr>
          <w:b/>
          <w:color w:val="C96A00"/>
          <w:sz w:val="26"/>
        </w:rPr>
        <w:t>Najava teme i središnjega pitanja:</w:t>
      </w:r>
    </w:p>
    <w:p w14:paraId="4FA1E179" w14:textId="77777777" w:rsidR="009C4169" w:rsidRDefault="007C64BC">
      <w:pPr>
        <w:keepNext/>
        <w:jc w:val="both"/>
        <w:rPr>
          <w:color w:val="000000"/>
        </w:rPr>
      </w:pPr>
      <w:r>
        <w:rPr>
          <w:color w:val="000000"/>
        </w:rPr>
        <w:t>Učenici će zapisati naslov „Bogoslovna krepost ljubavi“. Istražit će kršćansko značenje teme i povezati ga s konkretnim životnim izborima.</w:t>
      </w:r>
    </w:p>
    <w:p w14:paraId="3BA8469B" w14:textId="77777777" w:rsidR="00690300" w:rsidRDefault="00690300">
      <w:pPr>
        <w:keepNext/>
        <w:jc w:val="both"/>
      </w:pPr>
    </w:p>
    <w:p w14:paraId="1053CAC8" w14:textId="77777777" w:rsidR="009C4169" w:rsidRDefault="007C64BC">
      <w:pPr>
        <w:jc w:val="both"/>
        <w:rPr>
          <w:b/>
          <w:color w:val="166534"/>
          <w:sz w:val="40"/>
        </w:rPr>
      </w:pPr>
      <w:r>
        <w:rPr>
          <w:b/>
          <w:color w:val="166534"/>
          <w:sz w:val="40"/>
        </w:rPr>
        <w:t>Kako primljena Božja ljubav postaje ljubav prema bližnjemu?</w:t>
      </w:r>
    </w:p>
    <w:p w14:paraId="1BC26235" w14:textId="77777777" w:rsidR="00690300" w:rsidRDefault="00690300">
      <w:pPr>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353686CE" w14:textId="77777777">
        <w:trPr>
          <w:cantSplit/>
          <w:jc w:val="center"/>
        </w:trPr>
        <w:tc>
          <w:tcPr>
            <w:tcW w:w="10346" w:type="dxa"/>
            <w:shd w:val="clear" w:color="auto" w:fill="00B050"/>
            <w:vAlign w:val="center"/>
          </w:tcPr>
          <w:p w14:paraId="79971CBD" w14:textId="77777777" w:rsidR="009C4169" w:rsidRDefault="007C64BC">
            <w:pPr>
              <w:keepNext/>
              <w:spacing w:before="80"/>
              <w:ind w:left="85" w:right="85"/>
            </w:pPr>
            <w:r>
              <w:rPr>
                <w:b/>
                <w:color w:val="FFFFFF"/>
                <w:sz w:val="32"/>
              </w:rPr>
              <w:t>II. SREDIŠNJI DIO – ISTRAŽI I PROSUDI</w:t>
            </w:r>
            <w:r>
              <w:rPr>
                <w:color w:val="FFFFFF"/>
                <w:sz w:val="20"/>
              </w:rPr>
              <w:t xml:space="preserve"> (28 min)</w:t>
            </w:r>
          </w:p>
        </w:tc>
      </w:tr>
    </w:tbl>
    <w:p w14:paraId="07DE6854" w14:textId="77777777" w:rsidR="009C4169" w:rsidRDefault="009C4169">
      <w:pPr>
        <w:keepNext/>
        <w:spacing w:after="0" w:line="120" w:lineRule="exact"/>
        <w:jc w:val="both"/>
      </w:pPr>
    </w:p>
    <w:p w14:paraId="0D730252" w14:textId="77777777" w:rsidR="00271D88" w:rsidRDefault="00271D88" w:rsidP="00D92B68">
      <w:pPr>
        <w:spacing w:after="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2B60FD4D" w14:textId="77777777">
        <w:trPr>
          <w:cantSplit/>
          <w:jc w:val="center"/>
        </w:trPr>
        <w:tc>
          <w:tcPr>
            <w:tcW w:w="10346" w:type="dxa"/>
            <w:shd w:val="clear" w:color="auto" w:fill="F2F8F3"/>
            <w:vAlign w:val="center"/>
          </w:tcPr>
          <w:p w14:paraId="7A5509AC" w14:textId="77777777" w:rsidR="009C4169" w:rsidRDefault="007C64BC">
            <w:pPr>
              <w:spacing w:before="65" w:after="65"/>
              <w:ind w:left="85" w:right="85"/>
              <w:jc w:val="both"/>
            </w:pPr>
            <w:r>
              <w:rPr>
                <w:b/>
                <w:color w:val="166534"/>
              </w:rPr>
              <w:t>Napomena o izboru aktivnosti:</w:t>
            </w:r>
            <w:r>
              <w:t xml:space="preserve"> Aktivnosti su prijedlozi i mogućnosti izbora. Nije predviđeno sve provesti u jednom satu. Vjeroučitelj će birati prema ishodima, vremenu, osobitostima razreda, opremi i potrebama učenika. Preporučeni odabir nalazi se pri kraju pripreme.</w:t>
            </w:r>
          </w:p>
        </w:tc>
      </w:tr>
    </w:tbl>
    <w:p w14:paraId="42E24984" w14:textId="77777777" w:rsidR="009C4169" w:rsidRDefault="007C64BC">
      <w:pPr>
        <w:keepNext/>
        <w:spacing w:before="160"/>
        <w:jc w:val="both"/>
      </w:pPr>
      <w:r>
        <w:rPr>
          <w:b/>
          <w:color w:val="C96A00"/>
          <w:sz w:val="26"/>
        </w:rPr>
        <w:t>Aktivnost 1: Obrada glavnog teksta</w:t>
      </w:r>
      <w:r>
        <w:rPr>
          <w:i/>
          <w:color w:val="6B6B6B"/>
          <w:sz w:val="20"/>
        </w:rPr>
        <w:t xml:space="preserve"> (rad u paru – tvrdnja i životni primjer, 10 minuta)</w:t>
      </w:r>
    </w:p>
    <w:p w14:paraId="7E2B1EEC" w14:textId="7C2AA004" w:rsidR="009C4169" w:rsidRDefault="007C64BC">
      <w:pPr>
        <w:keepNext/>
        <w:jc w:val="both"/>
      </w:pPr>
      <w:r>
        <w:rPr>
          <w:color w:val="000000"/>
        </w:rPr>
        <w:t>Rad u paru. Učenici će u tekstu usmeno pronaći četiri tvrdnje o kršćanskoj ljubavi. Svakoj će pridružiti životni primjer; nejasnu će tvrdnju oblikovati kao pitanje vjeroučitelju. Glavni tekst: „Ljubav koja ne prestaje“, udžbenik, str. 23–24.</w:t>
      </w:r>
    </w:p>
    <w:p w14:paraId="574E38FF" w14:textId="77777777" w:rsidR="009C4169" w:rsidRDefault="007C64BC">
      <w:pPr>
        <w:keepNext/>
        <w:jc w:val="both"/>
      </w:pPr>
      <w:r>
        <w:rPr>
          <w:color w:val="6B6B6B"/>
          <w:sz w:val="20"/>
        </w:rPr>
        <w:t>Moguće rješenje: Bog nas prvi ljubi – zahvaljujemo i primamo njegov dar; ljubiti bližnjega – djelatno tražiti njegovo dobro; strpljivost – saslušati bez upadanja; služenje – pomoći bez traženja protuusluge.</w:t>
      </w:r>
    </w:p>
    <w:p w14:paraId="6EED72D0" w14:textId="77777777" w:rsidR="009C4169" w:rsidRDefault="007C64BC">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9C4169" w14:paraId="1620D1F8" w14:textId="77777777" w:rsidTr="00690300">
        <w:trPr>
          <w:cantSplit/>
          <w:jc w:val="center"/>
        </w:trPr>
        <w:tc>
          <w:tcPr>
            <w:tcW w:w="5169" w:type="dxa"/>
            <w:shd w:val="clear" w:color="auto" w:fill="8064A2"/>
            <w:vAlign w:val="center"/>
          </w:tcPr>
          <w:p w14:paraId="265A9026" w14:textId="77777777" w:rsidR="009C4169" w:rsidRDefault="007C64BC">
            <w:pPr>
              <w:keepNext/>
              <w:spacing w:before="65" w:after="65"/>
              <w:ind w:left="85" w:right="85"/>
              <w:jc w:val="center"/>
            </w:pPr>
            <w:r>
              <w:rPr>
                <w:b/>
                <w:color w:val="FFFFFF"/>
                <w:sz w:val="40"/>
              </w:rPr>
              <w:t>TVRDNJA IZ TEKSTA</w:t>
            </w:r>
          </w:p>
        </w:tc>
        <w:tc>
          <w:tcPr>
            <w:tcW w:w="5168" w:type="dxa"/>
            <w:shd w:val="clear" w:color="auto" w:fill="4472C4"/>
            <w:vAlign w:val="center"/>
          </w:tcPr>
          <w:p w14:paraId="7B58BB92" w14:textId="77777777" w:rsidR="009C4169" w:rsidRDefault="007C64BC">
            <w:pPr>
              <w:keepNext/>
              <w:spacing w:before="65" w:after="65"/>
              <w:ind w:left="85" w:right="85"/>
              <w:jc w:val="center"/>
            </w:pPr>
            <w:r>
              <w:rPr>
                <w:b/>
                <w:color w:val="FFFFFF"/>
                <w:sz w:val="40"/>
              </w:rPr>
              <w:t>ŽIVOTNI PRIMJER</w:t>
            </w:r>
          </w:p>
        </w:tc>
      </w:tr>
      <w:tr w:rsidR="009C4169" w14:paraId="1B03C542" w14:textId="77777777" w:rsidTr="00690300">
        <w:trPr>
          <w:cantSplit/>
          <w:jc w:val="center"/>
        </w:trPr>
        <w:tc>
          <w:tcPr>
            <w:tcW w:w="5169" w:type="dxa"/>
            <w:vAlign w:val="center"/>
          </w:tcPr>
          <w:p w14:paraId="0423C960" w14:textId="77777777" w:rsidR="009C4169" w:rsidRDefault="007C64BC">
            <w:pPr>
              <w:keepNext/>
              <w:spacing w:before="65" w:after="65"/>
              <w:ind w:left="85" w:right="85"/>
            </w:pPr>
            <w:r>
              <w:rPr>
                <w:color w:val="000000"/>
                <w:sz w:val="40"/>
              </w:rPr>
              <w:t>Bog je ljubav.</w:t>
            </w:r>
          </w:p>
        </w:tc>
        <w:tc>
          <w:tcPr>
            <w:tcW w:w="5168" w:type="dxa"/>
            <w:vAlign w:val="center"/>
          </w:tcPr>
          <w:p w14:paraId="6BF116C7" w14:textId="77777777" w:rsidR="009C4169" w:rsidRDefault="007C64BC">
            <w:pPr>
              <w:keepNext/>
              <w:spacing w:before="65" w:after="65"/>
              <w:ind w:left="110" w:right="110"/>
              <w:jc w:val="center"/>
            </w:pPr>
            <w:r>
              <w:rPr>
                <w:color w:val="000000"/>
                <w:spacing w:val="-5"/>
                <w:sz w:val="24"/>
              </w:rPr>
              <w:t>___________________________________________</w:t>
            </w:r>
          </w:p>
        </w:tc>
      </w:tr>
      <w:tr w:rsidR="009C4169" w14:paraId="245FF18F" w14:textId="77777777" w:rsidTr="00690300">
        <w:trPr>
          <w:cantSplit/>
          <w:jc w:val="center"/>
        </w:trPr>
        <w:tc>
          <w:tcPr>
            <w:tcW w:w="5169" w:type="dxa"/>
            <w:shd w:val="clear" w:color="auto" w:fill="F7FBF7"/>
            <w:vAlign w:val="center"/>
          </w:tcPr>
          <w:p w14:paraId="7AB33D47" w14:textId="77777777" w:rsidR="009C4169" w:rsidRDefault="007C64BC">
            <w:pPr>
              <w:keepNext/>
              <w:spacing w:before="65" w:after="65"/>
              <w:ind w:left="85" w:right="85"/>
            </w:pPr>
            <w:r>
              <w:rPr>
                <w:color w:val="000000"/>
                <w:sz w:val="40"/>
              </w:rPr>
              <w:t>Ljubav traži dobro drugoga.</w:t>
            </w:r>
          </w:p>
        </w:tc>
        <w:tc>
          <w:tcPr>
            <w:tcW w:w="5168" w:type="dxa"/>
            <w:shd w:val="clear" w:color="auto" w:fill="F7FBF7"/>
            <w:vAlign w:val="center"/>
          </w:tcPr>
          <w:p w14:paraId="4942D7DC" w14:textId="77777777" w:rsidR="009C4169" w:rsidRDefault="007C64BC">
            <w:pPr>
              <w:keepNext/>
              <w:spacing w:before="65" w:after="65"/>
              <w:ind w:left="110" w:right="110"/>
              <w:jc w:val="center"/>
            </w:pPr>
            <w:r>
              <w:rPr>
                <w:color w:val="000000"/>
                <w:spacing w:val="-5"/>
                <w:sz w:val="24"/>
              </w:rPr>
              <w:t>___________________________________________</w:t>
            </w:r>
          </w:p>
        </w:tc>
      </w:tr>
      <w:tr w:rsidR="009C4169" w14:paraId="18D24063" w14:textId="77777777" w:rsidTr="00690300">
        <w:trPr>
          <w:cantSplit/>
          <w:jc w:val="center"/>
        </w:trPr>
        <w:tc>
          <w:tcPr>
            <w:tcW w:w="5169" w:type="dxa"/>
            <w:vAlign w:val="center"/>
          </w:tcPr>
          <w:p w14:paraId="0FC2BE3D" w14:textId="77777777" w:rsidR="009C4169" w:rsidRDefault="007C64BC">
            <w:pPr>
              <w:spacing w:before="65" w:after="65"/>
              <w:ind w:left="85" w:right="85"/>
            </w:pPr>
            <w:r>
              <w:rPr>
                <w:color w:val="000000"/>
                <w:sz w:val="40"/>
              </w:rPr>
              <w:t>Ljubav se živi služenjem.</w:t>
            </w:r>
          </w:p>
        </w:tc>
        <w:tc>
          <w:tcPr>
            <w:tcW w:w="5168" w:type="dxa"/>
            <w:vAlign w:val="center"/>
          </w:tcPr>
          <w:p w14:paraId="3D08E1FB" w14:textId="77777777" w:rsidR="009C4169" w:rsidRDefault="007C64BC">
            <w:pPr>
              <w:spacing w:before="65" w:after="65"/>
              <w:ind w:left="110" w:right="110"/>
              <w:jc w:val="center"/>
            </w:pPr>
            <w:r>
              <w:rPr>
                <w:color w:val="000000"/>
                <w:spacing w:val="-5"/>
                <w:sz w:val="24"/>
              </w:rPr>
              <w:t>___________________________________________</w:t>
            </w:r>
          </w:p>
        </w:tc>
      </w:tr>
      <w:tr w:rsidR="00690300" w14:paraId="5DE70832" w14:textId="77777777" w:rsidTr="00560D25">
        <w:trPr>
          <w:cantSplit/>
          <w:jc w:val="center"/>
        </w:trPr>
        <w:tc>
          <w:tcPr>
            <w:tcW w:w="5169" w:type="dxa"/>
            <w:shd w:val="clear" w:color="auto" w:fill="F7FBF7"/>
            <w:vAlign w:val="center"/>
          </w:tcPr>
          <w:p w14:paraId="6D3F20D4" w14:textId="0757B42C" w:rsidR="00690300" w:rsidRDefault="00690300">
            <w:pPr>
              <w:spacing w:before="65" w:after="65"/>
              <w:ind w:left="85" w:right="85"/>
              <w:rPr>
                <w:color w:val="000000"/>
                <w:sz w:val="40"/>
              </w:rPr>
            </w:pPr>
            <w:r w:rsidRPr="00690300">
              <w:rPr>
                <w:color w:val="000000"/>
                <w:sz w:val="40"/>
              </w:rPr>
              <w:t>Ljubav je strpljiva.</w:t>
            </w:r>
          </w:p>
        </w:tc>
        <w:tc>
          <w:tcPr>
            <w:tcW w:w="5168" w:type="dxa"/>
            <w:shd w:val="clear" w:color="auto" w:fill="F7FBF7"/>
            <w:vAlign w:val="center"/>
          </w:tcPr>
          <w:p w14:paraId="29DB520A" w14:textId="1FC4A654" w:rsidR="00690300" w:rsidRDefault="00560D25">
            <w:pPr>
              <w:spacing w:before="65" w:after="65"/>
              <w:ind w:left="110" w:right="110"/>
              <w:jc w:val="center"/>
              <w:rPr>
                <w:color w:val="000000"/>
                <w:spacing w:val="-5"/>
                <w:sz w:val="24"/>
              </w:rPr>
            </w:pPr>
            <w:r>
              <w:rPr>
                <w:color w:val="000000"/>
                <w:spacing w:val="-5"/>
                <w:sz w:val="24"/>
              </w:rPr>
              <w:t>___________________________________________</w:t>
            </w:r>
          </w:p>
        </w:tc>
      </w:tr>
    </w:tbl>
    <w:p w14:paraId="54FCE683" w14:textId="77777777" w:rsidR="009C4169" w:rsidRDefault="009C4169">
      <w:pPr>
        <w:spacing w:after="0" w:line="120" w:lineRule="exact"/>
        <w:jc w:val="both"/>
      </w:pPr>
    </w:p>
    <w:p w14:paraId="55DF8CD5" w14:textId="77777777" w:rsidR="00560D25" w:rsidRDefault="00560D25">
      <w:pPr>
        <w:jc w:val="both"/>
        <w:rPr>
          <w:b/>
          <w:color w:val="000000"/>
        </w:rPr>
      </w:pPr>
    </w:p>
    <w:p w14:paraId="0524138C" w14:textId="7E7B28F7" w:rsidR="009C4169" w:rsidRDefault="007C64BC">
      <w:pPr>
        <w:jc w:val="both"/>
      </w:pPr>
      <w:r>
        <w:rPr>
          <w:b/>
          <w:color w:val="000000"/>
        </w:rPr>
        <w:t>Ili: klasična obrada (individualni rad i zajednički razgovor, 10 minuta)</w:t>
      </w:r>
    </w:p>
    <w:p w14:paraId="540EA12C" w14:textId="00CB3886" w:rsidR="009C4169" w:rsidRDefault="00560D25">
      <w:pPr>
        <w:jc w:val="both"/>
      </w:pPr>
      <w:r w:rsidRPr="00560D25">
        <w:rPr>
          <w:color w:val="000000"/>
          <w:highlight w:val="cyan"/>
        </w:rPr>
        <w:t>a)</w:t>
      </w:r>
      <w:r>
        <w:rPr>
          <w:color w:val="000000"/>
        </w:rPr>
        <w:t xml:space="preserve"> </w:t>
      </w:r>
      <w:r w:rsidR="007C64BC">
        <w:rPr>
          <w:color w:val="000000"/>
        </w:rPr>
        <w:t>Učenici će pročitati tekst „Ljubav koja ne prestaje“, udžbenik, str. 23–24, po odlomcima. Nakon svakoga odlomka vjeroučitelj će voditi razgovor. Učenici će ključne riječi zapisati u bilježnicu.</w:t>
      </w:r>
    </w:p>
    <w:p w14:paraId="504A017B" w14:textId="77777777" w:rsidR="009C4169" w:rsidRDefault="007C64BC">
      <w:pPr>
        <w:keepNext/>
        <w:spacing w:before="120"/>
        <w:jc w:val="both"/>
      </w:pPr>
      <w:r>
        <w:rPr>
          <w:color w:val="000000"/>
        </w:rPr>
        <w:t>Razgovor</w:t>
      </w:r>
    </w:p>
    <w:p w14:paraId="4227A61F" w14:textId="77777777" w:rsidR="009C4169" w:rsidRDefault="007C64BC">
      <w:pPr>
        <w:numPr>
          <w:ilvl w:val="0"/>
          <w:numId w:val="1"/>
        </w:numPr>
        <w:jc w:val="both"/>
      </w:pPr>
      <w:r>
        <w:rPr>
          <w:color w:val="000000"/>
        </w:rPr>
        <w:t xml:space="preserve">Što je kršćanska ljubav? </w:t>
      </w:r>
      <w:r>
        <w:rPr>
          <w:color w:val="6B6B6B"/>
          <w:sz w:val="18"/>
        </w:rPr>
        <w:t>(Bogoslovna krepost kojom Boga ljubimo iznad svega, a bližnjega kao sebe radi Boga.)</w:t>
      </w:r>
    </w:p>
    <w:p w14:paraId="061CD652" w14:textId="77777777" w:rsidR="009C4169" w:rsidRDefault="007C64BC">
      <w:pPr>
        <w:numPr>
          <w:ilvl w:val="0"/>
          <w:numId w:val="1"/>
        </w:numPr>
        <w:jc w:val="both"/>
      </w:pPr>
      <w:r>
        <w:rPr>
          <w:color w:val="000000"/>
        </w:rPr>
        <w:t xml:space="preserve">Kako se razlikuju ljubav i trenutna naklonost? </w:t>
      </w:r>
      <w:r>
        <w:rPr>
          <w:color w:val="6B6B6B"/>
          <w:sz w:val="18"/>
        </w:rPr>
        <w:t>(Ljubav uključuje odluku za dobro i kada osjećaj nije ugodan.)</w:t>
      </w:r>
    </w:p>
    <w:p w14:paraId="1B56C036" w14:textId="77777777" w:rsidR="009C4169" w:rsidRDefault="007C64BC">
      <w:pPr>
        <w:numPr>
          <w:ilvl w:val="0"/>
          <w:numId w:val="1"/>
        </w:numPr>
        <w:jc w:val="both"/>
      </w:pPr>
      <w:r>
        <w:rPr>
          <w:color w:val="000000"/>
        </w:rPr>
        <w:t xml:space="preserve">Koja svojstva ljubavi navodi tekst prema sv. Pavlu? </w:t>
      </w:r>
      <w:r>
        <w:rPr>
          <w:color w:val="6B6B6B"/>
          <w:sz w:val="18"/>
        </w:rPr>
        <w:t>(Strpljivost, dobrostivost, darežljivost, poniznost, poštovanje, nesebičnost i iskrenost.)</w:t>
      </w:r>
    </w:p>
    <w:p w14:paraId="6A18A8D6" w14:textId="77777777" w:rsidR="009C4169" w:rsidRDefault="007C64BC">
      <w:pPr>
        <w:numPr>
          <w:ilvl w:val="0"/>
          <w:numId w:val="1"/>
        </w:numPr>
        <w:jc w:val="both"/>
      </w:pPr>
      <w:r>
        <w:rPr>
          <w:color w:val="000000"/>
        </w:rPr>
        <w:t xml:space="preserve">Kako se Božja ljubav očituje? </w:t>
      </w:r>
      <w:r>
        <w:rPr>
          <w:color w:val="6B6B6B"/>
          <w:sz w:val="18"/>
        </w:rPr>
        <w:t>(U stvaranju i spasenju, osobito u Isusu Kristu koji se daruje za nas.)</w:t>
      </w:r>
    </w:p>
    <w:p w14:paraId="4F12160C" w14:textId="77777777" w:rsidR="009C4169" w:rsidRDefault="007C64BC">
      <w:pPr>
        <w:numPr>
          <w:ilvl w:val="0"/>
          <w:numId w:val="1"/>
        </w:numPr>
        <w:jc w:val="both"/>
      </w:pPr>
      <w:r>
        <w:rPr>
          <w:color w:val="000000"/>
        </w:rPr>
        <w:t xml:space="preserve">Kako glasi nova zapovijed? </w:t>
      </w:r>
      <w:r>
        <w:rPr>
          <w:color w:val="6B6B6B"/>
          <w:sz w:val="18"/>
        </w:rPr>
        <w:t>(Da ljubimo jedni druge kao što nas je Isus ljubio.)</w:t>
      </w:r>
    </w:p>
    <w:p w14:paraId="03E4B151" w14:textId="77777777" w:rsidR="009C4169" w:rsidRPr="00560D25" w:rsidRDefault="007C64BC">
      <w:pPr>
        <w:numPr>
          <w:ilvl w:val="0"/>
          <w:numId w:val="1"/>
        </w:numPr>
        <w:jc w:val="both"/>
      </w:pPr>
      <w:r>
        <w:rPr>
          <w:color w:val="000000"/>
        </w:rPr>
        <w:t xml:space="preserve">Kako molitva i euharistija hrane ljubav? </w:t>
      </w:r>
      <w:r>
        <w:rPr>
          <w:color w:val="6B6B6B"/>
          <w:sz w:val="18"/>
        </w:rPr>
        <w:t>(U susretu s Kristom primamo njegov dar i snagu za služenje.)</w:t>
      </w:r>
    </w:p>
    <w:p w14:paraId="7B747A86" w14:textId="77777777" w:rsidR="00560D25" w:rsidRDefault="00560D25" w:rsidP="00560D25">
      <w:pPr>
        <w:jc w:val="both"/>
        <w:rPr>
          <w:color w:val="6B6B6B"/>
          <w:sz w:val="18"/>
        </w:rPr>
      </w:pPr>
    </w:p>
    <w:p w14:paraId="4EFF1699" w14:textId="77777777" w:rsidR="00F61F06" w:rsidRDefault="00F61F06" w:rsidP="00560D25">
      <w:pPr>
        <w:jc w:val="both"/>
        <w:rPr>
          <w:color w:val="6B6B6B"/>
          <w:sz w:val="18"/>
        </w:rPr>
      </w:pPr>
    </w:p>
    <w:tbl>
      <w:tblPr>
        <w:tblStyle w:val="Reetkatablice"/>
        <w:tblW w:w="0" w:type="auto"/>
        <w:tblLook w:val="04A0" w:firstRow="1" w:lastRow="0" w:firstColumn="1" w:lastColumn="0" w:noHBand="0" w:noVBand="1"/>
      </w:tblPr>
      <w:tblGrid>
        <w:gridCol w:w="5168"/>
        <w:gridCol w:w="5169"/>
      </w:tblGrid>
      <w:tr w:rsidR="007F6D81" w14:paraId="29B58DED" w14:textId="77777777" w:rsidTr="00F61F06">
        <w:tc>
          <w:tcPr>
            <w:tcW w:w="5168" w:type="dxa"/>
            <w:shd w:val="clear" w:color="auto" w:fill="EEECE1" w:themeFill="background2"/>
          </w:tcPr>
          <w:p w14:paraId="6A36D129" w14:textId="77777777" w:rsidR="007F6D81" w:rsidRDefault="007F6D81" w:rsidP="00560D25">
            <w:pPr>
              <w:jc w:val="both"/>
              <w:rPr>
                <w:color w:val="000000"/>
              </w:rPr>
            </w:pPr>
            <w:r w:rsidRPr="00560D25">
              <w:rPr>
                <w:color w:val="000000"/>
                <w:highlight w:val="cyan"/>
              </w:rPr>
              <w:lastRenderedPageBreak/>
              <w:t>b)</w:t>
            </w:r>
            <w:r>
              <w:rPr>
                <w:color w:val="000000"/>
              </w:rPr>
              <w:t xml:space="preserve"> Učenici će pogledati videozapis „100 ljudi – 1. pitanje: Što je za tebe ljubav?“; 5:00;  Izvor: </w:t>
            </w:r>
            <w:r w:rsidRPr="00560D25">
              <w:rPr>
                <w:color w:val="000000"/>
              </w:rPr>
              <w:t>xniks2x</w:t>
            </w:r>
            <w:r>
              <w:rPr>
                <w:color w:val="000000"/>
              </w:rPr>
              <w:t>; YouTube</w:t>
            </w:r>
          </w:p>
          <w:p w14:paraId="5B4E0150" w14:textId="4A9770B1" w:rsidR="007F6D81" w:rsidRDefault="007F6D81" w:rsidP="00560D25">
            <w:pPr>
              <w:jc w:val="both"/>
              <w:rPr>
                <w:color w:val="000000"/>
                <w:highlight w:val="cyan"/>
              </w:rPr>
            </w:pPr>
            <w:r>
              <w:rPr>
                <w:noProof/>
              </w:rPr>
              <w:drawing>
                <wp:inline distT="0" distB="0" distL="0" distR="0" wp14:anchorId="2ECB18C2" wp14:editId="408197E1">
                  <wp:extent cx="2401200" cy="1800000"/>
                  <wp:effectExtent l="0" t="0" r="0" b="0"/>
                  <wp:docPr id="2120998307" name="Videozapis 1" descr="100 LJUDI - 1 PITANJE: Što je za tebe ljubav?">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998307" name="Videozapis 1" descr="100 LJUDI - 1 PITANJE: Što je za tebe ljubav?">
                            <a:hlinkClick r:id="rId6"/>
                          </pic:cNvPr>
                          <pic:cNvPicPr/>
                        </pic:nvPicPr>
                        <pic:blipFill>
                          <a:blip r:embed="rId7">
                            <a:extLst>
                              <a:ext uri="{C809E66F-F1BF-436E-b5F7-EEA9579F0CBA}">
                                <wp15:webVideoPr xmlns:wp15="http://schemas.microsoft.com/office/word/2012/wordprocessingDrawing" embeddedHtml="&lt;iframe width=&quot;200&quot; height=&quot;113&quot; src=&quot;https://www.youtube.com/embed/uQOw7TfOnp0?feature=oembed&quot; frameborder=&quot;0&quot; allow=&quot;accelerometer; autoplay; clipboard-write; encrypted-media; gyroscope; picture-in-picture; web-share&quot; referrerpolicy=&quot;strict-origin-when-cross-origin&quot; allowfullscreen=&quot;&quot; title=&quot;100 LJUDI - 1 PITANJE: Što je za tebe ljubav?&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tc>
        <w:tc>
          <w:tcPr>
            <w:tcW w:w="5169" w:type="dxa"/>
            <w:shd w:val="clear" w:color="auto" w:fill="EEECE1" w:themeFill="background2"/>
          </w:tcPr>
          <w:p w14:paraId="5DB4B39F" w14:textId="4FCDB943" w:rsidR="007F6D81" w:rsidRDefault="007F6D81" w:rsidP="007F6D81">
            <w:pPr>
              <w:jc w:val="both"/>
              <w:rPr>
                <w:color w:val="000000"/>
              </w:rPr>
            </w:pPr>
            <w:r>
              <w:rPr>
                <w:color w:val="000000"/>
                <w:highlight w:val="cyan"/>
              </w:rPr>
              <w:t>c</w:t>
            </w:r>
            <w:r w:rsidRPr="00560D25">
              <w:rPr>
                <w:color w:val="000000"/>
                <w:highlight w:val="cyan"/>
              </w:rPr>
              <w:t>)</w:t>
            </w:r>
            <w:r>
              <w:rPr>
                <w:color w:val="000000"/>
              </w:rPr>
              <w:t xml:space="preserve"> Učenici će pogledati videozapis „</w:t>
            </w:r>
            <w:r w:rsidR="00F61F06" w:rsidRPr="00F61F06">
              <w:rPr>
                <w:color w:val="000000"/>
              </w:rPr>
              <w:t>Priča o ljubavi muškarca i žene</w:t>
            </w:r>
            <w:r>
              <w:rPr>
                <w:color w:val="000000"/>
              </w:rPr>
              <w:t xml:space="preserve">“; </w:t>
            </w:r>
            <w:r w:rsidR="00F61F06">
              <w:rPr>
                <w:color w:val="000000"/>
              </w:rPr>
              <w:t>3</w:t>
            </w:r>
            <w:r>
              <w:rPr>
                <w:color w:val="000000"/>
              </w:rPr>
              <w:t>:</w:t>
            </w:r>
            <w:r w:rsidR="00F61F06">
              <w:rPr>
                <w:color w:val="000000"/>
              </w:rPr>
              <w:t>23</w:t>
            </w:r>
            <w:r>
              <w:rPr>
                <w:color w:val="000000"/>
              </w:rPr>
              <w:t xml:space="preserve">;  Izvor: </w:t>
            </w:r>
            <w:r w:rsidR="00F61F06">
              <w:rPr>
                <w:color w:val="000000"/>
              </w:rPr>
              <w:t>KS</w:t>
            </w:r>
            <w:r>
              <w:rPr>
                <w:color w:val="000000"/>
              </w:rPr>
              <w:t>; YouTube</w:t>
            </w:r>
          </w:p>
          <w:p w14:paraId="6AFE585F" w14:textId="6B02B74E" w:rsidR="00F61F06" w:rsidRDefault="00F61F06" w:rsidP="00F61F06">
            <w:pPr>
              <w:jc w:val="center"/>
              <w:rPr>
                <w:color w:val="000000"/>
              </w:rPr>
            </w:pPr>
            <w:r>
              <w:rPr>
                <w:noProof/>
                <w:color w:val="000000"/>
              </w:rPr>
              <w:drawing>
                <wp:inline distT="0" distB="0" distL="0" distR="0" wp14:anchorId="623F0A7E" wp14:editId="2CB508C3">
                  <wp:extent cx="2401200" cy="1800000"/>
                  <wp:effectExtent l="0" t="0" r="0" b="0"/>
                  <wp:docPr id="678325167" name="Videozapis 3" descr="Priča o ljubavi muškarca i žen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25167" name="Videozapis 3" descr="Priča o ljubavi muškarca i žene">
                            <a:hlinkClick r:id="rId8"/>
                          </pic:cNvPr>
                          <pic:cNvPicPr/>
                        </pic:nvPicPr>
                        <pic:blipFill>
                          <a:blip r:embed="rId9">
                            <a:extLst>
                              <a:ext uri="{C809E66F-F1BF-436E-b5F7-EEA9579F0CBA}">
                                <wp15:webVideoPr xmlns:wp15="http://schemas.microsoft.com/office/word/2012/wordprocessingDrawing" embeddedHtml="&lt;iframe width=&quot;200&quot; height=&quot;113&quot; src=&quot;https://www.youtube.com/embed/4z_KmWmIKi0?feature=oembed&quot; frameborder=&quot;0&quot; allow=&quot;accelerometer; autoplay; clipboard-write; encrypted-media; gyroscope; picture-in-picture; web-share&quot; referrerpolicy=&quot;strict-origin-when-cross-origin&quot; allowfullscreen=&quot;&quot; title=&quot;Priča o ljubavi muškarca i žene&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5A9538EC" w14:textId="77777777" w:rsidR="007F6D81" w:rsidRDefault="007F6D81" w:rsidP="00560D25">
            <w:pPr>
              <w:jc w:val="both"/>
              <w:rPr>
                <w:color w:val="000000"/>
                <w:highlight w:val="cyan"/>
              </w:rPr>
            </w:pPr>
          </w:p>
        </w:tc>
      </w:tr>
      <w:tr w:rsidR="00F61F06" w14:paraId="707DFD02" w14:textId="77777777" w:rsidTr="00F61F06">
        <w:tc>
          <w:tcPr>
            <w:tcW w:w="10337" w:type="dxa"/>
            <w:gridSpan w:val="2"/>
            <w:shd w:val="clear" w:color="auto" w:fill="EEECE1" w:themeFill="background2"/>
          </w:tcPr>
          <w:p w14:paraId="6E209CAB" w14:textId="77777777" w:rsidR="00F61F06" w:rsidRDefault="00F61F06" w:rsidP="00560D25">
            <w:pPr>
              <w:jc w:val="both"/>
              <w:rPr>
                <w:color w:val="000000"/>
              </w:rPr>
            </w:pPr>
            <w:r>
              <w:rPr>
                <w:color w:val="000000"/>
                <w:highlight w:val="cyan"/>
              </w:rPr>
              <w:t>d</w:t>
            </w:r>
            <w:r w:rsidRPr="00560D25">
              <w:rPr>
                <w:color w:val="000000"/>
                <w:highlight w:val="cyan"/>
              </w:rPr>
              <w:t>)</w:t>
            </w:r>
            <w:r>
              <w:rPr>
                <w:color w:val="000000"/>
              </w:rPr>
              <w:t xml:space="preserve"> Učenici će pogledati „</w:t>
            </w:r>
            <w:r w:rsidRPr="00F61F06">
              <w:rPr>
                <w:color w:val="000000"/>
              </w:rPr>
              <w:t>Animirani crtić o ljubavi prema neprijateljima</w:t>
            </w:r>
            <w:r>
              <w:rPr>
                <w:color w:val="000000"/>
              </w:rPr>
              <w:t>“; 3:23;  Izvor: KS; YouTube</w:t>
            </w:r>
          </w:p>
          <w:p w14:paraId="1E9A2CAA" w14:textId="77777777" w:rsidR="00F61F06" w:rsidRDefault="00F61F06" w:rsidP="00560D25">
            <w:pPr>
              <w:jc w:val="both"/>
              <w:rPr>
                <w:color w:val="000000"/>
                <w:highlight w:val="cyan"/>
              </w:rPr>
            </w:pPr>
          </w:p>
          <w:p w14:paraId="6094674D" w14:textId="77777777" w:rsidR="00F61F06" w:rsidRDefault="00F61F06" w:rsidP="00F61F06">
            <w:pPr>
              <w:jc w:val="center"/>
              <w:rPr>
                <w:color w:val="000000"/>
                <w:highlight w:val="cyan"/>
              </w:rPr>
            </w:pPr>
            <w:r>
              <w:rPr>
                <w:noProof/>
                <w:color w:val="000000"/>
              </w:rPr>
              <w:drawing>
                <wp:inline distT="0" distB="0" distL="0" distR="0" wp14:anchorId="5C0E598C" wp14:editId="2647021A">
                  <wp:extent cx="2401200" cy="1800000"/>
                  <wp:effectExtent l="0" t="0" r="0" b="0"/>
                  <wp:docPr id="414431625" name="Videozapis 4" descr="Animirani crtić o ljubavi prema neprijateljim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31625" name="Videozapis 4" descr="Animirani crtić o ljubavi prema neprijateljima">
                            <a:hlinkClick r:id="rId10"/>
                          </pic:cNvPr>
                          <pic:cNvPicPr/>
                        </pic:nvPicPr>
                        <pic:blipFill>
                          <a:blip r:embed="rId11">
                            <a:extLst>
                              <a:ext uri="{C809E66F-F1BF-436E-b5F7-EEA9579F0CBA}">
                                <wp15:webVideoPr xmlns:wp15="http://schemas.microsoft.com/office/word/2012/wordprocessingDrawing" embeddedHtml="&lt;iframe width=&quot;200&quot; height=&quot;150&quot; src=&quot;https://www.youtube.com/embed/ugEuPKc_uYc?feature=oembed&quot; frameborder=&quot;0&quot; allow=&quot;accelerometer; autoplay; clipboard-write; encrypted-media; gyroscope; picture-in-picture; web-share&quot; referrerpolicy=&quot;strict-origin-when-cross-origin&quot; allowfullscreen=&quot;&quot; title=&quot;Animirani crtić o ljubavi prema neprijateljima&quot; sandbox=&quot;allow-scripts allow-same-origin allow-popups&quot;&gt;&lt;/iframe&gt;" h="150" w="200"/>
                              </a:ext>
                            </a:extLst>
                          </a:blip>
                          <a:stretch>
                            <a:fillRect/>
                          </a:stretch>
                        </pic:blipFill>
                        <pic:spPr>
                          <a:xfrm>
                            <a:off x="0" y="0"/>
                            <a:ext cx="2401200" cy="1800000"/>
                          </a:xfrm>
                          <a:prstGeom prst="rect">
                            <a:avLst/>
                          </a:prstGeom>
                        </pic:spPr>
                      </pic:pic>
                    </a:graphicData>
                  </a:graphic>
                </wp:inline>
              </w:drawing>
            </w:r>
          </w:p>
          <w:p w14:paraId="2401B4B3" w14:textId="50EE2BAD" w:rsidR="00F61F06" w:rsidRDefault="00F61F06" w:rsidP="00784A57">
            <w:pPr>
              <w:spacing w:after="0"/>
              <w:jc w:val="center"/>
              <w:rPr>
                <w:color w:val="000000"/>
                <w:highlight w:val="cyan"/>
              </w:rPr>
            </w:pPr>
          </w:p>
        </w:tc>
      </w:tr>
    </w:tbl>
    <w:p w14:paraId="725FC708" w14:textId="5D3A9DA4" w:rsidR="00560D25" w:rsidRDefault="00560D25" w:rsidP="00560D25">
      <w:pPr>
        <w:keepNext/>
        <w:spacing w:before="120"/>
        <w:jc w:val="both"/>
      </w:pPr>
      <w:r>
        <w:rPr>
          <w:color w:val="000000"/>
        </w:rPr>
        <w:t>Razgovor</w:t>
      </w:r>
    </w:p>
    <w:p w14:paraId="5F636156" w14:textId="77777777" w:rsidR="00560D25" w:rsidRDefault="00560D25" w:rsidP="00560D25">
      <w:pPr>
        <w:numPr>
          <w:ilvl w:val="0"/>
          <w:numId w:val="1"/>
        </w:numPr>
        <w:jc w:val="both"/>
      </w:pPr>
      <w:r>
        <w:rPr>
          <w:color w:val="000000"/>
        </w:rPr>
        <w:t xml:space="preserve">Koju biste izrečenu misao usporedili s kršćanskim razumijevanjem ljubavi? </w:t>
      </w:r>
      <w:r>
        <w:rPr>
          <w:color w:val="6B6B6B"/>
          <w:sz w:val="18"/>
        </w:rPr>
        <w:t>(Točno navedenu misao iz odabranoga ulomka, uz razlikovanje osjećaja i djelatne brige.)</w:t>
      </w:r>
    </w:p>
    <w:p w14:paraId="4FE1F2BE" w14:textId="77777777" w:rsidR="00560D25" w:rsidRDefault="00560D25" w:rsidP="00560D25">
      <w:pPr>
        <w:jc w:val="both"/>
      </w:pPr>
    </w:p>
    <w:p w14:paraId="77731390" w14:textId="77777777" w:rsidR="009C4169" w:rsidRDefault="007C64BC">
      <w:pPr>
        <w:keepNext/>
        <w:jc w:val="both"/>
        <w:rPr>
          <w:color w:val="000000"/>
        </w:rPr>
      </w:pPr>
      <w:r>
        <w:rPr>
          <w:color w:val="000000"/>
        </w:rPr>
        <w:t>Shematski prikaz i ključni naglasci:</w:t>
      </w:r>
    </w:p>
    <w:p w14:paraId="2D07F2FC" w14:textId="77777777" w:rsidR="00560D25" w:rsidRDefault="00560D25">
      <w:pPr>
        <w:keepNext/>
        <w:jc w:val="both"/>
      </w:pPr>
    </w:p>
    <w:p w14:paraId="14C282C9" w14:textId="77777777" w:rsidR="009C4169" w:rsidRDefault="007C64BC">
      <w:pPr>
        <w:jc w:val="center"/>
      </w:pPr>
      <w:r>
        <w:rPr>
          <w:noProof/>
        </w:rPr>
        <w:drawing>
          <wp:inline distT="0" distB="0" distL="0" distR="0" wp14:anchorId="7ED386D5" wp14:editId="1B7ED34C">
            <wp:extent cx="6573600" cy="324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e14.png"/>
                    <pic:cNvPicPr/>
                  </pic:nvPicPr>
                  <pic:blipFill>
                    <a:blip r:embed="rId12"/>
                    <a:stretch>
                      <a:fillRect/>
                    </a:stretch>
                  </pic:blipFill>
                  <pic:spPr>
                    <a:xfrm>
                      <a:off x="0" y="0"/>
                      <a:ext cx="6573600" cy="3240000"/>
                    </a:xfrm>
                    <a:prstGeom prst="rect">
                      <a:avLst/>
                    </a:prstGeom>
                  </pic:spPr>
                </pic:pic>
              </a:graphicData>
            </a:graphic>
          </wp:inline>
        </w:drawing>
      </w:r>
    </w:p>
    <w:p w14:paraId="4B88E373" w14:textId="77777777" w:rsidR="00560D25" w:rsidRDefault="00560D25" w:rsidP="00560D2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560D25" w14:paraId="28806CB8" w14:textId="77777777" w:rsidTr="005B0D69">
        <w:trPr>
          <w:cantSplit/>
          <w:jc w:val="center"/>
        </w:trPr>
        <w:tc>
          <w:tcPr>
            <w:tcW w:w="10347" w:type="dxa"/>
            <w:shd w:val="clear" w:color="auto" w:fill="F2F8F3"/>
            <w:vAlign w:val="center"/>
          </w:tcPr>
          <w:p w14:paraId="5D8A94EF" w14:textId="4A23EC38" w:rsidR="00560D25" w:rsidRPr="00AF1A26" w:rsidRDefault="00560D25" w:rsidP="005B0D69">
            <w:pPr>
              <w:spacing w:before="80"/>
              <w:ind w:left="85" w:right="85"/>
              <w:jc w:val="both"/>
              <w:rPr>
                <w:sz w:val="40"/>
                <w:szCs w:val="40"/>
              </w:rPr>
            </w:pPr>
            <w:r w:rsidRPr="00AF1A26">
              <w:rPr>
                <w:b/>
                <w:color w:val="166534"/>
                <w:sz w:val="40"/>
                <w:szCs w:val="40"/>
              </w:rPr>
              <w:lastRenderedPageBreak/>
              <w:t xml:space="preserve">Ključni naglasci: </w:t>
            </w:r>
            <w:r w:rsidRPr="00560D25">
              <w:rPr>
                <w:color w:val="000000"/>
                <w:sz w:val="40"/>
                <w:szCs w:val="40"/>
              </w:rPr>
              <w:t>Božja ljubav prethodi našoj i osposobljava nas ljubiti. Ljubav traži istinsko dobro osobe; ne opravdava nasilje, laž ili ponižavanje. Zapovijedi čuvaju odnos ljubavi prema Bogu i bližnjemu.</w:t>
            </w:r>
          </w:p>
        </w:tc>
      </w:tr>
    </w:tbl>
    <w:p w14:paraId="087AF994" w14:textId="7D2BC81E" w:rsidR="009C4169" w:rsidRDefault="007C64BC" w:rsidP="00D47F25">
      <w:pPr>
        <w:widowControl w:val="0"/>
        <w:spacing w:before="160"/>
        <w:jc w:val="both"/>
      </w:pPr>
      <w:r>
        <w:rPr>
          <w:b/>
          <w:color w:val="C96A00"/>
          <w:sz w:val="26"/>
        </w:rPr>
        <w:t>Aktivnost 2: Mjerilo koje daje Isus</w:t>
      </w:r>
      <w:r>
        <w:rPr>
          <w:i/>
          <w:color w:val="6B6B6B"/>
          <w:sz w:val="20"/>
        </w:rPr>
        <w:t xml:space="preserve"> (rad u paru – povezivanje zapovijedi i postupka, 6 minuta)</w:t>
      </w:r>
    </w:p>
    <w:p w14:paraId="70C54934" w14:textId="77777777" w:rsidR="009C4169" w:rsidRDefault="007C64BC" w:rsidP="00D47F25">
      <w:pPr>
        <w:widowControl w:val="0"/>
        <w:jc w:val="both"/>
      </w:pPr>
      <w:r>
        <w:rPr>
          <w:color w:val="000000"/>
        </w:rPr>
        <w:t>Rad u paru. Učenici će protumačiti novu zapovijed iz glavnoga teksta i povezati je sa zabranom laži te poštovanjem roditelja. Navest će kako zapovijed čuva konkretan odnos ljubavi.</w:t>
      </w:r>
    </w:p>
    <w:p w14:paraId="5B9630B2" w14:textId="77777777" w:rsidR="009C4169" w:rsidRDefault="007C64BC" w:rsidP="00D47F25">
      <w:pPr>
        <w:widowControl w:val="0"/>
        <w:jc w:val="both"/>
        <w:rPr>
          <w:color w:val="6B6B6B"/>
          <w:sz w:val="20"/>
        </w:rPr>
      </w:pPr>
      <w:r>
        <w:rPr>
          <w:color w:val="6B6B6B"/>
          <w:sz w:val="20"/>
        </w:rPr>
        <w:t>Moguće rješenje: Isusovo darivanje mjerilo je ljubavi. Istinoljubivost čuva povjerenje, a poštovanje roditelja odnos zahvalnosti i odgovornosti. Ljubav prema Bogu izražava se i odnosom prema bližnjemu.</w:t>
      </w:r>
    </w:p>
    <w:p w14:paraId="15551AD4" w14:textId="77777777" w:rsidR="00560D25" w:rsidRDefault="00560D25">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74A3D787" w14:textId="77777777">
        <w:trPr>
          <w:jc w:val="center"/>
        </w:trPr>
        <w:tc>
          <w:tcPr>
            <w:tcW w:w="10346" w:type="dxa"/>
            <w:shd w:val="clear" w:color="auto" w:fill="46437E"/>
            <w:vAlign w:val="center"/>
          </w:tcPr>
          <w:p w14:paraId="2BD71094" w14:textId="77777777" w:rsidR="009C4169" w:rsidRDefault="007C64BC">
            <w:pPr>
              <w:keepNext/>
              <w:spacing w:before="65" w:after="65"/>
              <w:ind w:left="85" w:right="85"/>
              <w:jc w:val="center"/>
            </w:pPr>
            <w:r>
              <w:rPr>
                <w:b/>
                <w:color w:val="FFFFFF"/>
                <w:sz w:val="40"/>
              </w:rPr>
              <w:t>NOVA ZAPOVIJED</w:t>
            </w:r>
          </w:p>
        </w:tc>
      </w:tr>
      <w:tr w:rsidR="009C4169" w14:paraId="5604DAC2" w14:textId="77777777">
        <w:trPr>
          <w:cantSplit/>
          <w:jc w:val="center"/>
        </w:trPr>
        <w:tc>
          <w:tcPr>
            <w:tcW w:w="10346" w:type="dxa"/>
            <w:shd w:val="clear" w:color="auto" w:fill="F3F6FA"/>
            <w:vAlign w:val="center"/>
          </w:tcPr>
          <w:p w14:paraId="75527C08" w14:textId="77777777" w:rsidR="00D47F25" w:rsidRDefault="007C64BC">
            <w:pPr>
              <w:spacing w:before="65" w:after="65"/>
              <w:ind w:left="85" w:right="85"/>
              <w:jc w:val="both"/>
              <w:rPr>
                <w:color w:val="000000"/>
                <w:sz w:val="40"/>
              </w:rPr>
            </w:pPr>
            <w:r>
              <w:rPr>
                <w:color w:val="000000"/>
                <w:sz w:val="40"/>
              </w:rPr>
              <w:t>»Novu vam zapovijed dajem: Ljubite jedni druge kao što sam ja vas ljubio, tako i vi ljubite jedni druge!«</w:t>
            </w:r>
          </w:p>
          <w:p w14:paraId="4C90471C" w14:textId="786D445A" w:rsidR="009C4169" w:rsidRDefault="007C64BC" w:rsidP="00D47F25">
            <w:pPr>
              <w:spacing w:before="65" w:after="65"/>
              <w:ind w:left="85" w:right="85"/>
              <w:jc w:val="right"/>
            </w:pPr>
            <w:r>
              <w:rPr>
                <w:color w:val="000000"/>
                <w:sz w:val="20"/>
              </w:rPr>
              <w:t>Iv 13,34; navod unutar glavnoga teksta, udžbenik, str. 24.</w:t>
            </w:r>
          </w:p>
        </w:tc>
      </w:tr>
    </w:tbl>
    <w:p w14:paraId="1349194C" w14:textId="77777777" w:rsidR="009C4169" w:rsidRDefault="009C4169">
      <w:pPr>
        <w:spacing w:after="0" w:line="120" w:lineRule="exact"/>
        <w:jc w:val="both"/>
      </w:pPr>
    </w:p>
    <w:p w14:paraId="765C43C2" w14:textId="77777777" w:rsidR="009C4169" w:rsidRDefault="007C64BC">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9C4169" w14:paraId="18C607D9" w14:textId="77777777">
        <w:trPr>
          <w:cantSplit/>
          <w:jc w:val="center"/>
        </w:trPr>
        <w:tc>
          <w:tcPr>
            <w:tcW w:w="5173" w:type="dxa"/>
            <w:shd w:val="clear" w:color="auto" w:fill="4472C4"/>
            <w:vAlign w:val="center"/>
          </w:tcPr>
          <w:p w14:paraId="4CA070CC" w14:textId="77777777" w:rsidR="009C4169" w:rsidRDefault="007C64BC">
            <w:pPr>
              <w:keepNext/>
              <w:spacing w:before="65" w:after="65"/>
              <w:ind w:left="85" w:right="85"/>
              <w:jc w:val="center"/>
            </w:pPr>
            <w:r>
              <w:rPr>
                <w:b/>
                <w:color w:val="FFFFFF"/>
                <w:sz w:val="40"/>
              </w:rPr>
              <w:t>ZAPOVIJED</w:t>
            </w:r>
          </w:p>
        </w:tc>
        <w:tc>
          <w:tcPr>
            <w:tcW w:w="5173" w:type="dxa"/>
            <w:shd w:val="clear" w:color="auto" w:fill="A64B00"/>
            <w:vAlign w:val="center"/>
          </w:tcPr>
          <w:p w14:paraId="42141DBF" w14:textId="77777777" w:rsidR="009C4169" w:rsidRDefault="007C64BC">
            <w:pPr>
              <w:keepNext/>
              <w:spacing w:before="65" w:after="65"/>
              <w:ind w:left="85" w:right="85"/>
              <w:jc w:val="center"/>
            </w:pPr>
            <w:r>
              <w:rPr>
                <w:b/>
                <w:color w:val="FFFFFF"/>
                <w:sz w:val="40"/>
              </w:rPr>
              <w:t>KAKO ČUVA LJUBAV?</w:t>
            </w:r>
          </w:p>
        </w:tc>
      </w:tr>
      <w:tr w:rsidR="009C4169" w14:paraId="08F215F2" w14:textId="77777777">
        <w:trPr>
          <w:cantSplit/>
          <w:jc w:val="center"/>
        </w:trPr>
        <w:tc>
          <w:tcPr>
            <w:tcW w:w="5173" w:type="dxa"/>
            <w:vAlign w:val="center"/>
          </w:tcPr>
          <w:p w14:paraId="0027D30C" w14:textId="77777777" w:rsidR="009C4169" w:rsidRDefault="007C64BC">
            <w:pPr>
              <w:keepNext/>
              <w:spacing w:before="65" w:after="65"/>
              <w:ind w:left="85" w:right="85"/>
            </w:pPr>
            <w:r>
              <w:rPr>
                <w:color w:val="000000"/>
                <w:sz w:val="40"/>
              </w:rPr>
              <w:t>Ne recite laž o drugome.</w:t>
            </w:r>
          </w:p>
        </w:tc>
        <w:tc>
          <w:tcPr>
            <w:tcW w:w="5173" w:type="dxa"/>
            <w:vAlign w:val="center"/>
          </w:tcPr>
          <w:p w14:paraId="12D82437" w14:textId="77777777" w:rsidR="009C4169" w:rsidRDefault="007C64BC">
            <w:pPr>
              <w:keepNext/>
              <w:spacing w:before="65" w:after="65"/>
              <w:ind w:left="110" w:right="110"/>
              <w:jc w:val="center"/>
            </w:pPr>
            <w:r>
              <w:rPr>
                <w:color w:val="000000"/>
                <w:spacing w:val="-5"/>
                <w:sz w:val="24"/>
              </w:rPr>
              <w:t>___________________________________________</w:t>
            </w:r>
          </w:p>
        </w:tc>
      </w:tr>
      <w:tr w:rsidR="009C4169" w14:paraId="016C7C0D" w14:textId="77777777">
        <w:trPr>
          <w:cantSplit/>
          <w:jc w:val="center"/>
        </w:trPr>
        <w:tc>
          <w:tcPr>
            <w:tcW w:w="5173" w:type="dxa"/>
            <w:shd w:val="clear" w:color="auto" w:fill="F7FBF7"/>
            <w:vAlign w:val="center"/>
          </w:tcPr>
          <w:p w14:paraId="4A409D17" w14:textId="77777777" w:rsidR="009C4169" w:rsidRDefault="007C64BC">
            <w:pPr>
              <w:spacing w:before="65" w:after="65"/>
              <w:ind w:left="85" w:right="85"/>
            </w:pPr>
            <w:r>
              <w:rPr>
                <w:color w:val="000000"/>
                <w:sz w:val="40"/>
              </w:rPr>
              <w:t>Poštujte roditelje.</w:t>
            </w:r>
          </w:p>
        </w:tc>
        <w:tc>
          <w:tcPr>
            <w:tcW w:w="5173" w:type="dxa"/>
            <w:shd w:val="clear" w:color="auto" w:fill="F7FBF7"/>
            <w:vAlign w:val="center"/>
          </w:tcPr>
          <w:p w14:paraId="2BD765E3" w14:textId="77777777" w:rsidR="009C4169" w:rsidRDefault="007C64BC">
            <w:pPr>
              <w:spacing w:before="65" w:after="65"/>
              <w:ind w:left="110" w:right="110"/>
              <w:jc w:val="center"/>
            </w:pPr>
            <w:r>
              <w:rPr>
                <w:color w:val="000000"/>
                <w:spacing w:val="-5"/>
                <w:sz w:val="24"/>
              </w:rPr>
              <w:t>___________________________________________</w:t>
            </w:r>
          </w:p>
        </w:tc>
      </w:tr>
    </w:tbl>
    <w:p w14:paraId="39DFB63F" w14:textId="77777777" w:rsidR="009C4169" w:rsidRDefault="009C4169">
      <w:pPr>
        <w:spacing w:after="0" w:line="120" w:lineRule="exact"/>
        <w:jc w:val="both"/>
      </w:pPr>
    </w:p>
    <w:p w14:paraId="565F5937" w14:textId="77777777" w:rsidR="009C4169" w:rsidRDefault="007C64BC">
      <w:pPr>
        <w:keepNext/>
        <w:spacing w:before="160"/>
        <w:jc w:val="both"/>
      </w:pPr>
      <w:r>
        <w:rPr>
          <w:b/>
          <w:color w:val="C96A00"/>
          <w:sz w:val="26"/>
        </w:rPr>
        <w:t>Aktivnost 3: Tri kreposti, jedno djelovanje</w:t>
      </w:r>
      <w:r>
        <w:rPr>
          <w:i/>
          <w:color w:val="6B6B6B"/>
          <w:sz w:val="20"/>
        </w:rPr>
        <w:t xml:space="preserve"> (rad u skupinama – povezivanje, 5 minuta)</w:t>
      </w:r>
    </w:p>
    <w:p w14:paraId="22EE7F7B" w14:textId="77777777" w:rsidR="009C4169" w:rsidRDefault="007C64BC">
      <w:pPr>
        <w:keepNext/>
        <w:jc w:val="both"/>
      </w:pPr>
      <w:r>
        <w:rPr>
          <w:color w:val="000000"/>
        </w:rPr>
        <w:t>Rad u skupinama. Učenici će pročitati redak sv. Pavla i pridružiti vjeru, ufanje i ljubav izmiješanim opisima: A očekivanje ispunjenja Kristova obećanja; B prihvaćanje Boga i njegove objave; C traženje dobra bližnjega radi Boga.</w:t>
      </w:r>
    </w:p>
    <w:p w14:paraId="329D45C3" w14:textId="77777777" w:rsidR="009C4169" w:rsidRDefault="007C64BC">
      <w:pPr>
        <w:keepNext/>
        <w:jc w:val="both"/>
        <w:rPr>
          <w:color w:val="6B6B6B"/>
          <w:sz w:val="20"/>
        </w:rPr>
      </w:pPr>
      <w:r>
        <w:rPr>
          <w:color w:val="6B6B6B"/>
          <w:sz w:val="20"/>
        </w:rPr>
        <w:t>Moguće rješenje: Vjera – B; ufanje – A; ljubav – C. Ljubav oživljava i usmjerava življenje kreposti.</w:t>
      </w:r>
    </w:p>
    <w:p w14:paraId="6BC364F2" w14:textId="77777777" w:rsidR="00D47F25" w:rsidRDefault="00D47F25">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08296E32" w14:textId="77777777">
        <w:trPr>
          <w:jc w:val="center"/>
        </w:trPr>
        <w:tc>
          <w:tcPr>
            <w:tcW w:w="10346" w:type="dxa"/>
            <w:shd w:val="clear" w:color="auto" w:fill="46437E"/>
            <w:vAlign w:val="center"/>
          </w:tcPr>
          <w:p w14:paraId="568A0688" w14:textId="77777777" w:rsidR="009C4169" w:rsidRDefault="007C64BC">
            <w:pPr>
              <w:keepNext/>
              <w:spacing w:before="65" w:after="65"/>
              <w:ind w:left="85" w:right="85"/>
              <w:jc w:val="center"/>
            </w:pPr>
            <w:r>
              <w:rPr>
                <w:b/>
                <w:color w:val="FFFFFF"/>
                <w:sz w:val="40"/>
              </w:rPr>
              <w:t>NAJVEĆA JE LJUBAV</w:t>
            </w:r>
          </w:p>
        </w:tc>
      </w:tr>
      <w:tr w:rsidR="009C4169" w14:paraId="0033FF20" w14:textId="77777777">
        <w:trPr>
          <w:cantSplit/>
          <w:jc w:val="center"/>
        </w:trPr>
        <w:tc>
          <w:tcPr>
            <w:tcW w:w="10346" w:type="dxa"/>
            <w:shd w:val="clear" w:color="auto" w:fill="F3F6FA"/>
            <w:vAlign w:val="center"/>
          </w:tcPr>
          <w:p w14:paraId="545A9A26" w14:textId="77777777" w:rsidR="00D47F25" w:rsidRDefault="007C64BC">
            <w:pPr>
              <w:spacing w:before="65" w:after="65"/>
              <w:ind w:left="85" w:right="85"/>
              <w:jc w:val="both"/>
              <w:rPr>
                <w:color w:val="000000"/>
                <w:sz w:val="40"/>
              </w:rPr>
            </w:pPr>
            <w:r>
              <w:rPr>
                <w:color w:val="000000"/>
                <w:sz w:val="40"/>
              </w:rPr>
              <w:t>»A sada: ostaju vjera, ufanje i ljubav – to troje – ali najveća je među njima ljubav.«</w:t>
            </w:r>
          </w:p>
          <w:p w14:paraId="38751F06" w14:textId="32D88F1A" w:rsidR="009C4169" w:rsidRDefault="007C64BC" w:rsidP="00D47F25">
            <w:pPr>
              <w:spacing w:before="65" w:after="65"/>
              <w:ind w:left="85" w:right="85"/>
              <w:jc w:val="right"/>
            </w:pPr>
            <w:r>
              <w:rPr>
                <w:color w:val="000000"/>
                <w:sz w:val="20"/>
              </w:rPr>
              <w:t>1 Kor 13,13; udžbenik, str. 24.</w:t>
            </w:r>
          </w:p>
        </w:tc>
      </w:tr>
    </w:tbl>
    <w:p w14:paraId="65CF2F36" w14:textId="77777777" w:rsidR="009C4169" w:rsidRDefault="009C4169">
      <w:pPr>
        <w:spacing w:after="0" w:line="120" w:lineRule="exact"/>
        <w:jc w:val="both"/>
      </w:pPr>
    </w:p>
    <w:p w14:paraId="58531A7C" w14:textId="77777777" w:rsidR="009C4169" w:rsidRDefault="007C64BC" w:rsidP="00F61F06">
      <w:pPr>
        <w:widowControl w:val="0"/>
        <w:spacing w:before="200"/>
        <w:jc w:val="both"/>
        <w:rPr>
          <w:color w:val="000000"/>
        </w:rPr>
      </w:pPr>
      <w:r>
        <w:rPr>
          <w:color w:val="000000"/>
        </w:rPr>
        <w:t>Radni predložak:</w:t>
      </w:r>
    </w:p>
    <w:p w14:paraId="1C4937D5" w14:textId="3FEFAB3D" w:rsidR="00D47F25" w:rsidRPr="00D47F25" w:rsidRDefault="00D47F25" w:rsidP="00F61F06">
      <w:pPr>
        <w:widowControl w:val="0"/>
        <w:spacing w:before="200"/>
        <w:jc w:val="both"/>
        <w:rPr>
          <w:color w:val="002060"/>
          <w:sz w:val="40"/>
          <w:szCs w:val="40"/>
        </w:rPr>
      </w:pPr>
      <w:r w:rsidRPr="00D47F25">
        <w:rPr>
          <w:b/>
          <w:bCs/>
          <w:color w:val="002060"/>
          <w:sz w:val="40"/>
          <w:szCs w:val="40"/>
        </w:rPr>
        <w:t>A</w:t>
      </w:r>
      <w:r w:rsidRPr="00D47F25">
        <w:rPr>
          <w:color w:val="002060"/>
          <w:sz w:val="40"/>
          <w:szCs w:val="40"/>
        </w:rPr>
        <w:t xml:space="preserve"> očekivanje ispunjenja Kristova obećanja; </w:t>
      </w:r>
      <w:r w:rsidRPr="00D47F25">
        <w:rPr>
          <w:b/>
          <w:bCs/>
          <w:color w:val="002060"/>
          <w:sz w:val="40"/>
          <w:szCs w:val="40"/>
        </w:rPr>
        <w:t>B</w:t>
      </w:r>
      <w:r w:rsidRPr="00D47F25">
        <w:rPr>
          <w:color w:val="002060"/>
          <w:sz w:val="40"/>
          <w:szCs w:val="40"/>
        </w:rPr>
        <w:t xml:space="preserve"> prihvaćanje Boga i njegove objave; </w:t>
      </w:r>
      <w:r w:rsidRPr="00D47F25">
        <w:rPr>
          <w:b/>
          <w:bCs/>
          <w:color w:val="002060"/>
          <w:sz w:val="40"/>
          <w:szCs w:val="40"/>
        </w:rPr>
        <w:t>C</w:t>
      </w:r>
      <w:r w:rsidRPr="00D47F25">
        <w:rPr>
          <w:color w:val="002060"/>
          <w:sz w:val="40"/>
          <w:szCs w:val="40"/>
        </w:rPr>
        <w:t xml:space="preserve"> traženje dobra bližnjega radi Boga.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445"/>
        <w:gridCol w:w="3446"/>
        <w:gridCol w:w="3446"/>
      </w:tblGrid>
      <w:tr w:rsidR="009C4169" w14:paraId="79F982A1" w14:textId="77777777">
        <w:trPr>
          <w:cantSplit/>
          <w:jc w:val="center"/>
        </w:trPr>
        <w:tc>
          <w:tcPr>
            <w:tcW w:w="3449" w:type="dxa"/>
            <w:shd w:val="clear" w:color="auto" w:fill="A64B00"/>
            <w:vAlign w:val="center"/>
          </w:tcPr>
          <w:p w14:paraId="072BF68B" w14:textId="77777777" w:rsidR="009C4169" w:rsidRDefault="007C64BC" w:rsidP="00F61F06">
            <w:pPr>
              <w:widowControl w:val="0"/>
              <w:spacing w:before="65" w:after="65"/>
              <w:ind w:left="85" w:right="85"/>
              <w:jc w:val="center"/>
            </w:pPr>
            <w:r>
              <w:rPr>
                <w:b/>
                <w:color w:val="FFFFFF"/>
                <w:sz w:val="40"/>
              </w:rPr>
              <w:t>VJERA</w:t>
            </w:r>
          </w:p>
        </w:tc>
        <w:tc>
          <w:tcPr>
            <w:tcW w:w="3449" w:type="dxa"/>
            <w:shd w:val="clear" w:color="auto" w:fill="387645"/>
            <w:vAlign w:val="center"/>
          </w:tcPr>
          <w:p w14:paraId="3C9DF0C3" w14:textId="77777777" w:rsidR="009C4169" w:rsidRDefault="007C64BC" w:rsidP="00F61F06">
            <w:pPr>
              <w:widowControl w:val="0"/>
              <w:spacing w:before="65" w:after="65"/>
              <w:ind w:left="85" w:right="85"/>
              <w:jc w:val="center"/>
            </w:pPr>
            <w:r>
              <w:rPr>
                <w:b/>
                <w:color w:val="FFFFFF"/>
                <w:sz w:val="40"/>
              </w:rPr>
              <w:t>UFANJE</w:t>
            </w:r>
          </w:p>
        </w:tc>
        <w:tc>
          <w:tcPr>
            <w:tcW w:w="3449" w:type="dxa"/>
            <w:shd w:val="clear" w:color="auto" w:fill="A33E62"/>
            <w:vAlign w:val="center"/>
          </w:tcPr>
          <w:p w14:paraId="122A4082" w14:textId="77777777" w:rsidR="009C4169" w:rsidRDefault="007C64BC" w:rsidP="00F61F06">
            <w:pPr>
              <w:widowControl w:val="0"/>
              <w:spacing w:before="65" w:after="65"/>
              <w:ind w:left="85" w:right="85"/>
              <w:jc w:val="center"/>
            </w:pPr>
            <w:r>
              <w:rPr>
                <w:b/>
                <w:color w:val="FFFFFF"/>
                <w:sz w:val="40"/>
              </w:rPr>
              <w:t>LJUBAV</w:t>
            </w:r>
          </w:p>
        </w:tc>
      </w:tr>
      <w:tr w:rsidR="009C4169" w14:paraId="0424C3C1" w14:textId="77777777">
        <w:trPr>
          <w:cantSplit/>
          <w:jc w:val="center"/>
        </w:trPr>
        <w:tc>
          <w:tcPr>
            <w:tcW w:w="3449" w:type="dxa"/>
            <w:vAlign w:val="center"/>
          </w:tcPr>
          <w:p w14:paraId="74155EA9" w14:textId="77777777" w:rsidR="009C4169" w:rsidRDefault="007C64BC" w:rsidP="00F61F06">
            <w:pPr>
              <w:widowControl w:val="0"/>
              <w:spacing w:before="65" w:after="65"/>
              <w:ind w:left="85" w:right="85"/>
            </w:pPr>
            <w:r>
              <w:rPr>
                <w:color w:val="000000"/>
                <w:sz w:val="40"/>
              </w:rPr>
              <w:lastRenderedPageBreak/>
              <w:t xml:space="preserve">Opis: </w:t>
            </w:r>
            <w:r>
              <w:rPr>
                <w:color w:val="000000"/>
                <w:sz w:val="24"/>
              </w:rPr>
              <w:t>____</w:t>
            </w:r>
          </w:p>
        </w:tc>
        <w:tc>
          <w:tcPr>
            <w:tcW w:w="3449" w:type="dxa"/>
            <w:vAlign w:val="center"/>
          </w:tcPr>
          <w:p w14:paraId="72DD631E" w14:textId="77777777" w:rsidR="009C4169" w:rsidRDefault="007C64BC" w:rsidP="00F61F06">
            <w:pPr>
              <w:widowControl w:val="0"/>
              <w:spacing w:before="65" w:after="65"/>
              <w:ind w:left="85" w:right="85"/>
            </w:pPr>
            <w:r>
              <w:rPr>
                <w:color w:val="000000"/>
                <w:sz w:val="40"/>
              </w:rPr>
              <w:t xml:space="preserve">Opis: </w:t>
            </w:r>
            <w:r>
              <w:rPr>
                <w:color w:val="000000"/>
                <w:sz w:val="24"/>
              </w:rPr>
              <w:t>____</w:t>
            </w:r>
          </w:p>
        </w:tc>
        <w:tc>
          <w:tcPr>
            <w:tcW w:w="3449" w:type="dxa"/>
            <w:vAlign w:val="center"/>
          </w:tcPr>
          <w:p w14:paraId="32305B21" w14:textId="77777777" w:rsidR="009C4169" w:rsidRDefault="007C64BC" w:rsidP="00F61F06">
            <w:pPr>
              <w:widowControl w:val="0"/>
              <w:spacing w:before="65" w:after="65"/>
              <w:ind w:left="85" w:right="85"/>
            </w:pPr>
            <w:r>
              <w:rPr>
                <w:color w:val="000000"/>
                <w:sz w:val="40"/>
              </w:rPr>
              <w:t xml:space="preserve">Opis: </w:t>
            </w:r>
            <w:r>
              <w:rPr>
                <w:color w:val="000000"/>
                <w:sz w:val="24"/>
              </w:rPr>
              <w:t>____</w:t>
            </w:r>
          </w:p>
        </w:tc>
      </w:tr>
    </w:tbl>
    <w:p w14:paraId="11767086" w14:textId="77777777" w:rsidR="009C4169" w:rsidRDefault="009C4169">
      <w:pPr>
        <w:spacing w:after="0" w:line="120" w:lineRule="exact"/>
        <w:jc w:val="both"/>
      </w:pPr>
    </w:p>
    <w:p w14:paraId="07C77B02" w14:textId="77777777" w:rsidR="009C4169" w:rsidRDefault="007C64BC">
      <w:pPr>
        <w:keepNext/>
        <w:spacing w:before="160"/>
        <w:jc w:val="both"/>
      </w:pPr>
      <w:r>
        <w:rPr>
          <w:b/>
          <w:color w:val="C96A00"/>
          <w:sz w:val="26"/>
        </w:rPr>
        <w:t>Aktivnost 4: Ljubav koja smije reći ne</w:t>
      </w:r>
      <w:r>
        <w:rPr>
          <w:i/>
          <w:color w:val="6B6B6B"/>
          <w:sz w:val="20"/>
        </w:rPr>
        <w:t xml:space="preserve"> (rad u skupinama – rangiranje postupaka, 6 minuta)</w:t>
      </w:r>
    </w:p>
    <w:p w14:paraId="0AC6A34B" w14:textId="77777777" w:rsidR="009C4169" w:rsidRDefault="007C64BC" w:rsidP="00D47F25">
      <w:pPr>
        <w:widowControl w:val="0"/>
        <w:jc w:val="both"/>
      </w:pPr>
      <w:r>
        <w:rPr>
          <w:color w:val="000000"/>
        </w:rPr>
        <w:t>Rad u skupinama. Učenici će razmotriti poruku: „Ako ste mi prijatelji, poslat ćete mi rješenja i lagati za mene.“ Poredat će tri odgovora od najodgovornijega prema najmanje odgovornom: A poslati rješenja i lagati; B odbiti prijevaru i ponuditi pomoć u učenju; C odbiti zahtjev i javno ismijati osobu. Za prva dva mjesta navest će razlog prema Isusovu mjerilu ljubavi. U predložak će zapisati što odbijaju i koje dobro nude.</w:t>
      </w:r>
    </w:p>
    <w:p w14:paraId="01732421" w14:textId="77777777" w:rsidR="009C4169" w:rsidRDefault="007C64BC" w:rsidP="00D47F25">
      <w:pPr>
        <w:widowControl w:val="0"/>
        <w:jc w:val="both"/>
      </w:pPr>
      <w:r>
        <w:rPr>
          <w:color w:val="6B6B6B"/>
          <w:sz w:val="20"/>
        </w:rPr>
        <w:t>Moguće rješenje: Najodgovorniji je B: čuva istinu i pomaže osobi. C odbija prijevaru, ali povređuje dostojanstvo; A podupire prijevaru. Poredak B–C–A moguć je uz obrazloženje; kod usporedbe A i C važnije je prepoznati štetu obaju odgovora nego nametnuti isti poredak.</w:t>
      </w:r>
    </w:p>
    <w:p w14:paraId="393DBC16" w14:textId="77777777" w:rsidR="009C4169" w:rsidRDefault="007C64BC">
      <w:pPr>
        <w:keepNext/>
        <w:spacing w:before="200"/>
        <w:jc w:val="both"/>
        <w:rPr>
          <w:color w:val="000000"/>
        </w:rPr>
      </w:pPr>
      <w:r>
        <w:rPr>
          <w:color w:val="000000"/>
        </w:rPr>
        <w:t>Radni predložak:</w:t>
      </w:r>
    </w:p>
    <w:p w14:paraId="55FDA7A3" w14:textId="7F1507C8" w:rsidR="00D47F25" w:rsidRPr="00D47F25" w:rsidRDefault="00D47F25" w:rsidP="00D47F25">
      <w:pPr>
        <w:keepNext/>
        <w:spacing w:before="200"/>
        <w:jc w:val="center"/>
        <w:rPr>
          <w:color w:val="4A442A" w:themeColor="background2" w:themeShade="40"/>
          <w:sz w:val="40"/>
          <w:szCs w:val="40"/>
        </w:rPr>
      </w:pPr>
      <w:r w:rsidRPr="00D47F25">
        <w:rPr>
          <w:color w:val="4A442A" w:themeColor="background2" w:themeShade="40"/>
          <w:sz w:val="40"/>
          <w:szCs w:val="40"/>
        </w:rPr>
        <w:t>„Ako ste mi prijatelji, poslat ćete mi rješenja i lagati za mene.“</w:t>
      </w:r>
    </w:p>
    <w:p w14:paraId="5E30E428" w14:textId="7CDE1ED4" w:rsidR="00D47F25" w:rsidRPr="00D47F25" w:rsidRDefault="00D47F25">
      <w:pPr>
        <w:keepNext/>
        <w:spacing w:before="200"/>
        <w:jc w:val="both"/>
        <w:rPr>
          <w:color w:val="002060"/>
          <w:sz w:val="40"/>
          <w:szCs w:val="40"/>
        </w:rPr>
      </w:pPr>
      <w:r w:rsidRPr="00D47F25">
        <w:rPr>
          <w:b/>
          <w:bCs/>
          <w:color w:val="002060"/>
          <w:sz w:val="40"/>
          <w:szCs w:val="40"/>
        </w:rPr>
        <w:t xml:space="preserve">A </w:t>
      </w:r>
      <w:r w:rsidRPr="00D47F25">
        <w:rPr>
          <w:color w:val="002060"/>
          <w:sz w:val="40"/>
          <w:szCs w:val="40"/>
        </w:rPr>
        <w:t xml:space="preserve">poslati rješenja i lagati; </w:t>
      </w:r>
      <w:r w:rsidRPr="00D47F25">
        <w:rPr>
          <w:b/>
          <w:bCs/>
          <w:color w:val="002060"/>
          <w:sz w:val="40"/>
          <w:szCs w:val="40"/>
        </w:rPr>
        <w:t>B</w:t>
      </w:r>
      <w:r w:rsidRPr="00D47F25">
        <w:rPr>
          <w:color w:val="002060"/>
          <w:sz w:val="40"/>
          <w:szCs w:val="40"/>
        </w:rPr>
        <w:t xml:space="preserve"> odbiti prijevaru i ponuditi pomoć u učenju; </w:t>
      </w:r>
      <w:r w:rsidRPr="00D47F25">
        <w:rPr>
          <w:b/>
          <w:bCs/>
          <w:color w:val="002060"/>
          <w:sz w:val="40"/>
          <w:szCs w:val="40"/>
        </w:rPr>
        <w:t xml:space="preserve">C </w:t>
      </w:r>
      <w:r w:rsidRPr="00D47F25">
        <w:rPr>
          <w:color w:val="002060"/>
          <w:sz w:val="40"/>
          <w:szCs w:val="40"/>
        </w:rPr>
        <w:t>odbiti zahtjev i javno ismijati osobu.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9C4169" w14:paraId="1382963D" w14:textId="77777777">
        <w:trPr>
          <w:cantSplit/>
          <w:jc w:val="center"/>
        </w:trPr>
        <w:tc>
          <w:tcPr>
            <w:tcW w:w="5173" w:type="dxa"/>
            <w:shd w:val="clear" w:color="auto" w:fill="387645"/>
            <w:vAlign w:val="center"/>
          </w:tcPr>
          <w:p w14:paraId="10657761" w14:textId="77777777" w:rsidR="009C4169" w:rsidRDefault="007C64BC">
            <w:pPr>
              <w:keepNext/>
              <w:spacing w:before="65" w:after="65"/>
              <w:ind w:left="85" w:right="85"/>
              <w:jc w:val="center"/>
            </w:pPr>
            <w:r>
              <w:rPr>
                <w:b/>
                <w:color w:val="FFFFFF"/>
                <w:sz w:val="40"/>
              </w:rPr>
              <w:t>ŠTO ODBIJAMO?</w:t>
            </w:r>
          </w:p>
        </w:tc>
        <w:tc>
          <w:tcPr>
            <w:tcW w:w="5173" w:type="dxa"/>
            <w:shd w:val="clear" w:color="auto" w:fill="A33E62"/>
            <w:vAlign w:val="center"/>
          </w:tcPr>
          <w:p w14:paraId="1FA18BF2" w14:textId="77777777" w:rsidR="009C4169" w:rsidRDefault="007C64BC">
            <w:pPr>
              <w:keepNext/>
              <w:spacing w:before="65" w:after="65"/>
              <w:ind w:left="85" w:right="85"/>
              <w:jc w:val="center"/>
            </w:pPr>
            <w:r>
              <w:rPr>
                <w:b/>
                <w:color w:val="FFFFFF"/>
                <w:sz w:val="40"/>
              </w:rPr>
              <w:t>KOJE DOBRO NUDIMO?</w:t>
            </w:r>
          </w:p>
        </w:tc>
      </w:tr>
      <w:tr w:rsidR="009C4169" w14:paraId="49D212D2" w14:textId="77777777">
        <w:trPr>
          <w:cantSplit/>
          <w:jc w:val="center"/>
        </w:trPr>
        <w:tc>
          <w:tcPr>
            <w:tcW w:w="5173" w:type="dxa"/>
            <w:vAlign w:val="center"/>
          </w:tcPr>
          <w:p w14:paraId="13CA550A" w14:textId="77777777" w:rsidR="009C4169" w:rsidRDefault="007C64BC">
            <w:pPr>
              <w:spacing w:before="65" w:after="65"/>
              <w:ind w:left="110" w:right="110"/>
              <w:jc w:val="center"/>
            </w:pPr>
            <w:r>
              <w:rPr>
                <w:color w:val="000000"/>
                <w:spacing w:val="-5"/>
                <w:sz w:val="24"/>
              </w:rPr>
              <w:t>___________________________________________</w:t>
            </w:r>
          </w:p>
          <w:p w14:paraId="542D20EC" w14:textId="77777777" w:rsidR="009C4169" w:rsidRDefault="007C64BC">
            <w:pPr>
              <w:spacing w:before="65" w:after="65"/>
              <w:ind w:left="110" w:right="110"/>
              <w:jc w:val="center"/>
            </w:pPr>
            <w:r>
              <w:rPr>
                <w:color w:val="000000"/>
                <w:spacing w:val="-5"/>
                <w:sz w:val="24"/>
              </w:rPr>
              <w:t>___________________________________________</w:t>
            </w:r>
          </w:p>
        </w:tc>
        <w:tc>
          <w:tcPr>
            <w:tcW w:w="5173" w:type="dxa"/>
            <w:vAlign w:val="center"/>
          </w:tcPr>
          <w:p w14:paraId="6254D1BA" w14:textId="77777777" w:rsidR="009C4169" w:rsidRDefault="007C64BC">
            <w:pPr>
              <w:spacing w:before="65" w:after="65"/>
              <w:ind w:left="110" w:right="110"/>
              <w:jc w:val="center"/>
            </w:pPr>
            <w:r>
              <w:rPr>
                <w:color w:val="000000"/>
                <w:spacing w:val="-5"/>
                <w:sz w:val="24"/>
              </w:rPr>
              <w:t>___________________________________________</w:t>
            </w:r>
          </w:p>
          <w:p w14:paraId="6AFEBE29" w14:textId="77777777" w:rsidR="009C4169" w:rsidRDefault="007C64BC">
            <w:pPr>
              <w:spacing w:before="65" w:after="65"/>
              <w:ind w:left="110" w:right="110"/>
              <w:jc w:val="center"/>
            </w:pPr>
            <w:r>
              <w:rPr>
                <w:color w:val="000000"/>
                <w:spacing w:val="-5"/>
                <w:sz w:val="24"/>
              </w:rPr>
              <w:t>___________________________________________</w:t>
            </w:r>
          </w:p>
        </w:tc>
      </w:tr>
    </w:tbl>
    <w:p w14:paraId="1B28D9BC" w14:textId="77777777" w:rsidR="009C4169" w:rsidRDefault="009C4169">
      <w:pPr>
        <w:spacing w:after="0" w:line="120" w:lineRule="exact"/>
        <w:jc w:val="both"/>
      </w:pPr>
    </w:p>
    <w:p w14:paraId="0935B3CD" w14:textId="77777777" w:rsidR="009C4169" w:rsidRDefault="007C64BC">
      <w:pPr>
        <w:keepNext/>
        <w:spacing w:before="160"/>
        <w:jc w:val="both"/>
      </w:pPr>
      <w:r>
        <w:rPr>
          <w:b/>
          <w:color w:val="C96A00"/>
          <w:sz w:val="26"/>
        </w:rPr>
        <w:t>Aktivnost 5: Teološko sidro</w:t>
      </w:r>
      <w:r>
        <w:rPr>
          <w:i/>
          <w:color w:val="6B6B6B"/>
          <w:sz w:val="20"/>
        </w:rPr>
        <w:t xml:space="preserve"> (zajednički rad – primiti i darovati, 4 minute)</w:t>
      </w:r>
    </w:p>
    <w:p w14:paraId="6C3F8348" w14:textId="77777777" w:rsidR="009C4169" w:rsidRDefault="007C64BC">
      <w:pPr>
        <w:keepNext/>
        <w:jc w:val="both"/>
      </w:pPr>
      <w:r>
        <w:rPr>
          <w:color w:val="000000"/>
        </w:rPr>
        <w:t>Zajednički rad. Učenici će objasniti vezu između Božje ljubavi, zapovijedi i služenja. Navest će zašto ljubav prema sebi nije sebičnost.</w:t>
      </w:r>
    </w:p>
    <w:p w14:paraId="5B9C49C1" w14:textId="77777777" w:rsidR="009C4169" w:rsidRDefault="007C64BC">
      <w:pPr>
        <w:keepNext/>
        <w:jc w:val="both"/>
        <w:rPr>
          <w:color w:val="6B6B6B"/>
          <w:sz w:val="20"/>
        </w:rPr>
      </w:pPr>
      <w:r>
        <w:rPr>
          <w:color w:val="6B6B6B"/>
          <w:sz w:val="20"/>
        </w:rPr>
        <w:t>Moguće rješenje: Primamo Božju ljubav i odgovaramo brigom za sebe i bližnje. Zapovijedi čuvaju njihovo dostojanstvo. Briga za sebe omogućuje odgovorno darivanje.</w:t>
      </w:r>
    </w:p>
    <w:p w14:paraId="01F893C5" w14:textId="77777777" w:rsidR="00D47F25" w:rsidRDefault="00D47F25">
      <w:pPr>
        <w:keepNext/>
        <w:jc w:val="both"/>
      </w:pPr>
    </w:p>
    <w:p w14:paraId="3F015229" w14:textId="5AEEDA52" w:rsidR="00D47F25" w:rsidRPr="00D47F25" w:rsidRDefault="00D47F25">
      <w:pPr>
        <w:keepNext/>
        <w:jc w:val="both"/>
        <w:rPr>
          <w:color w:val="002060"/>
          <w:sz w:val="40"/>
          <w:szCs w:val="40"/>
        </w:rPr>
      </w:pPr>
      <w:r w:rsidRPr="00D47F25">
        <w:rPr>
          <w:color w:val="002060"/>
          <w:sz w:val="40"/>
          <w:szCs w:val="40"/>
        </w:rPr>
        <w:t>O</w:t>
      </w:r>
      <w:r w:rsidRPr="00D47F25">
        <w:rPr>
          <w:color w:val="002060"/>
          <w:sz w:val="40"/>
          <w:szCs w:val="40"/>
        </w:rPr>
        <w:t>bjasniti vezu između Božje ljubavi, zapovijedi i služenja. Navest</w:t>
      </w:r>
      <w:r w:rsidRPr="00D47F25">
        <w:rPr>
          <w:color w:val="002060"/>
          <w:sz w:val="40"/>
          <w:szCs w:val="40"/>
        </w:rPr>
        <w:t xml:space="preserve">i </w:t>
      </w:r>
      <w:r w:rsidRPr="00D47F25">
        <w:rPr>
          <w:color w:val="002060"/>
          <w:sz w:val="40"/>
          <w:szCs w:val="40"/>
        </w:rPr>
        <w:t>zašto ljubav prema sebi nije sebičnost.</w:t>
      </w:r>
    </w:p>
    <w:p w14:paraId="11D40913" w14:textId="77777777" w:rsidR="00D47F25" w:rsidRDefault="00D47F25">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767D9E8C" w14:textId="77777777">
        <w:trPr>
          <w:cantSplit/>
          <w:jc w:val="center"/>
        </w:trPr>
        <w:tc>
          <w:tcPr>
            <w:tcW w:w="10346" w:type="dxa"/>
            <w:shd w:val="clear" w:color="auto" w:fill="F4FBF5"/>
            <w:vAlign w:val="center"/>
          </w:tcPr>
          <w:p w14:paraId="15C660D6" w14:textId="77777777" w:rsidR="009C4169" w:rsidRDefault="007C64BC">
            <w:pPr>
              <w:spacing w:before="65" w:after="65"/>
              <w:ind w:left="85" w:right="85"/>
              <w:jc w:val="both"/>
            </w:pPr>
            <w:r>
              <w:rPr>
                <w:b/>
                <w:color w:val="166534"/>
              </w:rPr>
              <w:t>Teološko sidro:</w:t>
            </w:r>
            <w:r>
              <w:t xml:space="preserve"> Ljubav je bogoslovna krepost kojom ljubimo Boga iznad svega, a bližnjega kao sebe radi Boga. Isus nam daje sebe i poziva da ljubimo njegovim mjerilom. Ljubav usmjerava sve kreposti i ispunjava smisao zapovijedi. Usp. KKC 1822–1827.</w:t>
            </w:r>
          </w:p>
        </w:tc>
      </w:tr>
    </w:tbl>
    <w:p w14:paraId="4C385286" w14:textId="77777777" w:rsidR="009C4169" w:rsidRDefault="007C64BC" w:rsidP="00D47F25">
      <w:pPr>
        <w:widowControl w:val="0"/>
        <w:spacing w:before="160"/>
        <w:jc w:val="both"/>
      </w:pPr>
      <w:r>
        <w:rPr>
          <w:b/>
          <w:color w:val="C96A00"/>
          <w:sz w:val="26"/>
        </w:rPr>
        <w:t>Aktivnost 6: Osoba s kojom se ne razumijemo</w:t>
      </w:r>
      <w:r>
        <w:rPr>
          <w:i/>
          <w:color w:val="6B6B6B"/>
          <w:sz w:val="20"/>
        </w:rPr>
        <w:t xml:space="preserve"> (individualni rad i razgovor – čitanje molitvenoga teksta, 6 minuta)</w:t>
      </w:r>
    </w:p>
    <w:p w14:paraId="27C2CDA6" w14:textId="77777777" w:rsidR="009C4169" w:rsidRDefault="007C64BC" w:rsidP="00D47F25">
      <w:pPr>
        <w:widowControl w:val="0"/>
        <w:jc w:val="both"/>
      </w:pPr>
      <w:r>
        <w:rPr>
          <w:color w:val="000000"/>
        </w:rPr>
        <w:t>Individualni rad. Učenici će pročitati molitveni tekst. Izdvojit će izraz koji poziva na strpljivost i objasniti razliku između prihvaćanja osobe i odobravanja štetnoga postupka.</w:t>
      </w:r>
    </w:p>
    <w:p w14:paraId="77583384" w14:textId="77777777" w:rsidR="009C4169" w:rsidRDefault="007C64BC" w:rsidP="00D47F25">
      <w:pPr>
        <w:widowControl w:val="0"/>
        <w:jc w:val="both"/>
        <w:rPr>
          <w:color w:val="6B6B6B"/>
          <w:sz w:val="20"/>
        </w:rPr>
      </w:pPr>
      <w:r>
        <w:rPr>
          <w:color w:val="6B6B6B"/>
          <w:sz w:val="20"/>
        </w:rPr>
        <w:t>Moguće rješenje: „Želim ga i ja nositi i podnositi“ može značiti strpljivost i otvorenost. Dostojanstvo osobe poštujemo, ali štetan postupak smijemo zaustaviti i zatražiti zaštitu.</w:t>
      </w:r>
    </w:p>
    <w:p w14:paraId="1532F6AB" w14:textId="77777777" w:rsidR="00D47F25" w:rsidRDefault="00D47F25" w:rsidP="00D47F25">
      <w:pPr>
        <w:widowControl w:val="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30D21774" w14:textId="77777777">
        <w:trPr>
          <w:jc w:val="center"/>
        </w:trPr>
        <w:tc>
          <w:tcPr>
            <w:tcW w:w="10346" w:type="dxa"/>
            <w:shd w:val="clear" w:color="auto" w:fill="46437E"/>
            <w:vAlign w:val="center"/>
          </w:tcPr>
          <w:p w14:paraId="0DBD4378" w14:textId="77777777" w:rsidR="009C4169" w:rsidRDefault="007C64BC" w:rsidP="00D47F25">
            <w:pPr>
              <w:widowControl w:val="0"/>
              <w:spacing w:before="65" w:after="65"/>
              <w:ind w:left="85" w:right="85"/>
              <w:jc w:val="center"/>
            </w:pPr>
            <w:r>
              <w:rPr>
                <w:b/>
                <w:color w:val="FFFFFF"/>
                <w:sz w:val="40"/>
              </w:rPr>
              <w:t>MOLITVA ZA RAZUMIJEVANJE</w:t>
            </w:r>
          </w:p>
        </w:tc>
      </w:tr>
      <w:tr w:rsidR="009C4169" w14:paraId="766AFCC5" w14:textId="77777777" w:rsidTr="00D47F25">
        <w:trPr>
          <w:jc w:val="center"/>
        </w:trPr>
        <w:tc>
          <w:tcPr>
            <w:tcW w:w="10346" w:type="dxa"/>
            <w:shd w:val="clear" w:color="auto" w:fill="F3F6FA"/>
            <w:vAlign w:val="center"/>
          </w:tcPr>
          <w:p w14:paraId="06DA9436" w14:textId="77777777" w:rsidR="009C4169" w:rsidRDefault="007C64BC" w:rsidP="00D47F25">
            <w:pPr>
              <w:widowControl w:val="0"/>
              <w:spacing w:after="0"/>
              <w:ind w:left="85" w:right="85"/>
              <w:jc w:val="both"/>
            </w:pPr>
            <w:r>
              <w:rPr>
                <w:color w:val="000000"/>
                <w:sz w:val="40"/>
              </w:rPr>
              <w:t>Gospodine,</w:t>
            </w:r>
          </w:p>
          <w:p w14:paraId="0A7491A5" w14:textId="77777777" w:rsidR="009C4169" w:rsidRDefault="007C64BC" w:rsidP="00D47F25">
            <w:pPr>
              <w:widowControl w:val="0"/>
              <w:spacing w:after="0"/>
              <w:ind w:left="85" w:right="85"/>
              <w:jc w:val="both"/>
            </w:pPr>
            <w:r>
              <w:rPr>
                <w:color w:val="000000"/>
                <w:sz w:val="40"/>
              </w:rPr>
              <w:t>tu je onaj drugi,</w:t>
            </w:r>
          </w:p>
          <w:p w14:paraId="350418FF" w14:textId="77777777" w:rsidR="009C4169" w:rsidRDefault="007C64BC" w:rsidP="00D47F25">
            <w:pPr>
              <w:widowControl w:val="0"/>
              <w:spacing w:after="0"/>
              <w:ind w:left="85" w:right="85"/>
              <w:jc w:val="both"/>
            </w:pPr>
            <w:r>
              <w:rPr>
                <w:color w:val="000000"/>
                <w:sz w:val="40"/>
              </w:rPr>
              <w:lastRenderedPageBreak/>
              <w:t>s kojim se ne razumijem.</w:t>
            </w:r>
          </w:p>
          <w:p w14:paraId="793FAEFF" w14:textId="77777777" w:rsidR="009C4169" w:rsidRDefault="009C4169" w:rsidP="00D47F25">
            <w:pPr>
              <w:widowControl w:val="0"/>
              <w:spacing w:after="0"/>
              <w:ind w:left="85" w:right="85"/>
              <w:jc w:val="both"/>
            </w:pPr>
          </w:p>
          <w:p w14:paraId="1B296DF7" w14:textId="77777777" w:rsidR="009C4169" w:rsidRDefault="007C64BC" w:rsidP="00D47F25">
            <w:pPr>
              <w:widowControl w:val="0"/>
              <w:spacing w:after="0"/>
              <w:ind w:left="85" w:right="85"/>
              <w:jc w:val="both"/>
            </w:pPr>
            <w:r>
              <w:rPr>
                <w:color w:val="000000"/>
                <w:sz w:val="40"/>
              </w:rPr>
              <w:t>On pripada tebi,</w:t>
            </w:r>
          </w:p>
          <w:p w14:paraId="1F6C63FD" w14:textId="77777777" w:rsidR="009C4169" w:rsidRDefault="007C64BC" w:rsidP="00D47F25">
            <w:pPr>
              <w:widowControl w:val="0"/>
              <w:spacing w:after="0"/>
              <w:ind w:left="85" w:right="85"/>
              <w:jc w:val="both"/>
            </w:pPr>
            <w:r>
              <w:rPr>
                <w:color w:val="000000"/>
                <w:sz w:val="40"/>
              </w:rPr>
              <w:t>ti si ga stvorio,</w:t>
            </w:r>
          </w:p>
          <w:p w14:paraId="1C44B0C9" w14:textId="77777777" w:rsidR="009C4169" w:rsidRDefault="007C64BC" w:rsidP="00D47F25">
            <w:pPr>
              <w:widowControl w:val="0"/>
              <w:spacing w:after="0"/>
              <w:ind w:left="85" w:right="85"/>
              <w:jc w:val="both"/>
            </w:pPr>
            <w:r>
              <w:rPr>
                <w:color w:val="000000"/>
                <w:sz w:val="40"/>
              </w:rPr>
              <w:t>ti si ga,</w:t>
            </w:r>
          </w:p>
          <w:p w14:paraId="123EDAA0" w14:textId="77777777" w:rsidR="009C4169" w:rsidRDefault="007C64BC" w:rsidP="00D47F25">
            <w:pPr>
              <w:widowControl w:val="0"/>
              <w:spacing w:after="0"/>
              <w:ind w:left="85" w:right="85"/>
              <w:jc w:val="both"/>
            </w:pPr>
            <w:r>
              <w:rPr>
                <w:color w:val="000000"/>
                <w:sz w:val="40"/>
              </w:rPr>
              <w:t>iako nehotice,</w:t>
            </w:r>
          </w:p>
          <w:p w14:paraId="1055EA2B" w14:textId="77777777" w:rsidR="009C4169" w:rsidRDefault="007C64BC" w:rsidP="00D47F25">
            <w:pPr>
              <w:widowControl w:val="0"/>
              <w:spacing w:after="0"/>
              <w:ind w:left="85" w:right="85"/>
              <w:jc w:val="both"/>
            </w:pPr>
            <w:r>
              <w:rPr>
                <w:color w:val="000000"/>
                <w:sz w:val="40"/>
              </w:rPr>
              <w:t>ostavio upravo</w:t>
            </w:r>
          </w:p>
          <w:p w14:paraId="4B053662" w14:textId="77777777" w:rsidR="009C4169" w:rsidRDefault="007C64BC" w:rsidP="00D47F25">
            <w:pPr>
              <w:widowControl w:val="0"/>
              <w:spacing w:after="0"/>
              <w:ind w:left="85" w:right="85"/>
              <w:jc w:val="both"/>
            </w:pPr>
            <w:r>
              <w:rPr>
                <w:color w:val="000000"/>
                <w:sz w:val="40"/>
              </w:rPr>
              <w:t>onakva kakav jest.</w:t>
            </w:r>
          </w:p>
          <w:p w14:paraId="22042160" w14:textId="77777777" w:rsidR="009C4169" w:rsidRDefault="007C64BC" w:rsidP="00D47F25">
            <w:pPr>
              <w:widowControl w:val="0"/>
              <w:spacing w:after="0"/>
              <w:ind w:left="85" w:right="85"/>
              <w:jc w:val="both"/>
            </w:pPr>
            <w:r>
              <w:rPr>
                <w:color w:val="000000"/>
                <w:sz w:val="40"/>
              </w:rPr>
              <w:t>Ako ga ti nosiš,</w:t>
            </w:r>
          </w:p>
          <w:p w14:paraId="13811633" w14:textId="77777777" w:rsidR="009C4169" w:rsidRDefault="007C64BC" w:rsidP="00D47F25">
            <w:pPr>
              <w:widowControl w:val="0"/>
              <w:spacing w:after="0"/>
              <w:ind w:left="85" w:right="85"/>
              <w:jc w:val="both"/>
            </w:pPr>
            <w:r>
              <w:rPr>
                <w:color w:val="000000"/>
                <w:sz w:val="40"/>
              </w:rPr>
              <w:t>moj Bože,</w:t>
            </w:r>
          </w:p>
          <w:p w14:paraId="5A3D7074" w14:textId="77777777" w:rsidR="009C4169" w:rsidRDefault="007C64BC" w:rsidP="00D47F25">
            <w:pPr>
              <w:widowControl w:val="0"/>
              <w:spacing w:after="0"/>
              <w:ind w:left="85" w:right="85"/>
              <w:jc w:val="both"/>
            </w:pPr>
            <w:r>
              <w:rPr>
                <w:color w:val="000000"/>
                <w:sz w:val="40"/>
              </w:rPr>
              <w:t>želim ga i ja nositi</w:t>
            </w:r>
          </w:p>
          <w:p w14:paraId="020FE863" w14:textId="77777777" w:rsidR="009C4169" w:rsidRDefault="007C64BC" w:rsidP="00D47F25">
            <w:pPr>
              <w:widowControl w:val="0"/>
              <w:spacing w:after="0"/>
              <w:ind w:left="85" w:right="85"/>
              <w:jc w:val="both"/>
            </w:pPr>
            <w:r>
              <w:rPr>
                <w:color w:val="000000"/>
                <w:sz w:val="40"/>
              </w:rPr>
              <w:t>i podnositi,</w:t>
            </w:r>
          </w:p>
          <w:p w14:paraId="3752D410" w14:textId="77777777" w:rsidR="009C4169" w:rsidRDefault="007C64BC" w:rsidP="00D47F25">
            <w:pPr>
              <w:widowControl w:val="0"/>
              <w:spacing w:after="0"/>
              <w:ind w:left="85" w:right="85"/>
              <w:jc w:val="both"/>
            </w:pPr>
            <w:r>
              <w:rPr>
                <w:color w:val="000000"/>
                <w:sz w:val="40"/>
              </w:rPr>
              <w:t>kao što ti mene nosiš</w:t>
            </w:r>
          </w:p>
          <w:p w14:paraId="76DACE10" w14:textId="77777777" w:rsidR="00D47F25" w:rsidRDefault="007C64BC" w:rsidP="00D47F25">
            <w:pPr>
              <w:widowControl w:val="0"/>
              <w:spacing w:after="0"/>
              <w:ind w:left="85" w:right="85"/>
              <w:jc w:val="both"/>
              <w:rPr>
                <w:color w:val="000000"/>
                <w:sz w:val="40"/>
              </w:rPr>
            </w:pPr>
            <w:r>
              <w:rPr>
                <w:color w:val="000000"/>
                <w:sz w:val="40"/>
              </w:rPr>
              <w:t>i podnosiš.</w:t>
            </w:r>
          </w:p>
          <w:p w14:paraId="7F9E4932" w14:textId="43202889" w:rsidR="009C4169" w:rsidRDefault="007C64BC" w:rsidP="00D47F25">
            <w:pPr>
              <w:widowControl w:val="0"/>
              <w:spacing w:before="65" w:after="65"/>
              <w:ind w:left="85" w:right="85"/>
              <w:jc w:val="right"/>
            </w:pPr>
            <w:r>
              <w:rPr>
                <w:color w:val="000000"/>
                <w:sz w:val="20"/>
              </w:rPr>
              <w:t>Karl Rahner; prijepis iz udžbenika, str. 23.</w:t>
            </w:r>
          </w:p>
        </w:tc>
      </w:tr>
    </w:tbl>
    <w:p w14:paraId="01700A48" w14:textId="77777777" w:rsidR="009C4169" w:rsidRDefault="009C4169">
      <w:pPr>
        <w:spacing w:after="0" w:line="120" w:lineRule="exact"/>
        <w:jc w:val="both"/>
      </w:pPr>
    </w:p>
    <w:p w14:paraId="4247113F" w14:textId="203EC62D" w:rsidR="009C4169" w:rsidRDefault="007C64BC">
      <w:pPr>
        <w:jc w:val="both"/>
      </w:pPr>
      <w:r>
        <w:rPr>
          <w:color w:val="000000"/>
        </w:rPr>
        <w:t>Napomena za vjeroučitelja: Izraz „iako nehotice“</w:t>
      </w:r>
      <w:r w:rsidR="00285492">
        <w:rPr>
          <w:color w:val="000000"/>
        </w:rPr>
        <w:t xml:space="preserve"> n</w:t>
      </w:r>
      <w:r>
        <w:rPr>
          <w:color w:val="000000"/>
        </w:rPr>
        <w:t>e tumači se kao nauk da Bog ljude stvara slučajno. Molitveni, pjesnički izraz razlikuje se od precizne tvrdnje o Bogu.</w:t>
      </w:r>
    </w:p>
    <w:p w14:paraId="3B6D745B" w14:textId="77777777" w:rsidR="009C4169" w:rsidRDefault="007C64BC">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9C4169" w14:paraId="3ED31275" w14:textId="77777777">
        <w:trPr>
          <w:cantSplit/>
          <w:jc w:val="center"/>
        </w:trPr>
        <w:tc>
          <w:tcPr>
            <w:tcW w:w="5173" w:type="dxa"/>
            <w:shd w:val="clear" w:color="auto" w:fill="A33E62"/>
            <w:vAlign w:val="center"/>
          </w:tcPr>
          <w:p w14:paraId="71159D86" w14:textId="77777777" w:rsidR="009C4169" w:rsidRDefault="007C64BC">
            <w:pPr>
              <w:keepNext/>
              <w:spacing w:before="65" w:after="65"/>
              <w:ind w:left="85" w:right="85"/>
              <w:jc w:val="center"/>
            </w:pPr>
            <w:r>
              <w:rPr>
                <w:b/>
                <w:color w:val="FFFFFF"/>
                <w:sz w:val="40"/>
              </w:rPr>
              <w:t>PRIHVAĆAMO OSOBU</w:t>
            </w:r>
          </w:p>
        </w:tc>
        <w:tc>
          <w:tcPr>
            <w:tcW w:w="5173" w:type="dxa"/>
            <w:shd w:val="clear" w:color="auto" w:fill="007D87"/>
            <w:vAlign w:val="center"/>
          </w:tcPr>
          <w:p w14:paraId="65490F0B" w14:textId="77777777" w:rsidR="009C4169" w:rsidRDefault="007C64BC">
            <w:pPr>
              <w:keepNext/>
              <w:spacing w:before="65" w:after="65"/>
              <w:ind w:left="85" w:right="85"/>
              <w:jc w:val="center"/>
            </w:pPr>
            <w:r>
              <w:rPr>
                <w:b/>
                <w:color w:val="FFFFFF"/>
                <w:sz w:val="40"/>
              </w:rPr>
              <w:t>NE ODOBRAVAMO ŠTETU</w:t>
            </w:r>
          </w:p>
        </w:tc>
      </w:tr>
      <w:tr w:rsidR="009C4169" w14:paraId="2D0237B7" w14:textId="77777777">
        <w:trPr>
          <w:cantSplit/>
          <w:jc w:val="center"/>
        </w:trPr>
        <w:tc>
          <w:tcPr>
            <w:tcW w:w="5173" w:type="dxa"/>
            <w:vAlign w:val="center"/>
          </w:tcPr>
          <w:p w14:paraId="4277D6D7" w14:textId="77777777" w:rsidR="009C4169" w:rsidRDefault="007C64BC">
            <w:pPr>
              <w:spacing w:before="65" w:after="65"/>
              <w:ind w:left="85" w:right="85"/>
            </w:pPr>
            <w:r>
              <w:rPr>
                <w:color w:val="000000"/>
                <w:sz w:val="40"/>
              </w:rPr>
              <w:t>Kako to pokazujemo?</w:t>
            </w:r>
          </w:p>
          <w:p w14:paraId="0A79C2C3" w14:textId="77777777" w:rsidR="009C4169" w:rsidRDefault="007C64BC">
            <w:pPr>
              <w:spacing w:before="65" w:after="65"/>
              <w:ind w:left="110" w:right="110"/>
              <w:jc w:val="center"/>
            </w:pPr>
            <w:r>
              <w:rPr>
                <w:color w:val="000000"/>
                <w:spacing w:val="-5"/>
                <w:sz w:val="24"/>
              </w:rPr>
              <w:t>___________________________________________</w:t>
            </w:r>
          </w:p>
        </w:tc>
        <w:tc>
          <w:tcPr>
            <w:tcW w:w="5173" w:type="dxa"/>
            <w:vAlign w:val="center"/>
          </w:tcPr>
          <w:p w14:paraId="7C315F58" w14:textId="77777777" w:rsidR="009C4169" w:rsidRDefault="007C64BC">
            <w:pPr>
              <w:spacing w:before="65" w:after="65"/>
              <w:ind w:left="85" w:right="85"/>
            </w:pPr>
            <w:r>
              <w:rPr>
                <w:color w:val="000000"/>
                <w:sz w:val="40"/>
              </w:rPr>
              <w:t>Koju granicu postavljamo?</w:t>
            </w:r>
          </w:p>
          <w:p w14:paraId="0D23AF21" w14:textId="77777777" w:rsidR="009C4169" w:rsidRDefault="007C64BC">
            <w:pPr>
              <w:spacing w:before="65" w:after="65"/>
              <w:ind w:left="110" w:right="110"/>
              <w:jc w:val="center"/>
            </w:pPr>
            <w:r>
              <w:rPr>
                <w:color w:val="000000"/>
                <w:spacing w:val="-5"/>
                <w:sz w:val="24"/>
              </w:rPr>
              <w:t>___________________________________________</w:t>
            </w:r>
          </w:p>
        </w:tc>
      </w:tr>
    </w:tbl>
    <w:p w14:paraId="49204032" w14:textId="77777777" w:rsidR="009C4169" w:rsidRDefault="009C4169">
      <w:pPr>
        <w:spacing w:after="0" w:line="120" w:lineRule="exact"/>
        <w:jc w:val="both"/>
      </w:pPr>
    </w:p>
    <w:p w14:paraId="754B9A66" w14:textId="77777777" w:rsidR="009C4169" w:rsidRDefault="007C64BC">
      <w:pPr>
        <w:keepNext/>
        <w:spacing w:before="160"/>
        <w:jc w:val="both"/>
      </w:pPr>
      <w:r>
        <w:rPr>
          <w:b/>
          <w:color w:val="C96A00"/>
          <w:sz w:val="26"/>
        </w:rPr>
        <w:t>Aktivnost 7: Primiti veću ljubav</w:t>
      </w:r>
      <w:r>
        <w:rPr>
          <w:i/>
          <w:color w:val="6B6B6B"/>
          <w:sz w:val="20"/>
        </w:rPr>
        <w:t xml:space="preserve"> (rad u paru – tumačenje poučne zgode, 5 minuta)</w:t>
      </w:r>
    </w:p>
    <w:p w14:paraId="706F2BE5" w14:textId="77777777" w:rsidR="009C4169" w:rsidRDefault="007C64BC">
      <w:pPr>
        <w:keepNext/>
        <w:jc w:val="both"/>
      </w:pPr>
      <w:r>
        <w:rPr>
          <w:color w:val="000000"/>
        </w:rPr>
        <w:t>Rad u paru. Učenici će pročitati zgodu i protumačiti dječakov odgovor. Povezat će je s molitvom Čina ljubavi.</w:t>
      </w:r>
    </w:p>
    <w:p w14:paraId="73F3DF4F" w14:textId="77777777" w:rsidR="009C4169" w:rsidRDefault="007C64BC">
      <w:pPr>
        <w:keepNext/>
        <w:jc w:val="both"/>
        <w:rPr>
          <w:color w:val="6B6B6B"/>
          <w:sz w:val="20"/>
        </w:rPr>
      </w:pPr>
      <w:r>
        <w:rPr>
          <w:color w:val="6B6B6B"/>
          <w:sz w:val="20"/>
        </w:rPr>
        <w:t>Moguće rješenje: Izraz „svim srcem njegovim“ slikovito govori da se naša ograničena ljubav oslanja na Kristovu ljubav; nije doslovna zamjena ljudskoga srca.</w:t>
      </w:r>
    </w:p>
    <w:p w14:paraId="2DFAA456" w14:textId="77777777" w:rsidR="00285492" w:rsidRDefault="00285492">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167E6E0D" w14:textId="77777777">
        <w:trPr>
          <w:jc w:val="center"/>
        </w:trPr>
        <w:tc>
          <w:tcPr>
            <w:tcW w:w="10346" w:type="dxa"/>
            <w:shd w:val="clear" w:color="auto" w:fill="46437E"/>
            <w:vAlign w:val="center"/>
          </w:tcPr>
          <w:p w14:paraId="6DCAC1EC" w14:textId="77777777" w:rsidR="009C4169" w:rsidRDefault="007C64BC">
            <w:pPr>
              <w:keepNext/>
              <w:spacing w:before="65" w:after="65"/>
              <w:ind w:left="85" w:right="85"/>
              <w:jc w:val="center"/>
            </w:pPr>
            <w:r>
              <w:rPr>
                <w:b/>
                <w:color w:val="FFFFFF"/>
                <w:sz w:val="40"/>
              </w:rPr>
              <w:t>FRANCEKOV ODGOVOR</w:t>
            </w:r>
          </w:p>
        </w:tc>
      </w:tr>
      <w:tr w:rsidR="009C4169" w14:paraId="31A9FDFD" w14:textId="77777777">
        <w:trPr>
          <w:cantSplit/>
          <w:jc w:val="center"/>
        </w:trPr>
        <w:tc>
          <w:tcPr>
            <w:tcW w:w="10346" w:type="dxa"/>
            <w:shd w:val="clear" w:color="auto" w:fill="F3F6FA"/>
            <w:vAlign w:val="center"/>
          </w:tcPr>
          <w:p w14:paraId="430C2A32" w14:textId="77777777" w:rsidR="00285492" w:rsidRDefault="007C64BC">
            <w:pPr>
              <w:spacing w:before="65" w:after="65"/>
              <w:ind w:left="85" w:right="85"/>
              <w:jc w:val="both"/>
              <w:rPr>
                <w:color w:val="000000"/>
                <w:sz w:val="40"/>
              </w:rPr>
            </w:pPr>
            <w:r>
              <w:rPr>
                <w:color w:val="000000"/>
                <w:sz w:val="40"/>
              </w:rPr>
              <w:t>Jednom zgodom upitao je svećenik Feliks petogodišnjeg dječaka: »Čuj Francek, ljubiš li ti našega Spasitelja?« »O da, gospodine župniče!« odgovorio je dječak. »Ali ljubiš li ga svim srcem svojim?« »Ne, jer je moje srce zato premaleno. Ja ga ljubim svim srcem njegovim!«</w:t>
            </w:r>
          </w:p>
          <w:p w14:paraId="0B50B12F" w14:textId="44BB8566" w:rsidR="009C4169" w:rsidRDefault="007C64BC" w:rsidP="00285492">
            <w:pPr>
              <w:spacing w:before="65" w:after="65"/>
              <w:ind w:left="85" w:right="85"/>
              <w:jc w:val="right"/>
            </w:pPr>
            <w:r>
              <w:rPr>
                <w:color w:val="000000"/>
                <w:sz w:val="20"/>
              </w:rPr>
              <w:t>Poučna zgoda; udžbenik, str. 24.</w:t>
            </w:r>
          </w:p>
        </w:tc>
      </w:tr>
    </w:tbl>
    <w:p w14:paraId="6181A94D" w14:textId="77777777" w:rsidR="009C4169" w:rsidRDefault="009C4169">
      <w:pPr>
        <w:spacing w:after="0" w:line="12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73C7E8A7" w14:textId="77777777">
        <w:trPr>
          <w:jc w:val="center"/>
        </w:trPr>
        <w:tc>
          <w:tcPr>
            <w:tcW w:w="10346" w:type="dxa"/>
            <w:shd w:val="clear" w:color="auto" w:fill="46437E"/>
            <w:vAlign w:val="center"/>
          </w:tcPr>
          <w:p w14:paraId="4648D95F" w14:textId="77777777" w:rsidR="009C4169" w:rsidRDefault="007C64BC">
            <w:pPr>
              <w:keepNext/>
              <w:spacing w:before="65" w:after="65"/>
              <w:ind w:left="85" w:right="85"/>
              <w:jc w:val="center"/>
            </w:pPr>
            <w:r>
              <w:rPr>
                <w:b/>
                <w:color w:val="FFFFFF"/>
                <w:sz w:val="40"/>
              </w:rPr>
              <w:t>ČIN LJUBAVI</w:t>
            </w:r>
          </w:p>
        </w:tc>
      </w:tr>
      <w:tr w:rsidR="009C4169" w14:paraId="2ECCE4A0" w14:textId="77777777">
        <w:trPr>
          <w:cantSplit/>
          <w:jc w:val="center"/>
        </w:trPr>
        <w:tc>
          <w:tcPr>
            <w:tcW w:w="10346" w:type="dxa"/>
            <w:shd w:val="clear" w:color="auto" w:fill="F3F6FA"/>
            <w:vAlign w:val="center"/>
          </w:tcPr>
          <w:p w14:paraId="43EE74BA" w14:textId="77777777" w:rsidR="00285492" w:rsidRDefault="007C64BC">
            <w:pPr>
              <w:spacing w:before="65" w:after="65"/>
              <w:ind w:left="85" w:right="85"/>
              <w:jc w:val="both"/>
              <w:rPr>
                <w:color w:val="000000"/>
                <w:sz w:val="40"/>
              </w:rPr>
            </w:pPr>
            <w:r>
              <w:rPr>
                <w:color w:val="000000"/>
                <w:sz w:val="40"/>
              </w:rPr>
              <w:t>Ljubim te, Bože moj, svim svojim srcem i dušom, više nego sve drugo na svijetu, jer si dostojan svake ljubavi, i radi tebe ljubim svoga bližnjega kao sama sebe. O, Bože, užeži ognjem svoje ljubavi moje srce!</w:t>
            </w:r>
          </w:p>
          <w:p w14:paraId="57353206" w14:textId="2E00DDDC" w:rsidR="009C4169" w:rsidRDefault="007C64BC" w:rsidP="00285492">
            <w:pPr>
              <w:spacing w:before="65" w:after="65"/>
              <w:ind w:left="85" w:right="85"/>
              <w:jc w:val="right"/>
            </w:pPr>
            <w:r>
              <w:rPr>
                <w:color w:val="000000"/>
                <w:sz w:val="20"/>
              </w:rPr>
              <w:t>Udžbenik, str. 24.</w:t>
            </w:r>
          </w:p>
        </w:tc>
      </w:tr>
    </w:tbl>
    <w:p w14:paraId="056B9CCE" w14:textId="77777777" w:rsidR="009C4169" w:rsidRDefault="009C4169">
      <w:pPr>
        <w:spacing w:after="0" w:line="120" w:lineRule="exact"/>
        <w:jc w:val="both"/>
      </w:pPr>
    </w:p>
    <w:p w14:paraId="0C6B33AD" w14:textId="77777777" w:rsidR="009C4169" w:rsidRDefault="007C64BC">
      <w:pPr>
        <w:keepNext/>
        <w:spacing w:before="120"/>
        <w:jc w:val="both"/>
      </w:pPr>
      <w:r>
        <w:rPr>
          <w:color w:val="000000"/>
        </w:rPr>
        <w:t>Razgovor</w:t>
      </w:r>
    </w:p>
    <w:p w14:paraId="07AA271A" w14:textId="77777777" w:rsidR="009C4169" w:rsidRDefault="007C64BC">
      <w:pPr>
        <w:numPr>
          <w:ilvl w:val="0"/>
          <w:numId w:val="1"/>
        </w:numPr>
        <w:jc w:val="both"/>
      </w:pPr>
      <w:r>
        <w:rPr>
          <w:color w:val="000000"/>
        </w:rPr>
        <w:t xml:space="preserve">Što u molitvi pokazuje povezanost ljubavi prema Bogu i bližnjemu? </w:t>
      </w:r>
      <w:r>
        <w:rPr>
          <w:color w:val="6B6B6B"/>
          <w:sz w:val="18"/>
        </w:rPr>
        <w:t>(Izraz „radi tebe ljubim svoga bližnjega kao sama sebe“.)</w:t>
      </w:r>
    </w:p>
    <w:p w14:paraId="25AACD37" w14:textId="77777777" w:rsidR="009C4169" w:rsidRDefault="007C64BC">
      <w:pPr>
        <w:numPr>
          <w:ilvl w:val="0"/>
          <w:numId w:val="1"/>
        </w:numPr>
        <w:jc w:val="both"/>
      </w:pPr>
      <w:r>
        <w:rPr>
          <w:color w:val="000000"/>
        </w:rPr>
        <w:t xml:space="preserve">Zašto ljubav ne moramo svesti na vlastitu snagu? </w:t>
      </w:r>
      <w:r>
        <w:rPr>
          <w:color w:val="6B6B6B"/>
          <w:sz w:val="18"/>
        </w:rPr>
        <w:t>(Vjera nas upućuje na primanje Božje ljubavi i suradnju s njom.)</w:t>
      </w:r>
    </w:p>
    <w:p w14:paraId="248F765F" w14:textId="77777777" w:rsidR="009C4169" w:rsidRDefault="007C64BC">
      <w:pPr>
        <w:keepNext/>
        <w:spacing w:before="160"/>
        <w:jc w:val="both"/>
      </w:pPr>
      <w:r>
        <w:rPr>
          <w:b/>
          <w:color w:val="C96A00"/>
          <w:sz w:val="26"/>
        </w:rPr>
        <w:t>Aktivnost 8: Milosrdna ljubav u razredu</w:t>
      </w:r>
      <w:r>
        <w:rPr>
          <w:i/>
          <w:color w:val="6B6B6B"/>
          <w:sz w:val="20"/>
        </w:rPr>
        <w:t xml:space="preserve"> (rad u skupinama – mali izvediv plan, 6 minuta)</w:t>
      </w:r>
    </w:p>
    <w:p w14:paraId="2EBCE79D" w14:textId="77777777" w:rsidR="009C4169" w:rsidRDefault="007C64BC">
      <w:pPr>
        <w:keepNext/>
        <w:jc w:val="both"/>
      </w:pPr>
      <w:r>
        <w:rPr>
          <w:color w:val="000000"/>
        </w:rPr>
        <w:t>Rad u skupinama. Učenici će pročitati misao i osmisliti pomoć novim učenicima koji još nemaju društvo. Odredit će postupak, rok i način provjere prihvaća li osoba pomoć.</w:t>
      </w:r>
    </w:p>
    <w:p w14:paraId="200E485B" w14:textId="77777777" w:rsidR="009C4169" w:rsidRDefault="007C64BC">
      <w:pPr>
        <w:keepNext/>
        <w:jc w:val="both"/>
        <w:rPr>
          <w:color w:val="6B6B6B"/>
          <w:sz w:val="20"/>
        </w:rPr>
      </w:pPr>
      <w:r>
        <w:rPr>
          <w:color w:val="6B6B6B"/>
          <w:sz w:val="20"/>
        </w:rPr>
        <w:t>Moguće rješenje: Ponuditi mjesto u skupini, objasniti dogovore i pitati što osobi treba. Dobro se ne mjeri javnim hvaljenjem pomagača.</w:t>
      </w:r>
    </w:p>
    <w:p w14:paraId="6BF664A8" w14:textId="77777777" w:rsidR="00285492" w:rsidRDefault="00285492">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4C450EE3" w14:textId="77777777">
        <w:trPr>
          <w:jc w:val="center"/>
        </w:trPr>
        <w:tc>
          <w:tcPr>
            <w:tcW w:w="10346" w:type="dxa"/>
            <w:shd w:val="clear" w:color="auto" w:fill="46437E"/>
            <w:vAlign w:val="center"/>
          </w:tcPr>
          <w:p w14:paraId="5EFA8820" w14:textId="77777777" w:rsidR="009C4169" w:rsidRDefault="007C64BC">
            <w:pPr>
              <w:keepNext/>
              <w:spacing w:before="65" w:after="65"/>
              <w:ind w:left="85" w:right="85"/>
              <w:jc w:val="center"/>
            </w:pPr>
            <w:r>
              <w:rPr>
                <w:b/>
                <w:color w:val="FFFFFF"/>
                <w:sz w:val="40"/>
              </w:rPr>
              <w:t>MILOSRDNA LJUBAV</w:t>
            </w:r>
          </w:p>
        </w:tc>
      </w:tr>
      <w:tr w:rsidR="009C4169" w14:paraId="40FFD63B" w14:textId="77777777">
        <w:trPr>
          <w:cantSplit/>
          <w:jc w:val="center"/>
        </w:trPr>
        <w:tc>
          <w:tcPr>
            <w:tcW w:w="10346" w:type="dxa"/>
            <w:shd w:val="clear" w:color="auto" w:fill="F3F6FA"/>
            <w:vAlign w:val="center"/>
          </w:tcPr>
          <w:p w14:paraId="69863C94" w14:textId="77777777" w:rsidR="00285492" w:rsidRDefault="007C64BC">
            <w:pPr>
              <w:spacing w:before="65" w:after="65"/>
              <w:ind w:left="85" w:right="85"/>
              <w:jc w:val="both"/>
              <w:rPr>
                <w:color w:val="000000"/>
                <w:sz w:val="40"/>
              </w:rPr>
            </w:pPr>
            <w:r>
              <w:rPr>
                <w:color w:val="000000"/>
                <w:sz w:val="40"/>
              </w:rPr>
              <w:t>Zaista je kraljevski vršiti milosrdnu ljubav.</w:t>
            </w:r>
          </w:p>
          <w:p w14:paraId="1058FD73" w14:textId="5DCEE669" w:rsidR="009C4169" w:rsidRDefault="007C64BC" w:rsidP="00285492">
            <w:pPr>
              <w:spacing w:before="65" w:after="65"/>
              <w:ind w:left="85" w:right="85"/>
              <w:jc w:val="right"/>
            </w:pPr>
            <w:r>
              <w:rPr>
                <w:color w:val="000000"/>
                <w:sz w:val="20"/>
              </w:rPr>
              <w:t>sv. Vinko Paulski; udžbenik, str. 24.</w:t>
            </w:r>
          </w:p>
        </w:tc>
      </w:tr>
    </w:tbl>
    <w:p w14:paraId="31CA6AC7" w14:textId="77777777" w:rsidR="009C4169" w:rsidRDefault="009C4169">
      <w:pPr>
        <w:spacing w:after="0" w:line="120" w:lineRule="exact"/>
        <w:jc w:val="both"/>
      </w:pPr>
    </w:p>
    <w:p w14:paraId="3D6F29DD" w14:textId="77777777" w:rsidR="009C4169" w:rsidRDefault="007C64BC">
      <w:pPr>
        <w:keepNext/>
        <w:spacing w:before="200"/>
        <w:jc w:val="both"/>
        <w:rPr>
          <w:color w:val="000000"/>
        </w:rPr>
      </w:pPr>
      <w:r>
        <w:rPr>
          <w:color w:val="000000"/>
        </w:rPr>
        <w:t>Radni predložak:</w:t>
      </w:r>
    </w:p>
    <w:p w14:paraId="35E596DC" w14:textId="46E35F2C" w:rsidR="00285492" w:rsidRPr="00285492" w:rsidRDefault="00285492">
      <w:pPr>
        <w:keepNext/>
        <w:spacing w:before="200"/>
        <w:jc w:val="both"/>
        <w:rPr>
          <w:color w:val="002060"/>
          <w:sz w:val="40"/>
          <w:szCs w:val="40"/>
        </w:rPr>
      </w:pPr>
      <w:r w:rsidRPr="00285492">
        <w:rPr>
          <w:color w:val="002060"/>
          <w:sz w:val="40"/>
          <w:szCs w:val="40"/>
        </w:rPr>
        <w:t>O</w:t>
      </w:r>
      <w:r w:rsidRPr="00285492">
        <w:rPr>
          <w:color w:val="002060"/>
          <w:sz w:val="40"/>
          <w:szCs w:val="40"/>
        </w:rPr>
        <w:t>smisliti pomoć novim učenicima koji još nemaju društvo. Odredit</w:t>
      </w:r>
      <w:r w:rsidRPr="00285492">
        <w:rPr>
          <w:color w:val="002060"/>
          <w:sz w:val="40"/>
          <w:szCs w:val="40"/>
        </w:rPr>
        <w:t xml:space="preserve">i </w:t>
      </w:r>
      <w:r w:rsidRPr="00285492">
        <w:rPr>
          <w:color w:val="002060"/>
          <w:sz w:val="40"/>
          <w:szCs w:val="40"/>
        </w:rPr>
        <w:t>postupak, rok i način provjere prihvaća li osoba pomoć.</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9C4169" w14:paraId="476BD6B5" w14:textId="77777777">
        <w:trPr>
          <w:cantSplit/>
          <w:jc w:val="center"/>
        </w:trPr>
        <w:tc>
          <w:tcPr>
            <w:tcW w:w="5173" w:type="dxa"/>
            <w:shd w:val="clear" w:color="auto" w:fill="007D87"/>
            <w:vAlign w:val="center"/>
          </w:tcPr>
          <w:p w14:paraId="6CA5C764" w14:textId="77777777" w:rsidR="009C4169" w:rsidRDefault="007C64BC">
            <w:pPr>
              <w:keepNext/>
              <w:spacing w:before="65" w:after="65"/>
              <w:ind w:left="85" w:right="85"/>
              <w:jc w:val="center"/>
            </w:pPr>
            <w:r>
              <w:rPr>
                <w:b/>
                <w:color w:val="FFFFFF"/>
                <w:sz w:val="40"/>
              </w:rPr>
              <w:t>KORAK SLUŽENJA</w:t>
            </w:r>
          </w:p>
        </w:tc>
        <w:tc>
          <w:tcPr>
            <w:tcW w:w="5173" w:type="dxa"/>
            <w:shd w:val="clear" w:color="auto" w:fill="8064A2"/>
            <w:vAlign w:val="center"/>
          </w:tcPr>
          <w:p w14:paraId="2EDF4BCD" w14:textId="77777777" w:rsidR="009C4169" w:rsidRDefault="007C64BC">
            <w:pPr>
              <w:keepNext/>
              <w:spacing w:before="65" w:after="65"/>
              <w:ind w:left="85" w:right="85"/>
              <w:jc w:val="center"/>
            </w:pPr>
            <w:r>
              <w:rPr>
                <w:b/>
                <w:color w:val="FFFFFF"/>
                <w:sz w:val="40"/>
              </w:rPr>
              <w:t>KAKO ČUVAMO SLOBODU?</w:t>
            </w:r>
          </w:p>
        </w:tc>
      </w:tr>
      <w:tr w:rsidR="009C4169" w14:paraId="1B064D55" w14:textId="77777777">
        <w:trPr>
          <w:cantSplit/>
          <w:jc w:val="center"/>
        </w:trPr>
        <w:tc>
          <w:tcPr>
            <w:tcW w:w="5173" w:type="dxa"/>
            <w:vAlign w:val="center"/>
          </w:tcPr>
          <w:p w14:paraId="0F18B26D" w14:textId="77777777" w:rsidR="009C4169" w:rsidRDefault="007C64BC">
            <w:pPr>
              <w:spacing w:before="65" w:after="65"/>
              <w:ind w:left="110" w:right="110"/>
              <w:jc w:val="center"/>
            </w:pPr>
            <w:r>
              <w:rPr>
                <w:color w:val="000000"/>
                <w:spacing w:val="-5"/>
                <w:sz w:val="24"/>
              </w:rPr>
              <w:t>___________________________________________</w:t>
            </w:r>
          </w:p>
          <w:p w14:paraId="4181BCD0" w14:textId="77777777" w:rsidR="009C4169" w:rsidRDefault="007C64BC">
            <w:pPr>
              <w:spacing w:before="65" w:after="65"/>
              <w:ind w:left="110" w:right="110"/>
              <w:jc w:val="center"/>
            </w:pPr>
            <w:r>
              <w:rPr>
                <w:color w:val="000000"/>
                <w:spacing w:val="-5"/>
                <w:sz w:val="24"/>
              </w:rPr>
              <w:t>___________________________________________</w:t>
            </w:r>
          </w:p>
        </w:tc>
        <w:tc>
          <w:tcPr>
            <w:tcW w:w="5173" w:type="dxa"/>
            <w:vAlign w:val="center"/>
          </w:tcPr>
          <w:p w14:paraId="293560C3" w14:textId="77777777" w:rsidR="009C4169" w:rsidRDefault="007C64BC">
            <w:pPr>
              <w:spacing w:before="65" w:after="65"/>
              <w:ind w:left="110" w:right="110"/>
              <w:jc w:val="center"/>
            </w:pPr>
            <w:r>
              <w:rPr>
                <w:color w:val="000000"/>
                <w:spacing w:val="-5"/>
                <w:sz w:val="24"/>
              </w:rPr>
              <w:t>___________________________________________</w:t>
            </w:r>
          </w:p>
          <w:p w14:paraId="7FCDF393" w14:textId="77777777" w:rsidR="009C4169" w:rsidRDefault="007C64BC">
            <w:pPr>
              <w:spacing w:before="65" w:after="65"/>
              <w:ind w:left="110" w:right="110"/>
              <w:jc w:val="center"/>
            </w:pPr>
            <w:r>
              <w:rPr>
                <w:color w:val="000000"/>
                <w:spacing w:val="-5"/>
                <w:sz w:val="24"/>
              </w:rPr>
              <w:t>___________________________________________</w:t>
            </w:r>
          </w:p>
        </w:tc>
      </w:tr>
    </w:tbl>
    <w:p w14:paraId="5BD18454" w14:textId="77777777" w:rsidR="009C4169" w:rsidRDefault="009C4169">
      <w:pPr>
        <w:spacing w:after="0" w:line="120" w:lineRule="exact"/>
        <w:jc w:val="both"/>
      </w:pPr>
    </w:p>
    <w:p w14:paraId="0FCE6B2D" w14:textId="77777777" w:rsidR="009C4169" w:rsidRDefault="007C64BC" w:rsidP="00F61F06">
      <w:pPr>
        <w:widowControl w:val="0"/>
        <w:spacing w:before="160"/>
        <w:jc w:val="both"/>
      </w:pPr>
      <w:r>
        <w:rPr>
          <w:b/>
          <w:color w:val="C96A00"/>
          <w:sz w:val="26"/>
        </w:rPr>
        <w:t>Aktivnost 9: Od osjećaja do odluke</w:t>
      </w:r>
      <w:r>
        <w:rPr>
          <w:i/>
          <w:color w:val="6B6B6B"/>
          <w:sz w:val="20"/>
        </w:rPr>
        <w:t xml:space="preserve"> (rad u skupinama – razvrstavanje primjera, 5 minuta)</w:t>
      </w:r>
    </w:p>
    <w:p w14:paraId="7CF25CF5" w14:textId="77777777" w:rsidR="009C4169" w:rsidRDefault="007C64BC" w:rsidP="00F61F06">
      <w:pPr>
        <w:widowControl w:val="0"/>
        <w:jc w:val="both"/>
      </w:pPr>
      <w:r>
        <w:rPr>
          <w:color w:val="000000"/>
        </w:rPr>
        <w:t>Rad u skupinama. Učenici će razlikovati osjećaj i odluku u primjerima: ugodno druženje; saslušati i kada smo umorni; uzbuđenje zbog poruke; priznati pogrešku. Zatim će objasniti kako osjećaji i odluke mogu surađivati.</w:t>
      </w:r>
    </w:p>
    <w:p w14:paraId="78E52B5F" w14:textId="77777777" w:rsidR="009C4169" w:rsidRDefault="007C64BC" w:rsidP="00F61F06">
      <w:pPr>
        <w:widowControl w:val="0"/>
        <w:jc w:val="both"/>
      </w:pPr>
      <w:r>
        <w:rPr>
          <w:color w:val="6B6B6B"/>
          <w:sz w:val="20"/>
        </w:rPr>
        <w:t>Moguće rješenje: Osjećaji: ugoda i uzbuđenje. Odluke: saslušati i priznati pogrešku. Osjećaji mogu pratiti ljubav, ali njezino mjerilo ostaje dobro osobe.</w:t>
      </w:r>
    </w:p>
    <w:p w14:paraId="0ABDCBD5" w14:textId="77777777" w:rsidR="009C4169" w:rsidRDefault="007C64BC" w:rsidP="00F61F06">
      <w:pPr>
        <w:widowControl w:val="0"/>
        <w:spacing w:before="200"/>
        <w:jc w:val="both"/>
        <w:rPr>
          <w:color w:val="000000"/>
        </w:rPr>
      </w:pPr>
      <w:r>
        <w:rPr>
          <w:color w:val="000000"/>
        </w:rPr>
        <w:t>Radni predložak:</w:t>
      </w:r>
    </w:p>
    <w:p w14:paraId="282B48F0" w14:textId="267116D6" w:rsidR="00285492" w:rsidRPr="00285492" w:rsidRDefault="00285492" w:rsidP="00F61F06">
      <w:pPr>
        <w:widowControl w:val="0"/>
        <w:spacing w:before="200"/>
        <w:jc w:val="both"/>
        <w:rPr>
          <w:color w:val="002060"/>
          <w:sz w:val="40"/>
          <w:szCs w:val="40"/>
        </w:rPr>
      </w:pPr>
      <w:r w:rsidRPr="00285492">
        <w:rPr>
          <w:color w:val="002060"/>
          <w:sz w:val="40"/>
          <w:szCs w:val="40"/>
        </w:rPr>
        <w:t>U</w:t>
      </w:r>
      <w:r w:rsidRPr="00285492">
        <w:rPr>
          <w:color w:val="002060"/>
          <w:sz w:val="40"/>
          <w:szCs w:val="40"/>
        </w:rPr>
        <w:t>godno druženje; saslušati i kada smo umorni; uzbuđenje zbog poruke; priznati pogrešku.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9C4169" w14:paraId="3E727D14" w14:textId="77777777">
        <w:trPr>
          <w:cantSplit/>
          <w:jc w:val="center"/>
        </w:trPr>
        <w:tc>
          <w:tcPr>
            <w:tcW w:w="5173" w:type="dxa"/>
            <w:shd w:val="clear" w:color="auto" w:fill="8064A2"/>
            <w:vAlign w:val="center"/>
          </w:tcPr>
          <w:p w14:paraId="2E4168A5" w14:textId="77777777" w:rsidR="009C4169" w:rsidRDefault="007C64BC" w:rsidP="00F61F06">
            <w:pPr>
              <w:widowControl w:val="0"/>
              <w:spacing w:before="65" w:after="65"/>
              <w:ind w:left="85" w:right="85"/>
              <w:jc w:val="center"/>
            </w:pPr>
            <w:r>
              <w:rPr>
                <w:b/>
                <w:color w:val="FFFFFF"/>
                <w:sz w:val="40"/>
              </w:rPr>
              <w:lastRenderedPageBreak/>
              <w:t>OSJEĆAJ</w:t>
            </w:r>
          </w:p>
        </w:tc>
        <w:tc>
          <w:tcPr>
            <w:tcW w:w="5173" w:type="dxa"/>
            <w:shd w:val="clear" w:color="auto" w:fill="4472C4"/>
            <w:vAlign w:val="center"/>
          </w:tcPr>
          <w:p w14:paraId="1E58599C" w14:textId="77777777" w:rsidR="009C4169" w:rsidRDefault="007C64BC" w:rsidP="00F61F06">
            <w:pPr>
              <w:widowControl w:val="0"/>
              <w:spacing w:before="65" w:after="65"/>
              <w:ind w:left="85" w:right="85"/>
              <w:jc w:val="center"/>
            </w:pPr>
            <w:r>
              <w:rPr>
                <w:b/>
                <w:color w:val="FFFFFF"/>
                <w:sz w:val="40"/>
              </w:rPr>
              <w:t>ODLUKA ZA DOBRO</w:t>
            </w:r>
          </w:p>
        </w:tc>
      </w:tr>
      <w:tr w:rsidR="009C4169" w14:paraId="0A94BA4D" w14:textId="77777777">
        <w:trPr>
          <w:cantSplit/>
          <w:jc w:val="center"/>
        </w:trPr>
        <w:tc>
          <w:tcPr>
            <w:tcW w:w="5173" w:type="dxa"/>
            <w:vAlign w:val="center"/>
          </w:tcPr>
          <w:p w14:paraId="49354613" w14:textId="77777777" w:rsidR="009C4169" w:rsidRDefault="007C64BC" w:rsidP="00F61F06">
            <w:pPr>
              <w:widowControl w:val="0"/>
              <w:spacing w:before="65" w:after="65"/>
              <w:ind w:left="110" w:right="110"/>
              <w:jc w:val="center"/>
            </w:pPr>
            <w:r>
              <w:rPr>
                <w:color w:val="000000"/>
                <w:spacing w:val="-5"/>
                <w:sz w:val="24"/>
              </w:rPr>
              <w:t>___________________________________________</w:t>
            </w:r>
          </w:p>
          <w:p w14:paraId="1BCE30A1" w14:textId="77777777" w:rsidR="009C4169" w:rsidRDefault="007C64BC" w:rsidP="00F61F06">
            <w:pPr>
              <w:widowControl w:val="0"/>
              <w:spacing w:before="65" w:after="65"/>
              <w:ind w:left="110" w:right="110"/>
              <w:jc w:val="center"/>
            </w:pPr>
            <w:r>
              <w:rPr>
                <w:color w:val="000000"/>
                <w:spacing w:val="-5"/>
                <w:sz w:val="24"/>
              </w:rPr>
              <w:t>___________________________________________</w:t>
            </w:r>
          </w:p>
        </w:tc>
        <w:tc>
          <w:tcPr>
            <w:tcW w:w="5173" w:type="dxa"/>
            <w:vAlign w:val="center"/>
          </w:tcPr>
          <w:p w14:paraId="502C4F47" w14:textId="77777777" w:rsidR="009C4169" w:rsidRDefault="007C64BC" w:rsidP="00F61F06">
            <w:pPr>
              <w:widowControl w:val="0"/>
              <w:spacing w:before="65" w:after="65"/>
              <w:ind w:left="110" w:right="110"/>
              <w:jc w:val="center"/>
            </w:pPr>
            <w:r>
              <w:rPr>
                <w:color w:val="000000"/>
                <w:spacing w:val="-5"/>
                <w:sz w:val="24"/>
              </w:rPr>
              <w:t>___________________________________________</w:t>
            </w:r>
          </w:p>
          <w:p w14:paraId="4EEA38E0" w14:textId="77777777" w:rsidR="009C4169" w:rsidRDefault="007C64BC" w:rsidP="00F61F06">
            <w:pPr>
              <w:widowControl w:val="0"/>
              <w:spacing w:before="65" w:after="65"/>
              <w:ind w:left="110" w:right="110"/>
              <w:jc w:val="center"/>
            </w:pPr>
            <w:r>
              <w:rPr>
                <w:color w:val="000000"/>
                <w:spacing w:val="-5"/>
                <w:sz w:val="24"/>
              </w:rPr>
              <w:t>___________________________________________</w:t>
            </w:r>
          </w:p>
        </w:tc>
      </w:tr>
    </w:tbl>
    <w:p w14:paraId="06BBD60C" w14:textId="77777777" w:rsidR="009C4169" w:rsidRDefault="009C4169" w:rsidP="00F61F06">
      <w:pPr>
        <w:widowControl w:val="0"/>
        <w:spacing w:after="0" w:line="120" w:lineRule="exact"/>
        <w:jc w:val="both"/>
      </w:pPr>
    </w:p>
    <w:p w14:paraId="6F0F3511" w14:textId="77777777" w:rsidR="009C4169" w:rsidRDefault="007C64BC" w:rsidP="00285492">
      <w:pPr>
        <w:widowControl w:val="0"/>
        <w:spacing w:before="160"/>
        <w:jc w:val="both"/>
      </w:pPr>
      <w:r>
        <w:rPr>
          <w:b/>
          <w:color w:val="C96A00"/>
          <w:sz w:val="26"/>
        </w:rPr>
        <w:t>Aktivnost 10: Zapišimo!</w:t>
      </w:r>
      <w:r>
        <w:rPr>
          <w:i/>
          <w:color w:val="6B6B6B"/>
          <w:sz w:val="20"/>
        </w:rPr>
        <w:t xml:space="preserve"> (individualni rad – ključna rečenica i primjer, 3 minute)</w:t>
      </w:r>
    </w:p>
    <w:p w14:paraId="3573BB8C" w14:textId="77777777" w:rsidR="009C4169" w:rsidRDefault="007C64BC" w:rsidP="00285492">
      <w:pPr>
        <w:widowControl w:val="0"/>
        <w:jc w:val="both"/>
      </w:pPr>
      <w:r>
        <w:rPr>
          <w:color w:val="000000"/>
        </w:rPr>
        <w:t>Individualni rad. Učenici će prepisati naslov i vlastitim riječima oblikovati jednu ključnu rečenicu koja će povezati Boga, bližnjega i sebe. Ispod nje zapisat će jedan postupak u kojemu se prepoznaje Isusovo mjerilo ljubavi. Neće prepisivati ponuđeno rješenje.</w:t>
      </w:r>
    </w:p>
    <w:p w14:paraId="33EEB2C4" w14:textId="77777777" w:rsidR="009C4169" w:rsidRDefault="007C64BC" w:rsidP="00285492">
      <w:pPr>
        <w:widowControl w:val="0"/>
        <w:jc w:val="both"/>
      </w:pPr>
      <w:r>
        <w:rPr>
          <w:color w:val="6B6B6B"/>
          <w:sz w:val="20"/>
        </w:rPr>
        <w:t>Moguće rješenje: Bog nas prvi ljubi; zato ljubimo Boga iznad svega, a bližnjega kao sebe radi Boga. Primjer: pošteno ćemo pomoći vršnjaku u učenju, bez sudjelovanja u prijevari.</w:t>
      </w:r>
    </w:p>
    <w:p w14:paraId="674CD8ED" w14:textId="77777777" w:rsidR="009C4169" w:rsidRDefault="007C64BC">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29E51846" w14:textId="77777777">
        <w:trPr>
          <w:cantSplit/>
          <w:jc w:val="center"/>
        </w:trPr>
        <w:tc>
          <w:tcPr>
            <w:tcW w:w="10346" w:type="dxa"/>
            <w:shd w:val="clear" w:color="auto" w:fill="984806"/>
            <w:vAlign w:val="center"/>
          </w:tcPr>
          <w:p w14:paraId="0A2AE021" w14:textId="77777777" w:rsidR="009C4169" w:rsidRDefault="007C64BC">
            <w:pPr>
              <w:keepNext/>
              <w:spacing w:before="65" w:after="65"/>
              <w:ind w:left="85" w:right="85"/>
              <w:jc w:val="center"/>
            </w:pPr>
            <w:r>
              <w:rPr>
                <w:b/>
                <w:color w:val="FFFFFF"/>
                <w:sz w:val="40"/>
              </w:rPr>
              <w:t>BOGOSLOVNA KREPOST LJUBAVI</w:t>
            </w:r>
          </w:p>
        </w:tc>
      </w:tr>
      <w:tr w:rsidR="009C4169" w14:paraId="0B93CF79" w14:textId="77777777">
        <w:trPr>
          <w:cantSplit/>
          <w:jc w:val="center"/>
        </w:trPr>
        <w:tc>
          <w:tcPr>
            <w:tcW w:w="10346" w:type="dxa"/>
            <w:vAlign w:val="center"/>
          </w:tcPr>
          <w:p w14:paraId="54E0F771" w14:textId="77777777" w:rsidR="009C4169" w:rsidRDefault="007C64BC">
            <w:pPr>
              <w:keepNext/>
              <w:spacing w:before="65" w:after="65"/>
              <w:ind w:left="85" w:right="85"/>
            </w:pPr>
            <w:r>
              <w:rPr>
                <w:color w:val="000000"/>
                <w:sz w:val="40"/>
              </w:rPr>
              <w:t>Ključna rečenica:</w:t>
            </w:r>
          </w:p>
          <w:p w14:paraId="558184DD" w14:textId="77777777" w:rsidR="009C4169" w:rsidRDefault="007C64BC">
            <w:pPr>
              <w:keepNext/>
              <w:spacing w:before="65" w:after="65"/>
              <w:ind w:left="110" w:right="110"/>
              <w:jc w:val="center"/>
            </w:pPr>
            <w:r>
              <w:rPr>
                <w:color w:val="000000"/>
                <w:spacing w:val="-5"/>
                <w:sz w:val="24"/>
              </w:rPr>
              <w:t>________________________________________________________________________________________</w:t>
            </w:r>
          </w:p>
          <w:p w14:paraId="64D2F1D1" w14:textId="77777777" w:rsidR="009C4169" w:rsidRDefault="007C64BC">
            <w:pPr>
              <w:keepNext/>
              <w:spacing w:before="65" w:after="65"/>
              <w:ind w:left="110" w:right="110"/>
              <w:jc w:val="center"/>
            </w:pPr>
            <w:r>
              <w:rPr>
                <w:color w:val="000000"/>
                <w:spacing w:val="-5"/>
                <w:sz w:val="24"/>
              </w:rPr>
              <w:t>________________________________________________________________________________________</w:t>
            </w:r>
          </w:p>
        </w:tc>
      </w:tr>
      <w:tr w:rsidR="009C4169" w14:paraId="3623EB85" w14:textId="77777777">
        <w:trPr>
          <w:cantSplit/>
          <w:jc w:val="center"/>
        </w:trPr>
        <w:tc>
          <w:tcPr>
            <w:tcW w:w="10346" w:type="dxa"/>
            <w:shd w:val="clear" w:color="auto" w:fill="F7FBF7"/>
            <w:vAlign w:val="center"/>
          </w:tcPr>
          <w:p w14:paraId="408B01B1" w14:textId="77777777" w:rsidR="009C4169" w:rsidRDefault="007C64BC">
            <w:pPr>
              <w:spacing w:before="65" w:after="65"/>
              <w:ind w:left="85" w:right="85"/>
            </w:pPr>
            <w:r>
              <w:rPr>
                <w:color w:val="000000"/>
                <w:sz w:val="40"/>
              </w:rPr>
              <w:t>Primjer prema Isusovu mjerilu:</w:t>
            </w:r>
          </w:p>
          <w:p w14:paraId="2FCCA7A3" w14:textId="77777777" w:rsidR="009C4169" w:rsidRDefault="007C64BC">
            <w:pPr>
              <w:spacing w:before="65" w:after="65"/>
              <w:ind w:left="110" w:right="110"/>
              <w:jc w:val="center"/>
            </w:pPr>
            <w:r>
              <w:rPr>
                <w:color w:val="000000"/>
                <w:spacing w:val="-5"/>
                <w:sz w:val="24"/>
              </w:rPr>
              <w:t>________________________________________________________________________________________</w:t>
            </w:r>
          </w:p>
          <w:p w14:paraId="5947E4DE" w14:textId="77777777" w:rsidR="009C4169" w:rsidRDefault="007C64BC">
            <w:pPr>
              <w:spacing w:before="65" w:after="65"/>
              <w:ind w:left="110" w:right="110"/>
              <w:jc w:val="center"/>
            </w:pPr>
            <w:r>
              <w:rPr>
                <w:color w:val="000000"/>
                <w:spacing w:val="-5"/>
                <w:sz w:val="24"/>
              </w:rPr>
              <w:t>________________________________________________________________________________________</w:t>
            </w:r>
          </w:p>
        </w:tc>
      </w:tr>
    </w:tbl>
    <w:p w14:paraId="1B0F231D" w14:textId="77777777" w:rsidR="009C4169" w:rsidRDefault="009C4169">
      <w:pPr>
        <w:spacing w:after="0" w:line="120" w:lineRule="exact"/>
        <w:jc w:val="both"/>
      </w:pPr>
    </w:p>
    <w:p w14:paraId="735DD173" w14:textId="77777777" w:rsidR="00285492" w:rsidRDefault="00285492" w:rsidP="00285492"/>
    <w:p w14:paraId="3902B5A3" w14:textId="77777777" w:rsidR="00285492" w:rsidRDefault="00285492" w:rsidP="00285492"/>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00A07D30" w14:textId="77777777">
        <w:trPr>
          <w:cantSplit/>
          <w:jc w:val="center"/>
        </w:trPr>
        <w:tc>
          <w:tcPr>
            <w:tcW w:w="10346" w:type="dxa"/>
            <w:shd w:val="clear" w:color="auto" w:fill="00B050"/>
            <w:vAlign w:val="center"/>
          </w:tcPr>
          <w:p w14:paraId="2EC2C230" w14:textId="77777777" w:rsidR="009C4169" w:rsidRDefault="007C64BC">
            <w:pPr>
              <w:keepNext/>
              <w:spacing w:before="80"/>
              <w:ind w:left="85" w:right="85"/>
            </w:pPr>
            <w:r>
              <w:rPr>
                <w:b/>
                <w:color w:val="FFFFFF"/>
                <w:sz w:val="32"/>
              </w:rPr>
              <w:t>III. ZAVRŠNI DIO – DJELUJ</w:t>
            </w:r>
            <w:r>
              <w:rPr>
                <w:color w:val="FFFFFF"/>
                <w:sz w:val="20"/>
              </w:rPr>
              <w:t xml:space="preserve"> (9 min)</w:t>
            </w:r>
          </w:p>
        </w:tc>
      </w:tr>
    </w:tbl>
    <w:p w14:paraId="27EF546F" w14:textId="77777777" w:rsidR="009C4169" w:rsidRDefault="009C4169">
      <w:pPr>
        <w:keepNext/>
        <w:spacing w:after="0" w:line="120" w:lineRule="exact"/>
        <w:jc w:val="both"/>
      </w:pPr>
    </w:p>
    <w:p w14:paraId="2386F06E" w14:textId="77777777" w:rsidR="009C4169" w:rsidRDefault="007C64BC">
      <w:pPr>
        <w:keepNext/>
        <w:spacing w:before="160"/>
        <w:jc w:val="both"/>
      </w:pPr>
      <w:r>
        <w:rPr>
          <w:b/>
          <w:color w:val="C96A00"/>
          <w:sz w:val="26"/>
        </w:rPr>
        <w:t>Aktualizacija:</w:t>
      </w:r>
    </w:p>
    <w:p w14:paraId="0AC28398" w14:textId="77777777" w:rsidR="009C4169" w:rsidRDefault="007C64BC">
      <w:pPr>
        <w:jc w:val="both"/>
      </w:pPr>
      <w:r>
        <w:rPr>
          <w:color w:val="000000"/>
        </w:rPr>
        <w:t>Vjeroučitelj će odabrati dva ili tri pitanja.</w:t>
      </w:r>
    </w:p>
    <w:p w14:paraId="633F0EF5" w14:textId="77777777" w:rsidR="009C4169" w:rsidRDefault="007C64BC">
      <w:pPr>
        <w:keepNext/>
        <w:spacing w:before="120"/>
        <w:jc w:val="both"/>
      </w:pPr>
      <w:r>
        <w:rPr>
          <w:color w:val="000000"/>
        </w:rPr>
        <w:t>Razgovor</w:t>
      </w:r>
    </w:p>
    <w:p w14:paraId="052DC00F" w14:textId="77777777" w:rsidR="009C4169" w:rsidRDefault="007C64BC">
      <w:pPr>
        <w:numPr>
          <w:ilvl w:val="0"/>
          <w:numId w:val="1"/>
        </w:numPr>
        <w:jc w:val="both"/>
      </w:pPr>
      <w:r>
        <w:rPr>
          <w:color w:val="000000"/>
        </w:rPr>
        <w:t xml:space="preserve">Kako možete pokazati ljubav kada se ne slažete? </w:t>
      </w:r>
      <w:r>
        <w:rPr>
          <w:color w:val="6B6B6B"/>
          <w:sz w:val="18"/>
        </w:rPr>
        <w:t>(Saslušati, govoriti istinito i poštovati osobu.)</w:t>
      </w:r>
    </w:p>
    <w:p w14:paraId="472DC296" w14:textId="77777777" w:rsidR="009C4169" w:rsidRDefault="007C64BC">
      <w:pPr>
        <w:numPr>
          <w:ilvl w:val="0"/>
          <w:numId w:val="1"/>
        </w:numPr>
        <w:jc w:val="both"/>
      </w:pPr>
      <w:r>
        <w:rPr>
          <w:color w:val="000000"/>
        </w:rPr>
        <w:t xml:space="preserve">Kako zapovijed protiv laži čuva ljubav? </w:t>
      </w:r>
      <w:r>
        <w:rPr>
          <w:color w:val="6B6B6B"/>
          <w:sz w:val="18"/>
        </w:rPr>
        <w:t>(Čuva povjerenje, istinu i dostojanstvo.)</w:t>
      </w:r>
    </w:p>
    <w:p w14:paraId="418EC4BE" w14:textId="77777777" w:rsidR="009C4169" w:rsidRDefault="007C64BC">
      <w:pPr>
        <w:numPr>
          <w:ilvl w:val="0"/>
          <w:numId w:val="1"/>
        </w:numPr>
        <w:jc w:val="both"/>
      </w:pPr>
      <w:r>
        <w:rPr>
          <w:color w:val="000000"/>
        </w:rPr>
        <w:t xml:space="preserve">Što možete učiniti za nekoga tko ne može uzvratiti? </w:t>
      </w:r>
      <w:r>
        <w:rPr>
          <w:color w:val="6B6B6B"/>
          <w:sz w:val="18"/>
        </w:rPr>
        <w:t>(Ponuditi vrijeme ili primjerenu pomoć bez računanja koristi.)</w:t>
      </w:r>
    </w:p>
    <w:p w14:paraId="1D1E751B" w14:textId="77777777" w:rsidR="009C4169" w:rsidRDefault="007C64BC">
      <w:pPr>
        <w:keepNext/>
        <w:spacing w:before="160"/>
        <w:jc w:val="both"/>
      </w:pPr>
      <w:r>
        <w:rPr>
          <w:b/>
          <w:color w:val="C96A00"/>
          <w:sz w:val="26"/>
        </w:rPr>
        <w:t>Sinteza:</w:t>
      </w:r>
    </w:p>
    <w:p w14:paraId="347F5C9C" w14:textId="77777777" w:rsidR="009C4169" w:rsidRDefault="007C64BC">
      <w:pPr>
        <w:jc w:val="both"/>
        <w:rPr>
          <w:color w:val="000000"/>
        </w:rPr>
      </w:pPr>
      <w:r>
        <w:rPr>
          <w:color w:val="000000"/>
        </w:rPr>
        <w:t>Učenici će vratiti početni glagol ljubavi i povezati ga s Isusovim mjerilom. Moguća sinteza: Primljenu Božju ljubav pretvaramo u istinito, nesebično i odgovorno djelovanje.</w:t>
      </w:r>
    </w:p>
    <w:p w14:paraId="74758348" w14:textId="77777777" w:rsidR="00285492" w:rsidRDefault="00285492">
      <w:pPr>
        <w:jc w:val="both"/>
        <w:rPr>
          <w:color w:val="000000"/>
        </w:rPr>
      </w:pPr>
    </w:p>
    <w:p w14:paraId="6571894F" w14:textId="49452E19" w:rsidR="00285492" w:rsidRDefault="00285492">
      <w:pPr>
        <w:jc w:val="both"/>
        <w:rPr>
          <w:color w:val="000000"/>
        </w:rPr>
      </w:pPr>
      <w:r>
        <w:rPr>
          <w:color w:val="002060"/>
          <w:sz w:val="40"/>
          <w:szCs w:val="40"/>
        </w:rPr>
        <w:t>J</w:t>
      </w:r>
      <w:r w:rsidRPr="00CD346B">
        <w:rPr>
          <w:color w:val="002060"/>
          <w:sz w:val="40"/>
          <w:szCs w:val="40"/>
        </w:rPr>
        <w:t xml:space="preserve">edan glagol koji </w:t>
      </w:r>
      <w:r>
        <w:rPr>
          <w:color w:val="002060"/>
          <w:sz w:val="40"/>
          <w:szCs w:val="40"/>
        </w:rPr>
        <w:t xml:space="preserve">se </w:t>
      </w:r>
      <w:r w:rsidRPr="00CD346B">
        <w:rPr>
          <w:color w:val="002060"/>
          <w:sz w:val="40"/>
          <w:szCs w:val="40"/>
        </w:rPr>
        <w:t>povezuje s ljubavlju.</w:t>
      </w:r>
    </w:p>
    <w:p w14:paraId="29DDC34A" w14:textId="77777777" w:rsidR="00285492" w:rsidRDefault="00285492">
      <w:pPr>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37A345DD" w14:textId="77777777">
        <w:trPr>
          <w:cantSplit/>
          <w:jc w:val="center"/>
        </w:trPr>
        <w:tc>
          <w:tcPr>
            <w:tcW w:w="10346" w:type="dxa"/>
            <w:shd w:val="clear" w:color="auto" w:fill="F2F8F3"/>
            <w:vAlign w:val="center"/>
          </w:tcPr>
          <w:p w14:paraId="1510914F" w14:textId="77777777" w:rsidR="009C4169" w:rsidRDefault="007C64BC">
            <w:pPr>
              <w:spacing w:before="65" w:after="65"/>
              <w:ind w:left="85" w:right="85"/>
              <w:jc w:val="both"/>
            </w:pPr>
            <w:r>
              <w:rPr>
                <w:b/>
                <w:color w:val="166534"/>
              </w:rPr>
              <w:t>Zaključak vjeroučitelja:</w:t>
            </w:r>
            <w:r>
              <w:t xml:space="preserve"> Bog nas prvi ljubi i osposobljava nas ljubiti. Naš odgovor uključuje Boga, bližnjega i odgovornu brigu za sebe. Isusovo darivanje mjerilo je naših djela. Zapovijedi čuvaju upravo takvu ljubav.</w:t>
            </w:r>
          </w:p>
        </w:tc>
      </w:tr>
    </w:tbl>
    <w:p w14:paraId="0DBBF1AD" w14:textId="77777777" w:rsidR="009C4169" w:rsidRDefault="007C64BC" w:rsidP="00285492">
      <w:pPr>
        <w:widowControl w:val="0"/>
        <w:spacing w:before="160"/>
        <w:jc w:val="both"/>
      </w:pPr>
      <w:r>
        <w:rPr>
          <w:b/>
          <w:color w:val="C96A00"/>
          <w:sz w:val="26"/>
        </w:rPr>
        <w:t>Formativna provjera:</w:t>
      </w:r>
    </w:p>
    <w:p w14:paraId="7E332AC6" w14:textId="77777777" w:rsidR="009C4169" w:rsidRDefault="007C64BC" w:rsidP="00285492">
      <w:pPr>
        <w:widowControl w:val="0"/>
        <w:jc w:val="both"/>
      </w:pPr>
      <w:r>
        <w:rPr>
          <w:color w:val="000000"/>
        </w:rPr>
        <w:t>Učenici će odgovoriti na slučaj: prijatelji traže da lažemo za njih. Navest će: 1. koju vrijednost čuva odbijanje laži; 2. kakvu pomoć ipak možemo ponuditi; 3. kako odgovor proizlazi iz kršćanske ljubavi.</w:t>
      </w:r>
    </w:p>
    <w:p w14:paraId="0BFCDF3A" w14:textId="77777777" w:rsidR="009C4169" w:rsidRDefault="007C64BC" w:rsidP="00285492">
      <w:pPr>
        <w:widowControl w:val="0"/>
        <w:jc w:val="both"/>
        <w:rPr>
          <w:color w:val="6B6B6B"/>
          <w:sz w:val="20"/>
        </w:rPr>
      </w:pPr>
      <w:r>
        <w:rPr>
          <w:color w:val="6B6B6B"/>
          <w:sz w:val="20"/>
        </w:rPr>
        <w:lastRenderedPageBreak/>
        <w:t>Rješenje: 1. Istinu, povjerenje i dostojanstvo. 2. Pomoć u učenju ili priznavanju pogreške. 3. Ljubav traži stvarno dobro, a ne odobrava prijevaru.</w:t>
      </w:r>
    </w:p>
    <w:p w14:paraId="717EBF9C" w14:textId="77777777" w:rsidR="00285492" w:rsidRPr="00285492" w:rsidRDefault="00285492" w:rsidP="00285492">
      <w:pPr>
        <w:widowControl w:val="0"/>
        <w:jc w:val="both"/>
        <w:rPr>
          <w:color w:val="4A442A" w:themeColor="background2" w:themeShade="40"/>
          <w:sz w:val="20"/>
        </w:rPr>
      </w:pPr>
    </w:p>
    <w:p w14:paraId="2D742DB4" w14:textId="77777777" w:rsidR="00285492" w:rsidRPr="00285492" w:rsidRDefault="00285492" w:rsidP="00285492">
      <w:pPr>
        <w:widowControl w:val="0"/>
        <w:jc w:val="both"/>
        <w:rPr>
          <w:color w:val="4A442A" w:themeColor="background2" w:themeShade="40"/>
          <w:sz w:val="40"/>
          <w:szCs w:val="40"/>
        </w:rPr>
      </w:pPr>
      <w:r w:rsidRPr="00285492">
        <w:rPr>
          <w:color w:val="4A442A" w:themeColor="background2" w:themeShade="40"/>
          <w:sz w:val="40"/>
          <w:szCs w:val="40"/>
        </w:rPr>
        <w:t>P</w:t>
      </w:r>
      <w:r w:rsidRPr="00285492">
        <w:rPr>
          <w:color w:val="4A442A" w:themeColor="background2" w:themeShade="40"/>
          <w:sz w:val="40"/>
          <w:szCs w:val="40"/>
        </w:rPr>
        <w:t xml:space="preserve">rijatelji traže da lažemo za njih. </w:t>
      </w:r>
    </w:p>
    <w:p w14:paraId="2DD2BF47" w14:textId="60D2F56F" w:rsidR="00285492" w:rsidRPr="00285492" w:rsidRDefault="00285492" w:rsidP="00285492">
      <w:pPr>
        <w:widowControl w:val="0"/>
        <w:jc w:val="both"/>
        <w:rPr>
          <w:color w:val="002060"/>
          <w:sz w:val="40"/>
          <w:szCs w:val="40"/>
        </w:rPr>
      </w:pPr>
      <w:r w:rsidRPr="00285492">
        <w:rPr>
          <w:color w:val="002060"/>
          <w:sz w:val="40"/>
          <w:szCs w:val="40"/>
        </w:rPr>
        <w:t xml:space="preserve">1. </w:t>
      </w:r>
      <w:r w:rsidRPr="00285492">
        <w:rPr>
          <w:color w:val="002060"/>
          <w:sz w:val="40"/>
          <w:szCs w:val="40"/>
        </w:rPr>
        <w:t>K</w:t>
      </w:r>
      <w:r w:rsidRPr="00285492">
        <w:rPr>
          <w:color w:val="002060"/>
          <w:sz w:val="40"/>
          <w:szCs w:val="40"/>
        </w:rPr>
        <w:t>oju vrijednost čuva odbijanje laži</w:t>
      </w:r>
      <w:r w:rsidRPr="00285492">
        <w:rPr>
          <w:color w:val="002060"/>
          <w:sz w:val="40"/>
          <w:szCs w:val="40"/>
        </w:rPr>
        <w:t>?</w:t>
      </w:r>
    </w:p>
    <w:p w14:paraId="53BA6DDD" w14:textId="181E99F0" w:rsidR="00285492" w:rsidRPr="00285492" w:rsidRDefault="00285492" w:rsidP="00285492">
      <w:pPr>
        <w:widowControl w:val="0"/>
        <w:jc w:val="both"/>
        <w:rPr>
          <w:color w:val="002060"/>
          <w:sz w:val="40"/>
          <w:szCs w:val="40"/>
        </w:rPr>
      </w:pPr>
      <w:r w:rsidRPr="00285492">
        <w:rPr>
          <w:color w:val="002060"/>
          <w:sz w:val="40"/>
          <w:szCs w:val="40"/>
        </w:rPr>
        <w:t xml:space="preserve">2. </w:t>
      </w:r>
      <w:r w:rsidRPr="00285492">
        <w:rPr>
          <w:color w:val="002060"/>
          <w:sz w:val="40"/>
          <w:szCs w:val="40"/>
        </w:rPr>
        <w:t>K</w:t>
      </w:r>
      <w:r w:rsidRPr="00285492">
        <w:rPr>
          <w:color w:val="002060"/>
          <w:sz w:val="40"/>
          <w:szCs w:val="40"/>
        </w:rPr>
        <w:t>akvu pomoć ipak možemo ponuditi</w:t>
      </w:r>
      <w:r w:rsidRPr="00285492">
        <w:rPr>
          <w:color w:val="002060"/>
          <w:sz w:val="40"/>
          <w:szCs w:val="40"/>
        </w:rPr>
        <w:t>?</w:t>
      </w:r>
    </w:p>
    <w:p w14:paraId="4A9F7BCB" w14:textId="6621AADD" w:rsidR="00285492" w:rsidRPr="00285492" w:rsidRDefault="00285492" w:rsidP="00285492">
      <w:pPr>
        <w:widowControl w:val="0"/>
        <w:jc w:val="both"/>
        <w:rPr>
          <w:color w:val="002060"/>
          <w:sz w:val="40"/>
          <w:szCs w:val="40"/>
        </w:rPr>
      </w:pPr>
      <w:r w:rsidRPr="00285492">
        <w:rPr>
          <w:color w:val="002060"/>
          <w:sz w:val="40"/>
          <w:szCs w:val="40"/>
        </w:rPr>
        <w:t xml:space="preserve">3. </w:t>
      </w:r>
      <w:r w:rsidRPr="00285492">
        <w:rPr>
          <w:color w:val="002060"/>
          <w:sz w:val="40"/>
          <w:szCs w:val="40"/>
        </w:rPr>
        <w:t>K</w:t>
      </w:r>
      <w:r w:rsidRPr="00285492">
        <w:rPr>
          <w:color w:val="002060"/>
          <w:sz w:val="40"/>
          <w:szCs w:val="40"/>
        </w:rPr>
        <w:t>ako odgovor proizlazi iz kršćanske ljubavi</w:t>
      </w:r>
      <w:r w:rsidRPr="00285492">
        <w:rPr>
          <w:color w:val="002060"/>
          <w:sz w:val="40"/>
          <w:szCs w:val="40"/>
        </w:rPr>
        <w:t>?</w:t>
      </w:r>
    </w:p>
    <w:p w14:paraId="7F0C59C1" w14:textId="77777777" w:rsidR="009C4169" w:rsidRDefault="007C64BC">
      <w:pPr>
        <w:keepNext/>
        <w:spacing w:before="160"/>
        <w:jc w:val="both"/>
      </w:pPr>
      <w:r>
        <w:rPr>
          <w:b/>
          <w:color w:val="C96A00"/>
          <w:sz w:val="26"/>
        </w:rPr>
        <w:t>Samovrednovanje:</w:t>
      </w:r>
    </w:p>
    <w:p w14:paraId="17DC4F54" w14:textId="77777777" w:rsidR="009C4169" w:rsidRDefault="007C64BC">
      <w:pPr>
        <w:jc w:val="both"/>
        <w:rPr>
          <w:color w:val="000000"/>
        </w:rPr>
      </w:pPr>
      <w:r>
        <w:rPr>
          <w:color w:val="000000"/>
        </w:rPr>
        <w:t>Učenici će odabrati tvrdnju „mogu samostalno povezati ljubav i zapovijedi“, „mogu uz primjer“ ili „trebam objašnjenje“ te uz nju zapisati jedan dokaz iz svojega odgovora.</w:t>
      </w:r>
    </w:p>
    <w:p w14:paraId="44D28155" w14:textId="77777777" w:rsidR="00285492" w:rsidRDefault="00285492">
      <w:pPr>
        <w:jc w:val="both"/>
        <w:rPr>
          <w:color w:val="000000"/>
        </w:rPr>
      </w:pPr>
    </w:p>
    <w:p w14:paraId="5084A5EA" w14:textId="0A5E95DA" w:rsidR="00285492" w:rsidRDefault="00285492" w:rsidP="00285492">
      <w:pPr>
        <w:jc w:val="both"/>
        <w:rPr>
          <w:color w:val="000000"/>
        </w:rPr>
      </w:pPr>
      <w:r w:rsidRPr="007F6D81">
        <w:rPr>
          <w:color w:val="002060"/>
          <w:sz w:val="40"/>
          <w:szCs w:val="40"/>
        </w:rPr>
        <w:t>„mogu samostalno povezati ljubav i zapovijedi“</w:t>
      </w:r>
      <w:r w:rsidRPr="00285492">
        <w:rPr>
          <w:color w:val="000000"/>
          <w:sz w:val="40"/>
          <w:szCs w:val="40"/>
        </w:rPr>
        <w:t xml:space="preserve"> </w:t>
      </w:r>
      <w:r>
        <w:rPr>
          <w:color w:val="000000"/>
        </w:rPr>
        <w:t>________________________</w:t>
      </w:r>
    </w:p>
    <w:p w14:paraId="0AA1F621" w14:textId="7B6B5E5D" w:rsidR="00285492" w:rsidRPr="00285492" w:rsidRDefault="00285492" w:rsidP="00285492">
      <w:pPr>
        <w:jc w:val="both"/>
        <w:rPr>
          <w:color w:val="000000"/>
          <w:sz w:val="40"/>
          <w:szCs w:val="40"/>
        </w:rPr>
      </w:pPr>
      <w:r w:rsidRPr="007F6D81">
        <w:rPr>
          <w:color w:val="002060"/>
          <w:sz w:val="40"/>
          <w:szCs w:val="40"/>
        </w:rPr>
        <w:t>„mogu uz primjer“</w:t>
      </w:r>
      <w:r>
        <w:rPr>
          <w:color w:val="000000"/>
        </w:rPr>
        <w:t>________________________</w:t>
      </w:r>
    </w:p>
    <w:p w14:paraId="6EDB3F1D" w14:textId="611020ED" w:rsidR="00285492" w:rsidRPr="00285492" w:rsidRDefault="00285492" w:rsidP="00285492">
      <w:pPr>
        <w:jc w:val="both"/>
        <w:rPr>
          <w:sz w:val="40"/>
          <w:szCs w:val="40"/>
        </w:rPr>
      </w:pPr>
      <w:r w:rsidRPr="007F6D81">
        <w:rPr>
          <w:color w:val="002060"/>
          <w:sz w:val="40"/>
          <w:szCs w:val="40"/>
        </w:rPr>
        <w:t>„trebam objašnjenje“</w:t>
      </w:r>
      <w:r w:rsidRPr="00285492">
        <w:rPr>
          <w:color w:val="000000"/>
          <w:sz w:val="40"/>
          <w:szCs w:val="40"/>
        </w:rPr>
        <w:t xml:space="preserve"> </w:t>
      </w:r>
      <w:r>
        <w:rPr>
          <w:color w:val="000000"/>
        </w:rPr>
        <w:t>________________________</w:t>
      </w:r>
    </w:p>
    <w:p w14:paraId="7407EB50" w14:textId="77777777" w:rsidR="00285492" w:rsidRDefault="00285492">
      <w:pPr>
        <w:jc w:val="both"/>
      </w:pPr>
    </w:p>
    <w:p w14:paraId="79DC1A0F" w14:textId="77777777" w:rsidR="009C4169" w:rsidRDefault="007C64BC">
      <w:pPr>
        <w:keepNext/>
        <w:spacing w:before="160"/>
        <w:jc w:val="both"/>
      </w:pPr>
      <w:r>
        <w:rPr>
          <w:b/>
          <w:color w:val="C96A00"/>
          <w:sz w:val="26"/>
        </w:rPr>
        <w:t>Domaća zadaća:</w:t>
      </w:r>
    </w:p>
    <w:p w14:paraId="0BE0BBC5" w14:textId="77777777" w:rsidR="009C4169" w:rsidRDefault="007C64BC">
      <w:pPr>
        <w:jc w:val="both"/>
      </w:pPr>
      <w:r>
        <w:rPr>
          <w:color w:val="000000"/>
        </w:rPr>
        <w:t>Učenici će riješiti ili dovršiti zadatke u RB-u, str. 24–25.</w:t>
      </w:r>
    </w:p>
    <w:p w14:paraId="47903408" w14:textId="77777777" w:rsidR="009C4169" w:rsidRDefault="007C64BC">
      <w:pPr>
        <w:jc w:val="both"/>
      </w:pPr>
      <w:r>
        <w:rPr>
          <w:color w:val="000000"/>
        </w:rPr>
        <w:t>Ili:</w:t>
      </w:r>
    </w:p>
    <w:p w14:paraId="0228EAFB" w14:textId="77777777" w:rsidR="009C4169" w:rsidRDefault="007C64BC">
      <w:pPr>
        <w:jc w:val="both"/>
      </w:pPr>
      <w:r>
        <w:rPr>
          <w:color w:val="000000"/>
        </w:rPr>
        <w:t>Učenici će opisati jedno nenametljivo djelo ljubavi koje mogu ostvariti tijekom tjedna. Napisat će komu služi, što traži od njih i kako čuva dostojanstvo osobe.</w:t>
      </w:r>
    </w:p>
    <w:p w14:paraId="76CB4B03" w14:textId="77777777" w:rsidR="009C4169" w:rsidRDefault="007C64BC">
      <w:pPr>
        <w:keepNext/>
        <w:spacing w:before="160"/>
        <w:jc w:val="both"/>
      </w:pPr>
      <w:r>
        <w:rPr>
          <w:b/>
          <w:color w:val="C96A00"/>
          <w:sz w:val="26"/>
        </w:rPr>
        <w:t>Završna molitva: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40881ECC" w14:textId="77777777">
        <w:trPr>
          <w:cantSplit/>
          <w:jc w:val="center"/>
        </w:trPr>
        <w:tc>
          <w:tcPr>
            <w:tcW w:w="10346" w:type="dxa"/>
            <w:shd w:val="clear" w:color="auto" w:fill="F7FBF7"/>
            <w:vAlign w:val="center"/>
          </w:tcPr>
          <w:p w14:paraId="7009BC42" w14:textId="77777777" w:rsidR="009C4169" w:rsidRDefault="007C64BC">
            <w:pPr>
              <w:spacing w:before="65" w:after="65"/>
              <w:ind w:left="85" w:right="85"/>
              <w:jc w:val="both"/>
            </w:pPr>
            <w:r>
              <w:rPr>
                <w:color w:val="000000"/>
                <w:sz w:val="40"/>
              </w:rPr>
              <w:t>Isuse, hvala ti što nas ljubiš prvi. Daj da te prepoznajemo u bližnjima i da naša ljubav bude strpljiva, istinita i djelatna. Nauči nas primati i darovati dobro. Amen.</w:t>
            </w:r>
          </w:p>
        </w:tc>
      </w:tr>
    </w:tbl>
    <w:p w14:paraId="7D774DC7" w14:textId="77777777" w:rsidR="007F6D81" w:rsidRDefault="007F6D81">
      <w:pPr>
        <w:jc w:val="both"/>
        <w:rPr>
          <w:color w:val="000000"/>
        </w:rPr>
      </w:pPr>
    </w:p>
    <w:p w14:paraId="41124476" w14:textId="581A212B" w:rsidR="009C4169" w:rsidRDefault="007C64BC">
      <w:pPr>
        <w:jc w:val="both"/>
      </w:pPr>
      <w:r>
        <w:rPr>
          <w:color w:val="000000"/>
        </w:rPr>
        <w:t>ili:</w:t>
      </w:r>
    </w:p>
    <w:p w14:paraId="74D9403A" w14:textId="77777777" w:rsidR="009C4169" w:rsidRDefault="007C64BC">
      <w:pPr>
        <w:jc w:val="both"/>
        <w:rPr>
          <w:color w:val="000000"/>
        </w:rPr>
      </w:pPr>
      <w:r>
        <w:rPr>
          <w:color w:val="000000"/>
        </w:rPr>
        <w:t>Anđele, čuvaru mili…</w:t>
      </w:r>
    </w:p>
    <w:p w14:paraId="5C8CEDD5" w14:textId="7B089853" w:rsidR="007F6D81" w:rsidRDefault="007F6D81">
      <w:pPr>
        <w:jc w:val="both"/>
      </w:pPr>
      <w:r>
        <w:t>ili:</w:t>
      </w:r>
    </w:p>
    <w:p w14:paraId="043352F2" w14:textId="102B67E4" w:rsidR="007F6D81" w:rsidRDefault="007F6D81" w:rsidP="007F6D81">
      <w:pPr>
        <w:jc w:val="both"/>
      </w:pPr>
      <w:r>
        <w:t>Meditacija:</w:t>
      </w:r>
      <w:r>
        <w:t xml:space="preserve"> </w:t>
      </w:r>
      <w:r>
        <w:t>„Hvalospjev ljubavi“</w:t>
      </w:r>
      <w:r>
        <w:t xml:space="preserve">; 3:49; </w:t>
      </w:r>
      <w:r>
        <w:t xml:space="preserve">Izvor: </w:t>
      </w:r>
      <w:r w:rsidRPr="007F6D81">
        <w:t>Dražen Marek</w:t>
      </w:r>
      <w:r>
        <w:t xml:space="preserve">; </w:t>
      </w:r>
      <w:r>
        <w:t>YouTube</w:t>
      </w:r>
    </w:p>
    <w:p w14:paraId="483A78B8" w14:textId="77777777" w:rsidR="007F6D81" w:rsidRDefault="007F6D81" w:rsidP="007F6D81">
      <w:pPr>
        <w:jc w:val="both"/>
      </w:pPr>
    </w:p>
    <w:p w14:paraId="12854D1B" w14:textId="46111B91" w:rsidR="007F6D81" w:rsidRDefault="007F6D81" w:rsidP="00784A57">
      <w:pPr>
        <w:jc w:val="both"/>
      </w:pPr>
      <w:r>
        <w:rPr>
          <w:noProof/>
        </w:rPr>
        <w:drawing>
          <wp:inline distT="0" distB="0" distL="0" distR="0" wp14:anchorId="0DA494B5" wp14:editId="1937C8A6">
            <wp:extent cx="2160000" cy="1620000"/>
            <wp:effectExtent l="0" t="0" r="0" b="0"/>
            <wp:docPr id="1335933783" name="Videozapis 2" descr="Hvalospjev ljubavi... (govori: Dražen Marek); glazba: Tamburaški sastav Dik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33783" name="Videozapis 2" descr="Hvalospjev ljubavi... (govori: Dražen Marek); glazba: Tamburaški sastav Dike">
                      <a:hlinkClick r:id="rId13"/>
                    </pic:cNvPr>
                    <pic:cNvPicPr/>
                  </pic:nvPicPr>
                  <pic:blipFill>
                    <a:blip r:embed="rId14">
                      <a:extLst>
                        <a:ext uri="{C809E66F-F1BF-436E-b5F7-EEA9579F0CBA}">
                          <wp15:webVideoPr xmlns:wp15="http://schemas.microsoft.com/office/word/2012/wordprocessingDrawing" embeddedHtml="&lt;iframe width=&quot;200&quot; height=&quot;150&quot; src=&quot;https://www.youtube.com/embed/OlvDHjWSYJk?feature=oembed&quot; frameborder=&quot;0&quot; allow=&quot;accelerometer; autoplay; clipboard-write; encrypted-media; gyroscope; picture-in-picture; web-share&quot; referrerpolicy=&quot;strict-origin-when-cross-origin&quot; allowfullscreen=&quot;&quot; title=&quot;Hvalospjev ljubavi... (govori: Dražen Marek); glazba: Tamburaški sastav Dike&quot; sandbox=&quot;allow-scripts allow-same-origin allow-popups&quot;&gt;&lt;/iframe&gt;" h="150" w="200"/>
                        </a:ext>
                      </a:extLst>
                    </a:blip>
                    <a:stretch>
                      <a:fillRect/>
                    </a:stretch>
                  </pic:blipFill>
                  <pic:spPr>
                    <a:xfrm>
                      <a:off x="0" y="0"/>
                      <a:ext cx="2160000" cy="1620000"/>
                    </a:xfrm>
                    <a:prstGeom prst="rect">
                      <a:avLst/>
                    </a:prstGeom>
                  </pic:spPr>
                </pic:pic>
              </a:graphicData>
            </a:graphic>
          </wp:inline>
        </w:drawing>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092F48ED" w14:textId="77777777">
        <w:trPr>
          <w:cantSplit/>
          <w:jc w:val="center"/>
        </w:trPr>
        <w:tc>
          <w:tcPr>
            <w:tcW w:w="10346" w:type="dxa"/>
            <w:shd w:val="clear" w:color="auto" w:fill="C96A00"/>
            <w:vAlign w:val="center"/>
          </w:tcPr>
          <w:p w14:paraId="4D81D759" w14:textId="77777777" w:rsidR="009C4169" w:rsidRDefault="007C64BC" w:rsidP="007F6D81">
            <w:pPr>
              <w:widowControl w:val="0"/>
              <w:spacing w:before="80"/>
              <w:ind w:left="85" w:right="85"/>
              <w:jc w:val="center"/>
            </w:pPr>
            <w:r>
              <w:rPr>
                <w:b/>
                <w:color w:val="FFFFFF"/>
                <w:sz w:val="32"/>
              </w:rPr>
              <w:lastRenderedPageBreak/>
              <w:t>PREPORUČENI ODABIR ZA 45 MINUTA</w:t>
            </w:r>
          </w:p>
        </w:tc>
      </w:tr>
    </w:tbl>
    <w:p w14:paraId="760D6C88" w14:textId="77777777" w:rsidR="009C4169" w:rsidRDefault="009C4169" w:rsidP="007F6D81">
      <w:pPr>
        <w:widowControl w:val="0"/>
        <w:spacing w:after="0" w:line="120" w:lineRule="exact"/>
        <w:jc w:val="both"/>
      </w:pPr>
    </w:p>
    <w:p w14:paraId="1091668F" w14:textId="77777777" w:rsidR="007F6D81" w:rsidRDefault="007F6D81"/>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70"/>
        <w:gridCol w:w="2067"/>
      </w:tblGrid>
      <w:tr w:rsidR="009C4169" w:rsidRPr="007F6D81" w14:paraId="7BD9047E" w14:textId="77777777">
        <w:trPr>
          <w:cantSplit/>
          <w:jc w:val="center"/>
        </w:trPr>
        <w:tc>
          <w:tcPr>
            <w:tcW w:w="8277" w:type="dxa"/>
            <w:shd w:val="clear" w:color="auto" w:fill="595959"/>
            <w:vAlign w:val="center"/>
          </w:tcPr>
          <w:p w14:paraId="7C09A5B3" w14:textId="77777777" w:rsidR="009C4169" w:rsidRPr="007F6D81" w:rsidRDefault="007C64BC" w:rsidP="007F6D81">
            <w:pPr>
              <w:widowControl w:val="0"/>
              <w:spacing w:before="80"/>
              <w:ind w:left="85" w:right="85"/>
              <w:jc w:val="both"/>
            </w:pPr>
            <w:r w:rsidRPr="007F6D81">
              <w:rPr>
                <w:b/>
                <w:color w:val="FFFFFF"/>
              </w:rPr>
              <w:t>Dio sata / odabrana aktivnost</w:t>
            </w:r>
          </w:p>
        </w:tc>
        <w:tc>
          <w:tcPr>
            <w:tcW w:w="2069" w:type="dxa"/>
            <w:shd w:val="clear" w:color="auto" w:fill="595959"/>
            <w:vAlign w:val="center"/>
          </w:tcPr>
          <w:p w14:paraId="1926AD74" w14:textId="77777777" w:rsidR="009C4169" w:rsidRPr="007F6D81" w:rsidRDefault="007C64BC" w:rsidP="007F6D81">
            <w:pPr>
              <w:widowControl w:val="0"/>
              <w:spacing w:before="80"/>
              <w:ind w:left="85" w:right="85"/>
              <w:jc w:val="center"/>
            </w:pPr>
            <w:r w:rsidRPr="007F6D81">
              <w:rPr>
                <w:b/>
                <w:color w:val="FFFFFF"/>
              </w:rPr>
              <w:t>Vrijeme</w:t>
            </w:r>
          </w:p>
        </w:tc>
      </w:tr>
      <w:tr w:rsidR="009C4169" w:rsidRPr="007F6D81" w14:paraId="13208FA3" w14:textId="77777777">
        <w:trPr>
          <w:cantSplit/>
          <w:jc w:val="center"/>
        </w:trPr>
        <w:tc>
          <w:tcPr>
            <w:tcW w:w="8277" w:type="dxa"/>
            <w:vAlign w:val="center"/>
          </w:tcPr>
          <w:p w14:paraId="4F8E4F4E" w14:textId="77777777" w:rsidR="009C4169" w:rsidRPr="007F6D81" w:rsidRDefault="007C64BC" w:rsidP="007F6D81">
            <w:pPr>
              <w:widowControl w:val="0"/>
              <w:spacing w:before="80"/>
              <w:ind w:left="85" w:right="85"/>
              <w:jc w:val="both"/>
            </w:pPr>
            <w:r w:rsidRPr="007F6D81">
              <w:rPr>
                <w:color w:val="000000"/>
              </w:rPr>
              <w:t>Uvodna molitva, povezivanje, motivacija, početni stav i najava</w:t>
            </w:r>
          </w:p>
        </w:tc>
        <w:tc>
          <w:tcPr>
            <w:tcW w:w="2069" w:type="dxa"/>
            <w:vAlign w:val="center"/>
          </w:tcPr>
          <w:p w14:paraId="21855527" w14:textId="77777777" w:rsidR="009C4169" w:rsidRPr="007F6D81" w:rsidRDefault="007C64BC" w:rsidP="007F6D81">
            <w:pPr>
              <w:widowControl w:val="0"/>
              <w:spacing w:before="80"/>
              <w:ind w:left="85" w:right="85"/>
              <w:jc w:val="center"/>
            </w:pPr>
            <w:r w:rsidRPr="007F6D81">
              <w:rPr>
                <w:color w:val="000000"/>
              </w:rPr>
              <w:t>8 minuta</w:t>
            </w:r>
          </w:p>
        </w:tc>
      </w:tr>
      <w:tr w:rsidR="009C4169" w:rsidRPr="007F6D81" w14:paraId="56E59183" w14:textId="77777777">
        <w:trPr>
          <w:cantSplit/>
          <w:jc w:val="center"/>
        </w:trPr>
        <w:tc>
          <w:tcPr>
            <w:tcW w:w="8277" w:type="dxa"/>
            <w:shd w:val="clear" w:color="auto" w:fill="F2F2F2"/>
            <w:vAlign w:val="center"/>
          </w:tcPr>
          <w:p w14:paraId="63332B37" w14:textId="77777777" w:rsidR="009C4169" w:rsidRPr="007F6D81" w:rsidRDefault="007C64BC" w:rsidP="007F6D81">
            <w:pPr>
              <w:widowControl w:val="0"/>
              <w:spacing w:before="80"/>
              <w:ind w:left="85" w:right="85"/>
              <w:jc w:val="both"/>
            </w:pPr>
            <w:r w:rsidRPr="007F6D81">
              <w:rPr>
                <w:color w:val="000000"/>
              </w:rPr>
              <w:t>Aktivnost 1: Obrada glavnog teksta – jedan način, sa shemom; bez izbornoga videa</w:t>
            </w:r>
          </w:p>
        </w:tc>
        <w:tc>
          <w:tcPr>
            <w:tcW w:w="2069" w:type="dxa"/>
            <w:shd w:val="clear" w:color="auto" w:fill="F2F2F2"/>
            <w:vAlign w:val="center"/>
          </w:tcPr>
          <w:p w14:paraId="3D0DD65D" w14:textId="77777777" w:rsidR="009C4169" w:rsidRPr="007F6D81" w:rsidRDefault="007C64BC" w:rsidP="007F6D81">
            <w:pPr>
              <w:widowControl w:val="0"/>
              <w:spacing w:before="80"/>
              <w:ind w:left="85" w:right="85"/>
              <w:jc w:val="center"/>
            </w:pPr>
            <w:r w:rsidRPr="007F6D81">
              <w:rPr>
                <w:color w:val="000000"/>
              </w:rPr>
              <w:t>10 minuta</w:t>
            </w:r>
          </w:p>
        </w:tc>
      </w:tr>
      <w:tr w:rsidR="009C4169" w:rsidRPr="007F6D81" w14:paraId="56D73C7D" w14:textId="77777777">
        <w:trPr>
          <w:cantSplit/>
          <w:jc w:val="center"/>
        </w:trPr>
        <w:tc>
          <w:tcPr>
            <w:tcW w:w="8277" w:type="dxa"/>
            <w:vAlign w:val="center"/>
          </w:tcPr>
          <w:p w14:paraId="400C45BA" w14:textId="77777777" w:rsidR="009C4169" w:rsidRPr="007F6D81" w:rsidRDefault="007C64BC" w:rsidP="007F6D81">
            <w:pPr>
              <w:widowControl w:val="0"/>
              <w:spacing w:before="80"/>
              <w:ind w:left="85" w:right="85"/>
              <w:jc w:val="both"/>
            </w:pPr>
            <w:r w:rsidRPr="007F6D81">
              <w:rPr>
                <w:color w:val="000000"/>
              </w:rPr>
              <w:t>Aktivnost 2: Mjerilo koje daje Isus</w:t>
            </w:r>
          </w:p>
        </w:tc>
        <w:tc>
          <w:tcPr>
            <w:tcW w:w="2069" w:type="dxa"/>
            <w:vAlign w:val="center"/>
          </w:tcPr>
          <w:p w14:paraId="31DBC311" w14:textId="77777777" w:rsidR="009C4169" w:rsidRPr="007F6D81" w:rsidRDefault="007C64BC" w:rsidP="007F6D81">
            <w:pPr>
              <w:widowControl w:val="0"/>
              <w:spacing w:before="80"/>
              <w:ind w:left="85" w:right="85"/>
              <w:jc w:val="center"/>
            </w:pPr>
            <w:r w:rsidRPr="007F6D81">
              <w:rPr>
                <w:color w:val="000000"/>
              </w:rPr>
              <w:t>6 minuta</w:t>
            </w:r>
          </w:p>
        </w:tc>
      </w:tr>
      <w:tr w:rsidR="009C4169" w:rsidRPr="007F6D81" w14:paraId="13425B43" w14:textId="77777777">
        <w:trPr>
          <w:cantSplit/>
          <w:jc w:val="center"/>
        </w:trPr>
        <w:tc>
          <w:tcPr>
            <w:tcW w:w="8277" w:type="dxa"/>
            <w:shd w:val="clear" w:color="auto" w:fill="F2F2F2"/>
            <w:vAlign w:val="center"/>
          </w:tcPr>
          <w:p w14:paraId="1A387508" w14:textId="77777777" w:rsidR="009C4169" w:rsidRPr="007F6D81" w:rsidRDefault="007C64BC" w:rsidP="007F6D81">
            <w:pPr>
              <w:widowControl w:val="0"/>
              <w:spacing w:before="80"/>
              <w:ind w:left="85" w:right="85"/>
              <w:jc w:val="both"/>
            </w:pPr>
            <w:r w:rsidRPr="007F6D81">
              <w:rPr>
                <w:color w:val="000000"/>
              </w:rPr>
              <w:t>Aktivnost 3: Tri kreposti, jedno djelovanje</w:t>
            </w:r>
          </w:p>
        </w:tc>
        <w:tc>
          <w:tcPr>
            <w:tcW w:w="2069" w:type="dxa"/>
            <w:shd w:val="clear" w:color="auto" w:fill="F2F2F2"/>
            <w:vAlign w:val="center"/>
          </w:tcPr>
          <w:p w14:paraId="02EE83C9" w14:textId="77777777" w:rsidR="009C4169" w:rsidRPr="007F6D81" w:rsidRDefault="007C64BC" w:rsidP="007F6D81">
            <w:pPr>
              <w:widowControl w:val="0"/>
              <w:spacing w:before="80"/>
              <w:ind w:left="85" w:right="85"/>
              <w:jc w:val="center"/>
            </w:pPr>
            <w:r w:rsidRPr="007F6D81">
              <w:rPr>
                <w:color w:val="000000"/>
              </w:rPr>
              <w:t>5 minuta</w:t>
            </w:r>
          </w:p>
        </w:tc>
      </w:tr>
      <w:tr w:rsidR="009C4169" w:rsidRPr="007F6D81" w14:paraId="11607501" w14:textId="77777777">
        <w:trPr>
          <w:cantSplit/>
          <w:jc w:val="center"/>
        </w:trPr>
        <w:tc>
          <w:tcPr>
            <w:tcW w:w="8277" w:type="dxa"/>
            <w:vAlign w:val="center"/>
          </w:tcPr>
          <w:p w14:paraId="73B3D761" w14:textId="77777777" w:rsidR="009C4169" w:rsidRPr="007F6D81" w:rsidRDefault="007C64BC" w:rsidP="007F6D81">
            <w:pPr>
              <w:widowControl w:val="0"/>
              <w:spacing w:before="80"/>
              <w:ind w:left="85" w:right="85"/>
              <w:jc w:val="both"/>
            </w:pPr>
            <w:r w:rsidRPr="007F6D81">
              <w:rPr>
                <w:color w:val="000000"/>
              </w:rPr>
              <w:t>Aktivnost 5: Teološko sidro</w:t>
            </w:r>
          </w:p>
        </w:tc>
        <w:tc>
          <w:tcPr>
            <w:tcW w:w="2069" w:type="dxa"/>
            <w:vAlign w:val="center"/>
          </w:tcPr>
          <w:p w14:paraId="555AA45D" w14:textId="77777777" w:rsidR="009C4169" w:rsidRPr="007F6D81" w:rsidRDefault="007C64BC" w:rsidP="007F6D81">
            <w:pPr>
              <w:widowControl w:val="0"/>
              <w:spacing w:before="80"/>
              <w:ind w:left="85" w:right="85"/>
              <w:jc w:val="center"/>
            </w:pPr>
            <w:r w:rsidRPr="007F6D81">
              <w:rPr>
                <w:color w:val="000000"/>
              </w:rPr>
              <w:t>4 minute</w:t>
            </w:r>
          </w:p>
        </w:tc>
      </w:tr>
      <w:tr w:rsidR="009C4169" w:rsidRPr="007F6D81" w14:paraId="2615CEFD" w14:textId="77777777">
        <w:trPr>
          <w:cantSplit/>
          <w:jc w:val="center"/>
        </w:trPr>
        <w:tc>
          <w:tcPr>
            <w:tcW w:w="8277" w:type="dxa"/>
            <w:shd w:val="clear" w:color="auto" w:fill="F2F2F2"/>
            <w:vAlign w:val="center"/>
          </w:tcPr>
          <w:p w14:paraId="3C756C73" w14:textId="77777777" w:rsidR="009C4169" w:rsidRPr="007F6D81" w:rsidRDefault="007C64BC" w:rsidP="007F6D81">
            <w:pPr>
              <w:widowControl w:val="0"/>
              <w:spacing w:before="80"/>
              <w:ind w:left="85" w:right="85"/>
              <w:jc w:val="both"/>
            </w:pPr>
            <w:r w:rsidRPr="007F6D81">
              <w:rPr>
                <w:color w:val="000000"/>
              </w:rPr>
              <w:t>Aktivnost 10: Zapišimo!</w:t>
            </w:r>
          </w:p>
        </w:tc>
        <w:tc>
          <w:tcPr>
            <w:tcW w:w="2069" w:type="dxa"/>
            <w:shd w:val="clear" w:color="auto" w:fill="F2F2F2"/>
            <w:vAlign w:val="center"/>
          </w:tcPr>
          <w:p w14:paraId="7FCE3D62" w14:textId="77777777" w:rsidR="009C4169" w:rsidRPr="007F6D81" w:rsidRDefault="007C64BC" w:rsidP="007F6D81">
            <w:pPr>
              <w:widowControl w:val="0"/>
              <w:spacing w:before="80"/>
              <w:ind w:left="85" w:right="85"/>
              <w:jc w:val="center"/>
            </w:pPr>
            <w:r w:rsidRPr="007F6D81">
              <w:rPr>
                <w:color w:val="000000"/>
              </w:rPr>
              <w:t>3 minute</w:t>
            </w:r>
          </w:p>
        </w:tc>
      </w:tr>
      <w:tr w:rsidR="009C4169" w:rsidRPr="007F6D81" w14:paraId="4FB85D0F" w14:textId="77777777">
        <w:trPr>
          <w:cantSplit/>
          <w:jc w:val="center"/>
        </w:trPr>
        <w:tc>
          <w:tcPr>
            <w:tcW w:w="8277" w:type="dxa"/>
            <w:vAlign w:val="center"/>
          </w:tcPr>
          <w:p w14:paraId="2DB29973" w14:textId="77777777" w:rsidR="009C4169" w:rsidRPr="007F6D81" w:rsidRDefault="007C64BC" w:rsidP="007F6D81">
            <w:pPr>
              <w:widowControl w:val="0"/>
              <w:spacing w:before="80"/>
              <w:ind w:left="85" w:right="85"/>
              <w:jc w:val="both"/>
            </w:pPr>
            <w:r w:rsidRPr="007F6D81">
              <w:rPr>
                <w:color w:val="000000"/>
              </w:rPr>
              <w:t>Aktualizacija i sinteza sa zaključkom</w:t>
            </w:r>
          </w:p>
        </w:tc>
        <w:tc>
          <w:tcPr>
            <w:tcW w:w="2069" w:type="dxa"/>
            <w:vAlign w:val="center"/>
          </w:tcPr>
          <w:p w14:paraId="37B5ACF1" w14:textId="77777777" w:rsidR="009C4169" w:rsidRPr="007F6D81" w:rsidRDefault="007C64BC" w:rsidP="007F6D81">
            <w:pPr>
              <w:widowControl w:val="0"/>
              <w:spacing w:before="80"/>
              <w:ind w:left="85" w:right="85"/>
              <w:jc w:val="center"/>
            </w:pPr>
            <w:r w:rsidRPr="007F6D81">
              <w:rPr>
                <w:color w:val="000000"/>
              </w:rPr>
              <w:t>3 minute</w:t>
            </w:r>
          </w:p>
        </w:tc>
      </w:tr>
      <w:tr w:rsidR="009C4169" w:rsidRPr="007F6D81" w14:paraId="73844033" w14:textId="77777777">
        <w:trPr>
          <w:cantSplit/>
          <w:jc w:val="center"/>
        </w:trPr>
        <w:tc>
          <w:tcPr>
            <w:tcW w:w="8277" w:type="dxa"/>
            <w:shd w:val="clear" w:color="auto" w:fill="F2F2F2"/>
            <w:vAlign w:val="center"/>
          </w:tcPr>
          <w:p w14:paraId="6ED6FB89" w14:textId="77777777" w:rsidR="009C4169" w:rsidRPr="007F6D81" w:rsidRDefault="007C64BC" w:rsidP="007F6D81">
            <w:pPr>
              <w:widowControl w:val="0"/>
              <w:spacing w:before="80"/>
              <w:ind w:left="85" w:right="85"/>
              <w:jc w:val="both"/>
            </w:pPr>
            <w:r w:rsidRPr="007F6D81">
              <w:rPr>
                <w:color w:val="000000"/>
              </w:rPr>
              <w:t>Formativna provjera</w:t>
            </w:r>
          </w:p>
        </w:tc>
        <w:tc>
          <w:tcPr>
            <w:tcW w:w="2069" w:type="dxa"/>
            <w:shd w:val="clear" w:color="auto" w:fill="F2F2F2"/>
            <w:vAlign w:val="center"/>
          </w:tcPr>
          <w:p w14:paraId="487CB6F9" w14:textId="77777777" w:rsidR="009C4169" w:rsidRPr="007F6D81" w:rsidRDefault="007C64BC" w:rsidP="007F6D81">
            <w:pPr>
              <w:widowControl w:val="0"/>
              <w:spacing w:before="80"/>
              <w:ind w:left="85" w:right="85"/>
              <w:jc w:val="center"/>
            </w:pPr>
            <w:r w:rsidRPr="007F6D81">
              <w:rPr>
                <w:color w:val="000000"/>
              </w:rPr>
              <w:t>2 minute</w:t>
            </w:r>
          </w:p>
        </w:tc>
      </w:tr>
      <w:tr w:rsidR="009C4169" w:rsidRPr="007F6D81" w14:paraId="32B5EEEE" w14:textId="77777777">
        <w:trPr>
          <w:cantSplit/>
          <w:jc w:val="center"/>
        </w:trPr>
        <w:tc>
          <w:tcPr>
            <w:tcW w:w="8277" w:type="dxa"/>
            <w:vAlign w:val="center"/>
          </w:tcPr>
          <w:p w14:paraId="339FEB40" w14:textId="77777777" w:rsidR="009C4169" w:rsidRPr="007F6D81" w:rsidRDefault="007C64BC" w:rsidP="007F6D81">
            <w:pPr>
              <w:widowControl w:val="0"/>
              <w:spacing w:before="80"/>
              <w:ind w:left="85" w:right="85"/>
              <w:jc w:val="both"/>
            </w:pPr>
            <w:r w:rsidRPr="007F6D81">
              <w:rPr>
                <w:color w:val="000000"/>
              </w:rPr>
              <w:t>Samovrednovanje, domaća zadaća i završna molitva</w:t>
            </w:r>
          </w:p>
        </w:tc>
        <w:tc>
          <w:tcPr>
            <w:tcW w:w="2069" w:type="dxa"/>
            <w:vAlign w:val="center"/>
          </w:tcPr>
          <w:p w14:paraId="1910C082" w14:textId="77777777" w:rsidR="009C4169" w:rsidRPr="007F6D81" w:rsidRDefault="007C64BC" w:rsidP="007F6D81">
            <w:pPr>
              <w:widowControl w:val="0"/>
              <w:spacing w:before="80"/>
              <w:ind w:left="85" w:right="85"/>
              <w:jc w:val="center"/>
            </w:pPr>
            <w:r w:rsidRPr="007F6D81">
              <w:rPr>
                <w:color w:val="000000"/>
              </w:rPr>
              <w:t>4 minute</w:t>
            </w:r>
          </w:p>
        </w:tc>
      </w:tr>
    </w:tbl>
    <w:p w14:paraId="089BE0AE" w14:textId="77777777" w:rsidR="009C4169" w:rsidRPr="007F6D81" w:rsidRDefault="007C64BC" w:rsidP="007F6D81">
      <w:pPr>
        <w:widowControl w:val="0"/>
        <w:spacing w:before="120"/>
        <w:jc w:val="both"/>
        <w:rPr>
          <w:i/>
          <w:iCs/>
          <w:color w:val="808080" w:themeColor="background1" w:themeShade="80"/>
        </w:rPr>
      </w:pPr>
      <w:r w:rsidRPr="007F6D81">
        <w:rPr>
          <w:i/>
          <w:iCs/>
          <w:color w:val="808080" w:themeColor="background1" w:themeShade="80"/>
        </w:rPr>
        <w:t>Ukupno: 45 minuta.</w:t>
      </w:r>
    </w:p>
    <w:p w14:paraId="5F0719DF" w14:textId="77777777" w:rsidR="009C4169" w:rsidRPr="007F6D81" w:rsidRDefault="007C64BC" w:rsidP="007F6D81">
      <w:pPr>
        <w:widowControl w:val="0"/>
        <w:spacing w:before="160"/>
        <w:jc w:val="both"/>
      </w:pPr>
      <w:r w:rsidRPr="007F6D81">
        <w:rPr>
          <w:b/>
          <w:color w:val="C96A00"/>
        </w:rPr>
        <w:t>PRILOZI ZA BRZU UPORABU</w:t>
      </w:r>
    </w:p>
    <w:p w14:paraId="2E7875BA" w14:textId="77777777" w:rsidR="009C4169" w:rsidRPr="007F6D81" w:rsidRDefault="007C64BC" w:rsidP="007F6D81">
      <w:pPr>
        <w:widowControl w:val="0"/>
        <w:jc w:val="both"/>
      </w:pPr>
      <w:r w:rsidRPr="007F6D81">
        <w:rPr>
          <w:b/>
          <w:color w:val="000000"/>
        </w:rPr>
        <w:t>Prilog 1: Kratka kontrolna lista za vjeroučitelja</w:t>
      </w:r>
    </w:p>
    <w:p w14:paraId="5E4921C2" w14:textId="77777777" w:rsidR="009C4169" w:rsidRPr="007F6D81" w:rsidRDefault="007C64BC" w:rsidP="007F6D81">
      <w:pPr>
        <w:widowControl w:val="0"/>
        <w:jc w:val="both"/>
      </w:pPr>
      <w:r w:rsidRPr="007F6D81">
        <w:rPr>
          <w:color w:val="000000"/>
        </w:rPr>
        <w:t>☐ Imenuju vjeru, ufanje i ljubav.</w:t>
      </w:r>
    </w:p>
    <w:p w14:paraId="36A0EA5E" w14:textId="77777777" w:rsidR="009C4169" w:rsidRPr="007F6D81" w:rsidRDefault="007C64BC" w:rsidP="007F6D81">
      <w:pPr>
        <w:widowControl w:val="0"/>
        <w:jc w:val="both"/>
      </w:pPr>
      <w:r w:rsidRPr="007F6D81">
        <w:rPr>
          <w:color w:val="000000"/>
        </w:rPr>
        <w:t>☐ Objašnjavaju kršćansko značenje ljubavi.</w:t>
      </w:r>
    </w:p>
    <w:p w14:paraId="564BD849" w14:textId="77777777" w:rsidR="009C4169" w:rsidRPr="007F6D81" w:rsidRDefault="007C64BC" w:rsidP="007F6D81">
      <w:pPr>
        <w:widowControl w:val="0"/>
        <w:jc w:val="both"/>
      </w:pPr>
      <w:r w:rsidRPr="007F6D81">
        <w:rPr>
          <w:color w:val="000000"/>
        </w:rPr>
        <w:t>☐ Povezuju novu zapovijed i konkretan postupak.</w:t>
      </w:r>
    </w:p>
    <w:p w14:paraId="36B554F1" w14:textId="77777777" w:rsidR="009C4169" w:rsidRPr="007F6D81" w:rsidRDefault="007C64BC" w:rsidP="007F6D81">
      <w:pPr>
        <w:widowControl w:val="0"/>
        <w:jc w:val="both"/>
      </w:pPr>
      <w:r w:rsidRPr="007F6D81">
        <w:rPr>
          <w:color w:val="000000"/>
        </w:rPr>
        <w:t>☐ Razlikuju ljubav i odobravanje prijevare.</w:t>
      </w:r>
    </w:p>
    <w:p w14:paraId="65887505" w14:textId="77777777" w:rsidR="009C4169" w:rsidRPr="007F6D81" w:rsidRDefault="007C64BC" w:rsidP="007F6D81">
      <w:pPr>
        <w:widowControl w:val="0"/>
        <w:jc w:val="both"/>
      </w:pPr>
      <w:r w:rsidRPr="007F6D81">
        <w:rPr>
          <w:color w:val="000000"/>
        </w:rPr>
        <w:t>☐ Objašnjavaju kako zapovijedi čuvaju odnose.</w:t>
      </w:r>
    </w:p>
    <w:p w14:paraId="3EFE27FE" w14:textId="77777777" w:rsidR="009C4169" w:rsidRDefault="007C64BC" w:rsidP="007F6D81">
      <w:pPr>
        <w:widowControl w:val="0"/>
        <w:jc w:val="both"/>
        <w:rPr>
          <w:color w:val="000000"/>
        </w:rPr>
      </w:pPr>
      <w:r w:rsidRPr="007F6D81">
        <w:rPr>
          <w:color w:val="000000"/>
        </w:rPr>
        <w:t>☐ Predlažu djelo koje poštuje dostojanstvo.</w:t>
      </w:r>
    </w:p>
    <w:p w14:paraId="65ADA09D" w14:textId="77777777" w:rsidR="007F6D81" w:rsidRDefault="007F6D81" w:rsidP="00F61F06"/>
    <w:p w14:paraId="3E946F36" w14:textId="77777777" w:rsidR="00F61F06" w:rsidRPr="007F6D81" w:rsidRDefault="00F61F06" w:rsidP="00F61F06"/>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3D532352" w14:textId="77777777">
        <w:trPr>
          <w:cantSplit/>
          <w:jc w:val="center"/>
        </w:trPr>
        <w:tc>
          <w:tcPr>
            <w:tcW w:w="10346" w:type="dxa"/>
            <w:shd w:val="clear" w:color="auto" w:fill="00B050"/>
            <w:vAlign w:val="center"/>
          </w:tcPr>
          <w:p w14:paraId="375119AF" w14:textId="77777777" w:rsidR="009C4169" w:rsidRDefault="007C64BC" w:rsidP="007F6D81">
            <w:pPr>
              <w:widowControl w:val="0"/>
              <w:spacing w:before="80"/>
              <w:ind w:left="85" w:right="85"/>
            </w:pPr>
            <w:r>
              <w:rPr>
                <w:b/>
                <w:color w:val="FFFFFF"/>
                <w:sz w:val="32"/>
              </w:rPr>
              <w:t>IV. IZBORNE I DODATNE AKTIVNOSTI</w:t>
            </w:r>
          </w:p>
        </w:tc>
      </w:tr>
    </w:tbl>
    <w:p w14:paraId="397EC4F9" w14:textId="77777777" w:rsidR="009C4169" w:rsidRDefault="009C4169" w:rsidP="007F6D81">
      <w:pPr>
        <w:widowControl w:val="0"/>
        <w:spacing w:after="0" w:line="120" w:lineRule="exact"/>
        <w:jc w:val="both"/>
      </w:pPr>
    </w:p>
    <w:p w14:paraId="4F576989" w14:textId="77777777" w:rsidR="009C4169" w:rsidRDefault="007C64BC" w:rsidP="007F6D81">
      <w:pPr>
        <w:widowControl w:val="0"/>
        <w:jc w:val="both"/>
      </w:pPr>
      <w:r>
        <w:rPr>
          <w:b/>
          <w:color w:val="002060"/>
        </w:rPr>
        <w:t>Vjeroučitelj će prema potrebama razreda odabrati neku od sljedećih aktivnosti kao zamjenu za ranije ponuđenu aktivnost. Nije predviđeno provesti sve aktivnosti u jednom satu.</w:t>
      </w:r>
    </w:p>
    <w:p w14:paraId="677887E1" w14:textId="77777777" w:rsidR="009C4169" w:rsidRDefault="007C64BC" w:rsidP="007F6D81">
      <w:pPr>
        <w:widowControl w:val="0"/>
        <w:spacing w:before="160"/>
        <w:jc w:val="both"/>
      </w:pPr>
      <w:r>
        <w:rPr>
          <w:b/>
          <w:color w:val="166534"/>
          <w:sz w:val="26"/>
        </w:rPr>
        <w:t>Aktivnost 1: Radna bilježnica</w:t>
      </w:r>
    </w:p>
    <w:p w14:paraId="1601BE26" w14:textId="77777777" w:rsidR="009C4169" w:rsidRDefault="007C64BC">
      <w:pPr>
        <w:jc w:val="both"/>
      </w:pPr>
      <w:r>
        <w:rPr>
          <w:color w:val="000000"/>
        </w:rPr>
        <w:t>Učenici će uz pomoć vjeroučitelja rješavati RB, str. 24–25 (mogu biti i odabrani zadatci po želji).</w:t>
      </w:r>
    </w:p>
    <w:p w14:paraId="5BE87180" w14:textId="77777777" w:rsidR="009C4169" w:rsidRDefault="007C64BC">
      <w:pPr>
        <w:keepNext/>
        <w:spacing w:before="160"/>
        <w:jc w:val="both"/>
      </w:pPr>
      <w:r>
        <w:rPr>
          <w:b/>
          <w:color w:val="166534"/>
          <w:sz w:val="26"/>
        </w:rPr>
        <w:t>Aktivnost 2: Digitalni zadatci</w:t>
      </w:r>
    </w:p>
    <w:p w14:paraId="3FE17DED" w14:textId="4736A813" w:rsidR="007C64BC" w:rsidRPr="0078156C" w:rsidRDefault="007F6D81" w:rsidP="00F33F3D">
      <w:pPr>
        <w:jc w:val="both"/>
        <w:rPr>
          <w:b/>
          <w:bCs/>
        </w:rPr>
      </w:pPr>
      <w:r>
        <w:t>/</w:t>
      </w:r>
    </w:p>
    <w:p w14:paraId="48A8CDCB" w14:textId="77777777" w:rsidR="009C4169" w:rsidRDefault="007C64BC" w:rsidP="00F61F06">
      <w:pPr>
        <w:widowControl w:val="0"/>
        <w:spacing w:before="160"/>
        <w:jc w:val="both"/>
      </w:pPr>
      <w:r>
        <w:rPr>
          <w:b/>
          <w:color w:val="166534"/>
          <w:sz w:val="26"/>
        </w:rPr>
        <w:t>Aktivnost 3: Riječ koja gradi</w:t>
      </w:r>
      <w:r>
        <w:rPr>
          <w:i/>
          <w:color w:val="6B6B6B"/>
          <w:sz w:val="20"/>
        </w:rPr>
        <w:t xml:space="preserve"> (rad u paru – preoblikovanje, 4 minute)</w:t>
      </w:r>
    </w:p>
    <w:p w14:paraId="0EEBBB11" w14:textId="77777777" w:rsidR="009C4169" w:rsidRDefault="007C64BC" w:rsidP="00F61F06">
      <w:pPr>
        <w:widowControl w:val="0"/>
        <w:jc w:val="both"/>
      </w:pPr>
      <w:r>
        <w:rPr>
          <w:color w:val="000000"/>
        </w:rPr>
        <w:t>Rad u paru. Učenici će preoblikovati „S tobom se ne može razgovarati“ u poruku koja imenuje problem i čuva poštovanje.</w:t>
      </w:r>
    </w:p>
    <w:p w14:paraId="0474383F" w14:textId="77777777" w:rsidR="009C4169" w:rsidRDefault="007C64BC" w:rsidP="00F61F06">
      <w:pPr>
        <w:widowControl w:val="0"/>
        <w:jc w:val="both"/>
      </w:pPr>
      <w:r>
        <w:rPr>
          <w:color w:val="6B6B6B"/>
          <w:sz w:val="20"/>
        </w:rPr>
        <w:t>Moguće rješenje: „Teško nam je razgovarati kada se prekidamo. Predlažemo da se naizmjence saslušamo.“</w:t>
      </w:r>
    </w:p>
    <w:p w14:paraId="799E7DC8" w14:textId="77777777" w:rsidR="009C4169" w:rsidRDefault="007C64BC" w:rsidP="00F61F06">
      <w:pPr>
        <w:widowControl w:val="0"/>
        <w:spacing w:before="200"/>
        <w:jc w:val="both"/>
        <w:rPr>
          <w:color w:val="000000"/>
        </w:rPr>
      </w:pPr>
      <w:r>
        <w:rPr>
          <w:color w:val="000000"/>
        </w:rPr>
        <w:t>Radni predložak:</w:t>
      </w:r>
    </w:p>
    <w:p w14:paraId="62C8F882" w14:textId="52F26F9D" w:rsidR="00F61F06" w:rsidRPr="00F61F06" w:rsidRDefault="00F61F06" w:rsidP="00F61F06">
      <w:pPr>
        <w:widowControl w:val="0"/>
        <w:spacing w:before="200"/>
        <w:jc w:val="both"/>
        <w:rPr>
          <w:color w:val="002060"/>
          <w:sz w:val="40"/>
          <w:szCs w:val="40"/>
        </w:rPr>
      </w:pPr>
      <w:r w:rsidRPr="00F61F06">
        <w:rPr>
          <w:color w:val="002060"/>
          <w:sz w:val="40"/>
          <w:szCs w:val="40"/>
        </w:rPr>
        <w:t>„S tobom se ne može razgovarati“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9C4169" w14:paraId="1EB1B6E5" w14:textId="77777777">
        <w:trPr>
          <w:cantSplit/>
          <w:jc w:val="center"/>
        </w:trPr>
        <w:tc>
          <w:tcPr>
            <w:tcW w:w="10346" w:type="dxa"/>
            <w:shd w:val="clear" w:color="auto" w:fill="A64B00"/>
            <w:vAlign w:val="center"/>
          </w:tcPr>
          <w:p w14:paraId="504C6B00" w14:textId="77777777" w:rsidR="009C4169" w:rsidRDefault="007C64BC">
            <w:pPr>
              <w:keepNext/>
              <w:spacing w:before="65" w:after="65"/>
              <w:ind w:left="85" w:right="85"/>
              <w:jc w:val="center"/>
            </w:pPr>
            <w:r>
              <w:rPr>
                <w:b/>
                <w:color w:val="FFFFFF"/>
                <w:sz w:val="40"/>
              </w:rPr>
              <w:lastRenderedPageBreak/>
              <w:t>PORUKA POŠTOVANJA</w:t>
            </w:r>
          </w:p>
        </w:tc>
      </w:tr>
      <w:tr w:rsidR="009C4169" w14:paraId="5F82AA87" w14:textId="77777777">
        <w:trPr>
          <w:cantSplit/>
          <w:jc w:val="center"/>
        </w:trPr>
        <w:tc>
          <w:tcPr>
            <w:tcW w:w="10346" w:type="dxa"/>
            <w:vAlign w:val="center"/>
          </w:tcPr>
          <w:p w14:paraId="22C22524" w14:textId="77777777" w:rsidR="009C4169" w:rsidRDefault="007C64BC">
            <w:pPr>
              <w:spacing w:before="65" w:after="65"/>
              <w:ind w:left="110" w:right="110"/>
              <w:jc w:val="center"/>
            </w:pPr>
            <w:r>
              <w:rPr>
                <w:color w:val="000000"/>
                <w:spacing w:val="-5"/>
                <w:sz w:val="24"/>
              </w:rPr>
              <w:t>________________________________________________________________________________________</w:t>
            </w:r>
          </w:p>
          <w:p w14:paraId="0D17A787" w14:textId="77777777" w:rsidR="009C4169" w:rsidRDefault="007C64BC">
            <w:pPr>
              <w:spacing w:before="65" w:after="65"/>
              <w:ind w:left="110" w:right="110"/>
              <w:jc w:val="center"/>
            </w:pPr>
            <w:r>
              <w:rPr>
                <w:color w:val="000000"/>
                <w:spacing w:val="-5"/>
                <w:sz w:val="24"/>
              </w:rPr>
              <w:t>________________________________________________________________________________________</w:t>
            </w:r>
          </w:p>
        </w:tc>
      </w:tr>
    </w:tbl>
    <w:p w14:paraId="32D4D7A2" w14:textId="77777777" w:rsidR="009C4169" w:rsidRDefault="009C4169">
      <w:pPr>
        <w:spacing w:after="0" w:line="120" w:lineRule="exact"/>
        <w:jc w:val="both"/>
      </w:pPr>
    </w:p>
    <w:p w14:paraId="2A612C7B" w14:textId="77777777" w:rsidR="009C4169" w:rsidRDefault="007C64BC">
      <w:pPr>
        <w:keepNext/>
        <w:spacing w:before="160"/>
        <w:jc w:val="both"/>
      </w:pPr>
      <w:r>
        <w:rPr>
          <w:b/>
          <w:color w:val="166534"/>
          <w:sz w:val="26"/>
        </w:rPr>
        <w:t>Aktivnost 4: Dobro koje se ne vidi</w:t>
      </w:r>
      <w:r>
        <w:rPr>
          <w:i/>
          <w:color w:val="6B6B6B"/>
          <w:sz w:val="20"/>
        </w:rPr>
        <w:t xml:space="preserve"> (individualni rad – kratak zapis, 5 minuta)</w:t>
      </w:r>
    </w:p>
    <w:p w14:paraId="6CF44139" w14:textId="77777777" w:rsidR="009C4169" w:rsidRDefault="007C64BC">
      <w:pPr>
        <w:keepNext/>
        <w:jc w:val="both"/>
      </w:pPr>
      <w:r>
        <w:rPr>
          <w:color w:val="000000"/>
        </w:rPr>
        <w:t>Individualni rad. Učenici će opisati neupadljivo dobro djelo i objasniti zašto ono vrijedi i bez publike.</w:t>
      </w:r>
    </w:p>
    <w:p w14:paraId="7177200A" w14:textId="77777777" w:rsidR="009C4169" w:rsidRDefault="007C64BC">
      <w:pPr>
        <w:keepNext/>
        <w:jc w:val="both"/>
      </w:pPr>
      <w:r>
        <w:rPr>
          <w:color w:val="6B6B6B"/>
          <w:sz w:val="20"/>
        </w:rPr>
        <w:t>Moguće rješenje: Diskretno pomoći pripremiti gradivo odsutnoj osobi; njezino je dobro svrha, a ne naša pohvala.</w:t>
      </w:r>
    </w:p>
    <w:p w14:paraId="0215150D" w14:textId="77777777" w:rsidR="009C4169" w:rsidRDefault="007C64BC">
      <w:pPr>
        <w:keepNext/>
        <w:spacing w:before="200"/>
        <w:jc w:val="both"/>
        <w:rPr>
          <w:color w:val="000000"/>
        </w:rPr>
      </w:pPr>
      <w:r>
        <w:rPr>
          <w:color w:val="000000"/>
        </w:rPr>
        <w:t>Radni predložak:</w:t>
      </w:r>
    </w:p>
    <w:p w14:paraId="16F0DBAD" w14:textId="482E9F87" w:rsidR="00F61F06" w:rsidRPr="00F61F06" w:rsidRDefault="00F61F06">
      <w:pPr>
        <w:keepNext/>
        <w:spacing w:before="200"/>
        <w:jc w:val="both"/>
        <w:rPr>
          <w:color w:val="002060"/>
          <w:sz w:val="40"/>
          <w:szCs w:val="40"/>
        </w:rPr>
      </w:pPr>
      <w:r w:rsidRPr="00F61F06">
        <w:rPr>
          <w:color w:val="002060"/>
          <w:sz w:val="40"/>
          <w:szCs w:val="40"/>
        </w:rPr>
        <w:t>O</w:t>
      </w:r>
      <w:r w:rsidRPr="00F61F06">
        <w:rPr>
          <w:color w:val="002060"/>
          <w:sz w:val="40"/>
          <w:szCs w:val="40"/>
        </w:rPr>
        <w:t>pisati neupadljivo dobro djelo i objasniti zašto ono vrijedi i bez publike.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9C4169" w14:paraId="3A316E8D" w14:textId="77777777">
        <w:trPr>
          <w:cantSplit/>
          <w:jc w:val="center"/>
        </w:trPr>
        <w:tc>
          <w:tcPr>
            <w:tcW w:w="5173" w:type="dxa"/>
            <w:shd w:val="clear" w:color="auto" w:fill="387645"/>
            <w:vAlign w:val="center"/>
          </w:tcPr>
          <w:p w14:paraId="7DD5391C" w14:textId="77777777" w:rsidR="009C4169" w:rsidRDefault="007C64BC">
            <w:pPr>
              <w:keepNext/>
              <w:spacing w:before="65" w:after="65"/>
              <w:ind w:left="85" w:right="85"/>
              <w:jc w:val="center"/>
            </w:pPr>
            <w:r>
              <w:rPr>
                <w:b/>
                <w:color w:val="FFFFFF"/>
                <w:sz w:val="40"/>
              </w:rPr>
              <w:t>DJELO</w:t>
            </w:r>
          </w:p>
        </w:tc>
        <w:tc>
          <w:tcPr>
            <w:tcW w:w="5173" w:type="dxa"/>
            <w:shd w:val="clear" w:color="auto" w:fill="A33E62"/>
            <w:vAlign w:val="center"/>
          </w:tcPr>
          <w:p w14:paraId="77FCD983" w14:textId="77777777" w:rsidR="009C4169" w:rsidRDefault="007C64BC">
            <w:pPr>
              <w:keepNext/>
              <w:spacing w:before="65" w:after="65"/>
              <w:ind w:left="85" w:right="85"/>
              <w:jc w:val="center"/>
            </w:pPr>
            <w:r>
              <w:rPr>
                <w:b/>
                <w:color w:val="FFFFFF"/>
                <w:sz w:val="40"/>
              </w:rPr>
              <w:t>ZAŠTO VRIJEDI?</w:t>
            </w:r>
          </w:p>
        </w:tc>
      </w:tr>
      <w:tr w:rsidR="009C4169" w14:paraId="0EC01928" w14:textId="77777777">
        <w:trPr>
          <w:cantSplit/>
          <w:jc w:val="center"/>
        </w:trPr>
        <w:tc>
          <w:tcPr>
            <w:tcW w:w="5173" w:type="dxa"/>
            <w:vAlign w:val="center"/>
          </w:tcPr>
          <w:p w14:paraId="156AE9B9" w14:textId="77777777" w:rsidR="009C4169" w:rsidRDefault="007C64BC">
            <w:pPr>
              <w:spacing w:before="65" w:after="65"/>
              <w:ind w:left="110" w:right="110"/>
              <w:jc w:val="center"/>
            </w:pPr>
            <w:r>
              <w:rPr>
                <w:color w:val="000000"/>
                <w:spacing w:val="-5"/>
                <w:sz w:val="24"/>
              </w:rPr>
              <w:t>___________________________________________</w:t>
            </w:r>
          </w:p>
        </w:tc>
        <w:tc>
          <w:tcPr>
            <w:tcW w:w="5173" w:type="dxa"/>
            <w:vAlign w:val="center"/>
          </w:tcPr>
          <w:p w14:paraId="41951129" w14:textId="77777777" w:rsidR="009C4169" w:rsidRDefault="007C64BC">
            <w:pPr>
              <w:spacing w:before="65" w:after="65"/>
              <w:ind w:left="110" w:right="110"/>
              <w:jc w:val="center"/>
            </w:pPr>
            <w:r>
              <w:rPr>
                <w:color w:val="000000"/>
                <w:spacing w:val="-5"/>
                <w:sz w:val="24"/>
              </w:rPr>
              <w:t>___________________________________________</w:t>
            </w:r>
          </w:p>
        </w:tc>
      </w:tr>
    </w:tbl>
    <w:p w14:paraId="7A91BD0A" w14:textId="77777777" w:rsidR="009C4169" w:rsidRDefault="009C4169">
      <w:pPr>
        <w:spacing w:after="0" w:line="120" w:lineRule="exact"/>
        <w:jc w:val="both"/>
      </w:pPr>
    </w:p>
    <w:p w14:paraId="440E1A99" w14:textId="77777777" w:rsidR="009C4169" w:rsidRDefault="007C64BC">
      <w:pPr>
        <w:keepNext/>
        <w:spacing w:before="160"/>
        <w:jc w:val="both"/>
      </w:pPr>
      <w:r>
        <w:rPr>
          <w:b/>
          <w:color w:val="166534"/>
          <w:sz w:val="26"/>
        </w:rPr>
        <w:t>Aktivnost 5: Mjerilo za razredni dogovor</w:t>
      </w:r>
      <w:r>
        <w:rPr>
          <w:i/>
          <w:color w:val="6B6B6B"/>
          <w:sz w:val="20"/>
        </w:rPr>
        <w:t xml:space="preserve"> (rad u skupinama – donošenje pravila, 5 minuta)</w:t>
      </w:r>
    </w:p>
    <w:p w14:paraId="6C1F440F" w14:textId="77777777" w:rsidR="009C4169" w:rsidRDefault="007C64BC">
      <w:pPr>
        <w:keepNext/>
        <w:jc w:val="both"/>
      </w:pPr>
      <w:r>
        <w:rPr>
          <w:color w:val="000000"/>
        </w:rPr>
        <w:t>Rad u skupinama. Učenici će oblikovati dva pravila suradnje koja povezuju istinu i ljubav te navesti što pravila štite.</w:t>
      </w:r>
    </w:p>
    <w:p w14:paraId="0682E38C" w14:textId="77777777" w:rsidR="009C4169" w:rsidRDefault="007C64BC">
      <w:pPr>
        <w:keepNext/>
        <w:jc w:val="both"/>
      </w:pPr>
      <w:r>
        <w:rPr>
          <w:color w:val="6B6B6B"/>
          <w:sz w:val="20"/>
        </w:rPr>
        <w:t>Moguće rješenje: Ne pripisujemo sebi tuđi rad – poštenje; ne ismijavamo pitanje – dostojanstvo i učenje.</w:t>
      </w:r>
    </w:p>
    <w:p w14:paraId="66601B25" w14:textId="77777777" w:rsidR="009C4169" w:rsidRDefault="007C64BC">
      <w:pPr>
        <w:keepNext/>
        <w:spacing w:before="200"/>
        <w:jc w:val="both"/>
        <w:rPr>
          <w:color w:val="000000"/>
        </w:rPr>
      </w:pPr>
      <w:r>
        <w:rPr>
          <w:color w:val="000000"/>
        </w:rPr>
        <w:t>Radni predložak:</w:t>
      </w:r>
    </w:p>
    <w:p w14:paraId="4738DD29" w14:textId="07911FBF" w:rsidR="00784A57" w:rsidRPr="00784A57" w:rsidRDefault="00784A57">
      <w:pPr>
        <w:keepNext/>
        <w:spacing w:before="200"/>
        <w:jc w:val="both"/>
        <w:rPr>
          <w:sz w:val="40"/>
          <w:szCs w:val="40"/>
        </w:rPr>
      </w:pPr>
      <w:r>
        <w:rPr>
          <w:color w:val="002060"/>
          <w:sz w:val="40"/>
          <w:szCs w:val="40"/>
        </w:rPr>
        <w:t>O</w:t>
      </w:r>
      <w:r w:rsidRPr="00784A57">
        <w:rPr>
          <w:color w:val="002060"/>
          <w:sz w:val="40"/>
          <w:szCs w:val="40"/>
        </w:rPr>
        <w:t>blikovati dva pravila suradnje koja povezuju istinu i ljubav te navesti što pravila štite.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9C4169" w14:paraId="00908AB5" w14:textId="77777777">
        <w:trPr>
          <w:cantSplit/>
          <w:jc w:val="center"/>
        </w:trPr>
        <w:tc>
          <w:tcPr>
            <w:tcW w:w="5173" w:type="dxa"/>
            <w:shd w:val="clear" w:color="auto" w:fill="A33E62"/>
            <w:vAlign w:val="center"/>
          </w:tcPr>
          <w:p w14:paraId="0FFE3781" w14:textId="77777777" w:rsidR="009C4169" w:rsidRDefault="007C64BC">
            <w:pPr>
              <w:keepNext/>
              <w:spacing w:before="65" w:after="65"/>
              <w:ind w:left="85" w:right="85"/>
              <w:jc w:val="center"/>
            </w:pPr>
            <w:r>
              <w:rPr>
                <w:b/>
                <w:color w:val="FFFFFF"/>
                <w:sz w:val="40"/>
              </w:rPr>
              <w:t>PRAVILO</w:t>
            </w:r>
          </w:p>
        </w:tc>
        <w:tc>
          <w:tcPr>
            <w:tcW w:w="5173" w:type="dxa"/>
            <w:shd w:val="clear" w:color="auto" w:fill="007D87"/>
            <w:vAlign w:val="center"/>
          </w:tcPr>
          <w:p w14:paraId="26A41A45" w14:textId="77777777" w:rsidR="009C4169" w:rsidRDefault="007C64BC">
            <w:pPr>
              <w:keepNext/>
              <w:spacing w:before="65" w:after="65"/>
              <w:ind w:left="85" w:right="85"/>
              <w:jc w:val="center"/>
            </w:pPr>
            <w:r>
              <w:rPr>
                <w:b/>
                <w:color w:val="FFFFFF"/>
                <w:sz w:val="40"/>
              </w:rPr>
              <w:t>DOBRO KOJE ČUVA</w:t>
            </w:r>
          </w:p>
        </w:tc>
      </w:tr>
      <w:tr w:rsidR="009C4169" w14:paraId="5434841A" w14:textId="77777777">
        <w:trPr>
          <w:cantSplit/>
          <w:jc w:val="center"/>
        </w:trPr>
        <w:tc>
          <w:tcPr>
            <w:tcW w:w="5173" w:type="dxa"/>
            <w:vAlign w:val="center"/>
          </w:tcPr>
          <w:p w14:paraId="4425F9BA" w14:textId="77777777" w:rsidR="009C4169" w:rsidRDefault="007C64BC">
            <w:pPr>
              <w:keepNext/>
              <w:spacing w:before="65" w:after="65"/>
              <w:ind w:left="110" w:right="110"/>
              <w:jc w:val="center"/>
            </w:pPr>
            <w:r>
              <w:rPr>
                <w:color w:val="000000"/>
                <w:spacing w:val="-5"/>
                <w:sz w:val="24"/>
              </w:rPr>
              <w:t>___________________________________________</w:t>
            </w:r>
          </w:p>
        </w:tc>
        <w:tc>
          <w:tcPr>
            <w:tcW w:w="5173" w:type="dxa"/>
            <w:vAlign w:val="center"/>
          </w:tcPr>
          <w:p w14:paraId="7FEA2258" w14:textId="77777777" w:rsidR="009C4169" w:rsidRDefault="007C64BC">
            <w:pPr>
              <w:keepNext/>
              <w:spacing w:before="65" w:after="65"/>
              <w:ind w:left="110" w:right="110"/>
              <w:jc w:val="center"/>
            </w:pPr>
            <w:r>
              <w:rPr>
                <w:color w:val="000000"/>
                <w:spacing w:val="-5"/>
                <w:sz w:val="24"/>
              </w:rPr>
              <w:t>___________________________________________</w:t>
            </w:r>
          </w:p>
        </w:tc>
      </w:tr>
      <w:tr w:rsidR="009C4169" w14:paraId="4AD1C1F7" w14:textId="77777777">
        <w:trPr>
          <w:cantSplit/>
          <w:jc w:val="center"/>
        </w:trPr>
        <w:tc>
          <w:tcPr>
            <w:tcW w:w="5173" w:type="dxa"/>
            <w:shd w:val="clear" w:color="auto" w:fill="F7FBF7"/>
            <w:vAlign w:val="center"/>
          </w:tcPr>
          <w:p w14:paraId="7DBCB647" w14:textId="77777777" w:rsidR="009C4169" w:rsidRDefault="007C64BC">
            <w:pPr>
              <w:spacing w:before="65" w:after="65"/>
              <w:ind w:left="110" w:right="110"/>
              <w:jc w:val="center"/>
            </w:pPr>
            <w:r>
              <w:rPr>
                <w:color w:val="000000"/>
                <w:spacing w:val="-5"/>
                <w:sz w:val="24"/>
              </w:rPr>
              <w:t>___________________________________________</w:t>
            </w:r>
          </w:p>
        </w:tc>
        <w:tc>
          <w:tcPr>
            <w:tcW w:w="5173" w:type="dxa"/>
            <w:shd w:val="clear" w:color="auto" w:fill="F7FBF7"/>
            <w:vAlign w:val="center"/>
          </w:tcPr>
          <w:p w14:paraId="4BA9C405" w14:textId="77777777" w:rsidR="009C4169" w:rsidRDefault="007C64BC">
            <w:pPr>
              <w:spacing w:before="65" w:after="65"/>
              <w:ind w:left="110" w:right="110"/>
              <w:jc w:val="center"/>
            </w:pPr>
            <w:r>
              <w:rPr>
                <w:color w:val="000000"/>
                <w:spacing w:val="-5"/>
                <w:sz w:val="24"/>
              </w:rPr>
              <w:t>___________________________________________</w:t>
            </w:r>
          </w:p>
        </w:tc>
      </w:tr>
    </w:tbl>
    <w:p w14:paraId="6C0B0BE0" w14:textId="77777777" w:rsidR="007C64BC" w:rsidRDefault="007C64BC"/>
    <w:sectPr w:rsidR="007C64BC" w:rsidSect="00034616">
      <w:pgSz w:w="11906" w:h="16838"/>
      <w:pgMar w:top="709" w:right="709" w:bottom="709"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23F039E"/>
    <w:multiLevelType w:val="multilevel"/>
    <w:tmpl w:val="0C3819AE"/>
    <w:lvl w:ilvl="0">
      <w:start w:val="1"/>
      <w:numFmt w:val="bullet"/>
      <w:pStyle w:val="Grafikeoznake"/>
      <w:lvlText w:val="•"/>
      <w:lvlJc w:val="left"/>
      <w:pPr>
        <w:tabs>
          <w:tab w:val="num" w:pos="240"/>
        </w:tabs>
        <w:ind w:left="240" w:hanging="2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5FD2AD6"/>
    <w:multiLevelType w:val="multilevel"/>
    <w:tmpl w:val="2A5EDA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00748322">
    <w:abstractNumId w:val="9"/>
  </w:num>
  <w:num w:numId="2" w16cid:durableId="9569085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006"/>
    <w:rsid w:val="0015074B"/>
    <w:rsid w:val="00271D88"/>
    <w:rsid w:val="00285492"/>
    <w:rsid w:val="0029639D"/>
    <w:rsid w:val="00326F90"/>
    <w:rsid w:val="004910AD"/>
    <w:rsid w:val="004D01CE"/>
    <w:rsid w:val="00560D25"/>
    <w:rsid w:val="00677168"/>
    <w:rsid w:val="00690300"/>
    <w:rsid w:val="00784A57"/>
    <w:rsid w:val="007C64BC"/>
    <w:rsid w:val="007F6D81"/>
    <w:rsid w:val="009C4169"/>
    <w:rsid w:val="00AA1D8D"/>
    <w:rsid w:val="00B47730"/>
    <w:rsid w:val="00B74459"/>
    <w:rsid w:val="00CB0664"/>
    <w:rsid w:val="00CD346B"/>
    <w:rsid w:val="00D47F25"/>
    <w:rsid w:val="00D92B68"/>
    <w:rsid w:val="00E22B8A"/>
    <w:rsid w:val="00F61F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488F21"/>
  <w14:defaultImageDpi w14:val="300"/>
  <w15:docId w15:val="{188DACFC-B4F8-4EC9-A37E-DF23A5E0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tabs>
        <w:tab w:val="num" w:pos="360"/>
      </w:tabs>
      <w:contextualSpacing/>
    </w:pPr>
  </w:style>
  <w:style w:type="paragraph" w:styleId="Grafikeoznake3">
    <w:name w:val="List Bullet 3"/>
    <w:basedOn w:val="Normal"/>
    <w:uiPriority w:val="99"/>
    <w:unhideWhenUsed/>
    <w:rsid w:val="00326F90"/>
    <w:pPr>
      <w:tabs>
        <w:tab w:val="num" w:pos="360"/>
      </w:tabs>
      <w:contextualSpacing/>
    </w:pPr>
  </w:style>
  <w:style w:type="paragraph" w:styleId="Brojevi">
    <w:name w:val="List Number"/>
    <w:basedOn w:val="Normal"/>
    <w:uiPriority w:val="99"/>
    <w:unhideWhenUsed/>
    <w:rsid w:val="00326F90"/>
    <w:pPr>
      <w:tabs>
        <w:tab w:val="num" w:pos="360"/>
      </w:tabs>
      <w:contextualSpacing/>
    </w:pPr>
  </w:style>
  <w:style w:type="paragraph" w:styleId="Brojevi2">
    <w:name w:val="List Number 2"/>
    <w:basedOn w:val="Normal"/>
    <w:uiPriority w:val="99"/>
    <w:unhideWhenUsed/>
    <w:rsid w:val="0029639D"/>
    <w:pPr>
      <w:tabs>
        <w:tab w:val="num" w:pos="360"/>
      </w:tabs>
      <w:contextualSpacing/>
    </w:pPr>
  </w:style>
  <w:style w:type="paragraph" w:styleId="Brojevi3">
    <w:name w:val="List Number 3"/>
    <w:basedOn w:val="Normal"/>
    <w:uiPriority w:val="99"/>
    <w:unhideWhenUsed/>
    <w:rsid w:val="0029639D"/>
    <w:pPr>
      <w:tabs>
        <w:tab w:val="num" w:pos="360"/>
      </w:tabs>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embed/4z_KmWmIKi0?feature=oembed" TargetMode="External"/><Relationship Id="rId13" Type="http://schemas.openxmlformats.org/officeDocument/2006/relationships/hyperlink" Target="https://www.youtube.com/embed/OlvDHjWSYJk?feature=oembed" TargetMode="Externa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youtube.com/embed/uQOw7TfOnp0?feature=oembed" TargetMode="Externa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embed/ugEuPKc_uYc?feature=oembed"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12</Pages>
  <Words>3020</Words>
  <Characters>17216</Characters>
  <Application>Microsoft Office Word</Application>
  <DocSecurity>0</DocSecurity>
  <Lines>143</Lines>
  <Paragraphs>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Ocean Hrabren</dc:creator>
  <cp:keywords/>
  <dc:description/>
  <cp:lastModifiedBy>Josip Kunac</cp:lastModifiedBy>
  <cp:revision>4</cp:revision>
  <dcterms:created xsi:type="dcterms:W3CDTF">2026-10-13T18:19:00Z</dcterms:created>
  <dcterms:modified xsi:type="dcterms:W3CDTF">2026-10-13T21:38:00Z</dcterms:modified>
  <cp:category/>
</cp:coreProperties>
</file>